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F10369" w14:textId="77777777" w:rsidR="00EB2868" w:rsidRPr="00EB2868" w:rsidRDefault="00EB2868" w:rsidP="00EB2868">
      <w:pPr>
        <w:spacing w:after="0" w:line="240" w:lineRule="auto"/>
        <w:jc w:val="center"/>
        <w:rPr>
          <w:rFonts w:eastAsia="Calibri" w:cs="Times New Roman"/>
          <w:bCs/>
          <w:color w:val="000000" w:themeColor="text1"/>
          <w:spacing w:val="-4"/>
          <w:lang w:val="ru-RU"/>
        </w:rPr>
      </w:pPr>
      <w:r w:rsidRPr="00EB2868">
        <w:rPr>
          <w:rFonts w:eastAsia="Calibri" w:cs="Times New Roman"/>
          <w:bCs/>
          <w:color w:val="000000" w:themeColor="text1"/>
          <w:spacing w:val="-4"/>
          <w:lang w:val="ru-RU"/>
        </w:rPr>
        <w:t>МІНІСТЕРСТВО КУЛЬТУРИ УКРАЇНИ</w:t>
      </w:r>
    </w:p>
    <w:p w14:paraId="4C1C9707" w14:textId="77777777" w:rsidR="00EB2868" w:rsidRPr="00EB2868" w:rsidRDefault="00EB2868" w:rsidP="00EB2868">
      <w:pPr>
        <w:spacing w:after="0" w:line="240" w:lineRule="auto"/>
        <w:jc w:val="center"/>
        <w:rPr>
          <w:rFonts w:eastAsia="Calibri" w:cs="Times New Roman"/>
          <w:bCs/>
          <w:color w:val="000000" w:themeColor="text1"/>
          <w:spacing w:val="-10"/>
          <w:lang w:val="ru-RU"/>
        </w:rPr>
      </w:pPr>
      <w:r w:rsidRPr="00EB2868">
        <w:rPr>
          <w:rFonts w:eastAsia="Calibri" w:cs="Times New Roman"/>
          <w:bCs/>
          <w:color w:val="000000" w:themeColor="text1"/>
          <w:spacing w:val="-10"/>
          <w:lang w:val="ru-RU"/>
        </w:rPr>
        <w:t>НАЦІОНАЛЬНА АКАДЕМІЯ КЕРІВНИХ КАДРІВ КУЛЬТУРИ І МИСТЕЦТВ</w:t>
      </w:r>
    </w:p>
    <w:p w14:paraId="7FDAD71C" w14:textId="77777777" w:rsidR="00EB2868" w:rsidRPr="00EB2868" w:rsidRDefault="00EB2868" w:rsidP="00EB2868">
      <w:pPr>
        <w:spacing w:after="0" w:line="240" w:lineRule="auto"/>
        <w:jc w:val="center"/>
        <w:rPr>
          <w:rFonts w:eastAsia="Calibri" w:cs="Times New Roman"/>
          <w:caps/>
          <w:color w:val="000000" w:themeColor="text1"/>
          <w:lang w:val="ru-RU"/>
        </w:rPr>
      </w:pPr>
      <w:r w:rsidRPr="00EB2868">
        <w:rPr>
          <w:rFonts w:eastAsia="Calibri" w:cs="Times New Roman"/>
          <w:caps/>
          <w:color w:val="000000" w:themeColor="text1"/>
          <w:lang w:val="ru-RU"/>
        </w:rPr>
        <w:t xml:space="preserve">Інститут </w:t>
      </w:r>
      <w:r w:rsidRPr="00EB2868">
        <w:rPr>
          <w:rFonts w:eastAsia="Calibri" w:cs="Times New Roman"/>
          <w:caps/>
          <w:color w:val="000000" w:themeColor="text1"/>
          <w:lang w:val="uk-UA"/>
        </w:rPr>
        <w:t>ПЕРФОМАТИВНИХ М</w:t>
      </w:r>
      <w:r w:rsidRPr="00EB2868">
        <w:rPr>
          <w:rFonts w:eastAsia="Calibri" w:cs="Times New Roman"/>
          <w:caps/>
          <w:color w:val="000000" w:themeColor="text1"/>
          <w:lang w:val="ru-RU"/>
        </w:rPr>
        <w:t>истецтв</w:t>
      </w:r>
    </w:p>
    <w:p w14:paraId="097B38C6" w14:textId="77777777" w:rsidR="00EB2868" w:rsidRDefault="00EB2868" w:rsidP="00EB2868">
      <w:pPr>
        <w:spacing w:after="0" w:line="240" w:lineRule="auto"/>
        <w:jc w:val="center"/>
        <w:rPr>
          <w:rFonts w:eastAsia="Calibri" w:cs="Times New Roman"/>
          <w:caps/>
          <w:color w:val="000000" w:themeColor="text1"/>
          <w:lang w:val="ru-RU"/>
        </w:rPr>
      </w:pPr>
      <w:r w:rsidRPr="00EB2868">
        <w:rPr>
          <w:rFonts w:eastAsia="Calibri" w:cs="Times New Roman"/>
          <w:caps/>
          <w:color w:val="000000" w:themeColor="text1"/>
          <w:lang w:val="ru-RU"/>
        </w:rPr>
        <w:t>Кафедра режисури та акторської майстерності імені народної артистки України ЛАРИСИ ХОРОЛЕЦЬ</w:t>
      </w:r>
    </w:p>
    <w:p w14:paraId="2A378417" w14:textId="77777777" w:rsidR="006A6CC1" w:rsidRPr="00EB2868" w:rsidRDefault="006A6CC1" w:rsidP="00EB2868">
      <w:pPr>
        <w:spacing w:after="0" w:line="240" w:lineRule="auto"/>
        <w:jc w:val="center"/>
        <w:rPr>
          <w:rFonts w:eastAsia="Calibri" w:cs="Times New Roman"/>
          <w:caps/>
          <w:color w:val="000000" w:themeColor="text1"/>
          <w:lang w:val="ru-RU"/>
        </w:rPr>
      </w:pPr>
    </w:p>
    <w:p w14:paraId="573DB11C" w14:textId="11053797" w:rsidR="00EB2868" w:rsidRPr="006A6CC1" w:rsidRDefault="00EB2868" w:rsidP="00EB2868">
      <w:pPr>
        <w:spacing w:after="0" w:line="240" w:lineRule="auto"/>
        <w:rPr>
          <w:rFonts w:cs="Times New Roman"/>
          <w:i/>
          <w:iCs/>
          <w:lang w:val="ru-RU"/>
        </w:rPr>
      </w:pPr>
      <w:r w:rsidRPr="00EB2868">
        <w:rPr>
          <w:rFonts w:cs="Times New Roman"/>
          <w:lang w:val="ru-RU"/>
        </w:rPr>
        <w:tab/>
      </w:r>
      <w:r w:rsidRPr="00EB2868">
        <w:rPr>
          <w:rFonts w:cs="Times New Roman"/>
          <w:lang w:val="ru-RU"/>
        </w:rPr>
        <w:tab/>
      </w:r>
      <w:r w:rsidRPr="00EB2868">
        <w:rPr>
          <w:rFonts w:cs="Times New Roman"/>
          <w:lang w:val="ru-RU"/>
        </w:rPr>
        <w:tab/>
      </w:r>
      <w:r w:rsidRPr="00EB2868">
        <w:rPr>
          <w:rFonts w:cs="Times New Roman"/>
          <w:lang w:val="ru-RU"/>
        </w:rPr>
        <w:tab/>
      </w:r>
      <w:r w:rsidRPr="00EB2868">
        <w:rPr>
          <w:rFonts w:cs="Times New Roman"/>
          <w:lang w:val="ru-RU"/>
        </w:rPr>
        <w:tab/>
      </w:r>
      <w:r w:rsidRPr="00EB2868">
        <w:rPr>
          <w:rFonts w:cs="Times New Roman"/>
          <w:lang w:val="ru-RU"/>
        </w:rPr>
        <w:tab/>
      </w:r>
      <w:r w:rsidRPr="00EB2868">
        <w:rPr>
          <w:rFonts w:cs="Times New Roman"/>
          <w:lang w:val="ru-RU"/>
        </w:rPr>
        <w:tab/>
      </w:r>
      <w:r w:rsidRPr="00EB2868">
        <w:rPr>
          <w:rFonts w:cs="Times New Roman"/>
          <w:lang w:val="ru-RU"/>
        </w:rPr>
        <w:tab/>
      </w:r>
      <w:r w:rsidRPr="006A6CC1">
        <w:rPr>
          <w:rFonts w:cs="Times New Roman"/>
          <w:i/>
          <w:iCs/>
          <w:lang w:val="ru-RU"/>
        </w:rPr>
        <w:t>На правах рукопису</w:t>
      </w:r>
    </w:p>
    <w:p w14:paraId="74C06D50" w14:textId="77777777" w:rsidR="00EB2868" w:rsidRPr="00EB2868" w:rsidRDefault="00EB2868" w:rsidP="00EB2868">
      <w:pPr>
        <w:spacing w:after="0" w:line="240" w:lineRule="auto"/>
        <w:rPr>
          <w:rFonts w:cs="Times New Roman"/>
          <w:lang w:val="uk-UA"/>
        </w:rPr>
      </w:pPr>
    </w:p>
    <w:p w14:paraId="3758BFAD" w14:textId="77777777" w:rsidR="00EB2868" w:rsidRPr="00EB2868" w:rsidRDefault="00EB2868" w:rsidP="00EB2868">
      <w:pPr>
        <w:spacing w:after="0" w:line="240" w:lineRule="auto"/>
        <w:jc w:val="center"/>
        <w:rPr>
          <w:rFonts w:cs="Times New Roman"/>
          <w:b/>
          <w:bCs/>
          <w:caps/>
          <w:lang w:val="uk-UA"/>
        </w:rPr>
      </w:pPr>
      <w:r w:rsidRPr="00EB2868">
        <w:rPr>
          <w:rFonts w:cs="Times New Roman"/>
          <w:b/>
          <w:bCs/>
          <w:caps/>
          <w:lang w:val="uk-UA"/>
        </w:rPr>
        <w:t>КВАЛІФІКАЦІЙНА РОБОТА</w:t>
      </w:r>
    </w:p>
    <w:p w14:paraId="31979609" w14:textId="77777777" w:rsidR="00EB2868" w:rsidRPr="00EB2868" w:rsidRDefault="00EB2868" w:rsidP="00EB2868">
      <w:pPr>
        <w:spacing w:after="0" w:line="240" w:lineRule="auto"/>
        <w:ind w:left="0"/>
        <w:jc w:val="center"/>
        <w:rPr>
          <w:rFonts w:eastAsia="Times New Roman" w:cs="Times New Roman"/>
          <w:lang w:val="ru-RU"/>
        </w:rPr>
      </w:pPr>
      <w:r w:rsidRPr="00EB2868">
        <w:rPr>
          <w:rFonts w:cs="Times New Roman"/>
          <w:lang w:val="uk-UA"/>
        </w:rPr>
        <w:t xml:space="preserve">на здобуття освітнього ступеня </w:t>
      </w:r>
      <w:r w:rsidRPr="00EB2868">
        <w:rPr>
          <w:rFonts w:eastAsia="Times New Roman" w:cs="Times New Roman"/>
          <w:lang w:val="ru-RU"/>
        </w:rPr>
        <w:t>«Магістр»</w:t>
      </w:r>
    </w:p>
    <w:p w14:paraId="4F156AC4" w14:textId="77777777" w:rsidR="00EB2868" w:rsidRPr="00EB2868" w:rsidRDefault="00EB2868" w:rsidP="00EB2868">
      <w:pPr>
        <w:spacing w:after="0" w:line="240" w:lineRule="auto"/>
        <w:ind w:left="0"/>
        <w:jc w:val="center"/>
        <w:rPr>
          <w:rFonts w:eastAsia="Times New Roman" w:cs="Times New Roman"/>
          <w:lang w:val="uk-UA"/>
        </w:rPr>
      </w:pPr>
      <w:r w:rsidRPr="00EB2868">
        <w:rPr>
          <w:rFonts w:eastAsia="Times New Roman" w:cs="Times New Roman"/>
          <w:lang w:val="ru-RU"/>
        </w:rPr>
        <w:t>на тему:</w:t>
      </w:r>
    </w:p>
    <w:p w14:paraId="03ADB8B9" w14:textId="3EDDFD75" w:rsidR="00EB2868" w:rsidRPr="00EB2868" w:rsidRDefault="00EB2868" w:rsidP="008005EB">
      <w:pPr>
        <w:jc w:val="center"/>
        <w:rPr>
          <w:rFonts w:cs="Times New Roman"/>
          <w:b/>
          <w:bCs/>
          <w:color w:val="000000" w:themeColor="text1"/>
          <w:lang w:val="uk-UA"/>
        </w:rPr>
      </w:pPr>
      <w:r w:rsidRPr="00B7305F">
        <w:rPr>
          <w:rFonts w:cs="Times New Roman"/>
          <w:b/>
          <w:bCs/>
          <w:color w:val="000000" w:themeColor="text1"/>
          <w:lang w:val="uk-UA"/>
        </w:rPr>
        <w:t>«СЦЕНІЧНЕ МИСТЕЦТВО ТА КІНО: ВЗАЄМОДІЯ АКТОРСЬКИХ ТЕХНІК І СЦЕНІЧНИХ ФОРМ</w:t>
      </w:r>
      <w:r w:rsidRPr="00EB2868">
        <w:rPr>
          <w:rFonts w:cs="Times New Roman"/>
          <w:b/>
          <w:lang w:val="uk-UA"/>
        </w:rPr>
        <w:t>»</w:t>
      </w:r>
    </w:p>
    <w:p w14:paraId="6A85C487" w14:textId="15919B36" w:rsidR="00EB2868" w:rsidRPr="00EB2868" w:rsidRDefault="00EB2868" w:rsidP="00EB2868">
      <w:pPr>
        <w:spacing w:after="0" w:line="240" w:lineRule="auto"/>
        <w:ind w:left="0"/>
        <w:jc w:val="both"/>
        <w:rPr>
          <w:rFonts w:eastAsia="Calibri" w:cs="Times New Roman"/>
          <w:color w:val="000000" w:themeColor="text1"/>
          <w:lang w:val="ru-RU"/>
        </w:rPr>
      </w:pPr>
      <w:r>
        <w:rPr>
          <w:rFonts w:cs="Times New Roman"/>
          <w:b/>
          <w:bCs/>
          <w:caps/>
          <w:lang w:val="uk-UA"/>
        </w:rPr>
        <w:t xml:space="preserve">                                                  </w:t>
      </w:r>
      <w:r w:rsidRPr="000374E9">
        <w:rPr>
          <w:rFonts w:eastAsia="Calibri" w:cs="Times New Roman"/>
          <w:b/>
          <w:bCs/>
          <w:color w:val="000000" w:themeColor="text1"/>
          <w:lang w:val="ru-RU"/>
        </w:rPr>
        <w:t>Викона</w:t>
      </w:r>
      <w:r w:rsidR="006A6CC1" w:rsidRPr="000374E9">
        <w:rPr>
          <w:rFonts w:eastAsia="Calibri" w:cs="Times New Roman"/>
          <w:b/>
          <w:bCs/>
          <w:color w:val="000000" w:themeColor="text1"/>
          <w:lang w:val="uk-UA"/>
        </w:rPr>
        <w:t>в</w:t>
      </w:r>
      <w:r w:rsidR="006A6CC1">
        <w:rPr>
          <w:rFonts w:eastAsia="Calibri" w:cs="Times New Roman"/>
          <w:color w:val="000000" w:themeColor="text1"/>
          <w:lang w:val="ru-RU"/>
        </w:rPr>
        <w:t xml:space="preserve">: </w:t>
      </w:r>
      <w:r w:rsidRPr="00EB2868">
        <w:rPr>
          <w:rFonts w:eastAsia="Calibri" w:cs="Times New Roman"/>
          <w:color w:val="000000" w:themeColor="text1"/>
          <w:lang w:val="uk-UA"/>
        </w:rPr>
        <w:t>здобувач</w:t>
      </w:r>
      <w:r w:rsidR="006A6CC1">
        <w:rPr>
          <w:rFonts w:eastAsia="Calibri" w:cs="Times New Roman"/>
          <w:color w:val="000000" w:themeColor="text1"/>
          <w:lang w:val="uk-UA"/>
        </w:rPr>
        <w:t xml:space="preserve"> вищої освіти 2 курсу,</w:t>
      </w:r>
    </w:p>
    <w:p w14:paraId="23C463D1" w14:textId="3891D86B" w:rsidR="006A6CC1" w:rsidRPr="00EB2868" w:rsidRDefault="000374E9" w:rsidP="006A6CC1">
      <w:pPr>
        <w:tabs>
          <w:tab w:val="left" w:pos="4530"/>
          <w:tab w:val="right" w:pos="9689"/>
        </w:tabs>
        <w:spacing w:after="0" w:line="240" w:lineRule="auto"/>
        <w:ind w:firstLine="709"/>
        <w:rPr>
          <w:rFonts w:eastAsia="Calibri" w:cs="Times New Roman"/>
          <w:color w:val="000000" w:themeColor="text1"/>
          <w:lang w:val="uk-UA"/>
        </w:rPr>
      </w:pPr>
      <w:r>
        <w:rPr>
          <w:rFonts w:eastAsia="Calibri" w:cs="Times New Roman"/>
          <w:color w:val="000000" w:themeColor="text1"/>
          <w:lang w:val="ru-RU"/>
        </w:rPr>
        <w:t xml:space="preserve">                           </w:t>
      </w:r>
      <w:r w:rsidR="005128A4">
        <w:rPr>
          <w:rFonts w:eastAsia="Calibri" w:cs="Times New Roman"/>
          <w:color w:val="000000" w:themeColor="text1"/>
          <w:lang w:val="ru-RU"/>
        </w:rPr>
        <w:t xml:space="preserve"> </w:t>
      </w:r>
      <w:r w:rsidR="008005EB">
        <w:rPr>
          <w:rFonts w:eastAsia="Calibri" w:cs="Times New Roman"/>
          <w:color w:val="000000" w:themeColor="text1"/>
          <w:lang w:val="ru-RU"/>
        </w:rPr>
        <w:t>Г</w:t>
      </w:r>
      <w:r w:rsidR="006A6CC1">
        <w:rPr>
          <w:rFonts w:eastAsia="Calibri" w:cs="Times New Roman"/>
          <w:color w:val="000000" w:themeColor="text1"/>
          <w:lang w:val="ru-RU"/>
        </w:rPr>
        <w:t>рупи МСМ-12-24</w:t>
      </w:r>
      <w:r w:rsidR="006A6CC1" w:rsidRPr="006A6CC1">
        <w:rPr>
          <w:rFonts w:eastAsia="Calibri" w:cs="Times New Roman"/>
          <w:color w:val="000000" w:themeColor="text1"/>
          <w:lang w:val="ru-RU"/>
        </w:rPr>
        <w:t xml:space="preserve"> </w:t>
      </w:r>
      <w:r w:rsidR="006A6CC1" w:rsidRPr="00EB2868">
        <w:rPr>
          <w:rFonts w:eastAsia="Calibri" w:cs="Times New Roman"/>
          <w:color w:val="000000" w:themeColor="text1"/>
          <w:lang w:val="ru-RU"/>
        </w:rPr>
        <w:t xml:space="preserve">спеціальності </w:t>
      </w:r>
      <w:r w:rsidR="006A6CC1" w:rsidRPr="00EB2868">
        <w:rPr>
          <w:rFonts w:eastAsia="Calibri" w:cs="Times New Roman"/>
          <w:color w:val="000000" w:themeColor="text1"/>
          <w:lang w:val="uk-UA"/>
        </w:rPr>
        <w:t>026</w:t>
      </w:r>
    </w:p>
    <w:p w14:paraId="38F6F788" w14:textId="433A094E" w:rsidR="00EB2868" w:rsidRPr="00EB2868" w:rsidRDefault="006A6CC1" w:rsidP="006A6CC1">
      <w:pPr>
        <w:spacing w:after="0" w:line="240" w:lineRule="auto"/>
        <w:ind w:firstLine="709"/>
        <w:rPr>
          <w:rFonts w:eastAsia="Calibri" w:cs="Times New Roman"/>
          <w:color w:val="000000" w:themeColor="text1"/>
          <w:lang w:val="ru-RU"/>
        </w:rPr>
      </w:pPr>
      <w:r>
        <w:rPr>
          <w:rFonts w:cs="Times New Roman"/>
          <w:color w:val="000000" w:themeColor="text1"/>
          <w:lang w:val="ru-RU"/>
        </w:rPr>
        <w:t xml:space="preserve">                            </w:t>
      </w:r>
      <w:r w:rsidR="00EB2868" w:rsidRPr="00EB2868">
        <w:rPr>
          <w:rFonts w:eastAsia="Calibri" w:cs="Times New Roman"/>
          <w:color w:val="000000" w:themeColor="text1"/>
          <w:lang w:val="ru-RU"/>
        </w:rPr>
        <w:t>«</w:t>
      </w:r>
      <w:r w:rsidR="00EB2868" w:rsidRPr="00EB2868">
        <w:rPr>
          <w:rFonts w:eastAsia="Calibri" w:cs="Times New Roman"/>
          <w:color w:val="000000" w:themeColor="text1"/>
          <w:lang w:val="uk-UA"/>
        </w:rPr>
        <w:t>Сценічне мистецтво</w:t>
      </w:r>
      <w:r w:rsidR="00EB2868" w:rsidRPr="00EB2868">
        <w:rPr>
          <w:rFonts w:eastAsia="Calibri" w:cs="Times New Roman"/>
          <w:color w:val="000000" w:themeColor="text1"/>
          <w:lang w:val="ru-RU"/>
        </w:rPr>
        <w:t xml:space="preserve">» </w:t>
      </w:r>
    </w:p>
    <w:p w14:paraId="7582F9B1" w14:textId="3D1EAD1F" w:rsidR="00EB2868" w:rsidRPr="006A6CC1" w:rsidRDefault="000374E9" w:rsidP="006A6CC1">
      <w:pPr>
        <w:tabs>
          <w:tab w:val="left" w:pos="4545"/>
        </w:tabs>
        <w:spacing w:after="0" w:line="240" w:lineRule="auto"/>
        <w:ind w:left="3345"/>
        <w:rPr>
          <w:rFonts w:cs="Times New Roman"/>
          <w:bCs/>
          <w:lang w:val="ru-RU"/>
        </w:rPr>
      </w:pPr>
      <w:r>
        <w:rPr>
          <w:rFonts w:cs="Times New Roman"/>
          <w:b/>
          <w:lang w:val="ru-RU"/>
        </w:rPr>
        <w:t xml:space="preserve">  </w:t>
      </w:r>
      <w:r w:rsidR="006A6CC1" w:rsidRPr="006A6CC1">
        <w:rPr>
          <w:rFonts w:cs="Times New Roman"/>
          <w:bCs/>
          <w:lang w:val="ru-RU"/>
        </w:rPr>
        <w:t>Субота Євгеній Олексійович</w:t>
      </w:r>
    </w:p>
    <w:p w14:paraId="118EE6AF" w14:textId="01BE5EFC" w:rsidR="00EB2868" w:rsidRPr="000374E9" w:rsidRDefault="00012438" w:rsidP="00012438">
      <w:pPr>
        <w:spacing w:after="0" w:line="240" w:lineRule="auto"/>
        <w:rPr>
          <w:color w:val="000000" w:themeColor="text1"/>
          <w:lang w:val="uk-UA"/>
        </w:rPr>
      </w:pPr>
      <w:r>
        <w:rPr>
          <w:rFonts w:cs="Times New Roman"/>
          <w:lang w:val="uk-UA"/>
        </w:rPr>
        <w:t xml:space="preserve">                                 </w:t>
      </w:r>
      <w:r w:rsidR="000374E9">
        <w:rPr>
          <w:color w:val="000000" w:themeColor="text1"/>
          <w:lang w:val="uk-UA"/>
        </w:rPr>
        <w:t xml:space="preserve">    </w:t>
      </w:r>
      <w:r w:rsidR="00EB2868" w:rsidRPr="000374E9">
        <w:rPr>
          <w:b/>
          <w:bCs/>
          <w:color w:val="000000" w:themeColor="text1"/>
          <w:lang w:val="uk-UA"/>
        </w:rPr>
        <w:t xml:space="preserve">Науковий керівник: </w:t>
      </w:r>
      <w:r w:rsidR="000374E9" w:rsidRPr="000374E9">
        <w:rPr>
          <w:color w:val="000000" w:themeColor="text1"/>
          <w:lang w:val="uk-UA"/>
        </w:rPr>
        <w:t>доктор філософії,</w:t>
      </w:r>
      <w:r w:rsidR="005128A4">
        <w:rPr>
          <w:color w:val="000000" w:themeColor="text1"/>
          <w:lang w:val="uk-UA"/>
        </w:rPr>
        <w:t xml:space="preserve"> </w:t>
      </w:r>
      <w:r w:rsidR="000374E9">
        <w:rPr>
          <w:color w:val="000000" w:themeColor="text1"/>
          <w:lang w:val="uk-UA"/>
        </w:rPr>
        <w:t>професор</w:t>
      </w:r>
    </w:p>
    <w:p w14:paraId="0730BAA5" w14:textId="10A7C96C" w:rsidR="000374E9" w:rsidRDefault="000374E9" w:rsidP="000374E9">
      <w:pPr>
        <w:pStyle w:val="affe"/>
        <w:keepNext/>
        <w:spacing w:before="0" w:beforeAutospacing="0" w:after="0" w:afterAutospacing="0"/>
        <w:rPr>
          <w:color w:val="000000" w:themeColor="text1"/>
          <w:sz w:val="28"/>
          <w:szCs w:val="28"/>
          <w:lang w:val="uk-UA"/>
        </w:rPr>
      </w:pPr>
      <w:r>
        <w:rPr>
          <w:color w:val="000000" w:themeColor="text1"/>
          <w:sz w:val="28"/>
          <w:szCs w:val="28"/>
          <w:lang w:val="uk-UA"/>
        </w:rPr>
        <w:t xml:space="preserve">                                                 </w:t>
      </w:r>
      <w:r w:rsidR="00EB2868" w:rsidRPr="00EB2868">
        <w:rPr>
          <w:color w:val="000000" w:themeColor="text1"/>
          <w:sz w:val="28"/>
          <w:szCs w:val="28"/>
          <w:lang w:val="uk-UA"/>
        </w:rPr>
        <w:t xml:space="preserve">НАКККіМ, </w:t>
      </w:r>
      <w:r w:rsidR="005128A4">
        <w:rPr>
          <w:color w:val="000000" w:themeColor="text1"/>
          <w:sz w:val="28"/>
          <w:szCs w:val="28"/>
          <w:lang w:val="uk-UA"/>
        </w:rPr>
        <w:t>кандидат культурології, професор</w:t>
      </w:r>
      <w:r>
        <w:rPr>
          <w:color w:val="000000" w:themeColor="text1"/>
          <w:sz w:val="28"/>
          <w:szCs w:val="28"/>
          <w:lang w:val="uk-UA"/>
        </w:rPr>
        <w:t xml:space="preserve">                                                    </w:t>
      </w:r>
      <w:r w:rsidR="00EB2868" w:rsidRPr="00EB2868">
        <w:rPr>
          <w:color w:val="000000" w:themeColor="text1"/>
          <w:sz w:val="28"/>
          <w:szCs w:val="28"/>
          <w:lang w:val="uk-UA"/>
        </w:rPr>
        <w:t xml:space="preserve"> </w:t>
      </w:r>
    </w:p>
    <w:p w14:paraId="25AA96A8" w14:textId="470AA26B" w:rsidR="000374E9" w:rsidRDefault="000374E9" w:rsidP="000374E9">
      <w:pPr>
        <w:pStyle w:val="affe"/>
        <w:keepNext/>
        <w:spacing w:before="0" w:beforeAutospacing="0" w:after="0" w:afterAutospacing="0"/>
        <w:rPr>
          <w:color w:val="000000" w:themeColor="text1"/>
          <w:sz w:val="28"/>
          <w:szCs w:val="28"/>
          <w:lang w:val="uk-UA"/>
        </w:rPr>
      </w:pPr>
      <w:r>
        <w:rPr>
          <w:color w:val="000000" w:themeColor="text1"/>
          <w:sz w:val="28"/>
          <w:szCs w:val="28"/>
          <w:lang w:val="uk-UA"/>
        </w:rPr>
        <w:t xml:space="preserve">                                                 </w:t>
      </w:r>
      <w:r w:rsidR="005128A4">
        <w:rPr>
          <w:color w:val="000000" w:themeColor="text1"/>
          <w:sz w:val="28"/>
          <w:szCs w:val="28"/>
          <w:lang w:val="uk-UA"/>
        </w:rPr>
        <w:t xml:space="preserve">кафедри </w:t>
      </w:r>
      <w:r w:rsidR="00EB2868" w:rsidRPr="00EB2868">
        <w:rPr>
          <w:color w:val="000000" w:themeColor="text1"/>
          <w:sz w:val="28"/>
          <w:szCs w:val="28"/>
          <w:lang w:val="uk-UA"/>
        </w:rPr>
        <w:t xml:space="preserve">режисури та акторської майстерності </w:t>
      </w:r>
      <w:r w:rsidR="005128A4">
        <w:rPr>
          <w:color w:val="000000" w:themeColor="text1"/>
          <w:sz w:val="28"/>
          <w:szCs w:val="28"/>
          <w:lang w:val="uk-UA"/>
        </w:rPr>
        <w:t>імені</w:t>
      </w:r>
    </w:p>
    <w:p w14:paraId="5DB9336A" w14:textId="7A776812" w:rsidR="000374E9" w:rsidRDefault="000374E9" w:rsidP="000374E9">
      <w:pPr>
        <w:pStyle w:val="affe"/>
        <w:keepNext/>
        <w:spacing w:before="0" w:beforeAutospacing="0" w:after="0" w:afterAutospacing="0"/>
        <w:rPr>
          <w:color w:val="000000" w:themeColor="text1"/>
          <w:sz w:val="28"/>
          <w:szCs w:val="28"/>
          <w:lang w:val="uk-UA"/>
        </w:rPr>
      </w:pPr>
      <w:r>
        <w:rPr>
          <w:color w:val="000000" w:themeColor="text1"/>
          <w:sz w:val="28"/>
          <w:szCs w:val="28"/>
          <w:lang w:val="uk-UA"/>
        </w:rPr>
        <w:t xml:space="preserve">                                                 </w:t>
      </w:r>
      <w:r w:rsidR="00EB2868" w:rsidRPr="00EB2868">
        <w:rPr>
          <w:color w:val="000000" w:themeColor="text1"/>
          <w:sz w:val="28"/>
          <w:szCs w:val="28"/>
          <w:lang w:val="uk-UA"/>
        </w:rPr>
        <w:t xml:space="preserve">народної артистки України Лариси </w:t>
      </w:r>
      <w:r w:rsidR="00D03382">
        <w:rPr>
          <w:color w:val="000000" w:themeColor="text1"/>
          <w:sz w:val="28"/>
          <w:szCs w:val="28"/>
          <w:lang w:val="uk-UA"/>
        </w:rPr>
        <w:t>Хоролець,</w:t>
      </w:r>
    </w:p>
    <w:p w14:paraId="32348877" w14:textId="08871F95" w:rsidR="00EB2868" w:rsidRPr="00EB2868" w:rsidRDefault="000374E9" w:rsidP="000374E9">
      <w:pPr>
        <w:pStyle w:val="affe"/>
        <w:keepNext/>
        <w:spacing w:before="0" w:beforeAutospacing="0" w:after="0" w:afterAutospacing="0"/>
        <w:rPr>
          <w:color w:val="000000" w:themeColor="text1"/>
          <w:sz w:val="28"/>
          <w:szCs w:val="28"/>
          <w:lang w:val="uk-UA"/>
        </w:rPr>
      </w:pPr>
      <w:r>
        <w:rPr>
          <w:color w:val="000000" w:themeColor="text1"/>
          <w:sz w:val="28"/>
          <w:szCs w:val="28"/>
          <w:lang w:val="uk-UA"/>
        </w:rPr>
        <w:t xml:space="preserve">                                                 </w:t>
      </w:r>
      <w:r w:rsidR="00D03382">
        <w:rPr>
          <w:color w:val="000000" w:themeColor="text1"/>
          <w:sz w:val="28"/>
          <w:szCs w:val="28"/>
          <w:lang w:val="uk-UA"/>
        </w:rPr>
        <w:t>заслужений працівник культури</w:t>
      </w:r>
      <w:r>
        <w:rPr>
          <w:color w:val="000000" w:themeColor="text1"/>
          <w:sz w:val="28"/>
          <w:szCs w:val="28"/>
          <w:lang w:val="uk-UA"/>
        </w:rPr>
        <w:t xml:space="preserve"> України</w:t>
      </w:r>
    </w:p>
    <w:p w14:paraId="2AD0CD83" w14:textId="5313CB63" w:rsidR="00EB2868" w:rsidRPr="00D03382" w:rsidRDefault="000374E9" w:rsidP="000374E9">
      <w:pPr>
        <w:pStyle w:val="affe"/>
        <w:keepNext/>
        <w:spacing w:before="0" w:beforeAutospacing="0" w:after="0" w:afterAutospacing="0"/>
        <w:rPr>
          <w:b/>
          <w:sz w:val="28"/>
          <w:szCs w:val="28"/>
          <w:lang w:val="uk-UA"/>
        </w:rPr>
      </w:pPr>
      <w:r>
        <w:rPr>
          <w:color w:val="000000" w:themeColor="text1"/>
          <w:sz w:val="28"/>
          <w:szCs w:val="28"/>
          <w:lang w:val="uk-UA"/>
        </w:rPr>
        <w:t xml:space="preserve">                                                 </w:t>
      </w:r>
      <w:r w:rsidR="00EB2868" w:rsidRPr="00D03382">
        <w:rPr>
          <w:color w:val="000000" w:themeColor="text1"/>
          <w:sz w:val="28"/>
          <w:szCs w:val="28"/>
          <w:lang w:val="uk-UA"/>
        </w:rPr>
        <w:t>Матушенко Валерій Борисович</w:t>
      </w:r>
    </w:p>
    <w:p w14:paraId="1A37D7C3" w14:textId="3074CA62" w:rsidR="00D03382" w:rsidRDefault="00EB2868" w:rsidP="000374E9">
      <w:pPr>
        <w:spacing w:after="0" w:line="240" w:lineRule="auto"/>
        <w:ind w:left="0"/>
        <w:rPr>
          <w:rFonts w:eastAsia="Times New Roman" w:cs="Times New Roman"/>
          <w:lang w:val="uk-UA"/>
        </w:rPr>
      </w:pPr>
      <w:r>
        <w:rPr>
          <w:rFonts w:cs="Times New Roman"/>
          <w:lang w:val="uk-UA"/>
        </w:rPr>
        <w:t xml:space="preserve">                                                 </w:t>
      </w:r>
      <w:r w:rsidRPr="005128A4">
        <w:rPr>
          <w:rFonts w:eastAsia="Times New Roman" w:cs="Times New Roman"/>
          <w:b/>
          <w:bCs/>
          <w:lang w:val="ru-RU"/>
        </w:rPr>
        <w:t>Рецензент:</w:t>
      </w:r>
      <w:r w:rsidR="006A6CC1">
        <w:rPr>
          <w:rFonts w:eastAsia="Times New Roman" w:cs="Times New Roman"/>
          <w:lang w:val="ru-RU"/>
        </w:rPr>
        <w:t xml:space="preserve"> </w:t>
      </w:r>
      <w:r w:rsidR="00D03382">
        <w:rPr>
          <w:rFonts w:eastAsia="Times New Roman" w:cs="Times New Roman"/>
          <w:lang w:val="ru-RU"/>
        </w:rPr>
        <w:t xml:space="preserve">доктор філософії, </w:t>
      </w:r>
      <w:r w:rsidRPr="00EB2868">
        <w:rPr>
          <w:rFonts w:eastAsia="Times New Roman" w:cs="Times New Roman"/>
          <w:lang w:val="uk-UA"/>
        </w:rPr>
        <w:t xml:space="preserve">кандидат </w:t>
      </w:r>
      <w:r w:rsidR="005128A4">
        <w:rPr>
          <w:rFonts w:eastAsia="Times New Roman" w:cs="Times New Roman"/>
          <w:lang w:val="uk-UA"/>
        </w:rPr>
        <w:t>мистецтво-</w:t>
      </w:r>
    </w:p>
    <w:p w14:paraId="6606FF3C" w14:textId="0A189952" w:rsidR="000374E9" w:rsidRDefault="00D03382" w:rsidP="000374E9">
      <w:pPr>
        <w:spacing w:after="0" w:line="240" w:lineRule="auto"/>
        <w:ind w:left="0"/>
        <w:rPr>
          <w:rFonts w:eastAsia="Times New Roman" w:cs="Times New Roman"/>
          <w:bCs/>
          <w:lang w:val="ru-RU"/>
        </w:rPr>
      </w:pPr>
      <w:r>
        <w:rPr>
          <w:rFonts w:eastAsia="Times New Roman" w:cs="Times New Roman"/>
          <w:lang w:val="uk-UA"/>
        </w:rPr>
        <w:t xml:space="preserve">                                                 </w:t>
      </w:r>
      <w:r w:rsidR="00EB2868" w:rsidRPr="00EB2868">
        <w:rPr>
          <w:rFonts w:eastAsia="Times New Roman" w:cs="Times New Roman"/>
          <w:lang w:val="uk-UA"/>
        </w:rPr>
        <w:t>знавства,</w:t>
      </w:r>
      <w:r>
        <w:rPr>
          <w:rFonts w:eastAsia="Times New Roman" w:cs="Times New Roman"/>
          <w:lang w:val="uk-UA"/>
        </w:rPr>
        <w:t xml:space="preserve"> </w:t>
      </w:r>
      <w:r w:rsidR="000374E9" w:rsidRPr="00D03382">
        <w:rPr>
          <w:rFonts w:eastAsia="Times New Roman" w:cs="Times New Roman"/>
          <w:bCs/>
          <w:lang w:val="ru-RU"/>
        </w:rPr>
        <w:t>професор</w:t>
      </w:r>
      <w:r w:rsidR="000374E9">
        <w:rPr>
          <w:rFonts w:eastAsia="Times New Roman" w:cs="Times New Roman"/>
          <w:bCs/>
          <w:lang w:val="ru-RU"/>
        </w:rPr>
        <w:t xml:space="preserve"> кафедри музичного</w:t>
      </w:r>
      <w:r w:rsidR="005128A4">
        <w:rPr>
          <w:rFonts w:eastAsia="Times New Roman" w:cs="Times New Roman"/>
          <w:bCs/>
          <w:lang w:val="ru-RU"/>
        </w:rPr>
        <w:t xml:space="preserve"> мистецтва</w:t>
      </w:r>
    </w:p>
    <w:p w14:paraId="12E88949" w14:textId="77777777" w:rsidR="005128A4" w:rsidRDefault="000374E9" w:rsidP="000374E9">
      <w:pPr>
        <w:tabs>
          <w:tab w:val="left" w:pos="3855"/>
        </w:tabs>
        <w:spacing w:after="0" w:line="240" w:lineRule="auto"/>
        <w:ind w:left="0"/>
        <w:rPr>
          <w:rFonts w:eastAsia="Times New Roman" w:cs="Times New Roman"/>
          <w:lang w:val="uk-UA"/>
        </w:rPr>
      </w:pPr>
      <w:r>
        <w:rPr>
          <w:rFonts w:eastAsia="Times New Roman" w:cs="Times New Roman"/>
          <w:bCs/>
          <w:lang w:val="ru-RU"/>
        </w:rPr>
        <w:t xml:space="preserve">                                                 Навчально-наукового інституту</w:t>
      </w:r>
      <w:r w:rsidR="005128A4">
        <w:rPr>
          <w:rFonts w:eastAsia="Times New Roman" w:cs="Times New Roman"/>
          <w:bCs/>
          <w:lang w:val="ru-RU"/>
        </w:rPr>
        <w:t xml:space="preserve"> театрального і</w:t>
      </w:r>
      <w:r>
        <w:rPr>
          <w:rFonts w:eastAsia="Times New Roman" w:cs="Times New Roman"/>
          <w:bCs/>
          <w:lang w:val="ru-RU"/>
        </w:rPr>
        <w:t xml:space="preserve"> </w:t>
      </w:r>
      <w:r w:rsidR="00D03382">
        <w:rPr>
          <w:rFonts w:eastAsia="Times New Roman" w:cs="Times New Roman"/>
          <w:lang w:val="uk-UA"/>
        </w:rPr>
        <w:t xml:space="preserve"> </w:t>
      </w:r>
    </w:p>
    <w:p w14:paraId="725EB5E9" w14:textId="02773F23" w:rsidR="00D03382" w:rsidRDefault="005128A4" w:rsidP="000374E9">
      <w:pPr>
        <w:tabs>
          <w:tab w:val="left" w:pos="3855"/>
        </w:tabs>
        <w:spacing w:after="0" w:line="240" w:lineRule="auto"/>
        <w:ind w:left="0"/>
        <w:rPr>
          <w:rFonts w:eastAsia="Times New Roman" w:cs="Times New Roman"/>
          <w:bCs/>
          <w:lang w:val="ru-RU"/>
        </w:rPr>
      </w:pPr>
      <w:r>
        <w:rPr>
          <w:rFonts w:eastAsia="Times New Roman" w:cs="Times New Roman"/>
          <w:lang w:val="uk-UA"/>
        </w:rPr>
        <w:t xml:space="preserve"> </w:t>
      </w:r>
      <w:r w:rsidR="00D03382">
        <w:rPr>
          <w:rFonts w:eastAsia="Times New Roman" w:cs="Times New Roman"/>
          <w:lang w:val="uk-UA"/>
        </w:rPr>
        <w:t xml:space="preserve">                                    </w:t>
      </w:r>
      <w:r>
        <w:rPr>
          <w:rFonts w:eastAsia="Times New Roman" w:cs="Times New Roman"/>
          <w:lang w:val="uk-UA"/>
        </w:rPr>
        <w:t xml:space="preserve">            </w:t>
      </w:r>
      <w:r w:rsidR="00D03382">
        <w:rPr>
          <w:rFonts w:eastAsia="Times New Roman" w:cs="Times New Roman"/>
          <w:bCs/>
          <w:lang w:val="ru-RU"/>
        </w:rPr>
        <w:t>м</w:t>
      </w:r>
      <w:r w:rsidR="00D03382" w:rsidRPr="00D03382">
        <w:rPr>
          <w:rFonts w:eastAsia="Times New Roman" w:cs="Times New Roman"/>
          <w:bCs/>
          <w:lang w:val="ru-RU"/>
        </w:rPr>
        <w:t>узичного мистецтва</w:t>
      </w:r>
      <w:r w:rsidR="000374E9">
        <w:rPr>
          <w:rFonts w:eastAsia="Times New Roman" w:cs="Times New Roman"/>
          <w:bCs/>
          <w:lang w:val="ru-RU"/>
        </w:rPr>
        <w:t xml:space="preserve"> Київського</w:t>
      </w:r>
      <w:r>
        <w:rPr>
          <w:rFonts w:eastAsia="Times New Roman" w:cs="Times New Roman"/>
          <w:bCs/>
          <w:lang w:val="ru-RU"/>
        </w:rPr>
        <w:t xml:space="preserve"> Міжнародного </w:t>
      </w:r>
    </w:p>
    <w:p w14:paraId="41B011A7" w14:textId="04D6D8C5" w:rsidR="00EB2868" w:rsidRPr="005128A4" w:rsidRDefault="00D03382" w:rsidP="005128A4">
      <w:pPr>
        <w:spacing w:line="240" w:lineRule="auto"/>
        <w:jc w:val="both"/>
        <w:rPr>
          <w:rFonts w:eastAsia="Times New Roman" w:cs="Times New Roman"/>
          <w:bCs/>
          <w:lang w:val="ru-RU"/>
        </w:rPr>
      </w:pPr>
      <w:r>
        <w:rPr>
          <w:rFonts w:eastAsia="Times New Roman" w:cs="Times New Roman"/>
          <w:bCs/>
          <w:lang w:val="ru-RU"/>
        </w:rPr>
        <w:t xml:space="preserve">                                     </w:t>
      </w:r>
      <w:r w:rsidR="005128A4" w:rsidRPr="00D03382">
        <w:rPr>
          <w:rFonts w:eastAsia="Times New Roman" w:cs="Times New Roman"/>
          <w:bCs/>
          <w:lang w:val="ru-RU"/>
        </w:rPr>
        <w:t>У</w:t>
      </w:r>
      <w:r w:rsidRPr="00D03382">
        <w:rPr>
          <w:rFonts w:eastAsia="Times New Roman" w:cs="Times New Roman"/>
          <w:bCs/>
          <w:lang w:val="ru-RU"/>
        </w:rPr>
        <w:t>ніверситету</w:t>
      </w:r>
      <w:r w:rsidR="005128A4">
        <w:rPr>
          <w:rFonts w:eastAsia="Times New Roman" w:cs="Times New Roman"/>
          <w:bCs/>
          <w:lang w:val="ru-RU"/>
        </w:rPr>
        <w:t xml:space="preserve"> </w:t>
      </w:r>
    </w:p>
    <w:p w14:paraId="65874194" w14:textId="7C0F22B9" w:rsidR="006A6CC1" w:rsidRDefault="00EB2868" w:rsidP="00012438">
      <w:pPr>
        <w:tabs>
          <w:tab w:val="left" w:pos="3540"/>
        </w:tabs>
        <w:spacing w:after="0" w:line="240" w:lineRule="auto"/>
        <w:ind w:left="0"/>
        <w:rPr>
          <w:rFonts w:eastAsia="Times New Roman" w:cs="Times New Roman"/>
          <w:bCs/>
          <w:lang w:val="ru-RU"/>
        </w:rPr>
      </w:pPr>
      <w:r>
        <w:rPr>
          <w:rFonts w:eastAsia="Times New Roman" w:cs="Times New Roman"/>
          <w:lang w:val="uk"/>
        </w:rPr>
        <w:t xml:space="preserve">           </w:t>
      </w:r>
      <w:r w:rsidR="00012438">
        <w:rPr>
          <w:rFonts w:eastAsia="Times New Roman" w:cs="Times New Roman"/>
          <w:lang w:val="uk"/>
        </w:rPr>
        <w:t xml:space="preserve">                                      </w:t>
      </w:r>
      <w:r w:rsidR="00012438">
        <w:rPr>
          <w:rFonts w:eastAsia="Times New Roman" w:cs="Times New Roman"/>
          <w:bCs/>
          <w:lang w:val="ru-RU"/>
        </w:rPr>
        <w:t>Горенко Лариса Іванівна</w:t>
      </w:r>
    </w:p>
    <w:p w14:paraId="7900C308" w14:textId="77777777" w:rsidR="00012438" w:rsidRDefault="00012438" w:rsidP="00012438">
      <w:pPr>
        <w:tabs>
          <w:tab w:val="left" w:pos="3540"/>
        </w:tabs>
        <w:spacing w:after="0" w:line="240" w:lineRule="auto"/>
        <w:ind w:left="0"/>
        <w:rPr>
          <w:rFonts w:eastAsia="Times New Roman" w:cs="Times New Roman"/>
          <w:lang w:val="uk"/>
        </w:rPr>
      </w:pPr>
    </w:p>
    <w:p w14:paraId="12837DD8" w14:textId="1272DD72" w:rsidR="00EB2868" w:rsidRPr="00EB2868" w:rsidRDefault="006A6CC1" w:rsidP="00EB2868">
      <w:pPr>
        <w:spacing w:after="0" w:line="240" w:lineRule="auto"/>
        <w:ind w:left="0"/>
        <w:rPr>
          <w:rFonts w:eastAsia="Times New Roman" w:cs="Times New Roman"/>
          <w:lang w:val="uk"/>
        </w:rPr>
      </w:pPr>
      <w:r>
        <w:rPr>
          <w:rFonts w:eastAsia="Times New Roman" w:cs="Times New Roman"/>
          <w:lang w:val="uk"/>
        </w:rPr>
        <w:t xml:space="preserve">           </w:t>
      </w:r>
      <w:r w:rsidR="00D03382">
        <w:rPr>
          <w:rFonts w:eastAsia="Times New Roman" w:cs="Times New Roman"/>
          <w:lang w:val="uk"/>
        </w:rPr>
        <w:t xml:space="preserve">  </w:t>
      </w:r>
      <w:r w:rsidR="00EB2868" w:rsidRPr="00EB2868">
        <w:rPr>
          <w:rFonts w:eastAsia="Times New Roman" w:cs="Times New Roman"/>
          <w:lang w:val="uk"/>
        </w:rPr>
        <w:t>Допустити до захисту</w:t>
      </w:r>
    </w:p>
    <w:p w14:paraId="597F794B" w14:textId="77777777" w:rsidR="00EB2868" w:rsidRPr="00EB2868" w:rsidRDefault="00EB2868" w:rsidP="00EB2868">
      <w:pPr>
        <w:spacing w:after="0" w:line="240" w:lineRule="auto"/>
        <w:jc w:val="both"/>
        <w:rPr>
          <w:rFonts w:eastAsia="Times New Roman" w:cs="Times New Roman"/>
          <w:lang w:val="uk"/>
        </w:rPr>
      </w:pPr>
      <w:r w:rsidRPr="00EB2868">
        <w:rPr>
          <w:rFonts w:eastAsia="Times New Roman" w:cs="Times New Roman"/>
          <w:lang w:val="uk"/>
        </w:rPr>
        <w:t>Протокол засідання кафедри</w:t>
      </w:r>
    </w:p>
    <w:p w14:paraId="0A5D2A6F" w14:textId="77777777" w:rsidR="00EB2868" w:rsidRPr="00EB2868" w:rsidRDefault="00EB2868" w:rsidP="00EB2868">
      <w:pPr>
        <w:spacing w:after="0" w:line="240" w:lineRule="auto"/>
        <w:jc w:val="both"/>
        <w:rPr>
          <w:rFonts w:eastAsia="Times New Roman" w:cs="Times New Roman"/>
          <w:lang w:val="uk"/>
        </w:rPr>
      </w:pPr>
      <w:r w:rsidRPr="00EB2868">
        <w:rPr>
          <w:rFonts w:eastAsia="Times New Roman" w:cs="Times New Roman"/>
          <w:lang w:val="uk"/>
        </w:rPr>
        <w:t>від «___» _______ 20__ р. №___</w:t>
      </w:r>
    </w:p>
    <w:p w14:paraId="3331A54A" w14:textId="77777777" w:rsidR="00EB2868" w:rsidRPr="00EB2868" w:rsidRDefault="00EB2868" w:rsidP="00EB2868">
      <w:pPr>
        <w:spacing w:after="0" w:line="240" w:lineRule="auto"/>
        <w:jc w:val="both"/>
        <w:rPr>
          <w:rFonts w:eastAsia="Times New Roman" w:cs="Times New Roman"/>
          <w:lang w:val="uk"/>
        </w:rPr>
      </w:pPr>
      <w:r w:rsidRPr="00EB2868">
        <w:rPr>
          <w:rFonts w:eastAsia="Times New Roman" w:cs="Times New Roman"/>
          <w:lang w:val="uk"/>
        </w:rPr>
        <w:t xml:space="preserve">Завідувач кафедри </w:t>
      </w:r>
    </w:p>
    <w:p w14:paraId="129ECDDE" w14:textId="77777777" w:rsidR="00EB2868" w:rsidRPr="00EB2868" w:rsidRDefault="00EB2868" w:rsidP="00EB2868">
      <w:pPr>
        <w:spacing w:after="0" w:line="240" w:lineRule="auto"/>
        <w:jc w:val="both"/>
        <w:rPr>
          <w:rFonts w:eastAsia="Times New Roman" w:cs="Times New Roman"/>
          <w:lang w:val="uk"/>
        </w:rPr>
      </w:pPr>
      <w:r w:rsidRPr="00EB2868">
        <w:rPr>
          <w:rFonts w:eastAsia="Times New Roman" w:cs="Times New Roman"/>
          <w:lang w:val="uk"/>
        </w:rPr>
        <w:t>____________ проф. Гирич В.С.</w:t>
      </w:r>
    </w:p>
    <w:p w14:paraId="714C8A26" w14:textId="77777777" w:rsidR="00EB2868" w:rsidRPr="00EB2868" w:rsidRDefault="00EB2868" w:rsidP="00EB2868">
      <w:pPr>
        <w:spacing w:after="0" w:line="240" w:lineRule="auto"/>
        <w:rPr>
          <w:rFonts w:cs="Times New Roman"/>
          <w:lang w:val="uk-UA"/>
        </w:rPr>
      </w:pPr>
    </w:p>
    <w:p w14:paraId="205CBF1B" w14:textId="77777777" w:rsidR="00EB2868" w:rsidRPr="00AF6019" w:rsidRDefault="00EB2868" w:rsidP="00EB2868">
      <w:pPr>
        <w:jc w:val="center"/>
        <w:rPr>
          <w:rFonts w:cs="Times New Roman"/>
          <w:lang w:val="uk"/>
        </w:rPr>
      </w:pPr>
      <w:r w:rsidRPr="00EB2868">
        <w:rPr>
          <w:rFonts w:cs="Times New Roman"/>
          <w:lang w:val="uk-UA"/>
        </w:rPr>
        <w:t>Київ  2025</w:t>
      </w:r>
    </w:p>
    <w:p w14:paraId="7CA21898" w14:textId="77777777" w:rsidR="00D366F3" w:rsidRPr="00AF6019" w:rsidRDefault="00D366F3" w:rsidP="0010444F">
      <w:pPr>
        <w:jc w:val="center"/>
        <w:rPr>
          <w:rFonts w:cs="Times New Roman"/>
          <w:color w:val="000000" w:themeColor="text1"/>
          <w:lang w:val="uk"/>
        </w:rPr>
        <w:sectPr w:rsidR="00D366F3" w:rsidRPr="00AF6019" w:rsidSect="00272B3F">
          <w:headerReference w:type="default" r:id="rId8"/>
          <w:footerReference w:type="default" r:id="rId9"/>
          <w:headerReference w:type="first" r:id="rId10"/>
          <w:pgSz w:w="12240" w:h="15840"/>
          <w:pgMar w:top="1134" w:right="850" w:bottom="1134" w:left="1701" w:header="720" w:footer="720" w:gutter="0"/>
          <w:pgNumType w:start="1"/>
          <w:cols w:space="720"/>
          <w:titlePg/>
          <w:docGrid w:linePitch="381"/>
        </w:sectPr>
      </w:pPr>
    </w:p>
    <w:p w14:paraId="634AAC99" w14:textId="4C5C8428" w:rsidR="00692654" w:rsidRDefault="00F03508" w:rsidP="0010444F">
      <w:pPr>
        <w:jc w:val="center"/>
        <w:rPr>
          <w:rFonts w:cs="Times New Roman"/>
          <w:b/>
          <w:bCs/>
          <w:color w:val="000000" w:themeColor="text1"/>
          <w:lang w:val="uk-UA"/>
        </w:rPr>
      </w:pPr>
      <w:r w:rsidRPr="00B7305F">
        <w:rPr>
          <w:rFonts w:cs="Times New Roman"/>
          <w:b/>
          <w:bCs/>
          <w:color w:val="000000" w:themeColor="text1"/>
          <w:lang w:val="uk-UA"/>
        </w:rPr>
        <w:lastRenderedPageBreak/>
        <w:t>ЗМІСТ</w:t>
      </w:r>
    </w:p>
    <w:p w14:paraId="6E8F8F26" w14:textId="063B3483" w:rsidR="00012438" w:rsidRPr="00012438" w:rsidRDefault="00012438" w:rsidP="00012438">
      <w:pPr>
        <w:ind w:left="0"/>
        <w:rPr>
          <w:rFonts w:cs="Times New Roman"/>
          <w:color w:val="000000" w:themeColor="text1"/>
          <w:lang w:val="uk-UA"/>
        </w:rPr>
      </w:pPr>
      <w:r w:rsidRPr="00012438">
        <w:rPr>
          <w:rFonts w:cs="Times New Roman"/>
          <w:color w:val="000000" w:themeColor="text1"/>
          <w:lang w:val="uk-UA"/>
        </w:rPr>
        <w:t>АНОТАЦІЯ…………………………………………………………………………</w:t>
      </w:r>
      <w:r>
        <w:rPr>
          <w:rFonts w:cs="Times New Roman"/>
          <w:color w:val="000000" w:themeColor="text1"/>
          <w:lang w:val="uk-UA"/>
        </w:rPr>
        <w:t>.</w:t>
      </w:r>
      <w:r w:rsidRPr="00012438">
        <w:rPr>
          <w:rFonts w:cs="Times New Roman"/>
          <w:color w:val="000000" w:themeColor="text1"/>
          <w:lang w:val="uk-UA"/>
        </w:rPr>
        <w:t>3</w:t>
      </w:r>
    </w:p>
    <w:p w14:paraId="42CC466B" w14:textId="2DCB8647" w:rsidR="00692654" w:rsidRPr="00B7305F" w:rsidRDefault="00443AFD" w:rsidP="0029445A">
      <w:pPr>
        <w:spacing w:after="0"/>
        <w:ind w:left="0"/>
        <w:jc w:val="both"/>
        <w:rPr>
          <w:rFonts w:cs="Times New Roman"/>
          <w:color w:val="000000" w:themeColor="text1"/>
          <w:lang w:val="uk-UA"/>
        </w:rPr>
      </w:pPr>
      <w:r w:rsidRPr="00B7305F">
        <w:rPr>
          <w:rFonts w:cs="Times New Roman"/>
          <w:color w:val="000000" w:themeColor="text1"/>
          <w:lang w:val="uk-UA"/>
        </w:rPr>
        <w:t>ВСТУП</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9D21BD" w:rsidRPr="00B7305F">
        <w:rPr>
          <w:rFonts w:cs="Times New Roman"/>
          <w:color w:val="000000" w:themeColor="text1"/>
          <w:lang w:val="uk-UA"/>
        </w:rPr>
        <w:t>……</w:t>
      </w:r>
      <w:r w:rsidR="0029445A" w:rsidRPr="00B7305F">
        <w:rPr>
          <w:rFonts w:cs="Times New Roman"/>
          <w:color w:val="000000" w:themeColor="text1"/>
          <w:lang w:val="uk-UA"/>
        </w:rPr>
        <w:t>………</w:t>
      </w:r>
      <w:r w:rsidR="00012438">
        <w:rPr>
          <w:rFonts w:cs="Times New Roman"/>
          <w:color w:val="000000" w:themeColor="text1"/>
          <w:lang w:val="uk-UA"/>
        </w:rPr>
        <w:t>7</w:t>
      </w:r>
    </w:p>
    <w:p w14:paraId="6B4B9222" w14:textId="0AD20477" w:rsidR="00443AFD" w:rsidRPr="00B7305F" w:rsidRDefault="00443AFD" w:rsidP="0029445A">
      <w:pPr>
        <w:spacing w:after="0"/>
        <w:ind w:left="0"/>
        <w:jc w:val="both"/>
        <w:rPr>
          <w:rFonts w:cs="Times New Roman"/>
          <w:color w:val="000000" w:themeColor="text1"/>
          <w:lang w:val="uk-UA"/>
        </w:rPr>
      </w:pPr>
      <w:r w:rsidRPr="00B7305F">
        <w:rPr>
          <w:rFonts w:cs="Times New Roman"/>
          <w:color w:val="000000" w:themeColor="text1"/>
          <w:lang w:val="uk-UA"/>
        </w:rPr>
        <w:t>РОЗДІЛ</w:t>
      </w:r>
      <w:r w:rsidR="00480420" w:rsidRPr="00B7305F">
        <w:rPr>
          <w:rFonts w:cs="Times New Roman"/>
          <w:color w:val="000000" w:themeColor="text1"/>
          <w:lang w:val="uk-UA"/>
        </w:rPr>
        <w:t xml:space="preserve"> </w:t>
      </w:r>
      <w:r w:rsidRPr="00B7305F">
        <w:rPr>
          <w:rFonts w:cs="Times New Roman"/>
          <w:color w:val="000000" w:themeColor="text1"/>
          <w:lang w:val="uk-UA"/>
        </w:rPr>
        <w:t>1.</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ТЕОРЕТИЧНІ</w:t>
      </w:r>
      <w:r w:rsidR="00480420" w:rsidRPr="00B7305F">
        <w:rPr>
          <w:rFonts w:cs="Times New Roman"/>
          <w:color w:val="000000" w:themeColor="text1"/>
          <w:lang w:val="uk-UA"/>
        </w:rPr>
        <w:t xml:space="preserve"> </w:t>
      </w:r>
      <w:r w:rsidRPr="00B7305F">
        <w:rPr>
          <w:rFonts w:cs="Times New Roman"/>
          <w:color w:val="000000" w:themeColor="text1"/>
          <w:lang w:val="uk-UA"/>
        </w:rPr>
        <w:t>ОСНОВИ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КІНОМИСТЕЦТВА…………………………………………</w:t>
      </w:r>
      <w:r w:rsidR="0029445A" w:rsidRPr="00B7305F">
        <w:rPr>
          <w:rFonts w:cs="Times New Roman"/>
          <w:color w:val="000000" w:themeColor="text1"/>
          <w:lang w:val="uk-UA"/>
        </w:rPr>
        <w:t>…………………</w:t>
      </w:r>
      <w:r w:rsidR="00FC08A3" w:rsidRPr="00B7305F">
        <w:rPr>
          <w:rFonts w:cs="Times New Roman"/>
          <w:color w:val="000000" w:themeColor="text1"/>
          <w:lang w:val="uk-UA"/>
        </w:rPr>
        <w:t>1</w:t>
      </w:r>
      <w:r w:rsidR="00F75356">
        <w:rPr>
          <w:rFonts w:cs="Times New Roman"/>
          <w:color w:val="000000" w:themeColor="text1"/>
          <w:lang w:val="uk-UA"/>
        </w:rPr>
        <w:t>5</w:t>
      </w:r>
    </w:p>
    <w:p w14:paraId="3A90C44C" w14:textId="5ACD1A54" w:rsidR="00692654" w:rsidRPr="00B7305F" w:rsidRDefault="00443AFD" w:rsidP="00692232">
      <w:pPr>
        <w:spacing w:after="0"/>
        <w:ind w:left="0"/>
        <w:jc w:val="both"/>
        <w:rPr>
          <w:rFonts w:cs="Times New Roman"/>
          <w:color w:val="000000" w:themeColor="text1"/>
          <w:lang w:val="uk-UA"/>
        </w:rPr>
      </w:pPr>
      <w:r w:rsidRPr="00B7305F">
        <w:rPr>
          <w:rFonts w:cs="Times New Roman"/>
          <w:color w:val="000000" w:themeColor="text1"/>
          <w:lang w:val="uk-UA"/>
        </w:rPr>
        <w:t>1.1.</w:t>
      </w:r>
      <w:r w:rsidR="00480420" w:rsidRPr="00B7305F">
        <w:rPr>
          <w:rFonts w:cs="Times New Roman"/>
          <w:color w:val="000000" w:themeColor="text1"/>
          <w:lang w:val="uk-UA"/>
        </w:rPr>
        <w:t xml:space="preserve"> </w:t>
      </w:r>
      <w:r w:rsidRPr="00B7305F">
        <w:rPr>
          <w:rFonts w:cs="Times New Roman"/>
          <w:color w:val="000000" w:themeColor="text1"/>
          <w:lang w:val="uk-UA"/>
        </w:rPr>
        <w:t>Витоки,</w:t>
      </w:r>
      <w:r w:rsidR="00480420" w:rsidRPr="00B7305F">
        <w:rPr>
          <w:rFonts w:cs="Times New Roman"/>
          <w:color w:val="000000" w:themeColor="text1"/>
          <w:lang w:val="uk-UA"/>
        </w:rPr>
        <w:t xml:space="preserve"> </w:t>
      </w:r>
      <w:r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спільні</w:t>
      </w:r>
      <w:r w:rsidR="00480420" w:rsidRPr="00B7305F">
        <w:rPr>
          <w:rFonts w:cs="Times New Roman"/>
          <w:color w:val="000000" w:themeColor="text1"/>
          <w:lang w:val="uk-UA"/>
        </w:rPr>
        <w:t xml:space="preserve"> </w:t>
      </w:r>
      <w:r w:rsidRPr="00B7305F">
        <w:rPr>
          <w:rFonts w:cs="Times New Roman"/>
          <w:color w:val="000000" w:themeColor="text1"/>
          <w:lang w:val="uk-UA"/>
        </w:rPr>
        <w:t>риси</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кіномистецтва………</w:t>
      </w:r>
      <w:r w:rsidR="00692232" w:rsidRPr="00B7305F">
        <w:rPr>
          <w:rFonts w:cs="Times New Roman"/>
          <w:color w:val="000000" w:themeColor="text1"/>
          <w:lang w:val="uk-UA"/>
        </w:rPr>
        <w:t>………….</w:t>
      </w:r>
      <w:r w:rsidR="00F75356">
        <w:rPr>
          <w:rFonts w:cs="Times New Roman"/>
          <w:color w:val="000000" w:themeColor="text1"/>
          <w:lang w:val="uk-UA"/>
        </w:rPr>
        <w:t>.</w:t>
      </w:r>
      <w:r w:rsidR="00FC08A3" w:rsidRPr="00B7305F">
        <w:rPr>
          <w:rFonts w:cs="Times New Roman"/>
          <w:color w:val="000000" w:themeColor="text1"/>
          <w:lang w:val="uk-UA"/>
        </w:rPr>
        <w:t>1</w:t>
      </w:r>
      <w:r w:rsidR="00F75356">
        <w:rPr>
          <w:rFonts w:cs="Times New Roman"/>
          <w:color w:val="000000" w:themeColor="text1"/>
          <w:lang w:val="uk-UA"/>
        </w:rPr>
        <w:t>5</w:t>
      </w:r>
    </w:p>
    <w:p w14:paraId="5EC774D2" w14:textId="0EB542B7" w:rsidR="00692654" w:rsidRPr="00B7305F" w:rsidRDefault="00000000" w:rsidP="00692232">
      <w:pPr>
        <w:spacing w:after="0"/>
        <w:ind w:left="0"/>
        <w:jc w:val="both"/>
        <w:rPr>
          <w:rFonts w:cs="Times New Roman"/>
          <w:color w:val="000000" w:themeColor="text1"/>
          <w:lang w:val="uk-UA"/>
        </w:rPr>
      </w:pPr>
      <w:r w:rsidRPr="00B7305F">
        <w:rPr>
          <w:rFonts w:cs="Times New Roman"/>
          <w:color w:val="000000" w:themeColor="text1"/>
          <w:lang w:val="uk-UA"/>
        </w:rPr>
        <w:t>1.2.</w:t>
      </w:r>
      <w:r w:rsidR="00480420" w:rsidRPr="00B7305F">
        <w:rPr>
          <w:rFonts w:cs="Times New Roman"/>
          <w:color w:val="000000" w:themeColor="text1"/>
          <w:lang w:val="uk-UA"/>
        </w:rPr>
        <w:t xml:space="preserve"> </w:t>
      </w:r>
      <w:r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екрана……………………</w:t>
      </w:r>
      <w:r w:rsidR="00692232" w:rsidRPr="00B7305F">
        <w:rPr>
          <w:rFonts w:cs="Times New Roman"/>
          <w:color w:val="000000" w:themeColor="text1"/>
          <w:lang w:val="uk-UA"/>
        </w:rPr>
        <w:t>……..</w:t>
      </w:r>
      <w:r w:rsidR="005E2DD5" w:rsidRPr="00B7305F">
        <w:rPr>
          <w:rFonts w:cs="Times New Roman"/>
          <w:color w:val="000000" w:themeColor="text1"/>
          <w:lang w:val="uk-UA"/>
        </w:rPr>
        <w:t>.</w:t>
      </w:r>
      <w:r w:rsidR="00FC08A3" w:rsidRPr="00B7305F">
        <w:rPr>
          <w:rFonts w:cs="Times New Roman"/>
          <w:color w:val="000000" w:themeColor="text1"/>
          <w:lang w:val="uk-UA"/>
        </w:rPr>
        <w:t>2</w:t>
      </w:r>
      <w:r w:rsidR="00F75356">
        <w:rPr>
          <w:rFonts w:cs="Times New Roman"/>
          <w:color w:val="000000" w:themeColor="text1"/>
          <w:lang w:val="uk-UA"/>
        </w:rPr>
        <w:t>3</w:t>
      </w:r>
      <w:r w:rsidR="00480420" w:rsidRPr="00B7305F">
        <w:rPr>
          <w:rFonts w:cs="Times New Roman"/>
          <w:color w:val="000000" w:themeColor="text1"/>
          <w:lang w:val="uk-UA"/>
        </w:rPr>
        <w:t xml:space="preserve"> </w:t>
      </w:r>
    </w:p>
    <w:p w14:paraId="1381D40D" w14:textId="197C4791" w:rsidR="00443AFD" w:rsidRPr="00B7305F" w:rsidRDefault="00000000" w:rsidP="00692232">
      <w:pPr>
        <w:spacing w:after="0"/>
        <w:ind w:left="0"/>
        <w:jc w:val="both"/>
        <w:rPr>
          <w:rFonts w:cs="Times New Roman"/>
          <w:color w:val="000000" w:themeColor="text1"/>
          <w:lang w:val="uk-UA"/>
        </w:rPr>
      </w:pPr>
      <w:r w:rsidRPr="00B7305F">
        <w:rPr>
          <w:rFonts w:cs="Times New Roman"/>
          <w:color w:val="000000" w:themeColor="text1"/>
          <w:lang w:val="uk-UA"/>
        </w:rPr>
        <w:t>1.3.</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43AFD" w:rsidRPr="00B7305F">
        <w:rPr>
          <w:rFonts w:cs="Times New Roman"/>
          <w:color w:val="000000" w:themeColor="text1"/>
          <w:lang w:val="uk-UA"/>
        </w:rPr>
        <w:t>…………………………………………………………………………</w:t>
      </w:r>
      <w:r w:rsidR="005E2DD5" w:rsidRPr="00B7305F">
        <w:rPr>
          <w:rFonts w:cs="Times New Roman"/>
          <w:color w:val="000000" w:themeColor="text1"/>
          <w:lang w:val="uk-UA"/>
        </w:rPr>
        <w:t>…….</w:t>
      </w:r>
      <w:r w:rsidR="00F75356">
        <w:rPr>
          <w:rFonts w:cs="Times New Roman"/>
          <w:color w:val="000000" w:themeColor="text1"/>
          <w:lang w:val="uk-UA"/>
        </w:rPr>
        <w:t>31</w:t>
      </w:r>
    </w:p>
    <w:p w14:paraId="19C742E9" w14:textId="4EA261F1" w:rsidR="00443AFD" w:rsidRPr="00B7305F" w:rsidRDefault="00443AFD" w:rsidP="0029445A">
      <w:pPr>
        <w:spacing w:after="0"/>
        <w:ind w:left="0"/>
        <w:jc w:val="both"/>
        <w:rPr>
          <w:rFonts w:cs="Times New Roman"/>
          <w:color w:val="000000" w:themeColor="text1"/>
          <w:lang w:val="uk-UA"/>
        </w:rPr>
      </w:pPr>
      <w:r w:rsidRPr="00B7305F">
        <w:rPr>
          <w:rFonts w:cs="Times New Roman"/>
          <w:color w:val="000000" w:themeColor="text1"/>
          <w:lang w:val="uk-UA"/>
        </w:rPr>
        <w:t>РОЗДІЛ</w:t>
      </w:r>
      <w:r w:rsidR="00480420" w:rsidRPr="00B7305F">
        <w:rPr>
          <w:rFonts w:cs="Times New Roman"/>
          <w:color w:val="000000" w:themeColor="text1"/>
          <w:lang w:val="uk-UA"/>
        </w:rPr>
        <w:t xml:space="preserve"> </w:t>
      </w:r>
      <w:r w:rsidRPr="00B7305F">
        <w:rPr>
          <w:rFonts w:cs="Times New Roman"/>
          <w:color w:val="000000" w:themeColor="text1"/>
          <w:lang w:val="uk-UA"/>
        </w:rPr>
        <w:t>2.</w:t>
      </w:r>
      <w:r w:rsidR="00480420" w:rsidRPr="00B7305F">
        <w:rPr>
          <w:rFonts w:cs="Times New Roman"/>
          <w:color w:val="000000" w:themeColor="text1"/>
          <w:lang w:val="uk-UA"/>
        </w:rPr>
        <w:t xml:space="preserve"> </w:t>
      </w:r>
      <w:r w:rsidRPr="00B7305F">
        <w:rPr>
          <w:rFonts w:cs="Times New Roman"/>
          <w:color w:val="000000" w:themeColor="text1"/>
          <w:lang w:val="uk-UA"/>
        </w:rPr>
        <w:t>ПРАКТИЧНІ</w:t>
      </w:r>
      <w:r w:rsidR="00480420" w:rsidRPr="00B7305F">
        <w:rPr>
          <w:rFonts w:cs="Times New Roman"/>
          <w:color w:val="000000" w:themeColor="text1"/>
          <w:lang w:val="uk-UA"/>
        </w:rPr>
        <w:t xml:space="preserve"> </w:t>
      </w:r>
      <w:r w:rsidRPr="00B7305F">
        <w:rPr>
          <w:rFonts w:cs="Times New Roman"/>
          <w:color w:val="000000" w:themeColor="text1"/>
          <w:lang w:val="uk-UA"/>
        </w:rPr>
        <w:t>АСПЕКТИ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81093B" w:rsidRPr="00B7305F">
        <w:rPr>
          <w:rFonts w:cs="Times New Roman"/>
          <w:color w:val="000000" w:themeColor="text1"/>
          <w:lang w:val="uk-UA"/>
        </w:rPr>
        <w:t>………………………………………………………………..</w:t>
      </w:r>
      <w:r w:rsidR="005E2DD5" w:rsidRPr="00B7305F">
        <w:rPr>
          <w:rFonts w:cs="Times New Roman"/>
          <w:color w:val="000000" w:themeColor="text1"/>
          <w:lang w:val="uk-UA"/>
        </w:rPr>
        <w:t>.</w:t>
      </w:r>
      <w:r w:rsidR="00D03382">
        <w:rPr>
          <w:rFonts w:cs="Times New Roman"/>
          <w:color w:val="000000" w:themeColor="text1"/>
          <w:lang w:val="uk-UA"/>
        </w:rPr>
        <w:t>....</w:t>
      </w:r>
      <w:r w:rsidR="0081598D" w:rsidRPr="00B7305F">
        <w:rPr>
          <w:rFonts w:cs="Times New Roman"/>
          <w:color w:val="000000" w:themeColor="text1"/>
          <w:lang w:val="uk-UA"/>
        </w:rPr>
        <w:t>3</w:t>
      </w:r>
      <w:r w:rsidR="00F75356">
        <w:rPr>
          <w:rFonts w:cs="Times New Roman"/>
          <w:color w:val="000000" w:themeColor="text1"/>
          <w:lang w:val="uk-UA"/>
        </w:rPr>
        <w:t>9</w:t>
      </w:r>
    </w:p>
    <w:p w14:paraId="5C887E7F" w14:textId="41EC4C7F" w:rsidR="0081093B" w:rsidRPr="00B7305F" w:rsidRDefault="0081093B" w:rsidP="00692232">
      <w:pPr>
        <w:spacing w:after="0"/>
        <w:ind w:left="0"/>
        <w:jc w:val="both"/>
        <w:rPr>
          <w:rFonts w:cs="Times New Roman"/>
          <w:color w:val="000000" w:themeColor="text1"/>
          <w:lang w:val="uk-UA"/>
        </w:rPr>
      </w:pPr>
      <w:r w:rsidRPr="00B7305F">
        <w:rPr>
          <w:rFonts w:cs="Times New Roman"/>
          <w:color w:val="000000" w:themeColor="text1"/>
          <w:lang w:val="uk-UA"/>
        </w:rPr>
        <w:t>2.1.</w:t>
      </w:r>
      <w:r w:rsidR="00480420" w:rsidRPr="00B7305F">
        <w:rPr>
          <w:rFonts w:cs="Times New Roman"/>
          <w:color w:val="000000" w:themeColor="text1"/>
          <w:lang w:val="uk-UA"/>
        </w:rPr>
        <w:t xml:space="preserve"> </w:t>
      </w:r>
      <w:r w:rsidRPr="00B7305F">
        <w:rPr>
          <w:rFonts w:cs="Times New Roman"/>
          <w:color w:val="000000" w:themeColor="text1"/>
          <w:lang w:val="uk-UA"/>
        </w:rPr>
        <w:t>Особливості</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зйомочного</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майданчика</w:t>
      </w:r>
      <w:r w:rsidR="005E2DD5" w:rsidRPr="00B7305F">
        <w:rPr>
          <w:rFonts w:cs="Times New Roman"/>
          <w:color w:val="000000" w:themeColor="text1"/>
          <w:lang w:val="uk-UA"/>
        </w:rPr>
        <w:t>…………………………………………………………………………..</w:t>
      </w:r>
      <w:r w:rsidR="00FC08A3" w:rsidRPr="00B7305F">
        <w:rPr>
          <w:rFonts w:cs="Times New Roman"/>
          <w:color w:val="000000" w:themeColor="text1"/>
          <w:lang w:val="uk-UA"/>
        </w:rPr>
        <w:t>3</w:t>
      </w:r>
      <w:r w:rsidR="00F75356">
        <w:rPr>
          <w:rFonts w:cs="Times New Roman"/>
          <w:color w:val="000000" w:themeColor="text1"/>
          <w:lang w:val="uk-UA"/>
        </w:rPr>
        <w:t>9</w:t>
      </w:r>
      <w:r w:rsidR="00480420" w:rsidRPr="00B7305F">
        <w:rPr>
          <w:rFonts w:cs="Times New Roman"/>
          <w:color w:val="000000" w:themeColor="text1"/>
          <w:lang w:val="uk-UA"/>
        </w:rPr>
        <w:t xml:space="preserve"> </w:t>
      </w:r>
    </w:p>
    <w:p w14:paraId="7B69B17E" w14:textId="1ADF3C5C" w:rsidR="0081093B" w:rsidRPr="00B7305F" w:rsidRDefault="0081093B" w:rsidP="00692232">
      <w:pPr>
        <w:spacing w:after="0"/>
        <w:ind w:left="0"/>
        <w:jc w:val="both"/>
        <w:rPr>
          <w:rFonts w:cs="Times New Roman"/>
          <w:color w:val="000000" w:themeColor="text1"/>
          <w:lang w:val="uk-UA"/>
        </w:rPr>
      </w:pPr>
      <w:r w:rsidRPr="00B7305F">
        <w:rPr>
          <w:rFonts w:cs="Times New Roman"/>
          <w:color w:val="000000" w:themeColor="text1"/>
          <w:lang w:val="uk-UA"/>
        </w:rPr>
        <w:t>2.2.</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методик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692232" w:rsidRPr="00B7305F">
        <w:rPr>
          <w:rFonts w:cs="Times New Roman"/>
          <w:color w:val="000000" w:themeColor="text1"/>
          <w:lang w:val="uk-UA"/>
        </w:rPr>
        <w:t>……..</w:t>
      </w:r>
      <w:r w:rsidR="00FC08A3" w:rsidRPr="00B7305F">
        <w:rPr>
          <w:rFonts w:cs="Times New Roman"/>
          <w:color w:val="000000" w:themeColor="text1"/>
          <w:lang w:val="uk-UA"/>
        </w:rPr>
        <w:t>4</w:t>
      </w:r>
      <w:r w:rsidR="00F75356">
        <w:rPr>
          <w:rFonts w:cs="Times New Roman"/>
          <w:color w:val="000000" w:themeColor="text1"/>
          <w:lang w:val="uk-UA"/>
        </w:rPr>
        <w:t>3</w:t>
      </w:r>
    </w:p>
    <w:p w14:paraId="20CB1A13" w14:textId="0ED9B074" w:rsidR="0081093B" w:rsidRPr="00B7305F" w:rsidRDefault="0081093B" w:rsidP="00692232">
      <w:pPr>
        <w:spacing w:after="0"/>
        <w:ind w:left="0"/>
        <w:jc w:val="both"/>
        <w:rPr>
          <w:rFonts w:cs="Times New Roman"/>
          <w:color w:val="000000" w:themeColor="text1"/>
          <w:lang w:val="uk-UA"/>
        </w:rPr>
      </w:pPr>
      <w:r w:rsidRPr="00B7305F">
        <w:rPr>
          <w:rFonts w:cs="Times New Roman"/>
          <w:color w:val="000000" w:themeColor="text1"/>
          <w:lang w:val="uk-UA"/>
        </w:rPr>
        <w:t>2.3.</w:t>
      </w:r>
      <w:r w:rsidR="00480420" w:rsidRPr="00B7305F">
        <w:rPr>
          <w:rFonts w:cs="Times New Roman"/>
          <w:color w:val="000000" w:themeColor="text1"/>
          <w:lang w:val="uk-UA"/>
        </w:rPr>
        <w:t xml:space="preserve"> </w:t>
      </w:r>
      <w:r w:rsidRPr="00B7305F">
        <w:rPr>
          <w:rFonts w:cs="Times New Roman"/>
          <w:color w:val="000000" w:themeColor="text1"/>
          <w:lang w:val="uk-UA"/>
        </w:rPr>
        <w:t>Вплив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кінематографу</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сучасну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школу</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692232" w:rsidRPr="00B7305F">
        <w:rPr>
          <w:rFonts w:cs="Times New Roman"/>
          <w:color w:val="000000" w:themeColor="text1"/>
          <w:lang w:val="uk-UA"/>
        </w:rPr>
        <w:t>……….</w:t>
      </w:r>
      <w:r w:rsidR="0081598D" w:rsidRPr="00B7305F">
        <w:rPr>
          <w:rFonts w:cs="Times New Roman"/>
          <w:color w:val="000000" w:themeColor="text1"/>
          <w:lang w:val="uk-UA"/>
        </w:rPr>
        <w:t>5</w:t>
      </w:r>
      <w:r w:rsidR="00F75356">
        <w:rPr>
          <w:rFonts w:cs="Times New Roman"/>
          <w:color w:val="000000" w:themeColor="text1"/>
          <w:lang w:val="uk-UA"/>
        </w:rPr>
        <w:t>3</w:t>
      </w:r>
      <w:r w:rsidR="00480420" w:rsidRPr="00B7305F">
        <w:rPr>
          <w:rFonts w:cs="Times New Roman"/>
          <w:color w:val="000000" w:themeColor="text1"/>
          <w:lang w:val="uk-UA"/>
        </w:rPr>
        <w:t xml:space="preserve"> </w:t>
      </w:r>
    </w:p>
    <w:p w14:paraId="015743D1" w14:textId="1E0544D0" w:rsidR="0081093B" w:rsidRPr="00964F8A" w:rsidRDefault="0081093B" w:rsidP="0029445A">
      <w:pPr>
        <w:spacing w:after="0"/>
        <w:ind w:left="0"/>
        <w:jc w:val="both"/>
        <w:rPr>
          <w:rFonts w:cs="Times New Roman"/>
          <w:color w:val="000000" w:themeColor="text1"/>
          <w:lang w:val="ru-RU"/>
        </w:rPr>
      </w:pPr>
      <w:r w:rsidRPr="00B7305F">
        <w:rPr>
          <w:rFonts w:cs="Times New Roman"/>
          <w:color w:val="000000" w:themeColor="text1"/>
          <w:lang w:val="uk-UA"/>
        </w:rPr>
        <w:t>РОЗДІЛ</w:t>
      </w:r>
      <w:r w:rsidR="00480420" w:rsidRPr="00B7305F">
        <w:rPr>
          <w:rFonts w:cs="Times New Roman"/>
          <w:color w:val="000000" w:themeColor="text1"/>
          <w:lang w:val="uk-UA"/>
        </w:rPr>
        <w:t xml:space="preserve"> </w:t>
      </w:r>
      <w:r w:rsidRPr="00B7305F">
        <w:rPr>
          <w:rFonts w:cs="Times New Roman"/>
          <w:color w:val="000000" w:themeColor="text1"/>
          <w:lang w:val="uk-UA"/>
        </w:rPr>
        <w:t>3.</w:t>
      </w:r>
      <w:r w:rsidR="00480420" w:rsidRPr="00B7305F">
        <w:rPr>
          <w:rFonts w:cs="Times New Roman"/>
          <w:color w:val="000000" w:themeColor="text1"/>
          <w:lang w:val="uk-UA"/>
        </w:rPr>
        <w:t xml:space="preserve"> </w:t>
      </w:r>
      <w:r w:rsidRPr="00B7305F">
        <w:rPr>
          <w:rFonts w:cs="Times New Roman"/>
          <w:color w:val="000000" w:themeColor="text1"/>
          <w:lang w:val="uk-UA"/>
        </w:rPr>
        <w:t>СУЧАСНІ</w:t>
      </w:r>
      <w:r w:rsidR="00480420" w:rsidRPr="00B7305F">
        <w:rPr>
          <w:rFonts w:cs="Times New Roman"/>
          <w:color w:val="000000" w:themeColor="text1"/>
          <w:lang w:val="uk-UA"/>
        </w:rPr>
        <w:t xml:space="preserve"> </w:t>
      </w:r>
      <w:r w:rsidRPr="00B7305F">
        <w:rPr>
          <w:rFonts w:cs="Times New Roman"/>
          <w:color w:val="000000" w:themeColor="text1"/>
          <w:lang w:val="uk-UA"/>
        </w:rPr>
        <w:t>ТЕНДЕНЦІЇ</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МИСТЕЦЬКОМУ</w:t>
      </w:r>
      <w:r w:rsidR="00480420" w:rsidRPr="00B7305F">
        <w:rPr>
          <w:rFonts w:cs="Times New Roman"/>
          <w:color w:val="000000" w:themeColor="text1"/>
          <w:lang w:val="uk-UA"/>
        </w:rPr>
        <w:t xml:space="preserve"> </w:t>
      </w:r>
      <w:r w:rsidRPr="00B7305F">
        <w:rPr>
          <w:rFonts w:cs="Times New Roman"/>
          <w:color w:val="000000" w:themeColor="text1"/>
          <w:lang w:val="uk-UA"/>
        </w:rPr>
        <w:t>ПРОЦЕСІ…………………………………………………</w:t>
      </w:r>
      <w:r w:rsidR="005E2DD5" w:rsidRPr="00B7305F">
        <w:rPr>
          <w:rFonts w:cs="Times New Roman"/>
          <w:color w:val="000000" w:themeColor="text1"/>
          <w:lang w:val="uk-UA"/>
        </w:rPr>
        <w:t>……</w:t>
      </w:r>
      <w:r w:rsidR="0081598D" w:rsidRPr="00964F8A">
        <w:rPr>
          <w:rFonts w:cs="Times New Roman"/>
          <w:color w:val="000000" w:themeColor="text1"/>
          <w:lang w:val="uk-UA"/>
        </w:rPr>
        <w:t>5</w:t>
      </w:r>
      <w:r w:rsidR="00F75356">
        <w:rPr>
          <w:rFonts w:cs="Times New Roman"/>
          <w:color w:val="000000" w:themeColor="text1"/>
          <w:lang w:val="ru-RU"/>
        </w:rPr>
        <w:t>9</w:t>
      </w:r>
    </w:p>
    <w:p w14:paraId="75EDF85B" w14:textId="3117F9A8" w:rsidR="0081093B" w:rsidRPr="00964F8A" w:rsidRDefault="0081093B" w:rsidP="00692232">
      <w:pPr>
        <w:spacing w:after="0"/>
        <w:ind w:left="0"/>
        <w:jc w:val="both"/>
        <w:rPr>
          <w:rFonts w:cs="Times New Roman"/>
          <w:color w:val="000000" w:themeColor="text1"/>
          <w:lang w:val="ru-RU"/>
        </w:rPr>
      </w:pPr>
      <w:r w:rsidRPr="00964F8A">
        <w:rPr>
          <w:rFonts w:cs="Times New Roman"/>
          <w:color w:val="000000" w:themeColor="text1"/>
          <w:lang w:val="uk-UA"/>
        </w:rPr>
        <w:t>3.1.</w:t>
      </w:r>
      <w:r w:rsidR="00480420" w:rsidRPr="00964F8A">
        <w:rPr>
          <w:rFonts w:cs="Times New Roman"/>
          <w:color w:val="000000" w:themeColor="text1"/>
          <w:lang w:val="uk-UA"/>
        </w:rPr>
        <w:t xml:space="preserve"> </w:t>
      </w:r>
      <w:r w:rsidRPr="00964F8A">
        <w:rPr>
          <w:rFonts w:cs="Times New Roman"/>
          <w:color w:val="000000" w:themeColor="text1"/>
          <w:lang w:val="uk-UA"/>
        </w:rPr>
        <w:t>Кінематографічні</w:t>
      </w:r>
      <w:r w:rsidR="00480420" w:rsidRPr="00964F8A">
        <w:rPr>
          <w:rFonts w:cs="Times New Roman"/>
          <w:color w:val="000000" w:themeColor="text1"/>
          <w:lang w:val="uk-UA"/>
        </w:rPr>
        <w:t xml:space="preserve"> </w:t>
      </w:r>
      <w:r w:rsidRPr="00964F8A">
        <w:rPr>
          <w:rFonts w:cs="Times New Roman"/>
          <w:color w:val="000000" w:themeColor="text1"/>
          <w:lang w:val="uk-UA"/>
        </w:rPr>
        <w:t>технології</w:t>
      </w:r>
      <w:r w:rsidR="00480420" w:rsidRPr="00964F8A">
        <w:rPr>
          <w:rFonts w:cs="Times New Roman"/>
          <w:color w:val="000000" w:themeColor="text1"/>
          <w:lang w:val="uk-UA"/>
        </w:rPr>
        <w:t xml:space="preserve"> </w:t>
      </w:r>
      <w:r w:rsidRPr="00964F8A">
        <w:rPr>
          <w:rFonts w:cs="Times New Roman"/>
          <w:color w:val="000000" w:themeColor="text1"/>
          <w:lang w:val="uk-UA"/>
        </w:rPr>
        <w:t>у</w:t>
      </w:r>
      <w:r w:rsidR="00480420" w:rsidRPr="00964F8A">
        <w:rPr>
          <w:rFonts w:cs="Times New Roman"/>
          <w:color w:val="000000" w:themeColor="text1"/>
          <w:lang w:val="uk-UA"/>
        </w:rPr>
        <w:t xml:space="preserve"> </w:t>
      </w:r>
      <w:r w:rsidRPr="00964F8A">
        <w:rPr>
          <w:rFonts w:cs="Times New Roman"/>
          <w:color w:val="000000" w:themeColor="text1"/>
          <w:lang w:val="uk-UA"/>
        </w:rPr>
        <w:t>театральній</w:t>
      </w:r>
      <w:r w:rsidR="00480420" w:rsidRPr="00964F8A">
        <w:rPr>
          <w:rFonts w:cs="Times New Roman"/>
          <w:color w:val="000000" w:themeColor="text1"/>
          <w:lang w:val="uk-UA"/>
        </w:rPr>
        <w:t xml:space="preserve"> </w:t>
      </w:r>
      <w:r w:rsidRPr="00964F8A">
        <w:rPr>
          <w:rFonts w:cs="Times New Roman"/>
          <w:color w:val="000000" w:themeColor="text1"/>
          <w:lang w:val="uk-UA"/>
        </w:rPr>
        <w:t>практиці</w:t>
      </w:r>
      <w:r w:rsidR="00480420" w:rsidRPr="00964F8A">
        <w:rPr>
          <w:rFonts w:cs="Times New Roman"/>
          <w:color w:val="000000" w:themeColor="text1"/>
          <w:lang w:val="uk-UA"/>
        </w:rPr>
        <w:t xml:space="preserve"> </w:t>
      </w:r>
      <w:r w:rsidRPr="00964F8A">
        <w:rPr>
          <w:rFonts w:cs="Times New Roman"/>
          <w:color w:val="000000" w:themeColor="text1"/>
          <w:lang w:val="uk-UA"/>
        </w:rPr>
        <w:t>ХХІ</w:t>
      </w:r>
      <w:r w:rsidR="00480420" w:rsidRPr="00964F8A">
        <w:rPr>
          <w:rFonts w:cs="Times New Roman"/>
          <w:color w:val="000000" w:themeColor="text1"/>
          <w:lang w:val="uk-UA"/>
        </w:rPr>
        <w:t xml:space="preserve"> </w:t>
      </w:r>
      <w:r w:rsidRPr="00964F8A">
        <w:rPr>
          <w:rFonts w:cs="Times New Roman"/>
          <w:color w:val="000000" w:themeColor="text1"/>
          <w:lang w:val="uk-UA"/>
        </w:rPr>
        <w:t>століття</w:t>
      </w:r>
      <w:r w:rsidR="005E2DD5" w:rsidRPr="00964F8A">
        <w:rPr>
          <w:rFonts w:cs="Times New Roman"/>
          <w:color w:val="000000" w:themeColor="text1"/>
          <w:lang w:val="uk-UA"/>
        </w:rPr>
        <w:t>…</w:t>
      </w:r>
      <w:r w:rsidR="00692232" w:rsidRPr="00964F8A">
        <w:rPr>
          <w:rFonts w:cs="Times New Roman"/>
          <w:color w:val="000000" w:themeColor="text1"/>
          <w:lang w:val="uk-UA"/>
        </w:rPr>
        <w:t>……...</w:t>
      </w:r>
      <w:r w:rsidR="0081598D" w:rsidRPr="00964F8A">
        <w:rPr>
          <w:rFonts w:cs="Times New Roman"/>
          <w:color w:val="000000" w:themeColor="text1"/>
          <w:lang w:val="uk-UA"/>
        </w:rPr>
        <w:t>5</w:t>
      </w:r>
      <w:r w:rsidR="00F75356">
        <w:rPr>
          <w:rFonts w:cs="Times New Roman"/>
          <w:color w:val="000000" w:themeColor="text1"/>
          <w:lang w:val="ru-RU"/>
        </w:rPr>
        <w:t>9</w:t>
      </w:r>
    </w:p>
    <w:p w14:paraId="455DA216" w14:textId="1FD52ADA" w:rsidR="0081093B" w:rsidRPr="00964F8A" w:rsidRDefault="0081093B" w:rsidP="00692232">
      <w:pPr>
        <w:spacing w:after="0"/>
        <w:ind w:left="0"/>
        <w:jc w:val="both"/>
        <w:rPr>
          <w:rFonts w:cs="Times New Roman"/>
          <w:color w:val="000000" w:themeColor="text1"/>
          <w:lang w:val="uk-UA"/>
        </w:rPr>
      </w:pPr>
      <w:r w:rsidRPr="00964F8A">
        <w:rPr>
          <w:rFonts w:cs="Times New Roman"/>
          <w:color w:val="000000" w:themeColor="text1"/>
          <w:lang w:val="uk-UA"/>
        </w:rPr>
        <w:t>3.2.</w:t>
      </w:r>
      <w:r w:rsidR="00480420" w:rsidRPr="00964F8A">
        <w:rPr>
          <w:rFonts w:cs="Times New Roman"/>
          <w:color w:val="000000" w:themeColor="text1"/>
          <w:lang w:val="uk-UA"/>
        </w:rPr>
        <w:t xml:space="preserve"> </w:t>
      </w:r>
      <w:r w:rsidRPr="00964F8A">
        <w:rPr>
          <w:rFonts w:cs="Times New Roman"/>
          <w:color w:val="000000" w:themeColor="text1"/>
          <w:lang w:val="uk-UA"/>
        </w:rPr>
        <w:t>Інноваційні</w:t>
      </w:r>
      <w:r w:rsidR="00480420" w:rsidRPr="00964F8A">
        <w:rPr>
          <w:rFonts w:cs="Times New Roman"/>
          <w:color w:val="000000" w:themeColor="text1"/>
          <w:lang w:val="uk-UA"/>
        </w:rPr>
        <w:t xml:space="preserve"> </w:t>
      </w:r>
      <w:r w:rsidRPr="00964F8A">
        <w:rPr>
          <w:rFonts w:cs="Times New Roman"/>
          <w:color w:val="000000" w:themeColor="text1"/>
          <w:lang w:val="uk-UA"/>
        </w:rPr>
        <w:t>форми</w:t>
      </w:r>
      <w:r w:rsidR="00480420" w:rsidRPr="00964F8A">
        <w:rPr>
          <w:rFonts w:cs="Times New Roman"/>
          <w:color w:val="000000" w:themeColor="text1"/>
          <w:lang w:val="uk-UA"/>
        </w:rPr>
        <w:t xml:space="preserve"> </w:t>
      </w:r>
      <w:r w:rsidRPr="00964F8A">
        <w:rPr>
          <w:rFonts w:cs="Times New Roman"/>
          <w:color w:val="000000" w:themeColor="text1"/>
          <w:lang w:val="uk-UA"/>
        </w:rPr>
        <w:t>сценічного</w:t>
      </w:r>
      <w:r w:rsidR="00480420" w:rsidRPr="00964F8A">
        <w:rPr>
          <w:rFonts w:cs="Times New Roman"/>
          <w:color w:val="000000" w:themeColor="text1"/>
          <w:lang w:val="uk-UA"/>
        </w:rPr>
        <w:t xml:space="preserve"> </w:t>
      </w:r>
      <w:r w:rsidRPr="00964F8A">
        <w:rPr>
          <w:rFonts w:cs="Times New Roman"/>
          <w:color w:val="000000" w:themeColor="text1"/>
          <w:lang w:val="uk-UA"/>
        </w:rPr>
        <w:t>експерименту:</w:t>
      </w:r>
      <w:r w:rsidR="00480420" w:rsidRPr="00964F8A">
        <w:rPr>
          <w:rFonts w:cs="Times New Roman"/>
          <w:color w:val="000000" w:themeColor="text1"/>
          <w:lang w:val="uk-UA"/>
        </w:rPr>
        <w:t xml:space="preserve"> </w:t>
      </w:r>
      <w:r w:rsidRPr="00964F8A">
        <w:rPr>
          <w:rFonts w:cs="Times New Roman"/>
          <w:color w:val="000000" w:themeColor="text1"/>
          <w:lang w:val="uk-UA"/>
        </w:rPr>
        <w:t>перетин</w:t>
      </w:r>
      <w:r w:rsidR="00480420" w:rsidRPr="00964F8A">
        <w:rPr>
          <w:rFonts w:cs="Times New Roman"/>
          <w:color w:val="000000" w:themeColor="text1"/>
          <w:lang w:val="uk-UA"/>
        </w:rPr>
        <w:t xml:space="preserve"> </w:t>
      </w:r>
      <w:r w:rsidRPr="00964F8A">
        <w:rPr>
          <w:rFonts w:cs="Times New Roman"/>
          <w:color w:val="000000" w:themeColor="text1"/>
          <w:lang w:val="uk-UA"/>
        </w:rPr>
        <w:t>кіно</w:t>
      </w:r>
      <w:r w:rsidR="00480420" w:rsidRPr="00964F8A">
        <w:rPr>
          <w:rFonts w:cs="Times New Roman"/>
          <w:color w:val="000000" w:themeColor="text1"/>
          <w:lang w:val="uk-UA"/>
        </w:rPr>
        <w:t xml:space="preserve"> </w:t>
      </w:r>
      <w:r w:rsidRPr="00964F8A">
        <w:rPr>
          <w:rFonts w:cs="Times New Roman"/>
          <w:color w:val="000000" w:themeColor="text1"/>
          <w:lang w:val="uk-UA"/>
        </w:rPr>
        <w:t>і</w:t>
      </w:r>
      <w:r w:rsidR="00480420" w:rsidRPr="00964F8A">
        <w:rPr>
          <w:rFonts w:cs="Times New Roman"/>
          <w:color w:val="000000" w:themeColor="text1"/>
          <w:lang w:val="uk-UA"/>
        </w:rPr>
        <w:t xml:space="preserve"> </w:t>
      </w:r>
      <w:r w:rsidRPr="00964F8A">
        <w:rPr>
          <w:rFonts w:cs="Times New Roman"/>
          <w:color w:val="000000" w:themeColor="text1"/>
          <w:lang w:val="uk-UA"/>
        </w:rPr>
        <w:t>театру</w:t>
      </w:r>
      <w:r w:rsidR="00692232" w:rsidRPr="00964F8A">
        <w:rPr>
          <w:rFonts w:cs="Times New Roman"/>
          <w:color w:val="000000" w:themeColor="text1"/>
          <w:lang w:val="uk-UA"/>
        </w:rPr>
        <w:t>……..</w:t>
      </w:r>
      <w:r w:rsidR="005E2DD5" w:rsidRPr="00964F8A">
        <w:rPr>
          <w:rFonts w:cs="Times New Roman"/>
          <w:color w:val="000000" w:themeColor="text1"/>
          <w:lang w:val="uk-UA"/>
        </w:rPr>
        <w:t>..</w:t>
      </w:r>
      <w:r w:rsidR="00FC08A3" w:rsidRPr="00964F8A">
        <w:rPr>
          <w:rFonts w:cs="Times New Roman"/>
          <w:color w:val="000000" w:themeColor="text1"/>
          <w:lang w:val="uk-UA"/>
        </w:rPr>
        <w:t>6</w:t>
      </w:r>
      <w:r w:rsidR="00F75356">
        <w:rPr>
          <w:rFonts w:cs="Times New Roman"/>
          <w:color w:val="000000" w:themeColor="text1"/>
          <w:lang w:val="uk-UA"/>
        </w:rPr>
        <w:t>4</w:t>
      </w:r>
      <w:r w:rsidR="00480420" w:rsidRPr="00964F8A">
        <w:rPr>
          <w:rFonts w:cs="Times New Roman"/>
          <w:color w:val="000000" w:themeColor="text1"/>
          <w:lang w:val="uk-UA"/>
        </w:rPr>
        <w:t xml:space="preserve"> </w:t>
      </w:r>
    </w:p>
    <w:p w14:paraId="341FF68B" w14:textId="70033DF5" w:rsidR="0081093B" w:rsidRPr="00964F8A" w:rsidRDefault="0081093B" w:rsidP="00692232">
      <w:pPr>
        <w:spacing w:after="0"/>
        <w:ind w:left="0"/>
        <w:jc w:val="both"/>
        <w:rPr>
          <w:rFonts w:cs="Times New Roman"/>
          <w:color w:val="000000" w:themeColor="text1"/>
          <w:lang w:val="uk-UA"/>
        </w:rPr>
      </w:pPr>
      <w:r w:rsidRPr="00964F8A">
        <w:rPr>
          <w:rFonts w:cs="Times New Roman"/>
          <w:color w:val="000000" w:themeColor="text1"/>
          <w:lang w:val="uk-UA"/>
        </w:rPr>
        <w:t>3.3.</w:t>
      </w:r>
      <w:r w:rsidR="00480420" w:rsidRPr="00964F8A">
        <w:rPr>
          <w:rFonts w:cs="Times New Roman"/>
          <w:color w:val="000000" w:themeColor="text1"/>
          <w:lang w:val="uk-UA"/>
        </w:rPr>
        <w:t xml:space="preserve"> </w:t>
      </w:r>
      <w:r w:rsidRPr="00964F8A">
        <w:rPr>
          <w:rFonts w:cs="Times New Roman"/>
          <w:color w:val="000000" w:themeColor="text1"/>
          <w:lang w:val="uk-UA"/>
        </w:rPr>
        <w:t>Перспективи</w:t>
      </w:r>
      <w:r w:rsidR="00480420" w:rsidRPr="00964F8A">
        <w:rPr>
          <w:rFonts w:cs="Times New Roman"/>
          <w:color w:val="000000" w:themeColor="text1"/>
          <w:lang w:val="uk-UA"/>
        </w:rPr>
        <w:t xml:space="preserve"> </w:t>
      </w:r>
      <w:r w:rsidRPr="00964F8A">
        <w:rPr>
          <w:rFonts w:cs="Times New Roman"/>
          <w:color w:val="000000" w:themeColor="text1"/>
          <w:lang w:val="uk-UA"/>
        </w:rPr>
        <w:t>розвитку</w:t>
      </w:r>
      <w:r w:rsidR="00480420" w:rsidRPr="00964F8A">
        <w:rPr>
          <w:rFonts w:cs="Times New Roman"/>
          <w:color w:val="000000" w:themeColor="text1"/>
          <w:lang w:val="uk-UA"/>
        </w:rPr>
        <w:t xml:space="preserve"> </w:t>
      </w:r>
      <w:r w:rsidRPr="00964F8A">
        <w:rPr>
          <w:rFonts w:cs="Times New Roman"/>
          <w:color w:val="000000" w:themeColor="text1"/>
          <w:lang w:val="uk-UA"/>
        </w:rPr>
        <w:t>інтеграції</w:t>
      </w:r>
      <w:r w:rsidR="00480420" w:rsidRPr="00964F8A">
        <w:rPr>
          <w:rFonts w:cs="Times New Roman"/>
          <w:color w:val="000000" w:themeColor="text1"/>
          <w:lang w:val="uk-UA"/>
        </w:rPr>
        <w:t xml:space="preserve"> </w:t>
      </w:r>
      <w:r w:rsidRPr="00964F8A">
        <w:rPr>
          <w:rFonts w:cs="Times New Roman"/>
          <w:color w:val="000000" w:themeColor="text1"/>
          <w:lang w:val="uk-UA"/>
        </w:rPr>
        <w:t>акторських</w:t>
      </w:r>
      <w:r w:rsidR="00480420" w:rsidRPr="00964F8A">
        <w:rPr>
          <w:rFonts w:cs="Times New Roman"/>
          <w:color w:val="000000" w:themeColor="text1"/>
          <w:lang w:val="uk-UA"/>
        </w:rPr>
        <w:t xml:space="preserve"> </w:t>
      </w:r>
      <w:r w:rsidRPr="00964F8A">
        <w:rPr>
          <w:rFonts w:cs="Times New Roman"/>
          <w:color w:val="000000" w:themeColor="text1"/>
          <w:lang w:val="uk-UA"/>
        </w:rPr>
        <w:t>технік………………</w:t>
      </w:r>
      <w:r w:rsidR="005E2DD5" w:rsidRPr="00964F8A">
        <w:rPr>
          <w:rFonts w:cs="Times New Roman"/>
          <w:color w:val="000000" w:themeColor="text1"/>
          <w:lang w:val="uk-UA"/>
        </w:rPr>
        <w:t>…</w:t>
      </w:r>
      <w:r w:rsidR="00692232" w:rsidRPr="00964F8A">
        <w:rPr>
          <w:rFonts w:cs="Times New Roman"/>
          <w:color w:val="000000" w:themeColor="text1"/>
          <w:lang w:val="uk-UA"/>
        </w:rPr>
        <w:t>……...</w:t>
      </w:r>
      <w:r w:rsidR="00FC08A3" w:rsidRPr="00964F8A">
        <w:rPr>
          <w:rFonts w:cs="Times New Roman"/>
          <w:color w:val="000000" w:themeColor="text1"/>
          <w:lang w:val="uk-UA"/>
        </w:rPr>
        <w:t>6</w:t>
      </w:r>
      <w:r w:rsidR="00F75356">
        <w:rPr>
          <w:rFonts w:cs="Times New Roman"/>
          <w:color w:val="000000" w:themeColor="text1"/>
          <w:lang w:val="uk-UA"/>
        </w:rPr>
        <w:t>8</w:t>
      </w:r>
      <w:r w:rsidR="00480420" w:rsidRPr="00964F8A">
        <w:rPr>
          <w:rFonts w:cs="Times New Roman"/>
          <w:color w:val="000000" w:themeColor="text1"/>
          <w:lang w:val="uk-UA"/>
        </w:rPr>
        <w:t xml:space="preserve"> </w:t>
      </w:r>
    </w:p>
    <w:p w14:paraId="013D780D" w14:textId="2EC40A08" w:rsidR="0081093B" w:rsidRPr="00964F8A" w:rsidRDefault="0081093B" w:rsidP="0029445A">
      <w:pPr>
        <w:spacing w:after="0"/>
        <w:ind w:left="0"/>
        <w:jc w:val="both"/>
        <w:rPr>
          <w:rFonts w:cs="Times New Roman"/>
          <w:color w:val="000000" w:themeColor="text1"/>
          <w:lang w:val="uk-UA"/>
        </w:rPr>
      </w:pPr>
      <w:r w:rsidRPr="00964F8A">
        <w:rPr>
          <w:rFonts w:cs="Times New Roman"/>
          <w:color w:val="000000" w:themeColor="text1"/>
          <w:lang w:val="uk-UA"/>
        </w:rPr>
        <w:t>ВИСНОВКИ…………………………………………………………………</w:t>
      </w:r>
      <w:r w:rsidR="0029445A" w:rsidRPr="00964F8A">
        <w:rPr>
          <w:rFonts w:cs="Times New Roman"/>
          <w:color w:val="000000" w:themeColor="text1"/>
          <w:lang w:val="uk-UA"/>
        </w:rPr>
        <w:t>………</w:t>
      </w:r>
      <w:r w:rsidR="00F75356">
        <w:rPr>
          <w:rFonts w:cs="Times New Roman"/>
          <w:color w:val="000000" w:themeColor="text1"/>
          <w:lang w:val="uk-UA"/>
        </w:rPr>
        <w:t>73</w:t>
      </w:r>
    </w:p>
    <w:p w14:paraId="256607D4" w14:textId="6282034F" w:rsidR="00A94018" w:rsidRPr="00B7305F" w:rsidRDefault="0081093B" w:rsidP="0029445A">
      <w:pPr>
        <w:spacing w:after="0"/>
        <w:ind w:left="0"/>
        <w:jc w:val="both"/>
        <w:rPr>
          <w:rFonts w:cs="Times New Roman"/>
          <w:color w:val="000000" w:themeColor="text1"/>
          <w:lang w:val="uk-UA"/>
        </w:rPr>
      </w:pPr>
      <w:r w:rsidRPr="00B7305F">
        <w:rPr>
          <w:rFonts w:cs="Times New Roman"/>
          <w:color w:val="000000" w:themeColor="text1"/>
          <w:lang w:val="uk-UA"/>
        </w:rPr>
        <w:t>СПИСОК</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ВИКОРИСТАНИХ</w:t>
      </w:r>
      <w:r w:rsidR="00480420" w:rsidRPr="00B7305F">
        <w:rPr>
          <w:rFonts w:cs="Times New Roman"/>
          <w:color w:val="000000" w:themeColor="text1"/>
          <w:lang w:val="uk-UA"/>
        </w:rPr>
        <w:t xml:space="preserve"> </w:t>
      </w:r>
      <w:r w:rsidRPr="00B7305F">
        <w:rPr>
          <w:rFonts w:cs="Times New Roman"/>
          <w:color w:val="000000" w:themeColor="text1"/>
          <w:lang w:val="uk-UA"/>
        </w:rPr>
        <w:t>ДЖЕРЕЛ……………………………………</w:t>
      </w:r>
      <w:r w:rsidR="0029445A" w:rsidRPr="00B7305F">
        <w:rPr>
          <w:rFonts w:cs="Times New Roman"/>
          <w:color w:val="000000" w:themeColor="text1"/>
          <w:lang w:val="uk-UA"/>
        </w:rPr>
        <w:t>……..</w:t>
      </w:r>
      <w:r w:rsidR="00F75356">
        <w:rPr>
          <w:rFonts w:cs="Times New Roman"/>
          <w:color w:val="000000" w:themeColor="text1"/>
          <w:lang w:val="uk-UA"/>
        </w:rPr>
        <w:t>80</w:t>
      </w:r>
    </w:p>
    <w:p w14:paraId="69840AAE" w14:textId="31A6C6B9" w:rsidR="0029445A" w:rsidRPr="00B7305F" w:rsidRDefault="0029445A" w:rsidP="0029445A">
      <w:pPr>
        <w:spacing w:after="0"/>
        <w:ind w:left="0"/>
        <w:jc w:val="both"/>
        <w:rPr>
          <w:rFonts w:cs="Times New Roman"/>
          <w:color w:val="000000" w:themeColor="text1"/>
          <w:lang w:val="uk-UA"/>
        </w:rPr>
      </w:pPr>
      <w:r w:rsidRPr="00B7305F">
        <w:rPr>
          <w:rFonts w:cs="Times New Roman"/>
          <w:color w:val="000000" w:themeColor="text1"/>
          <w:lang w:val="uk-UA"/>
        </w:rPr>
        <w:t>ДОДАТКИ…………………………………………………………………………</w:t>
      </w:r>
      <w:r w:rsidR="0081598D" w:rsidRPr="00B7305F">
        <w:rPr>
          <w:rFonts w:cs="Times New Roman"/>
          <w:color w:val="000000" w:themeColor="text1"/>
          <w:lang w:val="uk-UA"/>
        </w:rPr>
        <w:t>...</w:t>
      </w:r>
      <w:r w:rsidR="0081598D" w:rsidRPr="00AD1AA3">
        <w:rPr>
          <w:rFonts w:cs="Times New Roman"/>
          <w:lang w:val="uk-UA"/>
        </w:rPr>
        <w:t>8</w:t>
      </w:r>
      <w:r w:rsidR="00F75356">
        <w:rPr>
          <w:rFonts w:cs="Times New Roman"/>
          <w:lang w:val="uk-UA"/>
        </w:rPr>
        <w:t>6</w:t>
      </w:r>
    </w:p>
    <w:p w14:paraId="12FD1264" w14:textId="77777777" w:rsidR="0081093B" w:rsidRPr="00B7305F" w:rsidRDefault="0081093B" w:rsidP="00A94018">
      <w:pPr>
        <w:spacing w:after="0"/>
        <w:ind w:left="0" w:firstLine="709"/>
        <w:jc w:val="both"/>
        <w:rPr>
          <w:rFonts w:cs="Times New Roman"/>
          <w:color w:val="000000" w:themeColor="text1"/>
          <w:lang w:val="uk-UA"/>
        </w:rPr>
      </w:pPr>
    </w:p>
    <w:p w14:paraId="32110D1C" w14:textId="77777777" w:rsidR="00D366F3" w:rsidRPr="00B7305F" w:rsidRDefault="00D366F3" w:rsidP="00A94018">
      <w:pPr>
        <w:spacing w:after="0"/>
        <w:ind w:left="0" w:firstLine="709"/>
        <w:jc w:val="both"/>
        <w:rPr>
          <w:rFonts w:cs="Times New Roman"/>
          <w:color w:val="000000" w:themeColor="text1"/>
          <w:lang w:val="uk-UA"/>
        </w:rPr>
      </w:pPr>
    </w:p>
    <w:p w14:paraId="62BDFC9F" w14:textId="77777777" w:rsidR="00D366F3" w:rsidRPr="00B7305F" w:rsidRDefault="00D366F3" w:rsidP="00A94018">
      <w:pPr>
        <w:spacing w:after="0"/>
        <w:ind w:left="0" w:firstLine="709"/>
        <w:jc w:val="both"/>
        <w:rPr>
          <w:rFonts w:cs="Times New Roman"/>
          <w:color w:val="000000" w:themeColor="text1"/>
          <w:lang w:val="uk-UA"/>
        </w:rPr>
        <w:sectPr w:rsidR="00D366F3" w:rsidRPr="00B7305F" w:rsidSect="0043565D">
          <w:pgSz w:w="12240" w:h="15840"/>
          <w:pgMar w:top="1134" w:right="850" w:bottom="1134" w:left="1701" w:header="720" w:footer="720" w:gutter="0"/>
          <w:pgNumType w:start="3"/>
          <w:cols w:space="720"/>
          <w:titlePg/>
          <w:docGrid w:linePitch="381"/>
        </w:sectPr>
      </w:pPr>
    </w:p>
    <w:p w14:paraId="4E754CCD" w14:textId="5F5DBB9B" w:rsidR="00012438" w:rsidRPr="00D123F9" w:rsidRDefault="00012438" w:rsidP="00BA2E28">
      <w:pPr>
        <w:ind w:firstLine="709"/>
        <w:jc w:val="both"/>
        <w:rPr>
          <w:rFonts w:cs="Times New Roman"/>
          <w:b/>
          <w:bCs/>
          <w:color w:val="000000" w:themeColor="text1"/>
          <w:lang w:val="uk-UA"/>
        </w:rPr>
      </w:pPr>
      <w:r w:rsidRPr="00D123F9">
        <w:rPr>
          <w:rFonts w:cs="Times New Roman"/>
          <w:b/>
          <w:bCs/>
          <w:color w:val="000000" w:themeColor="text1"/>
          <w:lang w:val="uk-UA"/>
        </w:rPr>
        <w:lastRenderedPageBreak/>
        <w:t xml:space="preserve">                                              АНОТАЦІЯ</w:t>
      </w:r>
    </w:p>
    <w:p w14:paraId="051023FA" w14:textId="77777777" w:rsidR="00012438" w:rsidRPr="00D123F9" w:rsidRDefault="00012438" w:rsidP="00BA2E28">
      <w:pPr>
        <w:ind w:firstLine="709"/>
        <w:jc w:val="both"/>
        <w:rPr>
          <w:rFonts w:cs="Times New Roman"/>
          <w:color w:val="000000" w:themeColor="text1"/>
          <w:lang w:val="uk-UA"/>
        </w:rPr>
      </w:pPr>
      <w:r w:rsidRPr="00D123F9">
        <w:rPr>
          <w:rFonts w:cs="Times New Roman"/>
          <w:color w:val="000000" w:themeColor="text1"/>
          <w:lang w:val="uk-UA"/>
        </w:rPr>
        <w:t xml:space="preserve">Субота Євгеній Олексійович. </w:t>
      </w:r>
    </w:p>
    <w:p w14:paraId="5740D695" w14:textId="77777777" w:rsidR="00012438" w:rsidRPr="00D123F9" w:rsidRDefault="00012438" w:rsidP="00BA2E28">
      <w:pPr>
        <w:ind w:left="0" w:firstLine="709"/>
        <w:jc w:val="both"/>
        <w:rPr>
          <w:rFonts w:cs="Times New Roman"/>
          <w:color w:val="000000" w:themeColor="text1"/>
          <w:lang w:val="uk-UA"/>
        </w:rPr>
      </w:pPr>
      <w:r w:rsidRPr="00D123F9">
        <w:rPr>
          <w:rFonts w:cs="Times New Roman"/>
          <w:color w:val="000000" w:themeColor="text1"/>
          <w:lang w:val="uk-UA"/>
        </w:rPr>
        <w:t>«СЦЕНІЧНЕ МИСТЕЦТВО ТА КІНО: ВЗАЄМОДІЯ АКТОРСЬКИХ ТЕХНІК І СЦЕНІЧНИХ ФОРМ». Кваліфікаційна наукова праця на правах рукопису. Кваліфікаційна наукова праця на здобуття освітнього ступеня магістр за спеціальністю</w:t>
      </w:r>
      <w:r w:rsidRPr="00D123F9">
        <w:rPr>
          <w:rFonts w:eastAsia="Times New Roman" w:cs="Times New Roman"/>
          <w:color w:val="000000" w:themeColor="text1"/>
          <w:highlight w:val="white"/>
          <w:lang w:val="uk-UA"/>
        </w:rPr>
        <w:t>. Перформативні мистецтва, спеціалізації «Сценічне мистецтво</w:t>
      </w:r>
      <w:r w:rsidRPr="00D123F9">
        <w:rPr>
          <w:rFonts w:cs="Times New Roman"/>
          <w:color w:val="000000" w:themeColor="text1"/>
          <w:lang w:val="uk-UA"/>
        </w:rPr>
        <w:t xml:space="preserve">». Національна академія керівних кадрів культури і мистецтв, Міністерство культури України. Київ, 2025. </w:t>
      </w:r>
    </w:p>
    <w:p w14:paraId="6D74E4C6" w14:textId="77777777" w:rsidR="00012438" w:rsidRPr="00D123F9" w:rsidRDefault="00012438" w:rsidP="00BA2E28">
      <w:pPr>
        <w:ind w:left="0" w:firstLine="709"/>
        <w:jc w:val="both"/>
        <w:rPr>
          <w:rFonts w:cs="Times New Roman"/>
          <w:color w:val="000000" w:themeColor="text1"/>
          <w:lang w:val="uk-UA"/>
        </w:rPr>
      </w:pPr>
      <w:r w:rsidRPr="00D123F9">
        <w:rPr>
          <w:rFonts w:cs="Times New Roman"/>
          <w:color w:val="000000" w:themeColor="text1"/>
          <w:lang w:val="uk-UA"/>
        </w:rPr>
        <w:t xml:space="preserve">Актуальність дослідження зумовлена радикальною трансформацією мистецького простору XXI століття, де відбувається інтенсивне взаємопроникнення сценічного мистецтва, яке ґрунтується на живій присутності та класичній психологічній школі (К. Станіславський, М. Чехов), та кінематографа, що оперує інструментарієм монтажу, крупного плану й технічної репродукції. Цей синтез вимагає від актора-універсала володіння подвійною технікою: здатності до великої сценічної форми для заповнення простору та граничної економії жесту й мікро-емоцій для потреб кадру. </w:t>
      </w:r>
    </w:p>
    <w:p w14:paraId="3879672F" w14:textId="77777777" w:rsidR="00012438" w:rsidRPr="00D123F9" w:rsidRDefault="00012438" w:rsidP="00BA2E28">
      <w:pPr>
        <w:ind w:left="0" w:firstLine="709"/>
        <w:jc w:val="both"/>
        <w:rPr>
          <w:rFonts w:cs="Times New Roman"/>
          <w:color w:val="000000" w:themeColor="text1"/>
          <w:lang w:val="uk-UA"/>
        </w:rPr>
      </w:pPr>
      <w:r w:rsidRPr="00D123F9">
        <w:rPr>
          <w:rFonts w:cs="Times New Roman"/>
          <w:color w:val="000000" w:themeColor="text1"/>
          <w:lang w:val="uk-UA"/>
        </w:rPr>
        <w:t xml:space="preserve">Робота спрямована на глибоке осмислення та систематизацію механізмів адаптації акторської майстерності до цієї дуальної естетики в умовах розвитку цифрових медіа та нових режисерських підходів, які радикально змінюють глядацьке сприйняття. У контексті розвитку сценічного мистецтва наукова новизна полягає у комплексному аналізі не лише того, як кіно впливає на акторський інструментарій (перенесення акценту на внутрішній монолог та щирість, як у «Методі» Лі Страсберга), але й як кінематографічний синтаксис трансформує самі сценічні форми. Зокрема, проводиться детальний аналіз міжмистецької взаємодії постановок із використанням LED-екранів, які функціонують не як пасивні декорації, а як </w:t>
      </w:r>
      <w:r w:rsidRPr="00D123F9">
        <w:rPr>
          <w:rFonts w:cs="Times New Roman"/>
          <w:color w:val="000000" w:themeColor="text1"/>
          <w:lang w:val="uk-UA"/>
        </w:rPr>
        <w:lastRenderedPageBreak/>
        <w:t xml:space="preserve">динамічний режисерський інструмент, що вносить у театр елементи кіномонтажу, миттєвої зміни простору, часу та масштабу (зокрема, імітацію крупного плану). </w:t>
      </w:r>
    </w:p>
    <w:p w14:paraId="2478353E" w14:textId="77777777" w:rsidR="00012438" w:rsidRPr="00D123F9" w:rsidRDefault="00012438" w:rsidP="00BA2E28">
      <w:pPr>
        <w:ind w:left="0" w:firstLine="709"/>
        <w:jc w:val="both"/>
        <w:rPr>
          <w:rFonts w:cs="Times New Roman"/>
          <w:color w:val="000000" w:themeColor="text1"/>
          <w:lang w:val="uk-UA"/>
        </w:rPr>
      </w:pPr>
      <w:r w:rsidRPr="00D123F9">
        <w:rPr>
          <w:rFonts w:cs="Times New Roman"/>
          <w:color w:val="000000" w:themeColor="text1"/>
          <w:lang w:val="uk-UA"/>
        </w:rPr>
        <w:t xml:space="preserve">Дослідження також встановлює історичні прецеденти цієї міжмистецької взаємодії, проводячи паралель із принципами Епічного театру. Бертольда Брехта, де «ефект відчуження» та фрагментарність були ранніми провісниками використання кіно-прийомів для руйнування ілюзії та активізації аналітичного сприйняття глядача. Виявлені закономірності адаптації акторської техніки до сучасного мультимедійного середовища є основою для формулювання теоретичних підходів до підготовки універсального виконавця в освітніх програмах мистецьких вишів. </w:t>
      </w:r>
    </w:p>
    <w:p w14:paraId="329F43B9" w14:textId="77777777" w:rsidR="00012438" w:rsidRPr="00D123F9" w:rsidRDefault="00012438" w:rsidP="00BA2E28">
      <w:pPr>
        <w:ind w:left="0" w:firstLine="709"/>
        <w:jc w:val="both"/>
        <w:rPr>
          <w:rFonts w:cs="Times New Roman"/>
          <w:color w:val="000000" w:themeColor="text1"/>
          <w:lang w:val="uk-UA"/>
        </w:rPr>
      </w:pPr>
      <w:r w:rsidRPr="00D123F9">
        <w:rPr>
          <w:rFonts w:cs="Times New Roman"/>
          <w:b/>
          <w:bCs/>
          <w:i/>
          <w:iCs/>
          <w:color w:val="000000" w:themeColor="text1"/>
          <w:lang w:val="uk-UA"/>
        </w:rPr>
        <w:t>Ключові слова:</w:t>
      </w:r>
      <w:r w:rsidRPr="00D123F9">
        <w:rPr>
          <w:rFonts w:cs="Times New Roman"/>
          <w:color w:val="000000" w:themeColor="text1"/>
          <w:lang w:val="uk-UA"/>
        </w:rPr>
        <w:t xml:space="preserve"> Сценічне мистецтво, кінематограф, акторська техніка, синтез, міжмистецької взаємодії, сценічні форми, LED-екрани, ефект відчуження, психологічна правда, універсальний актор.</w:t>
      </w:r>
    </w:p>
    <w:p w14:paraId="22F5CC87" w14:textId="77777777" w:rsidR="00012438" w:rsidRPr="00012438" w:rsidRDefault="00012438" w:rsidP="00BA2E28">
      <w:pPr>
        <w:ind w:firstLine="709"/>
        <w:jc w:val="both"/>
        <w:rPr>
          <w:rFonts w:cs="Times New Roman"/>
          <w:color w:val="000000" w:themeColor="text1"/>
          <w:lang w:val="ru-RU"/>
        </w:rPr>
      </w:pPr>
      <w:r w:rsidRPr="00012438">
        <w:rPr>
          <w:rFonts w:cs="Times New Roman"/>
          <w:color w:val="000000" w:themeColor="text1"/>
          <w:lang w:val="ru-RU"/>
        </w:rPr>
        <w:br w:type="page"/>
      </w:r>
    </w:p>
    <w:p w14:paraId="4AB412FC" w14:textId="77777777" w:rsidR="00012438" w:rsidRPr="006A0E17" w:rsidRDefault="00012438" w:rsidP="00BA2E28">
      <w:pPr>
        <w:ind w:firstLine="709"/>
        <w:jc w:val="both"/>
        <w:rPr>
          <w:rFonts w:cs="Times New Roman"/>
          <w:b/>
          <w:bCs/>
          <w:color w:val="000000" w:themeColor="text1"/>
        </w:rPr>
      </w:pPr>
      <w:r w:rsidRPr="00012438">
        <w:rPr>
          <w:rFonts w:cs="Times New Roman"/>
          <w:b/>
          <w:bCs/>
          <w:color w:val="000000" w:themeColor="text1"/>
          <w:lang w:val="ru-RU"/>
        </w:rPr>
        <w:lastRenderedPageBreak/>
        <w:t xml:space="preserve">                                               </w:t>
      </w:r>
      <w:r w:rsidRPr="006A0E17">
        <w:rPr>
          <w:rFonts w:cs="Times New Roman"/>
          <w:b/>
          <w:bCs/>
          <w:color w:val="000000" w:themeColor="text1"/>
        </w:rPr>
        <w:t>ANNOTATION</w:t>
      </w:r>
    </w:p>
    <w:p w14:paraId="7949335F" w14:textId="77777777" w:rsidR="00012438" w:rsidRDefault="00012438" w:rsidP="00BA2E28">
      <w:pPr>
        <w:ind w:left="0" w:firstLine="709"/>
        <w:jc w:val="both"/>
        <w:rPr>
          <w:rFonts w:cs="Times New Roman"/>
          <w:color w:val="000000" w:themeColor="text1"/>
        </w:rPr>
      </w:pPr>
      <w:r w:rsidRPr="00EB136E">
        <w:rPr>
          <w:rFonts w:cs="Times New Roman"/>
          <w:color w:val="000000" w:themeColor="text1"/>
        </w:rPr>
        <w:t>Subota Yevhen Oleksiiovych. «</w:t>
      </w:r>
      <w:r w:rsidRPr="00EB136E">
        <w:rPr>
          <w:rFonts w:cs="Times New Roman"/>
          <w:b/>
          <w:bCs/>
          <w:color w:val="000000" w:themeColor="text1"/>
        </w:rPr>
        <w:t>STAGE ART AND CINEMA: INTERACTION OF ACTING TECHNIQUES AND STAGE FORMS</w:t>
      </w:r>
      <w:r w:rsidRPr="00EB136E">
        <w:rPr>
          <w:rFonts w:cs="Times New Roman"/>
          <w:color w:val="000000" w:themeColor="text1"/>
        </w:rPr>
        <w:t>». Qualification Scientific Work on Manuscript Rights.</w:t>
      </w:r>
      <w:r w:rsidRPr="00551C8D">
        <w:rPr>
          <w:color w:val="000000" w:themeColor="text1"/>
        </w:rPr>
        <w:t xml:space="preserve"> </w:t>
      </w:r>
      <w:r w:rsidRPr="00551C8D">
        <w:rPr>
          <w:rFonts w:cs="Times New Roman"/>
          <w:color w:val="000000" w:themeColor="text1"/>
        </w:rPr>
        <w:t>Qualification scientific work for the degree of Master in the specialty of Performing Arts, specialization «Stage Art». National Academy of Government Management of Culture and Arts, Ministry of Culture of Ukraine. Kyiv, 2025.</w:t>
      </w:r>
    </w:p>
    <w:p w14:paraId="0844BDF3" w14:textId="77777777" w:rsidR="00012438" w:rsidRDefault="00012438" w:rsidP="00BA2E28">
      <w:pPr>
        <w:ind w:left="0" w:firstLine="709"/>
        <w:jc w:val="both"/>
        <w:rPr>
          <w:rFonts w:cs="Times New Roman"/>
          <w:color w:val="000000" w:themeColor="text1"/>
        </w:rPr>
      </w:pPr>
      <w:r w:rsidRPr="00551C8D">
        <w:rPr>
          <w:rFonts w:cs="Times New Roman"/>
          <w:color w:val="000000" w:themeColor="text1"/>
        </w:rPr>
        <w:t xml:space="preserve">The relevance of the study is determined by the radical transformation of the artistic space of the XXI century, where an intensive interpenetration occurs between stage art, which is based on live presence and the classical psychological school (K. Stanislavsky, M. Chekhov), and cinematography, which operates with the instruments of montage, close-up, and technical reproduction. </w:t>
      </w:r>
    </w:p>
    <w:p w14:paraId="5037BF42" w14:textId="7625259E" w:rsidR="00012438" w:rsidRDefault="00BA2E28" w:rsidP="00BA2E28">
      <w:pPr>
        <w:ind w:left="0" w:firstLine="709"/>
        <w:jc w:val="both"/>
        <w:rPr>
          <w:rFonts w:cs="Times New Roman"/>
          <w:color w:val="000000" w:themeColor="text1"/>
        </w:rPr>
      </w:pPr>
      <w:r w:rsidRPr="00BA2E28">
        <w:rPr>
          <w:rFonts w:cs="Times New Roman"/>
          <w:color w:val="000000" w:themeColor="text1"/>
        </w:rPr>
        <w:t xml:space="preserve">          </w:t>
      </w:r>
      <w:r w:rsidR="00012438" w:rsidRPr="00551C8D">
        <w:rPr>
          <w:rFonts w:cs="Times New Roman"/>
          <w:color w:val="000000" w:themeColor="text1"/>
        </w:rPr>
        <w:t>This synthesis requires the universal actor to master a dual technique: the ability to execute a large stage form to fill the space and the skill of extreme economy of gesture and micro-emotions for the needs of the frame.</w:t>
      </w:r>
      <w:r w:rsidR="00AF6019">
        <w:rPr>
          <w:rFonts w:cs="Times New Roman"/>
          <w:color w:val="000000" w:themeColor="text1"/>
          <w:lang w:val="uk-UA"/>
        </w:rPr>
        <w:t xml:space="preserve"> </w:t>
      </w:r>
      <w:r w:rsidR="00012438" w:rsidRPr="00551C8D">
        <w:rPr>
          <w:rFonts w:cs="Times New Roman"/>
          <w:color w:val="000000" w:themeColor="text1"/>
        </w:rPr>
        <w:t>The work is aimed at profound comprehension and systematization of the mechanisms of adaptation of acting skills to this dual aesthetic in the context of the development of digital media and new directorial approaches that radically change audience perception. In the context of the development of stage art, the scientific novelty lies in the comprehensive analysis of not only how cinema influences the actor's toolkit (shifting the focus to internal monologue and sincerity, as in Lee Strasberg's "The Method"), but also how cinematic syntax transforms the stage forms themselves.  Specifically, a detailed analysis of the inter-art interaction in productions using LED screens is conducted. These screens function not as passive scenery, but as a dynamic directorial instrument that introduces elements of film montage, instantaneous change of space, time, and scale (including the imitation of a close-up) into the theatre.</w:t>
      </w:r>
    </w:p>
    <w:p w14:paraId="05B138B9" w14:textId="2F33435B" w:rsidR="00012438" w:rsidRDefault="00BA2E28" w:rsidP="00BA2E28">
      <w:pPr>
        <w:ind w:left="0" w:firstLine="709"/>
        <w:jc w:val="both"/>
        <w:rPr>
          <w:rFonts w:cs="Times New Roman"/>
          <w:color w:val="000000" w:themeColor="text1"/>
        </w:rPr>
      </w:pPr>
      <w:r w:rsidRPr="00BA2E28">
        <w:rPr>
          <w:rFonts w:cs="Times New Roman"/>
          <w:color w:val="000000" w:themeColor="text1"/>
        </w:rPr>
        <w:t xml:space="preserve">         </w:t>
      </w:r>
      <w:r w:rsidR="00012438" w:rsidRPr="00551C8D">
        <w:rPr>
          <w:rFonts w:cs="Times New Roman"/>
          <w:color w:val="000000" w:themeColor="text1"/>
        </w:rPr>
        <w:t xml:space="preserve">The study also establishes the historical precedents of this inter-art interaction by drawing a parallel with the principles of Bertolt Brecht's Epic Theatre, where the </w:t>
      </w:r>
      <w:r w:rsidR="00012438" w:rsidRPr="00551C8D">
        <w:rPr>
          <w:rFonts w:cs="Times New Roman"/>
          <w:color w:val="000000" w:themeColor="text1"/>
        </w:rPr>
        <w:lastRenderedPageBreak/>
        <w:t>"alienation effect" ($Verfremdungseffekt$) and fragmentation were early precursors to the use of cinematic techniques for disrupting illusion and activating the audience's analytical perception. The identified patterns of adaptation of acting technique to the contemporary multimedia environment form the basis for formulating theoretical approaches to the training of the universal performer in the educational programs of art universities.</w:t>
      </w:r>
    </w:p>
    <w:p w14:paraId="7AD9BA57" w14:textId="30F328FB" w:rsidR="00910FFD" w:rsidRDefault="00BA2E28" w:rsidP="00BA2E28">
      <w:pPr>
        <w:ind w:left="0" w:firstLine="709"/>
        <w:jc w:val="both"/>
        <w:rPr>
          <w:rFonts w:cs="Times New Roman"/>
          <w:color w:val="000000" w:themeColor="text1"/>
        </w:rPr>
      </w:pPr>
      <w:r w:rsidRPr="00BA2E28">
        <w:rPr>
          <w:rFonts w:cs="Times New Roman"/>
          <w:b/>
          <w:bCs/>
          <w:i/>
          <w:iCs/>
          <w:color w:val="000000" w:themeColor="text1"/>
        </w:rPr>
        <w:t xml:space="preserve">         </w:t>
      </w:r>
      <w:r w:rsidR="00012438" w:rsidRPr="006A0E17">
        <w:rPr>
          <w:rFonts w:cs="Times New Roman"/>
          <w:b/>
          <w:bCs/>
          <w:i/>
          <w:iCs/>
          <w:color w:val="000000" w:themeColor="text1"/>
        </w:rPr>
        <w:t>Keywords:</w:t>
      </w:r>
      <w:r w:rsidR="00012438" w:rsidRPr="00EB136E">
        <w:rPr>
          <w:rFonts w:cs="Times New Roman"/>
          <w:color w:val="000000" w:themeColor="text1"/>
        </w:rPr>
        <w:t xml:space="preserve"> Stage Art, Cinematography, Acting Technique, Synthesis, Inter-Art Interaction, Stage Forms, LED Screens, Alienation Effect, Psychological Truth, Universal Performer.</w:t>
      </w:r>
    </w:p>
    <w:p w14:paraId="7B77F521" w14:textId="77777777" w:rsidR="00910FFD" w:rsidRDefault="00910FFD">
      <w:pPr>
        <w:rPr>
          <w:rFonts w:cs="Times New Roman"/>
          <w:color w:val="000000" w:themeColor="text1"/>
        </w:rPr>
      </w:pPr>
      <w:r>
        <w:rPr>
          <w:rFonts w:cs="Times New Roman"/>
          <w:color w:val="000000" w:themeColor="text1"/>
        </w:rPr>
        <w:br w:type="page"/>
      </w:r>
    </w:p>
    <w:p w14:paraId="1F61C121" w14:textId="61382716" w:rsidR="0081093B" w:rsidRPr="00B7305F" w:rsidRDefault="0081093B" w:rsidP="00910FFD">
      <w:pPr>
        <w:spacing w:after="0"/>
        <w:ind w:left="0"/>
        <w:jc w:val="center"/>
        <w:rPr>
          <w:rFonts w:cs="Times New Roman"/>
          <w:b/>
          <w:bCs/>
          <w:color w:val="000000" w:themeColor="text1"/>
          <w:lang w:val="uk-UA"/>
        </w:rPr>
      </w:pPr>
      <w:r w:rsidRPr="00B7305F">
        <w:rPr>
          <w:rFonts w:cs="Times New Roman"/>
          <w:b/>
          <w:bCs/>
          <w:color w:val="000000" w:themeColor="text1"/>
          <w:lang w:val="uk-UA"/>
        </w:rPr>
        <w:lastRenderedPageBreak/>
        <w:t>ВСТУП</w:t>
      </w:r>
    </w:p>
    <w:p w14:paraId="739BB337" w14:textId="77777777" w:rsidR="00294FA4" w:rsidRPr="00B7305F" w:rsidRDefault="00294FA4" w:rsidP="00051784">
      <w:pPr>
        <w:spacing w:after="0"/>
        <w:ind w:left="0" w:firstLine="709"/>
        <w:jc w:val="both"/>
        <w:rPr>
          <w:rFonts w:eastAsia="Times New Roman" w:cs="Times New Roman"/>
          <w:b/>
          <w:bCs/>
          <w:color w:val="000000" w:themeColor="text1"/>
          <w:lang w:val="uk-UA" w:eastAsia="ru-RU"/>
        </w:rPr>
      </w:pPr>
    </w:p>
    <w:p w14:paraId="55185052" w14:textId="0AEA4DEA" w:rsidR="00294FA4" w:rsidRPr="00B7305F" w:rsidRDefault="006A6CC1" w:rsidP="00051784">
      <w:pPr>
        <w:spacing w:after="0"/>
        <w:ind w:left="0" w:firstLine="709"/>
        <w:jc w:val="both"/>
        <w:rPr>
          <w:rFonts w:cs="Times New Roman"/>
          <w:color w:val="000000" w:themeColor="text1"/>
          <w:lang w:val="uk-UA"/>
        </w:rPr>
      </w:pPr>
      <w:r>
        <w:rPr>
          <w:rFonts w:eastAsia="Times New Roman" w:cs="Times New Roman"/>
          <w:b/>
          <w:bCs/>
          <w:color w:val="000000" w:themeColor="text1"/>
          <w:lang w:val="uk-UA" w:eastAsia="ru-RU"/>
        </w:rPr>
        <w:t xml:space="preserve"> </w:t>
      </w:r>
      <w:r w:rsidR="0081093B" w:rsidRPr="00B7305F">
        <w:rPr>
          <w:rFonts w:eastAsia="Times New Roman" w:cs="Times New Roman"/>
          <w:b/>
          <w:bCs/>
          <w:color w:val="000000" w:themeColor="text1"/>
          <w:lang w:val="uk-UA" w:eastAsia="ru-RU"/>
        </w:rPr>
        <w:t>Актуальність</w:t>
      </w:r>
      <w:r w:rsidR="00480420" w:rsidRPr="00B7305F">
        <w:rPr>
          <w:rFonts w:eastAsia="Times New Roman" w:cs="Times New Roman"/>
          <w:b/>
          <w:bCs/>
          <w:color w:val="000000" w:themeColor="text1"/>
          <w:lang w:val="uk-UA" w:eastAsia="ru-RU"/>
        </w:rPr>
        <w:t xml:space="preserve"> </w:t>
      </w:r>
      <w:r w:rsidR="0081093B" w:rsidRPr="00B7305F">
        <w:rPr>
          <w:rFonts w:eastAsia="Times New Roman" w:cs="Times New Roman"/>
          <w:b/>
          <w:bCs/>
          <w:color w:val="000000" w:themeColor="text1"/>
          <w:lang w:val="uk-UA" w:eastAsia="ru-RU"/>
        </w:rPr>
        <w:t>теми</w:t>
      </w:r>
      <w:r w:rsidR="0029445A" w:rsidRPr="00B7305F">
        <w:rPr>
          <w:rFonts w:eastAsia="Times New Roman" w:cs="Times New Roman"/>
          <w:b/>
          <w:bCs/>
          <w:color w:val="000000" w:themeColor="text1"/>
          <w:lang w:val="uk-UA" w:eastAsia="ru-RU"/>
        </w:rPr>
        <w:t>.</w:t>
      </w:r>
      <w:r w:rsidR="00480420" w:rsidRPr="00B7305F">
        <w:rPr>
          <w:rFonts w:eastAsia="Times New Roman" w:cs="Times New Roman"/>
          <w:b/>
          <w:bCs/>
          <w:color w:val="000000" w:themeColor="text1"/>
          <w:lang w:val="uk-UA" w:eastAsia="ru-RU"/>
        </w:rPr>
        <w:t xml:space="preserve"> </w:t>
      </w:r>
      <w:r w:rsidR="00480420" w:rsidRPr="00B7305F">
        <w:rPr>
          <w:rFonts w:eastAsia="Times New Roman" w:cs="Times New Roman"/>
          <w:color w:val="000000" w:themeColor="text1"/>
          <w:lang w:val="uk-UA" w:eastAsia="ru-RU"/>
        </w:rPr>
        <w:t xml:space="preserve"> </w:t>
      </w:r>
      <w:r w:rsidR="0081093B" w:rsidRPr="00B7305F">
        <w:rPr>
          <w:rFonts w:cs="Times New Roman"/>
          <w:color w:val="000000" w:themeColor="text1"/>
          <w:lang w:val="uk-UA"/>
        </w:rPr>
        <w:t>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сучасному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мистецькому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спостерігається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взаємопроникнення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театрального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0081093B" w:rsidRPr="00B7305F">
        <w:rPr>
          <w:rFonts w:cs="Times New Roman"/>
          <w:color w:val="000000" w:themeColor="text1"/>
          <w:lang w:val="uk-UA"/>
        </w:rPr>
        <w:t>XXI</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століття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w:t>
      </w:r>
      <w:r w:rsidR="00480420" w:rsidRPr="00B7305F">
        <w:rPr>
          <w:rFonts w:cs="Times New Roman"/>
          <w:color w:val="000000" w:themeColor="text1"/>
          <w:lang w:val="uk-UA"/>
        </w:rPr>
        <w:t xml:space="preserve"> </w:t>
      </w:r>
      <w:r w:rsidR="0081093B" w:rsidRPr="00B7305F">
        <w:rPr>
          <w:rFonts w:cs="Times New Roman"/>
          <w:color w:val="000000" w:themeColor="text1"/>
          <w:lang w:val="uk-UA"/>
        </w:rPr>
        <w:t>це</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митець,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який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поєднує</w:t>
      </w:r>
      <w:r w:rsidR="00480420" w:rsidRPr="00B7305F">
        <w:rPr>
          <w:rFonts w:cs="Times New Roman"/>
          <w:color w:val="000000" w:themeColor="text1"/>
          <w:lang w:val="uk-UA"/>
        </w:rPr>
        <w:t xml:space="preserve"> </w:t>
      </w:r>
      <w:r w:rsidR="0081093B" w:rsidRPr="00B7305F">
        <w:rPr>
          <w:rFonts w:cs="Times New Roman"/>
          <w:color w:val="000000" w:themeColor="text1"/>
          <w:lang w:val="uk-UA"/>
        </w:rPr>
        <w:t>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своїй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творчій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діяльності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різні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вираження: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від</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класичної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гри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екранних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технологій,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що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тонкі,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психологічно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насичені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образи.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0081093B" w:rsidRPr="00B7305F">
        <w:rPr>
          <w:rFonts w:cs="Times New Roman"/>
          <w:color w:val="000000" w:themeColor="text1"/>
          <w:lang w:val="uk-UA"/>
        </w:rPr>
        <w:t>цифрових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медіа,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нові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режисерські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глядацького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сприйняття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впливають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характер</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зумовлюючи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потребу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синтезі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форм.</w:t>
      </w:r>
    </w:p>
    <w:p w14:paraId="7A3CE0E2" w14:textId="225751D0" w:rsidR="00B61686"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81093B" w:rsidRPr="00B7305F">
        <w:rPr>
          <w:rFonts w:cs="Times New Roman"/>
          <w:color w:val="000000" w:themeColor="text1"/>
          <w:lang w:val="uk-UA"/>
        </w:rPr>
        <w:t>Взаємодія</w:t>
      </w:r>
      <w:r w:rsidRPr="00B7305F">
        <w:rPr>
          <w:rFonts w:cs="Times New Roman"/>
          <w:color w:val="000000" w:themeColor="text1"/>
          <w:lang w:val="uk-UA"/>
        </w:rPr>
        <w:t xml:space="preserve"> </w:t>
      </w:r>
      <w:r w:rsidR="0081093B" w:rsidRPr="00B7305F">
        <w:rPr>
          <w:rFonts w:cs="Times New Roman"/>
          <w:color w:val="000000" w:themeColor="text1"/>
          <w:lang w:val="uk-UA"/>
        </w:rPr>
        <w:t>театру</w:t>
      </w:r>
      <w:r w:rsidRPr="00B7305F">
        <w:rPr>
          <w:rFonts w:cs="Times New Roman"/>
          <w:color w:val="000000" w:themeColor="text1"/>
          <w:lang w:val="uk-UA"/>
        </w:rPr>
        <w:t xml:space="preserve"> </w:t>
      </w:r>
      <w:r w:rsidR="0081093B" w:rsidRPr="00B7305F">
        <w:rPr>
          <w:rFonts w:cs="Times New Roman"/>
          <w:color w:val="000000" w:themeColor="text1"/>
          <w:lang w:val="uk-UA"/>
        </w:rPr>
        <w:t>та</w:t>
      </w:r>
      <w:r w:rsidRPr="00B7305F">
        <w:rPr>
          <w:rFonts w:cs="Times New Roman"/>
          <w:color w:val="000000" w:themeColor="text1"/>
          <w:lang w:val="uk-UA"/>
        </w:rPr>
        <w:t xml:space="preserve"> </w:t>
      </w:r>
      <w:r w:rsidR="0081093B" w:rsidRPr="00B7305F">
        <w:rPr>
          <w:rFonts w:cs="Times New Roman"/>
          <w:color w:val="000000" w:themeColor="text1"/>
          <w:lang w:val="uk-UA"/>
        </w:rPr>
        <w:t>кіно</w:t>
      </w:r>
      <w:r w:rsidRPr="00B7305F">
        <w:rPr>
          <w:rFonts w:cs="Times New Roman"/>
          <w:color w:val="000000" w:themeColor="text1"/>
          <w:lang w:val="uk-UA"/>
        </w:rPr>
        <w:t xml:space="preserve"> </w:t>
      </w:r>
      <w:r w:rsidR="0081093B" w:rsidRPr="00B7305F">
        <w:rPr>
          <w:rFonts w:cs="Times New Roman"/>
          <w:color w:val="000000" w:themeColor="text1"/>
          <w:lang w:val="uk-UA"/>
        </w:rPr>
        <w:t>є</w:t>
      </w:r>
      <w:r w:rsidRPr="00B7305F">
        <w:rPr>
          <w:rFonts w:cs="Times New Roman"/>
          <w:color w:val="000000" w:themeColor="text1"/>
          <w:lang w:val="uk-UA"/>
        </w:rPr>
        <w:t xml:space="preserve"> </w:t>
      </w:r>
      <w:r w:rsidR="0081093B" w:rsidRPr="00B7305F">
        <w:rPr>
          <w:rFonts w:cs="Times New Roman"/>
          <w:color w:val="000000" w:themeColor="text1"/>
          <w:lang w:val="uk-UA"/>
        </w:rPr>
        <w:t>одним</w:t>
      </w:r>
      <w:r w:rsidRPr="00B7305F">
        <w:rPr>
          <w:rFonts w:cs="Times New Roman"/>
          <w:color w:val="000000" w:themeColor="text1"/>
          <w:lang w:val="uk-UA"/>
        </w:rPr>
        <w:t xml:space="preserve"> </w:t>
      </w:r>
      <w:r w:rsidR="0081093B" w:rsidRPr="00B7305F">
        <w:rPr>
          <w:rFonts w:cs="Times New Roman"/>
          <w:color w:val="000000" w:themeColor="text1"/>
          <w:lang w:val="uk-UA"/>
        </w:rPr>
        <w:t>із</w:t>
      </w:r>
      <w:r w:rsidRPr="00B7305F">
        <w:rPr>
          <w:rFonts w:cs="Times New Roman"/>
          <w:color w:val="000000" w:themeColor="text1"/>
          <w:lang w:val="uk-UA"/>
        </w:rPr>
        <w:t xml:space="preserve"> </w:t>
      </w:r>
      <w:r w:rsidR="0081093B" w:rsidRPr="00B7305F">
        <w:rPr>
          <w:rFonts w:cs="Times New Roman"/>
          <w:color w:val="000000" w:themeColor="text1"/>
          <w:lang w:val="uk-UA"/>
        </w:rPr>
        <w:t>найцікавіших</w:t>
      </w:r>
      <w:r w:rsidRPr="00B7305F">
        <w:rPr>
          <w:rFonts w:cs="Times New Roman"/>
          <w:color w:val="000000" w:themeColor="text1"/>
          <w:lang w:val="uk-UA"/>
        </w:rPr>
        <w:t xml:space="preserve"> </w:t>
      </w:r>
      <w:r w:rsidR="0081093B" w:rsidRPr="00B7305F">
        <w:rPr>
          <w:rFonts w:cs="Times New Roman"/>
          <w:color w:val="000000" w:themeColor="text1"/>
          <w:lang w:val="uk-UA"/>
        </w:rPr>
        <w:t>явищ</w:t>
      </w:r>
      <w:r w:rsidRPr="00B7305F">
        <w:rPr>
          <w:rFonts w:cs="Times New Roman"/>
          <w:color w:val="000000" w:themeColor="text1"/>
          <w:lang w:val="uk-UA"/>
        </w:rPr>
        <w:t xml:space="preserve"> </w:t>
      </w:r>
      <w:r w:rsidR="0081093B" w:rsidRPr="00B7305F">
        <w:rPr>
          <w:rFonts w:cs="Times New Roman"/>
          <w:color w:val="000000" w:themeColor="text1"/>
          <w:lang w:val="uk-UA"/>
        </w:rPr>
        <w:t>сучасної</w:t>
      </w:r>
      <w:r w:rsidRPr="00B7305F">
        <w:rPr>
          <w:rFonts w:cs="Times New Roman"/>
          <w:color w:val="000000" w:themeColor="text1"/>
          <w:lang w:val="uk-UA"/>
        </w:rPr>
        <w:t xml:space="preserve"> </w:t>
      </w:r>
      <w:r w:rsidR="0081093B" w:rsidRPr="00B7305F">
        <w:rPr>
          <w:rFonts w:cs="Times New Roman"/>
          <w:color w:val="000000" w:themeColor="text1"/>
          <w:lang w:val="uk-UA"/>
        </w:rPr>
        <w:t>культури.</w:t>
      </w:r>
      <w:r w:rsidRPr="00B7305F">
        <w:rPr>
          <w:rFonts w:cs="Times New Roman"/>
          <w:color w:val="000000" w:themeColor="text1"/>
          <w:lang w:val="uk-UA"/>
        </w:rPr>
        <w:t xml:space="preserve"> </w:t>
      </w:r>
      <w:r w:rsidR="0081093B" w:rsidRPr="00B7305F">
        <w:rPr>
          <w:rFonts w:cs="Times New Roman"/>
          <w:color w:val="000000" w:themeColor="text1"/>
          <w:lang w:val="uk-UA"/>
        </w:rPr>
        <w:t>Театр,</w:t>
      </w:r>
      <w:r w:rsidRPr="00B7305F">
        <w:rPr>
          <w:rFonts w:cs="Times New Roman"/>
          <w:color w:val="000000" w:themeColor="text1"/>
          <w:lang w:val="uk-UA"/>
        </w:rPr>
        <w:t xml:space="preserve"> </w:t>
      </w:r>
      <w:r w:rsidR="0081093B" w:rsidRPr="00B7305F">
        <w:rPr>
          <w:rFonts w:cs="Times New Roman"/>
          <w:color w:val="000000" w:themeColor="text1"/>
          <w:lang w:val="uk-UA"/>
        </w:rPr>
        <w:t>як</w:t>
      </w:r>
      <w:r w:rsidRPr="00B7305F">
        <w:rPr>
          <w:rFonts w:cs="Times New Roman"/>
          <w:color w:val="000000" w:themeColor="text1"/>
          <w:lang w:val="uk-UA"/>
        </w:rPr>
        <w:t xml:space="preserve"> </w:t>
      </w:r>
      <w:r w:rsidR="0081093B" w:rsidRPr="00B7305F">
        <w:rPr>
          <w:rFonts w:cs="Times New Roman"/>
          <w:color w:val="000000" w:themeColor="text1"/>
          <w:lang w:val="uk-UA"/>
        </w:rPr>
        <w:t>мистецтво</w:t>
      </w:r>
      <w:r w:rsidRPr="00B7305F">
        <w:rPr>
          <w:rFonts w:cs="Times New Roman"/>
          <w:color w:val="000000" w:themeColor="text1"/>
          <w:lang w:val="uk-UA"/>
        </w:rPr>
        <w:t xml:space="preserve"> </w:t>
      </w:r>
      <w:r w:rsidR="0081093B" w:rsidRPr="00B7305F">
        <w:rPr>
          <w:rFonts w:cs="Times New Roman"/>
          <w:color w:val="000000" w:themeColor="text1"/>
          <w:lang w:val="uk-UA"/>
        </w:rPr>
        <w:t>живої</w:t>
      </w:r>
      <w:r w:rsidRPr="00B7305F">
        <w:rPr>
          <w:rFonts w:cs="Times New Roman"/>
          <w:color w:val="000000" w:themeColor="text1"/>
          <w:lang w:val="uk-UA"/>
        </w:rPr>
        <w:t xml:space="preserve"> </w:t>
      </w:r>
      <w:r w:rsidR="0081093B" w:rsidRPr="00B7305F">
        <w:rPr>
          <w:rFonts w:cs="Times New Roman"/>
          <w:color w:val="000000" w:themeColor="text1"/>
          <w:lang w:val="uk-UA"/>
        </w:rPr>
        <w:t>присутності,</w:t>
      </w:r>
      <w:r w:rsidRPr="00B7305F">
        <w:rPr>
          <w:rFonts w:cs="Times New Roman"/>
          <w:color w:val="000000" w:themeColor="text1"/>
          <w:lang w:val="uk-UA"/>
        </w:rPr>
        <w:t xml:space="preserve"> </w:t>
      </w:r>
      <w:r w:rsidR="0081093B" w:rsidRPr="00B7305F">
        <w:rPr>
          <w:rFonts w:cs="Times New Roman"/>
          <w:color w:val="000000" w:themeColor="text1"/>
          <w:lang w:val="uk-UA"/>
        </w:rPr>
        <w:t>формує</w:t>
      </w:r>
      <w:r w:rsidRPr="00B7305F">
        <w:rPr>
          <w:rFonts w:cs="Times New Roman"/>
          <w:color w:val="000000" w:themeColor="text1"/>
          <w:lang w:val="uk-UA"/>
        </w:rPr>
        <w:t xml:space="preserve"> </w:t>
      </w:r>
      <w:r w:rsidR="0081093B" w:rsidRPr="00B7305F">
        <w:rPr>
          <w:rFonts w:cs="Times New Roman"/>
          <w:color w:val="000000" w:themeColor="text1"/>
          <w:lang w:val="uk-UA"/>
        </w:rPr>
        <w:t>основу</w:t>
      </w:r>
      <w:r w:rsidRPr="00B7305F">
        <w:rPr>
          <w:rFonts w:cs="Times New Roman"/>
          <w:color w:val="000000" w:themeColor="text1"/>
          <w:lang w:val="uk-UA"/>
        </w:rPr>
        <w:t xml:space="preserve"> </w:t>
      </w:r>
      <w:r w:rsidR="0081093B" w:rsidRPr="00B7305F">
        <w:rPr>
          <w:rFonts w:cs="Times New Roman"/>
          <w:color w:val="000000" w:themeColor="text1"/>
          <w:lang w:val="uk-UA"/>
        </w:rPr>
        <w:t>акторської</w:t>
      </w:r>
      <w:r w:rsidRPr="00B7305F">
        <w:rPr>
          <w:rFonts w:cs="Times New Roman"/>
          <w:color w:val="000000" w:themeColor="text1"/>
          <w:lang w:val="uk-UA"/>
        </w:rPr>
        <w:t xml:space="preserve"> </w:t>
      </w:r>
      <w:r w:rsidR="0081093B" w:rsidRPr="00B7305F">
        <w:rPr>
          <w:rFonts w:cs="Times New Roman"/>
          <w:color w:val="000000" w:themeColor="text1"/>
          <w:lang w:val="uk-UA"/>
        </w:rPr>
        <w:t>дії,</w:t>
      </w:r>
      <w:r w:rsidRPr="00B7305F">
        <w:rPr>
          <w:rFonts w:cs="Times New Roman"/>
          <w:color w:val="000000" w:themeColor="text1"/>
          <w:lang w:val="uk-UA"/>
        </w:rPr>
        <w:t xml:space="preserve"> </w:t>
      </w:r>
      <w:r w:rsidR="0081093B" w:rsidRPr="00B7305F">
        <w:rPr>
          <w:rFonts w:cs="Times New Roman"/>
          <w:color w:val="000000" w:themeColor="text1"/>
          <w:lang w:val="uk-UA"/>
        </w:rPr>
        <w:t>тоді</w:t>
      </w:r>
      <w:r w:rsidRPr="00B7305F">
        <w:rPr>
          <w:rFonts w:cs="Times New Roman"/>
          <w:color w:val="000000" w:themeColor="text1"/>
          <w:lang w:val="uk-UA"/>
        </w:rPr>
        <w:t xml:space="preserve"> </w:t>
      </w:r>
      <w:r w:rsidR="0081093B" w:rsidRPr="00B7305F">
        <w:rPr>
          <w:rFonts w:cs="Times New Roman"/>
          <w:color w:val="000000" w:themeColor="text1"/>
          <w:lang w:val="uk-UA"/>
        </w:rPr>
        <w:t>як</w:t>
      </w:r>
      <w:r w:rsidRPr="00B7305F">
        <w:rPr>
          <w:rFonts w:cs="Times New Roman"/>
          <w:color w:val="000000" w:themeColor="text1"/>
          <w:lang w:val="uk-UA"/>
        </w:rPr>
        <w:t xml:space="preserve"> </w:t>
      </w:r>
      <w:r w:rsidR="0081093B"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81093B" w:rsidRPr="00B7305F">
        <w:rPr>
          <w:rFonts w:cs="Times New Roman"/>
          <w:color w:val="000000" w:themeColor="text1"/>
          <w:lang w:val="uk-UA"/>
        </w:rPr>
        <w:t>розкриває</w:t>
      </w:r>
      <w:r w:rsidRPr="00B7305F">
        <w:rPr>
          <w:rFonts w:cs="Times New Roman"/>
          <w:color w:val="000000" w:themeColor="text1"/>
          <w:lang w:val="uk-UA"/>
        </w:rPr>
        <w:t xml:space="preserve"> </w:t>
      </w:r>
      <w:r w:rsidR="0081093B" w:rsidRPr="00B7305F">
        <w:rPr>
          <w:rFonts w:cs="Times New Roman"/>
          <w:color w:val="000000" w:themeColor="text1"/>
          <w:lang w:val="uk-UA"/>
        </w:rPr>
        <w:t>потенціал</w:t>
      </w:r>
      <w:r w:rsidRPr="00B7305F">
        <w:rPr>
          <w:rFonts w:cs="Times New Roman"/>
          <w:color w:val="000000" w:themeColor="text1"/>
          <w:lang w:val="uk-UA"/>
        </w:rPr>
        <w:t xml:space="preserve"> </w:t>
      </w:r>
      <w:r w:rsidR="0081093B" w:rsidRPr="00B7305F">
        <w:rPr>
          <w:rFonts w:cs="Times New Roman"/>
          <w:color w:val="000000" w:themeColor="text1"/>
          <w:lang w:val="uk-UA"/>
        </w:rPr>
        <w:t>емоційного</w:t>
      </w:r>
      <w:r w:rsidRPr="00B7305F">
        <w:rPr>
          <w:rFonts w:cs="Times New Roman"/>
          <w:color w:val="000000" w:themeColor="text1"/>
          <w:lang w:val="uk-UA"/>
        </w:rPr>
        <w:t xml:space="preserve"> </w:t>
      </w:r>
      <w:r w:rsidR="0081093B" w:rsidRPr="00B7305F">
        <w:rPr>
          <w:rFonts w:cs="Times New Roman"/>
          <w:color w:val="000000" w:themeColor="text1"/>
          <w:lang w:val="uk-UA"/>
        </w:rPr>
        <w:t>впливу</w:t>
      </w:r>
      <w:r w:rsidRPr="00B7305F">
        <w:rPr>
          <w:rFonts w:cs="Times New Roman"/>
          <w:color w:val="000000" w:themeColor="text1"/>
          <w:lang w:val="uk-UA"/>
        </w:rPr>
        <w:t xml:space="preserve"> </w:t>
      </w:r>
      <w:r w:rsidR="0081093B" w:rsidRPr="00B7305F">
        <w:rPr>
          <w:rFonts w:cs="Times New Roman"/>
          <w:color w:val="000000" w:themeColor="text1"/>
          <w:lang w:val="uk-UA"/>
        </w:rPr>
        <w:t>через</w:t>
      </w:r>
      <w:r w:rsidRPr="00B7305F">
        <w:rPr>
          <w:rFonts w:cs="Times New Roman"/>
          <w:color w:val="000000" w:themeColor="text1"/>
          <w:lang w:val="uk-UA"/>
        </w:rPr>
        <w:t xml:space="preserve"> </w:t>
      </w:r>
      <w:r w:rsidR="0081093B" w:rsidRPr="00B7305F">
        <w:rPr>
          <w:rFonts w:cs="Times New Roman"/>
          <w:color w:val="000000" w:themeColor="text1"/>
          <w:lang w:val="uk-UA"/>
        </w:rPr>
        <w:t>монтаж,</w:t>
      </w:r>
      <w:r w:rsidRPr="00B7305F">
        <w:rPr>
          <w:rFonts w:cs="Times New Roman"/>
          <w:color w:val="000000" w:themeColor="text1"/>
          <w:lang w:val="uk-UA"/>
        </w:rPr>
        <w:t xml:space="preserve"> </w:t>
      </w:r>
      <w:r w:rsidR="0081093B" w:rsidRPr="00B7305F">
        <w:rPr>
          <w:rFonts w:cs="Times New Roman"/>
          <w:color w:val="000000" w:themeColor="text1"/>
          <w:lang w:val="uk-UA"/>
        </w:rPr>
        <w:t>крупний</w:t>
      </w:r>
      <w:r w:rsidRPr="00B7305F">
        <w:rPr>
          <w:rFonts w:cs="Times New Roman"/>
          <w:color w:val="000000" w:themeColor="text1"/>
          <w:lang w:val="uk-UA"/>
        </w:rPr>
        <w:t xml:space="preserve"> </w:t>
      </w:r>
      <w:r w:rsidR="0081093B" w:rsidRPr="00B7305F">
        <w:rPr>
          <w:rFonts w:cs="Times New Roman"/>
          <w:color w:val="000000" w:themeColor="text1"/>
          <w:lang w:val="uk-UA"/>
        </w:rPr>
        <w:t>план,</w:t>
      </w:r>
      <w:r w:rsidRPr="00B7305F">
        <w:rPr>
          <w:rFonts w:cs="Times New Roman"/>
          <w:color w:val="000000" w:themeColor="text1"/>
          <w:lang w:val="uk-UA"/>
        </w:rPr>
        <w:t xml:space="preserve"> </w:t>
      </w:r>
      <w:r w:rsidR="0081093B" w:rsidRPr="00B7305F">
        <w:rPr>
          <w:rFonts w:cs="Times New Roman"/>
          <w:color w:val="000000" w:themeColor="text1"/>
          <w:lang w:val="uk-UA"/>
        </w:rPr>
        <w:t>динаміку</w:t>
      </w:r>
      <w:r w:rsidRPr="00B7305F">
        <w:rPr>
          <w:rFonts w:cs="Times New Roman"/>
          <w:color w:val="000000" w:themeColor="text1"/>
          <w:lang w:val="uk-UA"/>
        </w:rPr>
        <w:t xml:space="preserve"> </w:t>
      </w:r>
      <w:r w:rsidR="0081093B" w:rsidRPr="00B7305F">
        <w:rPr>
          <w:rFonts w:cs="Times New Roman"/>
          <w:color w:val="000000" w:themeColor="text1"/>
          <w:lang w:val="uk-UA"/>
        </w:rPr>
        <w:t>кадру.</w:t>
      </w:r>
      <w:r w:rsidRPr="00B7305F">
        <w:rPr>
          <w:rFonts w:cs="Times New Roman"/>
          <w:color w:val="000000" w:themeColor="text1"/>
          <w:lang w:val="uk-UA"/>
        </w:rPr>
        <w:t xml:space="preserve"> </w:t>
      </w:r>
      <w:r w:rsidR="0081093B" w:rsidRPr="00B7305F">
        <w:rPr>
          <w:rFonts w:cs="Times New Roman"/>
          <w:color w:val="000000" w:themeColor="text1"/>
          <w:lang w:val="uk-UA"/>
        </w:rPr>
        <w:t>Вивчення</w:t>
      </w:r>
      <w:r w:rsidRPr="00B7305F">
        <w:rPr>
          <w:rFonts w:cs="Times New Roman"/>
          <w:color w:val="000000" w:themeColor="text1"/>
          <w:lang w:val="uk-UA"/>
        </w:rPr>
        <w:t xml:space="preserve"> </w:t>
      </w:r>
      <w:r w:rsidR="0081093B" w:rsidRPr="00B7305F">
        <w:rPr>
          <w:rFonts w:cs="Times New Roman"/>
          <w:color w:val="000000" w:themeColor="text1"/>
          <w:lang w:val="uk-UA"/>
        </w:rPr>
        <w:t>того,</w:t>
      </w:r>
      <w:r w:rsidRPr="00B7305F">
        <w:rPr>
          <w:rFonts w:cs="Times New Roman"/>
          <w:color w:val="000000" w:themeColor="text1"/>
          <w:lang w:val="uk-UA"/>
        </w:rPr>
        <w:t xml:space="preserve"> </w:t>
      </w:r>
      <w:r w:rsidR="0081093B" w:rsidRPr="00B7305F">
        <w:rPr>
          <w:rFonts w:cs="Times New Roman"/>
          <w:color w:val="000000" w:themeColor="text1"/>
          <w:lang w:val="uk-UA"/>
        </w:rPr>
        <w:t>як</w:t>
      </w:r>
      <w:r w:rsidRPr="00B7305F">
        <w:rPr>
          <w:rFonts w:cs="Times New Roman"/>
          <w:color w:val="000000" w:themeColor="text1"/>
          <w:lang w:val="uk-UA"/>
        </w:rPr>
        <w:t xml:space="preserve"> </w:t>
      </w:r>
      <w:r w:rsidR="0081093B" w:rsidRPr="00B7305F">
        <w:rPr>
          <w:rFonts w:cs="Times New Roman"/>
          <w:color w:val="000000" w:themeColor="text1"/>
          <w:lang w:val="uk-UA"/>
        </w:rPr>
        <w:t>актор</w:t>
      </w:r>
      <w:r w:rsidRPr="00B7305F">
        <w:rPr>
          <w:rFonts w:cs="Times New Roman"/>
          <w:color w:val="000000" w:themeColor="text1"/>
          <w:lang w:val="uk-UA"/>
        </w:rPr>
        <w:t xml:space="preserve"> </w:t>
      </w:r>
      <w:r w:rsidR="0081093B" w:rsidRPr="00B7305F">
        <w:rPr>
          <w:rFonts w:cs="Times New Roman"/>
          <w:color w:val="000000" w:themeColor="text1"/>
          <w:lang w:val="uk-UA"/>
        </w:rPr>
        <w:t>адаптує</w:t>
      </w:r>
      <w:r w:rsidRPr="00B7305F">
        <w:rPr>
          <w:rFonts w:cs="Times New Roman"/>
          <w:color w:val="000000" w:themeColor="text1"/>
          <w:lang w:val="uk-UA"/>
        </w:rPr>
        <w:t xml:space="preserve"> </w:t>
      </w:r>
      <w:r w:rsidR="0081093B" w:rsidRPr="00B7305F">
        <w:rPr>
          <w:rFonts w:cs="Times New Roman"/>
          <w:color w:val="000000" w:themeColor="text1"/>
          <w:lang w:val="uk-UA"/>
        </w:rPr>
        <w:t>власну</w:t>
      </w:r>
      <w:r w:rsidRPr="00B7305F">
        <w:rPr>
          <w:rFonts w:cs="Times New Roman"/>
          <w:color w:val="000000" w:themeColor="text1"/>
          <w:lang w:val="uk-UA"/>
        </w:rPr>
        <w:t xml:space="preserve"> </w:t>
      </w:r>
      <w:r w:rsidR="0081093B" w:rsidRPr="00B7305F">
        <w:rPr>
          <w:rFonts w:cs="Times New Roman"/>
          <w:color w:val="000000" w:themeColor="text1"/>
          <w:lang w:val="uk-UA"/>
        </w:rPr>
        <w:t>техніку</w:t>
      </w:r>
      <w:r w:rsidRPr="00B7305F">
        <w:rPr>
          <w:rFonts w:cs="Times New Roman"/>
          <w:color w:val="000000" w:themeColor="text1"/>
          <w:lang w:val="uk-UA"/>
        </w:rPr>
        <w:t xml:space="preserve"> </w:t>
      </w:r>
      <w:r w:rsidR="0081093B" w:rsidRPr="00B7305F">
        <w:rPr>
          <w:rFonts w:cs="Times New Roman"/>
          <w:color w:val="000000" w:themeColor="text1"/>
          <w:lang w:val="uk-UA"/>
        </w:rPr>
        <w:t>до</w:t>
      </w:r>
      <w:r w:rsidRPr="00B7305F">
        <w:rPr>
          <w:rFonts w:cs="Times New Roman"/>
          <w:color w:val="000000" w:themeColor="text1"/>
          <w:lang w:val="uk-UA"/>
        </w:rPr>
        <w:t xml:space="preserve"> </w:t>
      </w:r>
      <w:r w:rsidR="0081093B" w:rsidRPr="00B7305F">
        <w:rPr>
          <w:rFonts w:cs="Times New Roman"/>
          <w:color w:val="000000" w:themeColor="text1"/>
          <w:lang w:val="uk-UA"/>
        </w:rPr>
        <w:t>умов</w:t>
      </w:r>
      <w:r w:rsidRPr="00B7305F">
        <w:rPr>
          <w:rFonts w:cs="Times New Roman"/>
          <w:color w:val="000000" w:themeColor="text1"/>
          <w:lang w:val="uk-UA"/>
        </w:rPr>
        <w:t xml:space="preserve"> </w:t>
      </w:r>
      <w:r w:rsidR="0081093B" w:rsidRPr="00B7305F">
        <w:rPr>
          <w:rFonts w:cs="Times New Roman"/>
          <w:color w:val="000000" w:themeColor="text1"/>
          <w:lang w:val="uk-UA"/>
        </w:rPr>
        <w:t>сцени</w:t>
      </w:r>
      <w:r w:rsidRPr="00B7305F">
        <w:rPr>
          <w:rFonts w:cs="Times New Roman"/>
          <w:color w:val="000000" w:themeColor="text1"/>
          <w:lang w:val="uk-UA"/>
        </w:rPr>
        <w:t xml:space="preserve"> </w:t>
      </w:r>
      <w:r w:rsidR="0081093B" w:rsidRPr="00B7305F">
        <w:rPr>
          <w:rFonts w:cs="Times New Roman"/>
          <w:color w:val="000000" w:themeColor="text1"/>
          <w:lang w:val="uk-UA"/>
        </w:rPr>
        <w:t>й</w:t>
      </w:r>
      <w:r w:rsidRPr="00B7305F">
        <w:rPr>
          <w:rFonts w:cs="Times New Roman"/>
          <w:color w:val="000000" w:themeColor="text1"/>
          <w:lang w:val="uk-UA"/>
        </w:rPr>
        <w:t xml:space="preserve"> </w:t>
      </w:r>
      <w:r w:rsidR="0081093B" w:rsidRPr="00B7305F">
        <w:rPr>
          <w:rFonts w:cs="Times New Roman"/>
          <w:color w:val="000000" w:themeColor="text1"/>
          <w:lang w:val="uk-UA"/>
        </w:rPr>
        <w:t>екрана,</w:t>
      </w:r>
      <w:r w:rsidRPr="00B7305F">
        <w:rPr>
          <w:rFonts w:cs="Times New Roman"/>
          <w:color w:val="000000" w:themeColor="text1"/>
          <w:lang w:val="uk-UA"/>
        </w:rPr>
        <w:t xml:space="preserve"> </w:t>
      </w:r>
      <w:r w:rsidR="0081093B" w:rsidRPr="00B7305F">
        <w:rPr>
          <w:rFonts w:cs="Times New Roman"/>
          <w:color w:val="000000" w:themeColor="text1"/>
          <w:lang w:val="uk-UA"/>
        </w:rPr>
        <w:t>дає</w:t>
      </w:r>
      <w:r w:rsidRPr="00B7305F">
        <w:rPr>
          <w:rFonts w:cs="Times New Roman"/>
          <w:color w:val="000000" w:themeColor="text1"/>
          <w:lang w:val="uk-UA"/>
        </w:rPr>
        <w:t xml:space="preserve"> </w:t>
      </w:r>
      <w:r w:rsidR="0081093B" w:rsidRPr="00B7305F">
        <w:rPr>
          <w:rFonts w:cs="Times New Roman"/>
          <w:color w:val="000000" w:themeColor="text1"/>
          <w:lang w:val="uk-UA"/>
        </w:rPr>
        <w:t>змогу</w:t>
      </w:r>
      <w:r w:rsidRPr="00B7305F">
        <w:rPr>
          <w:rFonts w:cs="Times New Roman"/>
          <w:color w:val="000000" w:themeColor="text1"/>
          <w:lang w:val="uk-UA"/>
        </w:rPr>
        <w:t xml:space="preserve"> </w:t>
      </w:r>
      <w:r w:rsidR="0081093B" w:rsidRPr="00B7305F">
        <w:rPr>
          <w:rFonts w:cs="Times New Roman"/>
          <w:color w:val="000000" w:themeColor="text1"/>
          <w:lang w:val="uk-UA"/>
        </w:rPr>
        <w:t>глибше</w:t>
      </w:r>
      <w:r w:rsidRPr="00B7305F">
        <w:rPr>
          <w:rFonts w:cs="Times New Roman"/>
          <w:color w:val="000000" w:themeColor="text1"/>
          <w:lang w:val="uk-UA"/>
        </w:rPr>
        <w:t xml:space="preserve"> </w:t>
      </w:r>
      <w:r w:rsidR="0081093B" w:rsidRPr="00B7305F">
        <w:rPr>
          <w:rFonts w:cs="Times New Roman"/>
          <w:color w:val="000000" w:themeColor="text1"/>
          <w:lang w:val="uk-UA"/>
        </w:rPr>
        <w:t>зрозуміти</w:t>
      </w:r>
      <w:r w:rsidRPr="00B7305F">
        <w:rPr>
          <w:rFonts w:cs="Times New Roman"/>
          <w:color w:val="000000" w:themeColor="text1"/>
          <w:lang w:val="uk-UA"/>
        </w:rPr>
        <w:t xml:space="preserve"> </w:t>
      </w:r>
      <w:r w:rsidR="0081093B" w:rsidRPr="00B7305F">
        <w:rPr>
          <w:rFonts w:cs="Times New Roman"/>
          <w:color w:val="000000" w:themeColor="text1"/>
          <w:lang w:val="uk-UA"/>
        </w:rPr>
        <w:t>природу</w:t>
      </w:r>
      <w:r w:rsidRPr="00B7305F">
        <w:rPr>
          <w:rFonts w:cs="Times New Roman"/>
          <w:color w:val="000000" w:themeColor="text1"/>
          <w:lang w:val="uk-UA"/>
        </w:rPr>
        <w:t xml:space="preserve"> </w:t>
      </w:r>
      <w:r w:rsidR="0081093B" w:rsidRPr="00B7305F">
        <w:rPr>
          <w:rFonts w:cs="Times New Roman"/>
          <w:color w:val="000000" w:themeColor="text1"/>
          <w:lang w:val="uk-UA"/>
        </w:rPr>
        <w:t>акторської</w:t>
      </w:r>
      <w:r w:rsidRPr="00B7305F">
        <w:rPr>
          <w:rFonts w:cs="Times New Roman"/>
          <w:color w:val="000000" w:themeColor="text1"/>
          <w:lang w:val="uk-UA"/>
        </w:rPr>
        <w:t xml:space="preserve"> </w:t>
      </w:r>
      <w:r w:rsidR="0081093B" w:rsidRPr="00B7305F">
        <w:rPr>
          <w:rFonts w:cs="Times New Roman"/>
          <w:color w:val="000000" w:themeColor="text1"/>
          <w:lang w:val="uk-UA"/>
        </w:rPr>
        <w:t>майстерності</w:t>
      </w:r>
      <w:r w:rsidRPr="00B7305F">
        <w:rPr>
          <w:rFonts w:cs="Times New Roman"/>
          <w:color w:val="000000" w:themeColor="text1"/>
          <w:lang w:val="uk-UA"/>
        </w:rPr>
        <w:t xml:space="preserve"> </w:t>
      </w:r>
      <w:r w:rsidR="0081093B" w:rsidRPr="00B7305F">
        <w:rPr>
          <w:rFonts w:cs="Times New Roman"/>
          <w:color w:val="000000" w:themeColor="text1"/>
          <w:lang w:val="uk-UA"/>
        </w:rPr>
        <w:t>як</w:t>
      </w:r>
      <w:r w:rsidRPr="00B7305F">
        <w:rPr>
          <w:rFonts w:cs="Times New Roman"/>
          <w:color w:val="000000" w:themeColor="text1"/>
          <w:lang w:val="uk-UA"/>
        </w:rPr>
        <w:t xml:space="preserve"> </w:t>
      </w:r>
      <w:r w:rsidR="0081093B" w:rsidRPr="00B7305F">
        <w:rPr>
          <w:rFonts w:cs="Times New Roman"/>
          <w:color w:val="000000" w:themeColor="text1"/>
          <w:lang w:val="uk-UA"/>
        </w:rPr>
        <w:t>універсальної</w:t>
      </w:r>
      <w:r w:rsidRPr="00B7305F">
        <w:rPr>
          <w:rFonts w:cs="Times New Roman"/>
          <w:color w:val="000000" w:themeColor="text1"/>
          <w:lang w:val="uk-UA"/>
        </w:rPr>
        <w:t xml:space="preserve"> </w:t>
      </w:r>
      <w:r w:rsidR="0081093B" w:rsidRPr="00B7305F">
        <w:rPr>
          <w:rFonts w:cs="Times New Roman"/>
          <w:color w:val="000000" w:themeColor="text1"/>
          <w:lang w:val="uk-UA"/>
        </w:rPr>
        <w:t>системи</w:t>
      </w:r>
      <w:r w:rsidRPr="00B7305F">
        <w:rPr>
          <w:rFonts w:cs="Times New Roman"/>
          <w:color w:val="000000" w:themeColor="text1"/>
          <w:lang w:val="uk-UA"/>
        </w:rPr>
        <w:t xml:space="preserve"> </w:t>
      </w:r>
      <w:r w:rsidR="0081093B" w:rsidRPr="00B7305F">
        <w:rPr>
          <w:rFonts w:cs="Times New Roman"/>
          <w:color w:val="000000" w:themeColor="text1"/>
          <w:lang w:val="uk-UA"/>
        </w:rPr>
        <w:t>творчого</w:t>
      </w:r>
      <w:r w:rsidRPr="00B7305F">
        <w:rPr>
          <w:rFonts w:cs="Times New Roman"/>
          <w:color w:val="000000" w:themeColor="text1"/>
          <w:lang w:val="uk-UA"/>
        </w:rPr>
        <w:t xml:space="preserve"> </w:t>
      </w:r>
      <w:r w:rsidR="0081093B" w:rsidRPr="00B7305F">
        <w:rPr>
          <w:rFonts w:cs="Times New Roman"/>
          <w:color w:val="000000" w:themeColor="text1"/>
          <w:lang w:val="uk-UA"/>
        </w:rPr>
        <w:t>перевтілення.</w:t>
      </w:r>
      <w:r w:rsidRPr="00B7305F">
        <w:rPr>
          <w:rFonts w:cs="Times New Roman"/>
          <w:color w:val="000000" w:themeColor="text1"/>
          <w:lang w:val="uk-UA"/>
        </w:rPr>
        <w:t xml:space="preserve"> </w:t>
      </w:r>
      <w:r w:rsidR="0081093B" w:rsidRPr="00B7305F">
        <w:rPr>
          <w:rFonts w:cs="Times New Roman"/>
          <w:color w:val="000000" w:themeColor="text1"/>
          <w:lang w:val="uk-UA"/>
        </w:rPr>
        <w:t>Саме</w:t>
      </w:r>
      <w:r w:rsidRPr="00B7305F">
        <w:rPr>
          <w:rFonts w:cs="Times New Roman"/>
          <w:color w:val="000000" w:themeColor="text1"/>
          <w:lang w:val="uk-UA"/>
        </w:rPr>
        <w:t xml:space="preserve"> </w:t>
      </w:r>
      <w:r w:rsidR="0081093B" w:rsidRPr="00B7305F">
        <w:rPr>
          <w:rFonts w:cs="Times New Roman"/>
          <w:color w:val="000000" w:themeColor="text1"/>
          <w:lang w:val="uk-UA"/>
        </w:rPr>
        <w:t>тому</w:t>
      </w:r>
      <w:r w:rsidRPr="00B7305F">
        <w:rPr>
          <w:rFonts w:cs="Times New Roman"/>
          <w:color w:val="000000" w:themeColor="text1"/>
          <w:lang w:val="uk-UA"/>
        </w:rPr>
        <w:t xml:space="preserve"> </w:t>
      </w:r>
      <w:r w:rsidR="0081093B" w:rsidRPr="00B7305F">
        <w:rPr>
          <w:rFonts w:cs="Times New Roman"/>
          <w:color w:val="000000" w:themeColor="text1"/>
          <w:lang w:val="uk-UA"/>
        </w:rPr>
        <w:t>дослідження</w:t>
      </w:r>
      <w:r w:rsidRPr="00B7305F">
        <w:rPr>
          <w:rFonts w:cs="Times New Roman"/>
          <w:color w:val="000000" w:themeColor="text1"/>
          <w:lang w:val="uk-UA"/>
        </w:rPr>
        <w:t xml:space="preserve"> </w:t>
      </w:r>
      <w:r w:rsidR="0081093B" w:rsidRPr="00B7305F">
        <w:rPr>
          <w:rFonts w:cs="Times New Roman"/>
          <w:color w:val="000000" w:themeColor="text1"/>
          <w:lang w:val="uk-UA"/>
        </w:rPr>
        <w:t>теми</w:t>
      </w:r>
      <w:r w:rsidRPr="00B7305F">
        <w:rPr>
          <w:rFonts w:cs="Times New Roman"/>
          <w:color w:val="000000" w:themeColor="text1"/>
          <w:lang w:val="uk-UA"/>
        </w:rPr>
        <w:t xml:space="preserve"> </w:t>
      </w:r>
      <w:r w:rsidR="0081093B" w:rsidRPr="00B7305F">
        <w:rPr>
          <w:rFonts w:cs="Times New Roman"/>
          <w:color w:val="000000" w:themeColor="text1"/>
          <w:lang w:val="uk-UA"/>
        </w:rPr>
        <w:t>«Сценічне</w:t>
      </w:r>
      <w:r w:rsidRPr="00B7305F">
        <w:rPr>
          <w:rFonts w:cs="Times New Roman"/>
          <w:color w:val="000000" w:themeColor="text1"/>
          <w:lang w:val="uk-UA"/>
        </w:rPr>
        <w:t xml:space="preserve"> </w:t>
      </w:r>
      <w:r w:rsidR="0081093B" w:rsidRPr="00B7305F">
        <w:rPr>
          <w:rFonts w:cs="Times New Roman"/>
          <w:color w:val="000000" w:themeColor="text1"/>
          <w:lang w:val="uk-UA"/>
        </w:rPr>
        <w:t>мистецтво</w:t>
      </w:r>
      <w:r w:rsidRPr="00B7305F">
        <w:rPr>
          <w:rFonts w:cs="Times New Roman"/>
          <w:color w:val="000000" w:themeColor="text1"/>
          <w:lang w:val="uk-UA"/>
        </w:rPr>
        <w:t xml:space="preserve"> </w:t>
      </w:r>
      <w:r w:rsidR="0081093B" w:rsidRPr="00B7305F">
        <w:rPr>
          <w:rFonts w:cs="Times New Roman"/>
          <w:color w:val="000000" w:themeColor="text1"/>
          <w:lang w:val="uk-UA"/>
        </w:rPr>
        <w:t>та</w:t>
      </w:r>
      <w:r w:rsidRPr="00B7305F">
        <w:rPr>
          <w:rFonts w:cs="Times New Roman"/>
          <w:color w:val="000000" w:themeColor="text1"/>
          <w:lang w:val="uk-UA"/>
        </w:rPr>
        <w:t xml:space="preserve"> </w:t>
      </w:r>
      <w:r w:rsidR="0081093B" w:rsidRPr="00B7305F">
        <w:rPr>
          <w:rFonts w:cs="Times New Roman"/>
          <w:color w:val="000000" w:themeColor="text1"/>
          <w:lang w:val="uk-UA"/>
        </w:rPr>
        <w:t>кіно:</w:t>
      </w:r>
      <w:r w:rsidRPr="00B7305F">
        <w:rPr>
          <w:rFonts w:cs="Times New Roman"/>
          <w:color w:val="000000" w:themeColor="text1"/>
          <w:lang w:val="uk-UA"/>
        </w:rPr>
        <w:t xml:space="preserve"> </w:t>
      </w:r>
      <w:r w:rsidR="0081093B" w:rsidRPr="00B7305F">
        <w:rPr>
          <w:rFonts w:cs="Times New Roman"/>
          <w:color w:val="000000" w:themeColor="text1"/>
          <w:lang w:val="uk-UA"/>
        </w:rPr>
        <w:t>взаємодія</w:t>
      </w:r>
      <w:r w:rsidRPr="00B7305F">
        <w:rPr>
          <w:rFonts w:cs="Times New Roman"/>
          <w:color w:val="000000" w:themeColor="text1"/>
          <w:lang w:val="uk-UA"/>
        </w:rPr>
        <w:t xml:space="preserve"> </w:t>
      </w:r>
      <w:r w:rsidR="0081093B" w:rsidRPr="00B7305F">
        <w:rPr>
          <w:rFonts w:cs="Times New Roman"/>
          <w:color w:val="000000" w:themeColor="text1"/>
          <w:lang w:val="uk-UA"/>
        </w:rPr>
        <w:t>акторських</w:t>
      </w:r>
      <w:r w:rsidRPr="00B7305F">
        <w:rPr>
          <w:rFonts w:cs="Times New Roman"/>
          <w:color w:val="000000" w:themeColor="text1"/>
          <w:lang w:val="uk-UA"/>
        </w:rPr>
        <w:t xml:space="preserve"> </w:t>
      </w:r>
      <w:r w:rsidR="0081093B" w:rsidRPr="00B7305F">
        <w:rPr>
          <w:rFonts w:cs="Times New Roman"/>
          <w:color w:val="000000" w:themeColor="text1"/>
          <w:lang w:val="uk-UA"/>
        </w:rPr>
        <w:t>технік</w:t>
      </w:r>
      <w:r w:rsidRPr="00B7305F">
        <w:rPr>
          <w:rFonts w:cs="Times New Roman"/>
          <w:color w:val="000000" w:themeColor="text1"/>
          <w:lang w:val="uk-UA"/>
        </w:rPr>
        <w:t xml:space="preserve"> </w:t>
      </w:r>
      <w:r w:rsidR="0081093B" w:rsidRPr="00B7305F">
        <w:rPr>
          <w:rFonts w:cs="Times New Roman"/>
          <w:color w:val="000000" w:themeColor="text1"/>
          <w:lang w:val="uk-UA"/>
        </w:rPr>
        <w:t>і</w:t>
      </w:r>
      <w:r w:rsidRPr="00B7305F">
        <w:rPr>
          <w:rFonts w:cs="Times New Roman"/>
          <w:color w:val="000000" w:themeColor="text1"/>
          <w:lang w:val="uk-UA"/>
        </w:rPr>
        <w:t xml:space="preserve"> </w:t>
      </w:r>
      <w:r w:rsidR="0081093B" w:rsidRPr="00B7305F">
        <w:rPr>
          <w:rFonts w:cs="Times New Roman"/>
          <w:color w:val="000000" w:themeColor="text1"/>
          <w:lang w:val="uk-UA"/>
        </w:rPr>
        <w:t>сценічних</w:t>
      </w:r>
      <w:r w:rsidRPr="00B7305F">
        <w:rPr>
          <w:rFonts w:cs="Times New Roman"/>
          <w:color w:val="000000" w:themeColor="text1"/>
          <w:lang w:val="uk-UA"/>
        </w:rPr>
        <w:t xml:space="preserve"> </w:t>
      </w:r>
      <w:r w:rsidR="0081093B" w:rsidRPr="00B7305F">
        <w:rPr>
          <w:rFonts w:cs="Times New Roman"/>
          <w:color w:val="000000" w:themeColor="text1"/>
          <w:lang w:val="uk-UA"/>
        </w:rPr>
        <w:t>форм»</w:t>
      </w:r>
      <w:r w:rsidRPr="00B7305F">
        <w:rPr>
          <w:rFonts w:cs="Times New Roman"/>
          <w:color w:val="000000" w:themeColor="text1"/>
          <w:lang w:val="uk-UA"/>
        </w:rPr>
        <w:t xml:space="preserve"> </w:t>
      </w:r>
      <w:r w:rsidR="0081093B" w:rsidRPr="00B7305F">
        <w:rPr>
          <w:rFonts w:cs="Times New Roman"/>
          <w:color w:val="000000" w:themeColor="text1"/>
          <w:lang w:val="uk-UA"/>
        </w:rPr>
        <w:t>є</w:t>
      </w:r>
      <w:r w:rsidRPr="00B7305F">
        <w:rPr>
          <w:rFonts w:cs="Times New Roman"/>
          <w:color w:val="000000" w:themeColor="text1"/>
          <w:lang w:val="uk-UA"/>
        </w:rPr>
        <w:t xml:space="preserve"> </w:t>
      </w:r>
      <w:r w:rsidR="0081093B" w:rsidRPr="00B7305F">
        <w:rPr>
          <w:rFonts w:cs="Times New Roman"/>
          <w:color w:val="000000" w:themeColor="text1"/>
          <w:lang w:val="uk-UA"/>
        </w:rPr>
        <w:t>надзвичайно</w:t>
      </w:r>
      <w:r w:rsidRPr="00B7305F">
        <w:rPr>
          <w:rFonts w:cs="Times New Roman"/>
          <w:color w:val="000000" w:themeColor="text1"/>
          <w:lang w:val="uk-UA"/>
        </w:rPr>
        <w:t xml:space="preserve"> </w:t>
      </w:r>
      <w:r w:rsidR="0081093B" w:rsidRPr="00B7305F">
        <w:rPr>
          <w:rFonts w:cs="Times New Roman"/>
          <w:color w:val="000000" w:themeColor="text1"/>
          <w:lang w:val="uk-UA"/>
        </w:rPr>
        <w:t>актуальним</w:t>
      </w:r>
      <w:r w:rsidRPr="00B7305F">
        <w:rPr>
          <w:rFonts w:cs="Times New Roman"/>
          <w:color w:val="000000" w:themeColor="text1"/>
          <w:lang w:val="uk-UA"/>
        </w:rPr>
        <w:t xml:space="preserve"> </w:t>
      </w:r>
      <w:r w:rsidR="0081093B" w:rsidRPr="00B7305F">
        <w:rPr>
          <w:rFonts w:cs="Times New Roman"/>
          <w:color w:val="000000" w:themeColor="text1"/>
          <w:lang w:val="uk-UA"/>
        </w:rPr>
        <w:t>у</w:t>
      </w:r>
      <w:r w:rsidRPr="00B7305F">
        <w:rPr>
          <w:rFonts w:cs="Times New Roman"/>
          <w:color w:val="000000" w:themeColor="text1"/>
          <w:lang w:val="uk-UA"/>
        </w:rPr>
        <w:t xml:space="preserve"> </w:t>
      </w:r>
      <w:r w:rsidR="0081093B" w:rsidRPr="00B7305F">
        <w:rPr>
          <w:rFonts w:cs="Times New Roman"/>
          <w:color w:val="000000" w:themeColor="text1"/>
          <w:lang w:val="uk-UA"/>
        </w:rPr>
        <w:t>контексті</w:t>
      </w:r>
      <w:r w:rsidRPr="00B7305F">
        <w:rPr>
          <w:rFonts w:cs="Times New Roman"/>
          <w:color w:val="000000" w:themeColor="text1"/>
          <w:lang w:val="uk-UA"/>
        </w:rPr>
        <w:t xml:space="preserve"> </w:t>
      </w:r>
      <w:r w:rsidR="0081093B" w:rsidRPr="00B7305F">
        <w:rPr>
          <w:rFonts w:cs="Times New Roman"/>
          <w:color w:val="000000" w:themeColor="text1"/>
          <w:lang w:val="uk-UA"/>
        </w:rPr>
        <w:t>сучасного</w:t>
      </w:r>
      <w:r w:rsidRPr="00B7305F">
        <w:rPr>
          <w:rFonts w:cs="Times New Roman"/>
          <w:color w:val="000000" w:themeColor="text1"/>
          <w:lang w:val="uk-UA"/>
        </w:rPr>
        <w:t xml:space="preserve"> </w:t>
      </w:r>
      <w:r w:rsidR="0081093B" w:rsidRPr="00B7305F">
        <w:rPr>
          <w:rFonts w:cs="Times New Roman"/>
          <w:color w:val="000000" w:themeColor="text1"/>
          <w:lang w:val="uk-UA"/>
        </w:rPr>
        <w:t>мистецтвознавства.</w:t>
      </w:r>
    </w:p>
    <w:p w14:paraId="0434E9BA" w14:textId="77706F34" w:rsidR="00294FA4" w:rsidRPr="00B7305F"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Теоретичні</w:t>
      </w:r>
      <w:r w:rsidR="00480420" w:rsidRPr="00B7305F">
        <w:rPr>
          <w:rFonts w:cs="Times New Roman"/>
          <w:color w:val="000000" w:themeColor="text1"/>
          <w:lang w:val="uk-UA"/>
        </w:rPr>
        <w:t xml:space="preserve"> </w:t>
      </w:r>
      <w:r w:rsidRPr="00B7305F">
        <w:rPr>
          <w:rFonts w:cs="Times New Roman"/>
          <w:color w:val="000000" w:themeColor="text1"/>
          <w:lang w:val="uk-UA"/>
        </w:rPr>
        <w:t>засади</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були</w:t>
      </w:r>
      <w:r w:rsidR="00480420" w:rsidRPr="00B7305F">
        <w:rPr>
          <w:rFonts w:cs="Times New Roman"/>
          <w:color w:val="000000" w:themeColor="text1"/>
          <w:lang w:val="uk-UA"/>
        </w:rPr>
        <w:t xml:space="preserve"> </w:t>
      </w:r>
      <w:r w:rsidRPr="00B7305F">
        <w:rPr>
          <w:rFonts w:cs="Times New Roman"/>
          <w:color w:val="000000" w:themeColor="text1"/>
          <w:lang w:val="uk-UA"/>
        </w:rPr>
        <w:t>розроблені</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працях</w:t>
      </w:r>
      <w:r w:rsidR="00480420" w:rsidRPr="00B7305F">
        <w:rPr>
          <w:rFonts w:cs="Times New Roman"/>
          <w:color w:val="000000" w:themeColor="text1"/>
          <w:lang w:val="uk-UA"/>
        </w:rPr>
        <w:t xml:space="preserve"> </w:t>
      </w:r>
      <w:r w:rsidRPr="00B7305F">
        <w:rPr>
          <w:rFonts w:cs="Times New Roman"/>
          <w:color w:val="000000" w:themeColor="text1"/>
          <w:lang w:val="uk-UA"/>
        </w:rPr>
        <w:t>Костянтина</w:t>
      </w:r>
      <w:r w:rsidR="00480420" w:rsidRPr="00B7305F">
        <w:rPr>
          <w:rFonts w:cs="Times New Roman"/>
          <w:color w:val="000000" w:themeColor="text1"/>
          <w:lang w:val="uk-UA"/>
        </w:rPr>
        <w:t xml:space="preserve"> </w:t>
      </w:r>
      <w:r w:rsidRPr="00B7305F">
        <w:rPr>
          <w:rFonts w:cs="Times New Roman"/>
          <w:color w:val="000000" w:themeColor="text1"/>
          <w:lang w:val="uk-UA"/>
        </w:rPr>
        <w:t>Станіславського,</w:t>
      </w:r>
      <w:r w:rsidR="00480420" w:rsidRPr="00B7305F">
        <w:rPr>
          <w:rFonts w:cs="Times New Roman"/>
          <w:color w:val="000000" w:themeColor="text1"/>
          <w:lang w:val="uk-UA"/>
        </w:rPr>
        <w:t xml:space="preserve"> </w:t>
      </w:r>
      <w:r w:rsidRPr="00B7305F">
        <w:rPr>
          <w:rFonts w:cs="Times New Roman"/>
          <w:color w:val="000000" w:themeColor="text1"/>
          <w:lang w:val="uk-UA"/>
        </w:rPr>
        <w:t>Всеволода</w:t>
      </w:r>
      <w:r w:rsidR="00480420" w:rsidRPr="00B7305F">
        <w:rPr>
          <w:rFonts w:cs="Times New Roman"/>
          <w:color w:val="000000" w:themeColor="text1"/>
          <w:lang w:val="uk-UA"/>
        </w:rPr>
        <w:t xml:space="preserve"> </w:t>
      </w:r>
      <w:r w:rsidRPr="00B7305F">
        <w:rPr>
          <w:rFonts w:cs="Times New Roman"/>
          <w:color w:val="000000" w:themeColor="text1"/>
          <w:lang w:val="uk-UA"/>
        </w:rPr>
        <w:t>Мейєрхольда,</w:t>
      </w:r>
      <w:r w:rsidR="00480420" w:rsidRPr="00B7305F">
        <w:rPr>
          <w:rFonts w:cs="Times New Roman"/>
          <w:color w:val="000000" w:themeColor="text1"/>
          <w:lang w:val="uk-UA"/>
        </w:rPr>
        <w:t xml:space="preserve"> </w:t>
      </w:r>
      <w:r w:rsidRPr="00B7305F">
        <w:rPr>
          <w:rFonts w:cs="Times New Roman"/>
          <w:color w:val="000000" w:themeColor="text1"/>
          <w:lang w:val="uk-UA"/>
        </w:rPr>
        <w:t>Євгена</w:t>
      </w:r>
      <w:r w:rsidR="00480420" w:rsidRPr="00B7305F">
        <w:rPr>
          <w:rFonts w:cs="Times New Roman"/>
          <w:color w:val="000000" w:themeColor="text1"/>
          <w:lang w:val="uk-UA"/>
        </w:rPr>
        <w:t xml:space="preserve"> </w:t>
      </w:r>
      <w:r w:rsidRPr="00B7305F">
        <w:rPr>
          <w:rFonts w:cs="Times New Roman"/>
          <w:color w:val="000000" w:themeColor="text1"/>
          <w:lang w:val="uk-UA"/>
        </w:rPr>
        <w:t>Вахтангова,</w:t>
      </w:r>
      <w:r w:rsidR="00480420" w:rsidRPr="00B7305F">
        <w:rPr>
          <w:rFonts w:cs="Times New Roman"/>
          <w:color w:val="000000" w:themeColor="text1"/>
          <w:lang w:val="uk-UA"/>
        </w:rPr>
        <w:t xml:space="preserve"> </w:t>
      </w:r>
      <w:r w:rsidRPr="00B7305F">
        <w:rPr>
          <w:rFonts w:cs="Times New Roman"/>
          <w:color w:val="000000" w:themeColor="text1"/>
          <w:lang w:val="uk-UA"/>
        </w:rPr>
        <w:t>Леся</w:t>
      </w:r>
      <w:r w:rsidR="00480420" w:rsidRPr="00B7305F">
        <w:rPr>
          <w:rFonts w:cs="Times New Roman"/>
          <w:color w:val="000000" w:themeColor="text1"/>
          <w:lang w:val="uk-UA"/>
        </w:rPr>
        <w:t xml:space="preserve"> </w:t>
      </w:r>
      <w:r w:rsidRPr="00B7305F">
        <w:rPr>
          <w:rFonts w:cs="Times New Roman"/>
          <w:color w:val="000000" w:themeColor="text1"/>
          <w:lang w:val="uk-UA"/>
        </w:rPr>
        <w:t>Курбаса,</w:t>
      </w:r>
      <w:r w:rsidR="00480420" w:rsidRPr="00B7305F">
        <w:rPr>
          <w:rFonts w:cs="Times New Roman"/>
          <w:color w:val="000000" w:themeColor="text1"/>
          <w:lang w:val="uk-UA"/>
        </w:rPr>
        <w:t xml:space="preserve"> </w:t>
      </w:r>
      <w:r w:rsidRPr="00B7305F">
        <w:rPr>
          <w:rFonts w:cs="Times New Roman"/>
          <w:color w:val="000000" w:themeColor="text1"/>
          <w:lang w:val="uk-UA"/>
        </w:rPr>
        <w:t>Михайла</w:t>
      </w:r>
      <w:r w:rsidR="00480420" w:rsidRPr="00B7305F">
        <w:rPr>
          <w:rFonts w:cs="Times New Roman"/>
          <w:color w:val="000000" w:themeColor="text1"/>
          <w:lang w:val="uk-UA"/>
        </w:rPr>
        <w:t xml:space="preserve"> </w:t>
      </w:r>
      <w:r w:rsidRPr="00B7305F">
        <w:rPr>
          <w:rFonts w:cs="Times New Roman"/>
          <w:color w:val="000000" w:themeColor="text1"/>
          <w:lang w:val="uk-UA"/>
        </w:rPr>
        <w:t>Чехова.</w:t>
      </w:r>
      <w:r w:rsidR="00480420" w:rsidRPr="00B7305F">
        <w:rPr>
          <w:rFonts w:cs="Times New Roman"/>
          <w:color w:val="000000" w:themeColor="text1"/>
          <w:lang w:val="uk-UA"/>
        </w:rPr>
        <w:t xml:space="preserve"> </w:t>
      </w:r>
      <w:r w:rsidRPr="00B7305F">
        <w:rPr>
          <w:rFonts w:cs="Times New Roman"/>
          <w:color w:val="000000" w:themeColor="text1"/>
          <w:lang w:val="uk-UA"/>
        </w:rPr>
        <w:t>Принципи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перевтілення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правди</w:t>
      </w:r>
      <w:r w:rsidR="00480420" w:rsidRPr="00B7305F">
        <w:rPr>
          <w:rFonts w:cs="Times New Roman"/>
          <w:color w:val="000000" w:themeColor="text1"/>
          <w:lang w:val="uk-UA"/>
        </w:rPr>
        <w:t xml:space="preserve"> </w:t>
      </w:r>
      <w:r w:rsidRPr="00B7305F">
        <w:rPr>
          <w:rFonts w:cs="Times New Roman"/>
          <w:color w:val="000000" w:themeColor="text1"/>
          <w:lang w:val="uk-UA"/>
        </w:rPr>
        <w:t>стали</w:t>
      </w:r>
      <w:r w:rsidR="00480420" w:rsidRPr="00B7305F">
        <w:rPr>
          <w:rFonts w:cs="Times New Roman"/>
          <w:color w:val="000000" w:themeColor="text1"/>
          <w:lang w:val="uk-UA"/>
        </w:rPr>
        <w:t xml:space="preserve"> </w:t>
      </w:r>
      <w:r w:rsidRPr="00B7305F">
        <w:rPr>
          <w:rFonts w:cs="Times New Roman"/>
          <w:color w:val="000000" w:themeColor="text1"/>
          <w:lang w:val="uk-UA"/>
        </w:rPr>
        <w:t>базовими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методів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виконання.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другій</w:t>
      </w:r>
      <w:r w:rsidR="00480420" w:rsidRPr="00B7305F">
        <w:rPr>
          <w:rFonts w:cs="Times New Roman"/>
          <w:color w:val="000000" w:themeColor="text1"/>
          <w:lang w:val="uk-UA"/>
        </w:rPr>
        <w:t xml:space="preserve"> </w:t>
      </w:r>
      <w:r w:rsidRPr="00B7305F">
        <w:rPr>
          <w:rFonts w:cs="Times New Roman"/>
          <w:color w:val="000000" w:themeColor="text1"/>
          <w:lang w:val="uk-UA"/>
        </w:rPr>
        <w:t>половині</w:t>
      </w:r>
      <w:r w:rsidR="00480420" w:rsidRPr="00B7305F">
        <w:rPr>
          <w:rFonts w:cs="Times New Roman"/>
          <w:color w:val="000000" w:themeColor="text1"/>
          <w:lang w:val="uk-UA"/>
        </w:rPr>
        <w:t xml:space="preserve"> </w:t>
      </w:r>
      <w:r w:rsidRPr="00B7305F">
        <w:rPr>
          <w:rFonts w:cs="Times New Roman"/>
          <w:color w:val="000000" w:themeColor="text1"/>
          <w:lang w:val="uk-UA"/>
        </w:rPr>
        <w:t>ХХ</w:t>
      </w:r>
      <w:r w:rsidR="00480420" w:rsidRPr="00B7305F">
        <w:rPr>
          <w:rFonts w:cs="Times New Roman"/>
          <w:color w:val="000000" w:themeColor="text1"/>
          <w:lang w:val="uk-UA"/>
        </w:rPr>
        <w:t xml:space="preserve"> </w:t>
      </w:r>
      <w:r w:rsidRPr="00B7305F">
        <w:rPr>
          <w:rFonts w:cs="Times New Roman"/>
          <w:color w:val="000000" w:themeColor="text1"/>
          <w:lang w:val="uk-UA"/>
        </w:rPr>
        <w:t>століття</w:t>
      </w:r>
      <w:r w:rsidR="00480420" w:rsidRPr="00B7305F">
        <w:rPr>
          <w:rFonts w:cs="Times New Roman"/>
          <w:color w:val="000000" w:themeColor="text1"/>
          <w:lang w:val="uk-UA"/>
        </w:rPr>
        <w:t xml:space="preserve"> </w:t>
      </w:r>
      <w:r w:rsidRPr="00B7305F">
        <w:rPr>
          <w:rFonts w:cs="Times New Roman"/>
          <w:color w:val="000000" w:themeColor="text1"/>
          <w:lang w:val="uk-UA"/>
        </w:rPr>
        <w:t>дослідники,</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Лі</w:t>
      </w:r>
      <w:r w:rsidR="00480420" w:rsidRPr="00B7305F">
        <w:rPr>
          <w:rFonts w:cs="Times New Roman"/>
          <w:color w:val="000000" w:themeColor="text1"/>
          <w:lang w:val="uk-UA"/>
        </w:rPr>
        <w:t xml:space="preserve"> </w:t>
      </w:r>
      <w:r w:rsidRPr="00B7305F">
        <w:rPr>
          <w:rFonts w:cs="Times New Roman"/>
          <w:color w:val="000000" w:themeColor="text1"/>
          <w:lang w:val="uk-UA"/>
        </w:rPr>
        <w:t>Страсберг,</w:t>
      </w:r>
      <w:r w:rsidR="00480420" w:rsidRPr="00B7305F">
        <w:rPr>
          <w:rFonts w:cs="Times New Roman"/>
          <w:color w:val="000000" w:themeColor="text1"/>
          <w:lang w:val="uk-UA"/>
        </w:rPr>
        <w:t xml:space="preserve"> </w:t>
      </w:r>
      <w:r w:rsidRPr="00B7305F">
        <w:rPr>
          <w:rFonts w:cs="Times New Roman"/>
          <w:color w:val="000000" w:themeColor="text1"/>
          <w:lang w:val="uk-UA"/>
        </w:rPr>
        <w:t>Стелла</w:t>
      </w:r>
      <w:r w:rsidR="00480420" w:rsidRPr="00B7305F">
        <w:rPr>
          <w:rFonts w:cs="Times New Roman"/>
          <w:color w:val="000000" w:themeColor="text1"/>
          <w:lang w:val="uk-UA"/>
        </w:rPr>
        <w:t xml:space="preserve"> </w:t>
      </w:r>
      <w:r w:rsidRPr="00B7305F">
        <w:rPr>
          <w:rFonts w:cs="Times New Roman"/>
          <w:color w:val="000000" w:themeColor="text1"/>
          <w:lang w:val="uk-UA"/>
        </w:rPr>
        <w:t>Адлер,</w:t>
      </w:r>
      <w:r w:rsidR="00480420" w:rsidRPr="00B7305F">
        <w:rPr>
          <w:rFonts w:cs="Times New Roman"/>
          <w:color w:val="000000" w:themeColor="text1"/>
          <w:lang w:val="uk-UA"/>
        </w:rPr>
        <w:t xml:space="preserve"> </w:t>
      </w:r>
      <w:r w:rsidRPr="00B7305F">
        <w:rPr>
          <w:rFonts w:cs="Times New Roman"/>
          <w:color w:val="000000" w:themeColor="text1"/>
          <w:lang w:val="uk-UA"/>
        </w:rPr>
        <w:t>Єжи</w:t>
      </w:r>
      <w:r w:rsidR="00480420" w:rsidRPr="00B7305F">
        <w:rPr>
          <w:rFonts w:cs="Times New Roman"/>
          <w:color w:val="000000" w:themeColor="text1"/>
          <w:lang w:val="uk-UA"/>
        </w:rPr>
        <w:t xml:space="preserve"> </w:t>
      </w:r>
      <w:r w:rsidRPr="00B7305F">
        <w:rPr>
          <w:rFonts w:cs="Times New Roman"/>
          <w:color w:val="000000" w:themeColor="text1"/>
          <w:lang w:val="uk-UA"/>
        </w:rPr>
        <w:t>Гротовський,</w:t>
      </w:r>
      <w:r w:rsidR="00480420" w:rsidRPr="00B7305F">
        <w:rPr>
          <w:rFonts w:cs="Times New Roman"/>
          <w:color w:val="000000" w:themeColor="text1"/>
          <w:lang w:val="uk-UA"/>
        </w:rPr>
        <w:t xml:space="preserve"> </w:t>
      </w:r>
      <w:r w:rsidRPr="00B7305F">
        <w:rPr>
          <w:rFonts w:cs="Times New Roman"/>
          <w:color w:val="000000" w:themeColor="text1"/>
          <w:lang w:val="uk-UA"/>
        </w:rPr>
        <w:t>поглибили</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створивши</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універсальні</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кінематографічний</w:t>
      </w:r>
      <w:r w:rsidR="00480420" w:rsidRPr="00B7305F">
        <w:rPr>
          <w:rFonts w:cs="Times New Roman"/>
          <w:color w:val="000000" w:themeColor="text1"/>
          <w:lang w:val="uk-UA"/>
        </w:rPr>
        <w:t xml:space="preserve"> </w:t>
      </w:r>
      <w:r w:rsidRPr="00B7305F">
        <w:rPr>
          <w:rFonts w:cs="Times New Roman"/>
          <w:color w:val="000000" w:themeColor="text1"/>
          <w:lang w:val="uk-UA"/>
        </w:rPr>
        <w:t>досвід.</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Україні</w:t>
      </w:r>
      <w:r w:rsidR="00480420" w:rsidRPr="00B7305F">
        <w:rPr>
          <w:rFonts w:cs="Times New Roman"/>
          <w:color w:val="000000" w:themeColor="text1"/>
          <w:lang w:val="uk-UA"/>
        </w:rPr>
        <w:t xml:space="preserve"> </w:t>
      </w:r>
      <w:r w:rsidRPr="00B7305F">
        <w:rPr>
          <w:rFonts w:cs="Times New Roman"/>
          <w:color w:val="000000" w:themeColor="text1"/>
          <w:lang w:val="uk-UA"/>
        </w:rPr>
        <w:t>питання</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досліджували</w:t>
      </w:r>
      <w:r w:rsidR="00480420" w:rsidRPr="00B7305F">
        <w:rPr>
          <w:rFonts w:cs="Times New Roman"/>
          <w:color w:val="000000" w:themeColor="text1"/>
          <w:lang w:val="uk-UA"/>
        </w:rPr>
        <w:t xml:space="preserve"> </w:t>
      </w:r>
      <w:r w:rsidRPr="00B7305F">
        <w:rPr>
          <w:rFonts w:cs="Times New Roman"/>
          <w:color w:val="000000" w:themeColor="text1"/>
          <w:lang w:val="uk-UA"/>
        </w:rPr>
        <w:t>Г.</w:t>
      </w:r>
      <w:r w:rsidR="00480420" w:rsidRPr="00B7305F">
        <w:rPr>
          <w:rFonts w:cs="Times New Roman"/>
          <w:color w:val="000000" w:themeColor="text1"/>
          <w:lang w:val="uk-UA"/>
        </w:rPr>
        <w:t xml:space="preserve"> </w:t>
      </w:r>
      <w:r w:rsidRPr="00B7305F">
        <w:rPr>
          <w:rFonts w:cs="Times New Roman"/>
          <w:color w:val="000000" w:themeColor="text1"/>
          <w:lang w:val="uk-UA"/>
        </w:rPr>
        <w:t>Веселовська,</w:t>
      </w:r>
      <w:r w:rsidR="00480420" w:rsidRPr="00B7305F">
        <w:rPr>
          <w:rFonts w:cs="Times New Roman"/>
          <w:color w:val="000000" w:themeColor="text1"/>
          <w:lang w:val="uk-UA"/>
        </w:rPr>
        <w:t xml:space="preserve"> </w:t>
      </w:r>
      <w:r w:rsidRPr="00B7305F">
        <w:rPr>
          <w:rFonts w:cs="Times New Roman"/>
          <w:color w:val="000000" w:themeColor="text1"/>
          <w:lang w:val="uk-UA"/>
        </w:rPr>
        <w:t>О.</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Гнатковський,</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00B658EF" w:rsidRPr="00B7305F">
        <w:rPr>
          <w:rFonts w:cs="Times New Roman"/>
          <w:color w:val="000000" w:themeColor="text1"/>
          <w:lang w:val="uk-UA"/>
        </w:rPr>
        <w:t>Скляр,</w:t>
      </w:r>
      <w:r w:rsidR="00480420" w:rsidRPr="00B7305F">
        <w:rPr>
          <w:rFonts w:cs="Times New Roman"/>
          <w:color w:val="000000" w:themeColor="text1"/>
          <w:lang w:val="uk-UA"/>
        </w:rPr>
        <w:t xml:space="preserve"> </w:t>
      </w:r>
      <w:r w:rsidR="00B658EF"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наголошують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необхідності</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підготовці</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p>
    <w:p w14:paraId="447CE632" w14:textId="655F1DA2" w:rsidR="00A94018" w:rsidRPr="00B7305F"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Попри</w:t>
      </w:r>
      <w:r w:rsidR="00480420" w:rsidRPr="00B7305F">
        <w:rPr>
          <w:rFonts w:cs="Times New Roman"/>
          <w:color w:val="000000" w:themeColor="text1"/>
          <w:lang w:val="uk-UA"/>
        </w:rPr>
        <w:t xml:space="preserve"> </w:t>
      </w:r>
      <w:r w:rsidRPr="00B7305F">
        <w:rPr>
          <w:rFonts w:cs="Times New Roman"/>
          <w:color w:val="000000" w:themeColor="text1"/>
          <w:lang w:val="uk-UA"/>
        </w:rPr>
        <w:t>значний</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теоретичний</w:t>
      </w:r>
      <w:r w:rsidR="00480420" w:rsidRPr="00B7305F">
        <w:rPr>
          <w:rFonts w:cs="Times New Roman"/>
          <w:color w:val="000000" w:themeColor="text1"/>
          <w:lang w:val="uk-UA"/>
        </w:rPr>
        <w:t xml:space="preserve"> </w:t>
      </w:r>
      <w:r w:rsidRPr="00B7305F">
        <w:rPr>
          <w:rFonts w:cs="Times New Roman"/>
          <w:color w:val="000000" w:themeColor="text1"/>
          <w:lang w:val="uk-UA"/>
        </w:rPr>
        <w:t>доробок,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науковому</w:t>
      </w:r>
      <w:r w:rsidR="00480420" w:rsidRPr="00B7305F">
        <w:rPr>
          <w:rFonts w:cs="Times New Roman"/>
          <w:color w:val="000000" w:themeColor="text1"/>
          <w:lang w:val="uk-UA"/>
        </w:rPr>
        <w:t xml:space="preserve"> </w:t>
      </w:r>
      <w:r w:rsidRPr="00B7305F">
        <w:rPr>
          <w:rFonts w:cs="Times New Roman"/>
          <w:color w:val="000000" w:themeColor="text1"/>
          <w:lang w:val="uk-UA"/>
        </w:rPr>
        <w:t>полі</w:t>
      </w:r>
      <w:r w:rsidR="00480420" w:rsidRPr="00B7305F">
        <w:rPr>
          <w:rFonts w:cs="Times New Roman"/>
          <w:color w:val="000000" w:themeColor="text1"/>
          <w:lang w:val="uk-UA"/>
        </w:rPr>
        <w:t xml:space="preserve"> </w:t>
      </w:r>
      <w:r w:rsidRPr="00B7305F">
        <w:rPr>
          <w:rFonts w:cs="Times New Roman"/>
          <w:color w:val="000000" w:themeColor="text1"/>
          <w:lang w:val="uk-UA"/>
        </w:rPr>
        <w:t>недостатньо</w:t>
      </w:r>
      <w:r w:rsidR="00480420" w:rsidRPr="00B7305F">
        <w:rPr>
          <w:rFonts w:cs="Times New Roman"/>
          <w:color w:val="000000" w:themeColor="text1"/>
          <w:lang w:val="uk-UA"/>
        </w:rPr>
        <w:t xml:space="preserve"> </w:t>
      </w:r>
      <w:r w:rsidRPr="00B7305F">
        <w:rPr>
          <w:rFonts w:cs="Times New Roman"/>
          <w:color w:val="000000" w:themeColor="text1"/>
          <w:lang w:val="uk-UA"/>
        </w:rPr>
        <w:t>розкрито</w:t>
      </w:r>
      <w:r w:rsidR="00480420" w:rsidRPr="00B7305F">
        <w:rPr>
          <w:rFonts w:cs="Times New Roman"/>
          <w:color w:val="000000" w:themeColor="text1"/>
          <w:lang w:val="uk-UA"/>
        </w:rPr>
        <w:t xml:space="preserve"> </w:t>
      </w:r>
      <w:r w:rsidRPr="00B7305F">
        <w:rPr>
          <w:rFonts w:cs="Times New Roman"/>
          <w:color w:val="000000" w:themeColor="text1"/>
          <w:lang w:val="uk-UA"/>
        </w:rPr>
        <w:t>механізми</w:t>
      </w:r>
      <w:r w:rsidR="00480420" w:rsidRPr="00B7305F">
        <w:rPr>
          <w:rFonts w:cs="Times New Roman"/>
          <w:color w:val="000000" w:themeColor="text1"/>
          <w:lang w:val="uk-UA"/>
        </w:rPr>
        <w:t xml:space="preserve"> </w:t>
      </w:r>
      <w:r w:rsidRPr="00B7305F">
        <w:rPr>
          <w:rFonts w:cs="Times New Roman"/>
          <w:color w:val="000000" w:themeColor="text1"/>
          <w:lang w:val="uk-UA"/>
        </w:rPr>
        <w:t>взаємовпливу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дане</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спрямоване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виявлення</w:t>
      </w:r>
      <w:r w:rsidR="00480420" w:rsidRPr="00B7305F">
        <w:rPr>
          <w:rFonts w:cs="Times New Roman"/>
          <w:color w:val="000000" w:themeColor="text1"/>
          <w:lang w:val="uk-UA"/>
        </w:rPr>
        <w:t xml:space="preserve"> </w:t>
      </w:r>
      <w:r w:rsidRPr="00B7305F">
        <w:rPr>
          <w:rFonts w:cs="Times New Roman"/>
          <w:color w:val="000000" w:themeColor="text1"/>
          <w:lang w:val="uk-UA"/>
        </w:rPr>
        <w:t>закономірностей</w:t>
      </w:r>
      <w:r w:rsidR="00480420" w:rsidRPr="00B7305F">
        <w:rPr>
          <w:rFonts w:cs="Times New Roman"/>
          <w:color w:val="000000" w:themeColor="text1"/>
          <w:lang w:val="uk-UA"/>
        </w:rPr>
        <w:t xml:space="preserve"> </w:t>
      </w:r>
      <w:r w:rsidRPr="00B7305F">
        <w:rPr>
          <w:rFonts w:cs="Times New Roman"/>
          <w:color w:val="000000" w:themeColor="text1"/>
          <w:lang w:val="uk-UA"/>
        </w:rPr>
        <w:t>цього</w:t>
      </w:r>
      <w:r w:rsidR="00480420" w:rsidRPr="00B7305F">
        <w:rPr>
          <w:rFonts w:cs="Times New Roman"/>
          <w:color w:val="000000" w:themeColor="text1"/>
          <w:lang w:val="uk-UA"/>
        </w:rPr>
        <w:t xml:space="preserve"> </w:t>
      </w:r>
      <w:r w:rsidRPr="00B7305F">
        <w:rPr>
          <w:rFonts w:cs="Times New Roman"/>
          <w:color w:val="000000" w:themeColor="text1"/>
          <w:lang w:val="uk-UA"/>
        </w:rPr>
        <w:t>процесу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тенденцій</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культурного</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p>
    <w:p w14:paraId="4F7A4D77" w14:textId="42A848E4" w:rsidR="0081093B" w:rsidRPr="00B7305F" w:rsidRDefault="0081093B" w:rsidP="00051784">
      <w:pPr>
        <w:spacing w:after="0"/>
        <w:ind w:left="0" w:firstLine="709"/>
        <w:jc w:val="both"/>
        <w:rPr>
          <w:rFonts w:cs="Times New Roman"/>
          <w:color w:val="000000" w:themeColor="text1"/>
          <w:lang w:val="uk-UA"/>
        </w:rPr>
      </w:pPr>
      <w:r w:rsidRPr="00EB2868">
        <w:rPr>
          <w:rFonts w:cs="Times New Roman"/>
          <w:b/>
          <w:bCs/>
          <w:lang w:val="uk-UA"/>
        </w:rPr>
        <w:t>Об’єкт</w:t>
      </w:r>
      <w:r w:rsidR="00AD4B7E" w:rsidRPr="00EB2868">
        <w:rPr>
          <w:rFonts w:cs="Times New Roman"/>
          <w:b/>
          <w:bCs/>
          <w:lang w:val="uk-UA"/>
        </w:rPr>
        <w:t>ом</w:t>
      </w:r>
      <w:r w:rsidR="00480420" w:rsidRPr="00EB2868">
        <w:rPr>
          <w:rFonts w:cs="Times New Roman"/>
          <w:b/>
          <w:bCs/>
          <w:lang w:val="uk-UA"/>
        </w:rPr>
        <w:t xml:space="preserve"> </w:t>
      </w:r>
      <w:r w:rsidRPr="00EB2868">
        <w:rPr>
          <w:rFonts w:cs="Times New Roman"/>
          <w:b/>
          <w:bCs/>
          <w:lang w:val="uk-UA"/>
        </w:rPr>
        <w:t>дослідження</w:t>
      </w:r>
      <w:r w:rsidR="00480420" w:rsidRPr="00EB2868">
        <w:rPr>
          <w:rFonts w:cs="Times New Roman"/>
          <w:lang w:val="uk-UA"/>
        </w:rPr>
        <w:t xml:space="preserve"> </w:t>
      </w:r>
      <w:r w:rsidRPr="00EB2868">
        <w:rPr>
          <w:rFonts w:cs="Times New Roman"/>
          <w:lang w:val="uk-UA"/>
        </w:rPr>
        <w:t>наукової</w:t>
      </w:r>
      <w:r w:rsidR="00480420" w:rsidRPr="00EB2868">
        <w:rPr>
          <w:rFonts w:cs="Times New Roman"/>
          <w:lang w:val="uk-UA"/>
        </w:rPr>
        <w:t xml:space="preserve"> </w:t>
      </w:r>
      <w:r w:rsidRPr="00B7305F">
        <w:rPr>
          <w:rFonts w:cs="Times New Roman"/>
          <w:color w:val="000000" w:themeColor="text1"/>
          <w:lang w:val="uk-UA"/>
        </w:rPr>
        <w:t>зацікавленості</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діяльності.</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EB2868">
        <w:rPr>
          <w:rFonts w:cs="Times New Roman"/>
          <w:lang w:val="uk-UA"/>
        </w:rPr>
        <w:t>цим</w:t>
      </w:r>
      <w:r w:rsidR="00480420" w:rsidRPr="00EB2868">
        <w:rPr>
          <w:rFonts w:cs="Times New Roman"/>
          <w:lang w:val="uk-UA"/>
        </w:rPr>
        <w:t xml:space="preserve"> </w:t>
      </w:r>
      <w:r w:rsidR="00AD4B7E" w:rsidRPr="00EB2868">
        <w:rPr>
          <w:rFonts w:cs="Times New Roman"/>
          <w:lang w:val="uk-UA"/>
        </w:rPr>
        <w:t>ми</w:t>
      </w:r>
      <w:r w:rsidR="00480420" w:rsidRPr="00EB2868">
        <w:rPr>
          <w:rFonts w:cs="Times New Roman"/>
          <w:lang w:val="uk-UA"/>
        </w:rPr>
        <w:t xml:space="preserve"> </w:t>
      </w:r>
      <w:r w:rsidRPr="00EB2868">
        <w:rPr>
          <w:rFonts w:cs="Times New Roman"/>
          <w:lang w:val="uk-UA"/>
        </w:rPr>
        <w:t>розумі</w:t>
      </w:r>
      <w:r w:rsidR="00AD4B7E" w:rsidRPr="00EB2868">
        <w:rPr>
          <w:rFonts w:cs="Times New Roman"/>
          <w:lang w:val="uk-UA"/>
        </w:rPr>
        <w:t>ємо</w:t>
      </w:r>
      <w:r w:rsidR="00480420" w:rsidRPr="00EB2868">
        <w:rPr>
          <w:rFonts w:cs="Times New Roman"/>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випадкові</w:t>
      </w:r>
      <w:r w:rsidR="00480420" w:rsidRPr="00B7305F">
        <w:rPr>
          <w:rFonts w:cs="Times New Roman"/>
          <w:color w:val="000000" w:themeColor="text1"/>
          <w:lang w:val="uk-UA"/>
        </w:rPr>
        <w:t xml:space="preserve"> </w:t>
      </w:r>
      <w:r w:rsidRPr="00B7305F">
        <w:rPr>
          <w:rFonts w:cs="Times New Roman"/>
          <w:color w:val="000000" w:themeColor="text1"/>
          <w:lang w:val="uk-UA"/>
        </w:rPr>
        <w:t>запозичення</w:t>
      </w:r>
      <w:r w:rsidR="00480420" w:rsidRPr="00B7305F">
        <w:rPr>
          <w:rFonts w:cs="Times New Roman"/>
          <w:color w:val="000000" w:themeColor="text1"/>
          <w:lang w:val="uk-UA"/>
        </w:rPr>
        <w:t xml:space="preserve"> </w:t>
      </w:r>
      <w:r w:rsidRPr="00B7305F">
        <w:rPr>
          <w:rFonts w:cs="Times New Roman"/>
          <w:color w:val="000000" w:themeColor="text1"/>
          <w:lang w:val="uk-UA"/>
        </w:rPr>
        <w:t>прийомів</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складну,</w:t>
      </w:r>
      <w:r w:rsidR="00480420" w:rsidRPr="00B7305F">
        <w:rPr>
          <w:rFonts w:cs="Times New Roman"/>
          <w:color w:val="000000" w:themeColor="text1"/>
          <w:lang w:val="uk-UA"/>
        </w:rPr>
        <w:t xml:space="preserve"> </w:t>
      </w:r>
      <w:r w:rsidRPr="00B7305F">
        <w:rPr>
          <w:rFonts w:cs="Times New Roman"/>
          <w:color w:val="000000" w:themeColor="text1"/>
          <w:lang w:val="uk-UA"/>
        </w:rPr>
        <w:t>динамічну</w:t>
      </w:r>
      <w:r w:rsidR="00480420" w:rsidRPr="00B7305F">
        <w:rPr>
          <w:rFonts w:cs="Times New Roman"/>
          <w:color w:val="000000" w:themeColor="text1"/>
          <w:lang w:val="uk-UA"/>
        </w:rPr>
        <w:t xml:space="preserve"> </w:t>
      </w:r>
      <w:r w:rsidRPr="00B7305F">
        <w:rPr>
          <w:rFonts w:cs="Times New Roman"/>
          <w:color w:val="000000" w:themeColor="text1"/>
          <w:lang w:val="uk-UA"/>
        </w:rPr>
        <w:t>мережу</w:t>
      </w:r>
      <w:r w:rsidR="00480420" w:rsidRPr="00B7305F">
        <w:rPr>
          <w:rFonts w:cs="Times New Roman"/>
          <w:color w:val="000000" w:themeColor="text1"/>
          <w:lang w:val="uk-UA"/>
        </w:rPr>
        <w:t xml:space="preserve"> </w:t>
      </w:r>
      <w:r w:rsidRPr="00B7305F">
        <w:rPr>
          <w:rFonts w:cs="Times New Roman"/>
          <w:color w:val="000000" w:themeColor="text1"/>
          <w:lang w:val="uk-UA"/>
        </w:rPr>
        <w:t>впливів,</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трансформацій</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адаптаці</w:t>
      </w:r>
      <w:r w:rsidR="0043565D" w:rsidRPr="00B7305F">
        <w:rPr>
          <w:rFonts w:cs="Times New Roman"/>
          <w:color w:val="000000" w:themeColor="text1"/>
          <w:lang w:val="uk-UA"/>
        </w:rPr>
        <w:t>ї</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відбуваються</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сценічна</w:t>
      </w:r>
      <w:r w:rsidR="00480420" w:rsidRPr="00B7305F">
        <w:rPr>
          <w:rFonts w:cs="Times New Roman"/>
          <w:color w:val="000000" w:themeColor="text1"/>
          <w:lang w:val="uk-UA"/>
        </w:rPr>
        <w:t xml:space="preserve"> </w:t>
      </w:r>
      <w:r w:rsidRPr="00B7305F">
        <w:rPr>
          <w:rFonts w:cs="Times New Roman"/>
          <w:color w:val="000000" w:themeColor="text1"/>
          <w:lang w:val="uk-UA"/>
        </w:rPr>
        <w:t>практика,</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технічні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вступають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спільну</w:t>
      </w:r>
      <w:r w:rsidR="00480420" w:rsidRPr="00B7305F">
        <w:rPr>
          <w:rFonts w:cs="Times New Roman"/>
          <w:color w:val="000000" w:themeColor="text1"/>
          <w:lang w:val="uk-UA"/>
        </w:rPr>
        <w:t xml:space="preserve"> </w:t>
      </w:r>
      <w:r w:rsidRPr="00B7305F">
        <w:rPr>
          <w:rFonts w:cs="Times New Roman"/>
          <w:color w:val="000000" w:themeColor="text1"/>
          <w:lang w:val="uk-UA"/>
        </w:rPr>
        <w:t>художню</w:t>
      </w:r>
      <w:r w:rsidR="00480420" w:rsidRPr="00B7305F">
        <w:rPr>
          <w:rFonts w:cs="Times New Roman"/>
          <w:color w:val="000000" w:themeColor="text1"/>
          <w:lang w:val="uk-UA"/>
        </w:rPr>
        <w:t xml:space="preserve"> </w:t>
      </w:r>
      <w:r w:rsidRPr="00B7305F">
        <w:rPr>
          <w:rFonts w:cs="Times New Roman"/>
          <w:color w:val="000000" w:themeColor="text1"/>
          <w:lang w:val="uk-UA"/>
        </w:rPr>
        <w:t>мету.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включає</w:t>
      </w:r>
      <w:r w:rsidR="00480420" w:rsidRPr="00B7305F">
        <w:rPr>
          <w:rFonts w:cs="Times New Roman"/>
          <w:color w:val="000000" w:themeColor="text1"/>
          <w:lang w:val="uk-UA"/>
        </w:rPr>
        <w:t xml:space="preserve"> </w:t>
      </w:r>
      <w:r w:rsidRPr="00B7305F">
        <w:rPr>
          <w:rFonts w:cs="Times New Roman"/>
          <w:color w:val="000000" w:themeColor="text1"/>
          <w:lang w:val="uk-UA"/>
        </w:rPr>
        <w:t>способи</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образу,</w:t>
      </w:r>
      <w:r w:rsidR="00480420" w:rsidRPr="00B7305F">
        <w:rPr>
          <w:rFonts w:cs="Times New Roman"/>
          <w:color w:val="000000" w:themeColor="text1"/>
          <w:lang w:val="uk-UA"/>
        </w:rPr>
        <w:t xml:space="preserve"> </w:t>
      </w:r>
      <w:r w:rsidRPr="00B7305F">
        <w:rPr>
          <w:rFonts w:cs="Times New Roman"/>
          <w:color w:val="000000" w:themeColor="text1"/>
          <w:lang w:val="uk-UA"/>
        </w:rPr>
        <w:t>моделі</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режисерські</w:t>
      </w:r>
      <w:r w:rsidR="00480420" w:rsidRPr="00B7305F">
        <w:rPr>
          <w:rFonts w:cs="Times New Roman"/>
          <w:color w:val="000000" w:themeColor="text1"/>
          <w:lang w:val="uk-UA"/>
        </w:rPr>
        <w:t xml:space="preserve"> </w:t>
      </w:r>
      <w:r w:rsidRPr="00B7305F">
        <w:rPr>
          <w:rFonts w:cs="Times New Roman"/>
          <w:color w:val="000000" w:themeColor="text1"/>
          <w:lang w:val="uk-UA"/>
        </w:rPr>
        <w:t>вимоги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темпу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дихання,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зміну</w:t>
      </w:r>
      <w:r w:rsidR="00480420" w:rsidRPr="00B7305F">
        <w:rPr>
          <w:rFonts w:cs="Times New Roman"/>
          <w:color w:val="000000" w:themeColor="text1"/>
          <w:lang w:val="uk-UA"/>
        </w:rPr>
        <w:t xml:space="preserve"> </w:t>
      </w:r>
      <w:r w:rsidRPr="00B7305F">
        <w:rPr>
          <w:rFonts w:cs="Times New Roman"/>
          <w:color w:val="000000" w:themeColor="text1"/>
          <w:lang w:val="uk-UA"/>
        </w:rPr>
        <w:t>сприйняття</w:t>
      </w:r>
      <w:r w:rsidR="00480420" w:rsidRPr="00B7305F">
        <w:rPr>
          <w:rFonts w:cs="Times New Roman"/>
          <w:color w:val="000000" w:themeColor="text1"/>
          <w:lang w:val="uk-UA"/>
        </w:rPr>
        <w:t xml:space="preserve"> </w:t>
      </w:r>
      <w:r w:rsidRPr="00B7305F">
        <w:rPr>
          <w:rFonts w:cs="Times New Roman"/>
          <w:color w:val="000000" w:themeColor="text1"/>
          <w:lang w:val="uk-UA"/>
        </w:rPr>
        <w:t>публіки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залежності</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медіуму.</w:t>
      </w:r>
    </w:p>
    <w:p w14:paraId="7DCEBB8D" w14:textId="17EBDC7A" w:rsidR="00DE233C"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Об’єкт</w:t>
      </w:r>
      <w:r w:rsidR="00480420" w:rsidRPr="00B7305F">
        <w:rPr>
          <w:rFonts w:cs="Times New Roman"/>
          <w:color w:val="000000" w:themeColor="text1"/>
          <w:lang w:val="uk-UA"/>
        </w:rPr>
        <w:t xml:space="preserve"> </w:t>
      </w:r>
      <w:r w:rsidRPr="00B7305F">
        <w:rPr>
          <w:rFonts w:cs="Times New Roman"/>
          <w:color w:val="000000" w:themeColor="text1"/>
          <w:lang w:val="uk-UA"/>
        </w:rPr>
        <w:t>охоплює</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безпосередню</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артистів</w:t>
      </w:r>
      <w:r w:rsidR="00480420" w:rsidRPr="00B7305F">
        <w:rPr>
          <w:rFonts w:cs="Times New Roman"/>
          <w:color w:val="000000" w:themeColor="text1"/>
          <w:lang w:val="uk-UA"/>
        </w:rPr>
        <w:t xml:space="preserve"> </w:t>
      </w:r>
      <w:r w:rsidRPr="00B7305F">
        <w:rPr>
          <w:rFonts w:cs="Times New Roman"/>
          <w:color w:val="000000" w:themeColor="text1"/>
          <w:lang w:val="uk-UA"/>
        </w:rPr>
        <w:t>(тобто</w:t>
      </w:r>
      <w:r w:rsidR="00480420" w:rsidRPr="00B7305F">
        <w:rPr>
          <w:rFonts w:cs="Times New Roman"/>
          <w:color w:val="000000" w:themeColor="text1"/>
          <w:lang w:val="uk-UA"/>
        </w:rPr>
        <w:t xml:space="preserve"> </w:t>
      </w:r>
      <w:r w:rsidRPr="00B7305F">
        <w:rPr>
          <w:rFonts w:cs="Times New Roman"/>
          <w:color w:val="000000" w:themeColor="text1"/>
          <w:lang w:val="uk-UA"/>
        </w:rPr>
        <w:t>репетиційний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широкі</w:t>
      </w:r>
      <w:r w:rsidR="00480420" w:rsidRPr="00B7305F">
        <w:rPr>
          <w:rFonts w:cs="Times New Roman"/>
          <w:color w:val="000000" w:themeColor="text1"/>
          <w:lang w:val="uk-UA"/>
        </w:rPr>
        <w:t xml:space="preserve"> </w:t>
      </w:r>
      <w:r w:rsidRPr="00B7305F">
        <w:rPr>
          <w:rFonts w:cs="Times New Roman"/>
          <w:color w:val="000000" w:themeColor="text1"/>
          <w:lang w:val="uk-UA"/>
        </w:rPr>
        <w:t>явища:</w:t>
      </w:r>
      <w:r w:rsidR="00480420" w:rsidRPr="00B7305F">
        <w:rPr>
          <w:rFonts w:cs="Times New Roman"/>
          <w:color w:val="000000" w:themeColor="text1"/>
          <w:lang w:val="uk-UA"/>
        </w:rPr>
        <w:t xml:space="preserve"> </w:t>
      </w:r>
      <w:r w:rsidRPr="00B7305F">
        <w:rPr>
          <w:rFonts w:cs="Times New Roman"/>
          <w:color w:val="000000" w:themeColor="text1"/>
          <w:lang w:val="uk-UA"/>
        </w:rPr>
        <w:t>трансляцію</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кінематографічний</w:t>
      </w:r>
      <w:r w:rsidR="00480420" w:rsidRPr="00B7305F">
        <w:rPr>
          <w:rFonts w:cs="Times New Roman"/>
          <w:color w:val="000000" w:themeColor="text1"/>
          <w:lang w:val="uk-UA"/>
        </w:rPr>
        <w:t xml:space="preserve"> </w:t>
      </w:r>
      <w:r w:rsidRPr="00B7305F">
        <w:rPr>
          <w:rFonts w:cs="Times New Roman"/>
          <w:color w:val="000000" w:themeColor="text1"/>
          <w:lang w:val="uk-UA"/>
        </w:rPr>
        <w:t>контекст,</w:t>
      </w:r>
      <w:r w:rsidR="00480420" w:rsidRPr="00B7305F">
        <w:rPr>
          <w:rFonts w:cs="Times New Roman"/>
          <w:color w:val="000000" w:themeColor="text1"/>
          <w:lang w:val="uk-UA"/>
        </w:rPr>
        <w:t xml:space="preserve"> </w:t>
      </w:r>
      <w:r w:rsidRPr="00B7305F">
        <w:rPr>
          <w:rFonts w:cs="Times New Roman"/>
          <w:color w:val="000000" w:themeColor="text1"/>
          <w:lang w:val="uk-UA"/>
        </w:rPr>
        <w:t>вплив</w:t>
      </w:r>
      <w:r w:rsidR="00DE233C">
        <w:rPr>
          <w:rFonts w:cs="Times New Roman"/>
          <w:color w:val="000000" w:themeColor="text1"/>
          <w:lang w:val="uk-UA"/>
        </w:rPr>
        <w:t>.</w:t>
      </w:r>
      <w:r w:rsidR="00480420" w:rsidRPr="00B7305F">
        <w:rPr>
          <w:rFonts w:cs="Times New Roman"/>
          <w:color w:val="000000" w:themeColor="text1"/>
          <w:lang w:val="uk-UA"/>
        </w:rPr>
        <w:t xml:space="preserve"> </w:t>
      </w:r>
    </w:p>
    <w:p w14:paraId="2930EA9D" w14:textId="4A67439C" w:rsidR="0081093B" w:rsidRPr="00B7305F" w:rsidRDefault="00DE233C" w:rsidP="00051784">
      <w:pPr>
        <w:spacing w:after="0"/>
        <w:ind w:left="0" w:firstLine="709"/>
        <w:jc w:val="both"/>
        <w:rPr>
          <w:rFonts w:cs="Times New Roman"/>
          <w:color w:val="000000" w:themeColor="text1"/>
          <w:lang w:val="uk-UA"/>
        </w:rPr>
      </w:pPr>
      <w:r>
        <w:rPr>
          <w:rFonts w:cs="Times New Roman"/>
          <w:color w:val="000000" w:themeColor="text1"/>
          <w:lang w:val="uk-UA"/>
        </w:rPr>
        <w:t>К</w:t>
      </w:r>
      <w:r w:rsidR="0081093B" w:rsidRPr="00B7305F">
        <w:rPr>
          <w:rFonts w:cs="Times New Roman"/>
          <w:color w:val="000000" w:themeColor="text1"/>
          <w:lang w:val="uk-UA"/>
        </w:rPr>
        <w:t>інематографічних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прийомів</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сучасний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монтажні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принципи,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фрагментарність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культурно-інституційні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умови,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що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формують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ці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(освітні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програми,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кінопродакшн).</w:t>
      </w:r>
      <w:r w:rsidR="00480420" w:rsidRPr="00B7305F">
        <w:rPr>
          <w:rFonts w:cs="Times New Roman"/>
          <w:color w:val="000000" w:themeColor="text1"/>
          <w:lang w:val="uk-UA"/>
        </w:rPr>
        <w:t xml:space="preserve"> </w:t>
      </w:r>
      <w:r w:rsidR="00EB2868">
        <w:rPr>
          <w:rFonts w:cs="Times New Roman"/>
          <w:color w:val="000000" w:themeColor="text1"/>
          <w:lang w:val="uk-UA"/>
        </w:rPr>
        <w:t>Ми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ба</w:t>
      </w:r>
      <w:r w:rsidR="00EB2868">
        <w:rPr>
          <w:rFonts w:cs="Times New Roman"/>
          <w:color w:val="000000" w:themeColor="text1"/>
          <w:lang w:val="uk-UA"/>
        </w:rPr>
        <w:t>чимо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цей</w:t>
      </w:r>
      <w:r w:rsidR="00480420" w:rsidRPr="00B7305F">
        <w:rPr>
          <w:rFonts w:cs="Times New Roman"/>
          <w:color w:val="000000" w:themeColor="text1"/>
          <w:lang w:val="uk-UA"/>
        </w:rPr>
        <w:t xml:space="preserve"> </w:t>
      </w:r>
      <w:r w:rsidR="0081093B" w:rsidRPr="00B7305F">
        <w:rPr>
          <w:rFonts w:cs="Times New Roman"/>
          <w:color w:val="000000" w:themeColor="text1"/>
          <w:lang w:val="uk-UA"/>
        </w:rPr>
        <w:t>об’єкт</w:t>
      </w:r>
      <w:r w:rsidR="00480420" w:rsidRPr="00B7305F">
        <w:rPr>
          <w:rFonts w:cs="Times New Roman"/>
          <w:color w:val="000000" w:themeColor="text1"/>
          <w:lang w:val="uk-UA"/>
        </w:rPr>
        <w:t xml:space="preserve"> </w:t>
      </w:r>
      <w:r w:rsidR="0081093B" w:rsidRPr="00B7305F">
        <w:rPr>
          <w:rFonts w:cs="Times New Roman"/>
          <w:color w:val="000000" w:themeColor="text1"/>
          <w:lang w:val="uk-UA"/>
        </w:rPr>
        <w:t>як</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поле</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постійного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взаємного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навчання: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навчається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економії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жесту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кіно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архітектури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для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живого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контакту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w:t>
      </w:r>
      <w:r w:rsidR="00480420" w:rsidRPr="00B7305F">
        <w:rPr>
          <w:rFonts w:cs="Times New Roman"/>
          <w:color w:val="000000" w:themeColor="text1"/>
          <w:lang w:val="uk-UA"/>
        </w:rPr>
        <w:t xml:space="preserve"> </w:t>
      </w:r>
      <w:r w:rsidR="0081093B" w:rsidRPr="00B7305F">
        <w:rPr>
          <w:rFonts w:cs="Times New Roman"/>
          <w:color w:val="000000" w:themeColor="text1"/>
          <w:lang w:val="uk-UA"/>
        </w:rPr>
        <w:t>глядачем.</w:t>
      </w:r>
    </w:p>
    <w:p w14:paraId="54A5602D" w14:textId="423DF97C" w:rsidR="0081093B" w:rsidRPr="00B7305F" w:rsidRDefault="0081093B" w:rsidP="00DE233C">
      <w:pPr>
        <w:spacing w:after="0"/>
        <w:ind w:left="0" w:firstLine="709"/>
        <w:jc w:val="both"/>
        <w:rPr>
          <w:rFonts w:cs="Times New Roman"/>
          <w:color w:val="000000" w:themeColor="text1"/>
          <w:lang w:val="uk-UA"/>
        </w:rPr>
      </w:pPr>
      <w:r w:rsidRPr="00B7305F">
        <w:rPr>
          <w:rFonts w:cs="Times New Roman"/>
          <w:b/>
          <w:bCs/>
          <w:color w:val="000000" w:themeColor="text1"/>
          <w:lang w:val="uk-UA"/>
        </w:rPr>
        <w:t>Предметом</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виступають</w:t>
      </w:r>
      <w:r w:rsidR="00480420" w:rsidRPr="00B7305F">
        <w:rPr>
          <w:rFonts w:cs="Times New Roman"/>
          <w:color w:val="000000" w:themeColor="text1"/>
          <w:lang w:val="uk-UA"/>
        </w:rPr>
        <w:t xml:space="preserve"> </w:t>
      </w:r>
      <w:r w:rsidRPr="00B7305F">
        <w:rPr>
          <w:rFonts w:cs="Times New Roman"/>
          <w:color w:val="000000" w:themeColor="text1"/>
          <w:lang w:val="uk-UA"/>
        </w:rPr>
        <w:t>особливості</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Тут</w:t>
      </w:r>
      <w:r w:rsidR="00480420" w:rsidRPr="00B7305F">
        <w:rPr>
          <w:rFonts w:cs="Times New Roman"/>
          <w:color w:val="000000" w:themeColor="text1"/>
          <w:lang w:val="uk-UA"/>
        </w:rPr>
        <w:t xml:space="preserve"> </w:t>
      </w:r>
      <w:r w:rsidRPr="00B7305F">
        <w:rPr>
          <w:rFonts w:cs="Times New Roman"/>
          <w:color w:val="000000" w:themeColor="text1"/>
          <w:lang w:val="uk-UA"/>
        </w:rPr>
        <w:t>я</w:t>
      </w:r>
      <w:r w:rsidR="00480420" w:rsidRPr="00B7305F">
        <w:rPr>
          <w:rFonts w:cs="Times New Roman"/>
          <w:color w:val="000000" w:themeColor="text1"/>
          <w:lang w:val="uk-UA"/>
        </w:rPr>
        <w:t xml:space="preserve"> </w:t>
      </w:r>
      <w:r w:rsidRPr="00B7305F">
        <w:rPr>
          <w:rFonts w:cs="Times New Roman"/>
          <w:color w:val="000000" w:themeColor="text1"/>
          <w:lang w:val="uk-UA"/>
        </w:rPr>
        <w:t>фокусуюся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конкретних</w:t>
      </w:r>
      <w:r w:rsidR="00480420" w:rsidRPr="00B7305F">
        <w:rPr>
          <w:rFonts w:cs="Times New Roman"/>
          <w:color w:val="000000" w:themeColor="text1"/>
          <w:lang w:val="uk-UA"/>
        </w:rPr>
        <w:t xml:space="preserve"> </w:t>
      </w:r>
      <w:r w:rsidRPr="00B7305F">
        <w:rPr>
          <w:rFonts w:cs="Times New Roman"/>
          <w:color w:val="000000" w:themeColor="text1"/>
          <w:lang w:val="uk-UA"/>
        </w:rPr>
        <w:t>елементах,</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описати,</w:t>
      </w:r>
      <w:r w:rsidR="00480420" w:rsidRPr="00B7305F">
        <w:rPr>
          <w:rFonts w:cs="Times New Roman"/>
          <w:color w:val="000000" w:themeColor="text1"/>
          <w:lang w:val="uk-UA"/>
        </w:rPr>
        <w:t xml:space="preserve"> </w:t>
      </w:r>
      <w:r w:rsidRPr="00B7305F">
        <w:rPr>
          <w:rFonts w:cs="Times New Roman"/>
          <w:color w:val="000000" w:themeColor="text1"/>
          <w:lang w:val="uk-UA"/>
        </w:rPr>
        <w:t>класифікувати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методи</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медіумах,</w:t>
      </w:r>
      <w:r w:rsidR="00480420" w:rsidRPr="00B7305F">
        <w:rPr>
          <w:rFonts w:cs="Times New Roman"/>
          <w:color w:val="000000" w:themeColor="text1"/>
          <w:lang w:val="uk-UA"/>
        </w:rPr>
        <w:t xml:space="preserve"> </w:t>
      </w:r>
      <w:r w:rsidRPr="00B7305F">
        <w:rPr>
          <w:rFonts w:cs="Times New Roman"/>
          <w:color w:val="000000" w:themeColor="text1"/>
          <w:lang w:val="uk-UA"/>
        </w:rPr>
        <w:t>прийоми</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внутрішньої</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мотивації</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вияву</w:t>
      </w:r>
      <w:r w:rsidR="00480420" w:rsidRPr="00B7305F">
        <w:rPr>
          <w:rFonts w:cs="Times New Roman"/>
          <w:color w:val="000000" w:themeColor="text1"/>
          <w:lang w:val="uk-UA"/>
        </w:rPr>
        <w:t xml:space="preserve"> </w:t>
      </w:r>
      <w:r w:rsidRPr="00B7305F">
        <w:rPr>
          <w:rFonts w:cs="Times New Roman"/>
          <w:color w:val="000000" w:themeColor="text1"/>
          <w:lang w:val="uk-UA"/>
        </w:rPr>
        <w:t>емоцій,</w:t>
      </w:r>
      <w:r w:rsidR="00480420" w:rsidRPr="00B7305F">
        <w:rPr>
          <w:rFonts w:cs="Times New Roman"/>
          <w:color w:val="000000" w:themeColor="text1"/>
          <w:lang w:val="uk-UA"/>
        </w:rPr>
        <w:t xml:space="preserve"> </w:t>
      </w:r>
      <w:r w:rsidRPr="00B7305F">
        <w:rPr>
          <w:rFonts w:cs="Times New Roman"/>
          <w:color w:val="000000" w:themeColor="text1"/>
          <w:lang w:val="uk-UA"/>
        </w:rPr>
        <w:t>способи</w:t>
      </w:r>
      <w:r w:rsidR="00480420" w:rsidRPr="00B7305F">
        <w:rPr>
          <w:rFonts w:cs="Times New Roman"/>
          <w:color w:val="000000" w:themeColor="text1"/>
          <w:lang w:val="uk-UA"/>
        </w:rPr>
        <w:t xml:space="preserve"> </w:t>
      </w:r>
      <w:r w:rsidRPr="00B7305F">
        <w:rPr>
          <w:rFonts w:cs="Times New Roman"/>
          <w:color w:val="000000" w:themeColor="text1"/>
          <w:lang w:val="uk-UA"/>
        </w:rPr>
        <w:t>переходу</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театральною</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експресією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камерною</w:t>
      </w:r>
      <w:r w:rsidR="00480420" w:rsidRPr="00B7305F">
        <w:rPr>
          <w:rFonts w:cs="Times New Roman"/>
          <w:color w:val="000000" w:themeColor="text1"/>
          <w:lang w:val="uk-UA"/>
        </w:rPr>
        <w:t xml:space="preserve"> </w:t>
      </w:r>
      <w:r w:rsidRPr="00B7305F">
        <w:rPr>
          <w:rFonts w:cs="Times New Roman"/>
          <w:color w:val="000000" w:themeColor="text1"/>
          <w:lang w:val="uk-UA"/>
        </w:rPr>
        <w:t>інтимністю,</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перетворення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пластична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гра</w:t>
      </w:r>
      <w:r w:rsidR="00480420" w:rsidRPr="00B7305F">
        <w:rPr>
          <w:rFonts w:cs="Times New Roman"/>
          <w:color w:val="000000" w:themeColor="text1"/>
          <w:lang w:val="uk-UA"/>
        </w:rPr>
        <w:t xml:space="preserve"> </w:t>
      </w:r>
      <w:r w:rsidRPr="00B7305F">
        <w:rPr>
          <w:rFonts w:cs="Times New Roman"/>
          <w:color w:val="000000" w:themeColor="text1"/>
          <w:lang w:val="uk-UA"/>
        </w:rPr>
        <w:t>«вручну»)</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впливом</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мислення</w:t>
      </w:r>
      <w:r w:rsidR="00480420" w:rsidRPr="00B7305F">
        <w:rPr>
          <w:rFonts w:cs="Times New Roman"/>
          <w:color w:val="000000" w:themeColor="text1"/>
          <w:lang w:val="uk-UA"/>
        </w:rPr>
        <w:t xml:space="preserve"> </w:t>
      </w:r>
      <w:r w:rsidRPr="00B7305F">
        <w:rPr>
          <w:rFonts w:cs="Times New Roman"/>
          <w:color w:val="000000" w:themeColor="text1"/>
          <w:lang w:val="uk-UA"/>
        </w:rPr>
        <w:t>(кадрування,</w:t>
      </w:r>
      <w:r w:rsidR="00480420" w:rsidRPr="00B7305F">
        <w:rPr>
          <w:rFonts w:cs="Times New Roman"/>
          <w:color w:val="000000" w:themeColor="text1"/>
          <w:lang w:val="uk-UA"/>
        </w:rPr>
        <w:t xml:space="preserve"> </w:t>
      </w:r>
      <w:r w:rsidRPr="00B7305F">
        <w:rPr>
          <w:rFonts w:cs="Times New Roman"/>
          <w:color w:val="000000" w:themeColor="text1"/>
          <w:lang w:val="uk-UA"/>
        </w:rPr>
        <w:t>ракурс,</w:t>
      </w:r>
      <w:r w:rsidR="00480420" w:rsidRPr="00B7305F">
        <w:rPr>
          <w:rFonts w:cs="Times New Roman"/>
          <w:color w:val="000000" w:themeColor="text1"/>
          <w:lang w:val="uk-UA"/>
        </w:rPr>
        <w:t xml:space="preserve"> </w:t>
      </w:r>
      <w:r w:rsidRPr="00B7305F">
        <w:rPr>
          <w:rFonts w:cs="Times New Roman"/>
          <w:color w:val="000000" w:themeColor="text1"/>
          <w:lang w:val="uk-UA"/>
        </w:rPr>
        <w:t>ритм</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p>
    <w:p w14:paraId="676781B3" w14:textId="78CC557C" w:rsidR="0081093B" w:rsidRPr="00B7305F"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практичному</w:t>
      </w:r>
      <w:r w:rsidR="00480420" w:rsidRPr="00B7305F">
        <w:rPr>
          <w:rFonts w:cs="Times New Roman"/>
          <w:color w:val="000000" w:themeColor="text1"/>
          <w:lang w:val="uk-UA"/>
        </w:rPr>
        <w:t xml:space="preserve"> </w:t>
      </w:r>
      <w:r w:rsidRPr="00B7305F">
        <w:rPr>
          <w:rFonts w:cs="Times New Roman"/>
          <w:color w:val="000000" w:themeColor="text1"/>
          <w:lang w:val="uk-UA"/>
        </w:rPr>
        <w:t>рівні</w:t>
      </w:r>
      <w:r w:rsidR="00480420" w:rsidRPr="00B7305F">
        <w:rPr>
          <w:rFonts w:cs="Times New Roman"/>
          <w:color w:val="000000" w:themeColor="text1"/>
          <w:lang w:val="uk-UA"/>
        </w:rPr>
        <w:t xml:space="preserve"> </w:t>
      </w:r>
      <w:r w:rsidRPr="00B7305F">
        <w:rPr>
          <w:rFonts w:cs="Times New Roman"/>
          <w:color w:val="000000" w:themeColor="text1"/>
          <w:lang w:val="uk-UA"/>
        </w:rPr>
        <w:t>предмет</w:t>
      </w:r>
      <w:r w:rsidR="00480420" w:rsidRPr="00B7305F">
        <w:rPr>
          <w:rFonts w:cs="Times New Roman"/>
          <w:color w:val="000000" w:themeColor="text1"/>
          <w:lang w:val="uk-UA"/>
        </w:rPr>
        <w:t xml:space="preserve"> </w:t>
      </w:r>
      <w:r w:rsidRPr="00B7305F">
        <w:rPr>
          <w:rFonts w:cs="Times New Roman"/>
          <w:color w:val="000000" w:themeColor="text1"/>
          <w:lang w:val="uk-UA"/>
        </w:rPr>
        <w:t>включає:</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адаптує</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(метод,</w:t>
      </w:r>
      <w:r w:rsidR="00480420" w:rsidRPr="00B7305F">
        <w:rPr>
          <w:rFonts w:cs="Times New Roman"/>
          <w:color w:val="000000" w:themeColor="text1"/>
          <w:lang w:val="uk-UA"/>
        </w:rPr>
        <w:t xml:space="preserve"> </w:t>
      </w:r>
      <w:r w:rsidRPr="00B7305F">
        <w:rPr>
          <w:rFonts w:cs="Times New Roman"/>
          <w:color w:val="000000" w:themeColor="text1"/>
          <w:lang w:val="uk-UA"/>
        </w:rPr>
        <w:t>класику,</w:t>
      </w:r>
      <w:r w:rsidR="00480420" w:rsidRPr="00B7305F">
        <w:rPr>
          <w:rFonts w:cs="Times New Roman"/>
          <w:color w:val="000000" w:themeColor="text1"/>
          <w:lang w:val="uk-UA"/>
        </w:rPr>
        <w:t xml:space="preserve"> </w:t>
      </w:r>
      <w:r w:rsidRPr="00B7305F">
        <w:rPr>
          <w:rFonts w:cs="Times New Roman"/>
          <w:color w:val="000000" w:themeColor="text1"/>
          <w:lang w:val="uk-UA"/>
        </w:rPr>
        <w:t>етюдні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переході</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знімальний</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відбуваються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режимах</w:t>
      </w:r>
      <w:r w:rsidR="00480420" w:rsidRPr="00B7305F">
        <w:rPr>
          <w:rFonts w:cs="Times New Roman"/>
          <w:color w:val="000000" w:themeColor="text1"/>
          <w:lang w:val="uk-UA"/>
        </w:rPr>
        <w:t xml:space="preserve"> </w:t>
      </w:r>
      <w:r w:rsidRPr="00B7305F">
        <w:rPr>
          <w:rFonts w:cs="Times New Roman"/>
          <w:color w:val="000000" w:themeColor="text1"/>
          <w:lang w:val="uk-UA"/>
        </w:rPr>
        <w:t>виконання</w:t>
      </w:r>
      <w:r w:rsidR="00480420" w:rsidRPr="00B7305F">
        <w:rPr>
          <w:rFonts w:cs="Times New Roman"/>
          <w:color w:val="000000" w:themeColor="text1"/>
          <w:lang w:val="uk-UA"/>
        </w:rPr>
        <w:t xml:space="preserve"> </w:t>
      </w:r>
      <w:r w:rsidRPr="00B7305F">
        <w:rPr>
          <w:rFonts w:cs="Times New Roman"/>
          <w:color w:val="000000" w:themeColor="text1"/>
          <w:lang w:val="uk-UA"/>
        </w:rPr>
        <w:t>(довжина</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довжина</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енергія</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імпровізації,</w:t>
      </w:r>
      <w:r w:rsidR="00480420" w:rsidRPr="00B7305F">
        <w:rPr>
          <w:rFonts w:cs="Times New Roman"/>
          <w:color w:val="000000" w:themeColor="text1"/>
          <w:lang w:val="uk-UA"/>
        </w:rPr>
        <w:t xml:space="preserve"> </w:t>
      </w:r>
      <w:r w:rsidRPr="00B7305F">
        <w:rPr>
          <w:rFonts w:cs="Times New Roman"/>
          <w:color w:val="000000" w:themeColor="text1"/>
          <w:lang w:val="uk-UA"/>
        </w:rPr>
        <w:t>повторюваність</w:t>
      </w:r>
      <w:r w:rsidR="00480420" w:rsidRPr="00B7305F">
        <w:rPr>
          <w:rFonts w:cs="Times New Roman"/>
          <w:color w:val="000000" w:themeColor="text1"/>
          <w:lang w:val="uk-UA"/>
        </w:rPr>
        <w:t xml:space="preserve"> </w:t>
      </w:r>
      <w:r w:rsidRPr="00B7305F">
        <w:rPr>
          <w:rFonts w:cs="Times New Roman"/>
          <w:color w:val="000000" w:themeColor="text1"/>
          <w:lang w:val="uk-UA"/>
        </w:rPr>
        <w:t>дублів);</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режисерська</w:t>
      </w:r>
      <w:r w:rsidR="00480420" w:rsidRPr="00B7305F">
        <w:rPr>
          <w:rFonts w:cs="Times New Roman"/>
          <w:color w:val="000000" w:themeColor="text1"/>
          <w:lang w:val="uk-UA"/>
        </w:rPr>
        <w:t xml:space="preserve"> </w:t>
      </w:r>
      <w:r w:rsidRPr="00B7305F">
        <w:rPr>
          <w:rFonts w:cs="Times New Roman"/>
          <w:color w:val="000000" w:themeColor="text1"/>
          <w:lang w:val="uk-UA"/>
        </w:rPr>
        <w:t>концепція</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трансформує</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форму</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кіно-режиму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навпаки;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педагогічні</w:t>
      </w:r>
      <w:r w:rsidR="00480420" w:rsidRPr="00B7305F">
        <w:rPr>
          <w:rFonts w:cs="Times New Roman"/>
          <w:color w:val="000000" w:themeColor="text1"/>
          <w:lang w:val="uk-UA"/>
        </w:rPr>
        <w:t xml:space="preserve"> </w:t>
      </w:r>
      <w:r w:rsidRPr="00B7305F">
        <w:rPr>
          <w:rFonts w:cs="Times New Roman"/>
          <w:color w:val="000000" w:themeColor="text1"/>
          <w:lang w:val="uk-UA"/>
        </w:rPr>
        <w:t>моделі</w:t>
      </w:r>
      <w:r w:rsidR="00480420" w:rsidRPr="00B7305F">
        <w:rPr>
          <w:rFonts w:cs="Times New Roman"/>
          <w:color w:val="000000" w:themeColor="text1"/>
          <w:lang w:val="uk-UA"/>
        </w:rPr>
        <w:t xml:space="preserve"> </w:t>
      </w:r>
      <w:r w:rsidRPr="00B7305F">
        <w:rPr>
          <w:rFonts w:cs="Times New Roman"/>
          <w:color w:val="000000" w:themeColor="text1"/>
          <w:lang w:val="uk-UA"/>
        </w:rPr>
        <w:t>найбільш</w:t>
      </w:r>
      <w:r w:rsidR="00480420" w:rsidRPr="00B7305F">
        <w:rPr>
          <w:rFonts w:cs="Times New Roman"/>
          <w:color w:val="000000" w:themeColor="text1"/>
          <w:lang w:val="uk-UA"/>
        </w:rPr>
        <w:t xml:space="preserve"> </w:t>
      </w:r>
      <w:r w:rsidRPr="00B7305F">
        <w:rPr>
          <w:rFonts w:cs="Times New Roman"/>
          <w:color w:val="000000" w:themeColor="text1"/>
          <w:lang w:val="uk-UA"/>
        </w:rPr>
        <w:t>ефективні</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працюють</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обох</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середовищах.</w:t>
      </w:r>
    </w:p>
    <w:p w14:paraId="3A8BE2AD" w14:textId="6BFD6D4B" w:rsidR="0081093B" w:rsidRPr="00B7305F"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Сучасний</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все</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іноді</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потребу</w:t>
      </w:r>
      <w:r w:rsidR="00480420" w:rsidRPr="00B7305F">
        <w:rPr>
          <w:rFonts w:cs="Times New Roman"/>
          <w:color w:val="000000" w:themeColor="text1"/>
          <w:lang w:val="uk-UA"/>
        </w:rPr>
        <w:t xml:space="preserve"> </w:t>
      </w:r>
      <w:r w:rsidRPr="00B7305F">
        <w:rPr>
          <w:rFonts w:cs="Times New Roman"/>
          <w:color w:val="000000" w:themeColor="text1"/>
          <w:lang w:val="uk-UA"/>
        </w:rPr>
        <w:t>системного</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технічних</w:t>
      </w:r>
      <w:r w:rsidR="00480420" w:rsidRPr="00B7305F">
        <w:rPr>
          <w:rFonts w:cs="Times New Roman"/>
          <w:color w:val="000000" w:themeColor="text1"/>
          <w:lang w:val="uk-UA"/>
        </w:rPr>
        <w:t xml:space="preserve"> </w:t>
      </w:r>
      <w:r w:rsidRPr="00B7305F">
        <w:rPr>
          <w:rFonts w:cs="Times New Roman"/>
          <w:color w:val="000000" w:themeColor="text1"/>
          <w:lang w:val="uk-UA"/>
        </w:rPr>
        <w:t>відмінностей,</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естетичних,</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професійних</w:t>
      </w:r>
      <w:r w:rsidR="00480420" w:rsidRPr="00B7305F">
        <w:rPr>
          <w:rFonts w:cs="Times New Roman"/>
          <w:color w:val="000000" w:themeColor="text1"/>
          <w:lang w:val="uk-UA"/>
        </w:rPr>
        <w:t xml:space="preserve"> </w:t>
      </w:r>
      <w:r w:rsidRPr="00B7305F">
        <w:rPr>
          <w:rFonts w:cs="Times New Roman"/>
          <w:color w:val="000000" w:themeColor="text1"/>
          <w:lang w:val="uk-UA"/>
        </w:rPr>
        <w:t>вимог</w:t>
      </w:r>
      <w:r w:rsidR="00480420" w:rsidRPr="00B7305F">
        <w:rPr>
          <w:rFonts w:cs="Times New Roman"/>
          <w:color w:val="000000" w:themeColor="text1"/>
          <w:lang w:val="uk-UA"/>
        </w:rPr>
        <w:t xml:space="preserve"> </w:t>
      </w:r>
      <w:r w:rsidRPr="00B7305F">
        <w:rPr>
          <w:rFonts w:cs="Times New Roman"/>
          <w:color w:val="000000" w:themeColor="text1"/>
          <w:lang w:val="uk-UA"/>
        </w:rPr>
        <w:t>кожного</w:t>
      </w:r>
      <w:r w:rsidR="00480420" w:rsidRPr="00B7305F">
        <w:rPr>
          <w:rFonts w:cs="Times New Roman"/>
          <w:color w:val="000000" w:themeColor="text1"/>
          <w:lang w:val="uk-UA"/>
        </w:rPr>
        <w:t xml:space="preserve"> </w:t>
      </w:r>
      <w:r w:rsidRPr="00B7305F">
        <w:rPr>
          <w:rFonts w:cs="Times New Roman"/>
          <w:color w:val="000000" w:themeColor="text1"/>
          <w:lang w:val="uk-UA"/>
        </w:rPr>
        <w:t>медіуму.</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предмета</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розробити</w:t>
      </w:r>
      <w:r w:rsidR="00480420" w:rsidRPr="00B7305F">
        <w:rPr>
          <w:rFonts w:cs="Times New Roman"/>
          <w:color w:val="000000" w:themeColor="text1"/>
          <w:lang w:val="uk-UA"/>
        </w:rPr>
        <w:t xml:space="preserve"> </w:t>
      </w:r>
      <w:r w:rsidRPr="00B7305F">
        <w:rPr>
          <w:rFonts w:cs="Times New Roman"/>
          <w:color w:val="000000" w:themeColor="text1"/>
          <w:lang w:val="uk-UA"/>
        </w:rPr>
        <w:t>практичні</w:t>
      </w:r>
      <w:r w:rsidR="00480420" w:rsidRPr="00B7305F">
        <w:rPr>
          <w:rFonts w:cs="Times New Roman"/>
          <w:color w:val="000000" w:themeColor="text1"/>
          <w:lang w:val="uk-UA"/>
        </w:rPr>
        <w:t xml:space="preserve"> </w:t>
      </w:r>
      <w:r w:rsidRPr="00B7305F">
        <w:rPr>
          <w:rFonts w:cs="Times New Roman"/>
          <w:color w:val="000000" w:themeColor="text1"/>
          <w:lang w:val="uk-UA"/>
        </w:rPr>
        <w:t>рекомендації</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педагогіки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r w:rsidR="00480420" w:rsidRPr="00B7305F">
        <w:rPr>
          <w:rFonts w:cs="Times New Roman"/>
          <w:color w:val="000000" w:themeColor="text1"/>
          <w:lang w:val="uk-UA"/>
        </w:rPr>
        <w:t xml:space="preserve"> </w:t>
      </w:r>
      <w:r w:rsidRPr="00B7305F">
        <w:rPr>
          <w:rFonts w:cs="Times New Roman"/>
          <w:color w:val="000000" w:themeColor="text1"/>
          <w:lang w:val="uk-UA"/>
        </w:rPr>
        <w:t>сприяти</w:t>
      </w:r>
      <w:r w:rsidR="00480420" w:rsidRPr="00B7305F">
        <w:rPr>
          <w:rFonts w:cs="Times New Roman"/>
          <w:color w:val="000000" w:themeColor="text1"/>
          <w:lang w:val="uk-UA"/>
        </w:rPr>
        <w:t xml:space="preserve"> </w:t>
      </w:r>
      <w:r w:rsidRPr="00B7305F">
        <w:rPr>
          <w:rFonts w:cs="Times New Roman"/>
          <w:color w:val="000000" w:themeColor="text1"/>
          <w:lang w:val="uk-UA"/>
        </w:rPr>
        <w:t>виробленню</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універсальних</w:t>
      </w:r>
      <w:r w:rsidR="00480420" w:rsidRPr="00B7305F">
        <w:rPr>
          <w:rFonts w:cs="Times New Roman"/>
          <w:color w:val="000000" w:themeColor="text1"/>
          <w:lang w:val="uk-UA"/>
        </w:rPr>
        <w:t xml:space="preserve"> </w:t>
      </w:r>
      <w:r w:rsidRPr="00B7305F">
        <w:rPr>
          <w:rFonts w:cs="Times New Roman"/>
          <w:color w:val="000000" w:themeColor="text1"/>
          <w:lang w:val="uk-UA"/>
        </w:rPr>
        <w:t>підходів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підготовці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втратити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щирість</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переході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камерний</w:t>
      </w:r>
      <w:r w:rsidR="00480420" w:rsidRPr="00B7305F">
        <w:rPr>
          <w:rFonts w:cs="Times New Roman"/>
          <w:color w:val="000000" w:themeColor="text1"/>
          <w:lang w:val="uk-UA"/>
        </w:rPr>
        <w:t xml:space="preserve"> </w:t>
      </w:r>
      <w:r w:rsidRPr="00B7305F">
        <w:rPr>
          <w:rFonts w:cs="Times New Roman"/>
          <w:color w:val="000000" w:themeColor="text1"/>
          <w:lang w:val="uk-UA"/>
        </w:rPr>
        <w:t>формат,</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навпаки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зберегти</w:t>
      </w:r>
      <w:r w:rsidR="00480420" w:rsidRPr="00B7305F">
        <w:rPr>
          <w:rFonts w:cs="Times New Roman"/>
          <w:color w:val="000000" w:themeColor="text1"/>
          <w:lang w:val="uk-UA"/>
        </w:rPr>
        <w:t xml:space="preserve"> </w:t>
      </w:r>
      <w:r w:rsidRPr="00B7305F">
        <w:rPr>
          <w:rFonts w:cs="Times New Roman"/>
          <w:color w:val="000000" w:themeColor="text1"/>
          <w:lang w:val="uk-UA"/>
        </w:rPr>
        <w:t>тонку</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масштабній</w:t>
      </w:r>
      <w:r w:rsidR="00480420" w:rsidRPr="00B7305F">
        <w:rPr>
          <w:rFonts w:cs="Times New Roman"/>
          <w:color w:val="000000" w:themeColor="text1"/>
          <w:lang w:val="uk-UA"/>
        </w:rPr>
        <w:t xml:space="preserve"> </w:t>
      </w:r>
      <w:r w:rsidRPr="00B7305F">
        <w:rPr>
          <w:rFonts w:cs="Times New Roman"/>
          <w:color w:val="000000" w:themeColor="text1"/>
          <w:lang w:val="uk-UA"/>
        </w:rPr>
        <w:t>сценічній</w:t>
      </w:r>
      <w:r w:rsidR="00480420" w:rsidRPr="00B7305F">
        <w:rPr>
          <w:rFonts w:cs="Times New Roman"/>
          <w:color w:val="000000" w:themeColor="text1"/>
          <w:lang w:val="uk-UA"/>
        </w:rPr>
        <w:t xml:space="preserve"> </w:t>
      </w:r>
      <w:r w:rsidRPr="00B7305F">
        <w:rPr>
          <w:rFonts w:cs="Times New Roman"/>
          <w:color w:val="000000" w:themeColor="text1"/>
          <w:lang w:val="uk-UA"/>
        </w:rPr>
        <w:t>стилізації.</w:t>
      </w:r>
    </w:p>
    <w:p w14:paraId="2383DE4B" w14:textId="6F9540B1" w:rsidR="0081093B" w:rsidRPr="00B7305F" w:rsidRDefault="0081093B"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межах</w:t>
      </w:r>
      <w:r w:rsidR="00480420" w:rsidRPr="00B7305F">
        <w:rPr>
          <w:rFonts w:cs="Times New Roman"/>
          <w:color w:val="000000" w:themeColor="text1"/>
          <w:lang w:val="uk-UA"/>
        </w:rPr>
        <w:t xml:space="preserve"> </w:t>
      </w:r>
      <w:r w:rsidRPr="00B7305F">
        <w:rPr>
          <w:rFonts w:cs="Times New Roman"/>
          <w:color w:val="000000" w:themeColor="text1"/>
          <w:lang w:val="uk-UA"/>
        </w:rPr>
        <w:t>цього</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я</w:t>
      </w:r>
      <w:r w:rsidR="00480420" w:rsidRPr="00B7305F">
        <w:rPr>
          <w:rFonts w:cs="Times New Roman"/>
          <w:color w:val="000000" w:themeColor="text1"/>
          <w:lang w:val="uk-UA"/>
        </w:rPr>
        <w:t xml:space="preserve"> </w:t>
      </w:r>
      <w:r w:rsidRPr="00B7305F">
        <w:rPr>
          <w:rFonts w:cs="Times New Roman"/>
          <w:color w:val="000000" w:themeColor="text1"/>
          <w:lang w:val="uk-UA"/>
        </w:rPr>
        <w:t>свідомо</w:t>
      </w:r>
      <w:r w:rsidR="00480420" w:rsidRPr="00B7305F">
        <w:rPr>
          <w:rFonts w:cs="Times New Roman"/>
          <w:color w:val="000000" w:themeColor="text1"/>
          <w:lang w:val="uk-UA"/>
        </w:rPr>
        <w:t xml:space="preserve"> </w:t>
      </w:r>
      <w:r w:rsidRPr="00B7305F">
        <w:rPr>
          <w:rFonts w:cs="Times New Roman"/>
          <w:color w:val="000000" w:themeColor="text1"/>
          <w:lang w:val="uk-UA"/>
        </w:rPr>
        <w:t>обмежуюся</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взаємодією</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тобто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заглиблююся</w:t>
      </w:r>
      <w:r w:rsidR="00480420" w:rsidRPr="00B7305F">
        <w:rPr>
          <w:rFonts w:cs="Times New Roman"/>
          <w:color w:val="000000" w:themeColor="text1"/>
          <w:lang w:val="uk-UA"/>
        </w:rPr>
        <w:t xml:space="preserve"> </w:t>
      </w:r>
      <w:r w:rsidRPr="00B7305F">
        <w:rPr>
          <w:rFonts w:cs="Times New Roman"/>
          <w:color w:val="000000" w:themeColor="text1"/>
          <w:lang w:val="uk-UA"/>
        </w:rPr>
        <w:t>окремо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технічні</w:t>
      </w:r>
      <w:r w:rsidR="00480420" w:rsidRPr="00B7305F">
        <w:rPr>
          <w:rFonts w:cs="Times New Roman"/>
          <w:color w:val="000000" w:themeColor="text1"/>
          <w:lang w:val="uk-UA"/>
        </w:rPr>
        <w:t xml:space="preserve"> </w:t>
      </w:r>
      <w:r w:rsidRPr="00B7305F">
        <w:rPr>
          <w:rFonts w:cs="Times New Roman"/>
          <w:color w:val="000000" w:themeColor="text1"/>
          <w:lang w:val="uk-UA"/>
        </w:rPr>
        <w:t>аспекти</w:t>
      </w:r>
      <w:r w:rsidR="00480420" w:rsidRPr="00B7305F">
        <w:rPr>
          <w:rFonts w:cs="Times New Roman"/>
          <w:color w:val="000000" w:themeColor="text1"/>
          <w:lang w:val="uk-UA"/>
        </w:rPr>
        <w:t xml:space="preserve"> </w:t>
      </w:r>
      <w:r w:rsidRPr="00B7305F">
        <w:rPr>
          <w:rFonts w:cs="Times New Roman"/>
          <w:color w:val="000000" w:themeColor="text1"/>
          <w:lang w:val="uk-UA"/>
        </w:rPr>
        <w:t>кіновиробництва</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грим-технології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кіномонтаж</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самостійна</w:t>
      </w:r>
      <w:r w:rsidR="00480420" w:rsidRPr="00B7305F">
        <w:rPr>
          <w:rFonts w:cs="Times New Roman"/>
          <w:color w:val="000000" w:themeColor="text1"/>
          <w:lang w:val="uk-UA"/>
        </w:rPr>
        <w:t xml:space="preserve"> </w:t>
      </w:r>
      <w:r w:rsidRPr="00B7305F">
        <w:rPr>
          <w:rFonts w:cs="Times New Roman"/>
          <w:color w:val="000000" w:themeColor="text1"/>
          <w:lang w:val="uk-UA"/>
        </w:rPr>
        <w:t>дисципліна).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я</w:t>
      </w:r>
      <w:r w:rsidR="00480420" w:rsidRPr="00B7305F">
        <w:rPr>
          <w:rFonts w:cs="Times New Roman"/>
          <w:color w:val="000000" w:themeColor="text1"/>
          <w:lang w:val="uk-UA"/>
        </w:rPr>
        <w:t xml:space="preserve"> </w:t>
      </w:r>
      <w:r w:rsidRPr="00B7305F">
        <w:rPr>
          <w:rFonts w:cs="Times New Roman"/>
          <w:color w:val="000000" w:themeColor="text1"/>
          <w:lang w:val="uk-UA"/>
        </w:rPr>
        <w:t>зосереджуюся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t>(останні</w:t>
      </w:r>
      <w:r w:rsidR="00480420" w:rsidRPr="00B7305F">
        <w:rPr>
          <w:rFonts w:cs="Times New Roman"/>
          <w:color w:val="000000" w:themeColor="text1"/>
          <w:lang w:val="uk-UA"/>
        </w:rPr>
        <w:t xml:space="preserve"> </w:t>
      </w:r>
      <w:r w:rsidRPr="00B7305F">
        <w:rPr>
          <w:rFonts w:cs="Times New Roman"/>
          <w:color w:val="000000" w:themeColor="text1"/>
          <w:lang w:val="uk-UA"/>
        </w:rPr>
        <w:t>десятиліття),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увагою</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тих</w:t>
      </w:r>
      <w:r w:rsidR="00480420" w:rsidRPr="00B7305F">
        <w:rPr>
          <w:rFonts w:cs="Times New Roman"/>
          <w:color w:val="000000" w:themeColor="text1"/>
          <w:lang w:val="uk-UA"/>
        </w:rPr>
        <w:t xml:space="preserve"> </w:t>
      </w:r>
      <w:r w:rsidRPr="00B7305F">
        <w:rPr>
          <w:rFonts w:cs="Times New Roman"/>
          <w:color w:val="000000" w:themeColor="text1"/>
          <w:lang w:val="uk-UA"/>
        </w:rPr>
        <w:t>тенденцій,</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формують</w:t>
      </w:r>
      <w:r w:rsidR="00480420" w:rsidRPr="00B7305F">
        <w:rPr>
          <w:rFonts w:cs="Times New Roman"/>
          <w:color w:val="000000" w:themeColor="text1"/>
          <w:lang w:val="uk-UA"/>
        </w:rPr>
        <w:t xml:space="preserve"> </w:t>
      </w:r>
      <w:r w:rsidRPr="00B7305F">
        <w:rPr>
          <w:rFonts w:cs="Times New Roman"/>
          <w:color w:val="000000" w:themeColor="text1"/>
          <w:lang w:val="uk-UA"/>
        </w:rPr>
        <w:t>сьогоднішні</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професійні</w:t>
      </w:r>
      <w:r w:rsidR="00480420" w:rsidRPr="00B7305F">
        <w:rPr>
          <w:rFonts w:cs="Times New Roman"/>
          <w:color w:val="000000" w:themeColor="text1"/>
          <w:lang w:val="uk-UA"/>
        </w:rPr>
        <w:t xml:space="preserve"> </w:t>
      </w:r>
      <w:r w:rsidRPr="00B7305F">
        <w:rPr>
          <w:rFonts w:cs="Times New Roman"/>
          <w:color w:val="000000" w:themeColor="text1"/>
          <w:lang w:val="uk-UA"/>
        </w:rPr>
        <w:t>стандарти,</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враховую</w:t>
      </w:r>
      <w:r w:rsidR="00480420" w:rsidRPr="00B7305F">
        <w:rPr>
          <w:rFonts w:cs="Times New Roman"/>
          <w:color w:val="000000" w:themeColor="text1"/>
          <w:lang w:val="uk-UA"/>
        </w:rPr>
        <w:t xml:space="preserve"> </w:t>
      </w:r>
      <w:r w:rsidRPr="00B7305F">
        <w:rPr>
          <w:rFonts w:cs="Times New Roman"/>
          <w:color w:val="000000" w:themeColor="text1"/>
          <w:lang w:val="uk-UA"/>
        </w:rPr>
        <w:t>історичні</w:t>
      </w:r>
      <w:r w:rsidR="00480420" w:rsidRPr="00B7305F">
        <w:rPr>
          <w:rFonts w:cs="Times New Roman"/>
          <w:color w:val="000000" w:themeColor="text1"/>
          <w:lang w:val="uk-UA"/>
        </w:rPr>
        <w:t xml:space="preserve"> </w:t>
      </w:r>
      <w:r w:rsidRPr="00B7305F">
        <w:rPr>
          <w:rFonts w:cs="Times New Roman"/>
          <w:color w:val="000000" w:themeColor="text1"/>
          <w:lang w:val="uk-UA"/>
        </w:rPr>
        <w:t>напрацювання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джерело</w:t>
      </w:r>
      <w:r w:rsidR="00480420" w:rsidRPr="00B7305F">
        <w:rPr>
          <w:rFonts w:cs="Times New Roman"/>
          <w:color w:val="000000" w:themeColor="text1"/>
          <w:lang w:val="uk-UA"/>
        </w:rPr>
        <w:t xml:space="preserve"> </w:t>
      </w:r>
      <w:r w:rsidRPr="00B7305F">
        <w:rPr>
          <w:rFonts w:cs="Times New Roman"/>
          <w:color w:val="000000" w:themeColor="text1"/>
          <w:lang w:val="uk-UA"/>
        </w:rPr>
        <w:t>методологічних</w:t>
      </w:r>
      <w:r w:rsidR="00480420" w:rsidRPr="00B7305F">
        <w:rPr>
          <w:rFonts w:cs="Times New Roman"/>
          <w:color w:val="000000" w:themeColor="text1"/>
          <w:lang w:val="uk-UA"/>
        </w:rPr>
        <w:t xml:space="preserve"> </w:t>
      </w:r>
      <w:r w:rsidRPr="00B7305F">
        <w:rPr>
          <w:rFonts w:cs="Times New Roman"/>
          <w:color w:val="000000" w:themeColor="text1"/>
          <w:lang w:val="uk-UA"/>
        </w:rPr>
        <w:t>підходів.</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вибір</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зробити</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конкретним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практично</w:t>
      </w:r>
      <w:r w:rsidR="00480420" w:rsidRPr="00B7305F">
        <w:rPr>
          <w:rFonts w:cs="Times New Roman"/>
          <w:color w:val="000000" w:themeColor="text1"/>
          <w:lang w:val="uk-UA"/>
        </w:rPr>
        <w:t xml:space="preserve"> </w:t>
      </w:r>
      <w:r w:rsidRPr="00B7305F">
        <w:rPr>
          <w:rFonts w:cs="Times New Roman"/>
          <w:color w:val="000000" w:themeColor="text1"/>
          <w:lang w:val="uk-UA"/>
        </w:rPr>
        <w:t>корисним</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викладачів</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практиків.</w:t>
      </w:r>
    </w:p>
    <w:p w14:paraId="75325B0A" w14:textId="77777777" w:rsidR="00DE233C" w:rsidRDefault="0081093B" w:rsidP="00DE233C">
      <w:pPr>
        <w:spacing w:after="0"/>
        <w:ind w:left="0" w:firstLine="709"/>
        <w:jc w:val="both"/>
        <w:rPr>
          <w:rFonts w:cs="Times New Roman"/>
          <w:color w:val="000000" w:themeColor="text1"/>
          <w:lang w:val="uk-UA"/>
        </w:rPr>
      </w:pP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прикладний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рефлексивний</w:t>
      </w:r>
      <w:r w:rsidR="00480420" w:rsidRPr="00B7305F">
        <w:rPr>
          <w:rFonts w:cs="Times New Roman"/>
          <w:color w:val="000000" w:themeColor="text1"/>
          <w:lang w:val="uk-UA"/>
        </w:rPr>
        <w:t xml:space="preserve"> </w:t>
      </w:r>
      <w:r w:rsidRPr="00B7305F">
        <w:rPr>
          <w:rFonts w:cs="Times New Roman"/>
          <w:color w:val="000000" w:themeColor="text1"/>
          <w:lang w:val="uk-UA"/>
        </w:rPr>
        <w:t>характер:</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якісного</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(опис</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r w:rsidR="00480420" w:rsidRPr="00B7305F">
        <w:rPr>
          <w:rFonts w:cs="Times New Roman"/>
          <w:color w:val="000000" w:themeColor="text1"/>
          <w:lang w:val="uk-UA"/>
        </w:rPr>
        <w:t xml:space="preserve"> </w:t>
      </w:r>
      <w:r w:rsidRPr="00B7305F">
        <w:rPr>
          <w:rFonts w:cs="Times New Roman"/>
          <w:color w:val="000000" w:themeColor="text1"/>
          <w:lang w:val="uk-UA"/>
        </w:rPr>
        <w:t>порівняння</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етапів</w:t>
      </w:r>
      <w:r w:rsidR="00480420" w:rsidRPr="00B7305F">
        <w:rPr>
          <w:rFonts w:cs="Times New Roman"/>
          <w:color w:val="000000" w:themeColor="text1"/>
          <w:lang w:val="uk-UA"/>
        </w:rPr>
        <w:t xml:space="preserve"> </w:t>
      </w:r>
      <w:r w:rsidRPr="00B7305F">
        <w:rPr>
          <w:rFonts w:cs="Times New Roman"/>
          <w:color w:val="000000" w:themeColor="text1"/>
          <w:lang w:val="uk-UA"/>
        </w:rPr>
        <w:t>емпіричної</w:t>
      </w:r>
      <w:r w:rsidR="00480420" w:rsidRPr="00B7305F">
        <w:rPr>
          <w:rFonts w:cs="Times New Roman"/>
          <w:color w:val="000000" w:themeColor="text1"/>
          <w:lang w:val="uk-UA"/>
        </w:rPr>
        <w:t xml:space="preserve"> </w:t>
      </w:r>
      <w:r w:rsidRPr="00B7305F">
        <w:rPr>
          <w:rFonts w:cs="Times New Roman"/>
          <w:color w:val="000000" w:themeColor="text1"/>
          <w:lang w:val="uk-UA"/>
        </w:rPr>
        <w:t>перевірки</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(спостереження</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репетиційними</w:t>
      </w:r>
      <w:r w:rsidR="00480420" w:rsidRPr="00B7305F">
        <w:rPr>
          <w:rFonts w:cs="Times New Roman"/>
          <w:color w:val="000000" w:themeColor="text1"/>
          <w:lang w:val="uk-UA"/>
        </w:rPr>
        <w:t xml:space="preserve"> </w:t>
      </w:r>
      <w:r w:rsidRPr="00B7305F">
        <w:rPr>
          <w:rFonts w:cs="Times New Roman"/>
          <w:color w:val="000000" w:themeColor="text1"/>
          <w:lang w:val="uk-UA"/>
        </w:rPr>
        <w:t>процесами,</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сцен</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порівнянні</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сценічними</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постановками,</w:t>
      </w:r>
      <w:r w:rsidR="00480420" w:rsidRPr="00B7305F">
        <w:rPr>
          <w:rFonts w:cs="Times New Roman"/>
          <w:color w:val="000000" w:themeColor="text1"/>
          <w:lang w:val="uk-UA"/>
        </w:rPr>
        <w:t xml:space="preserve"> </w:t>
      </w:r>
      <w:r w:rsidRPr="00B7305F">
        <w:rPr>
          <w:rFonts w:cs="Times New Roman"/>
          <w:color w:val="000000" w:themeColor="text1"/>
          <w:lang w:val="uk-UA"/>
        </w:rPr>
        <w:t>інтерв’ю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практиками).</w:t>
      </w:r>
      <w:r w:rsidR="00480420" w:rsidRPr="00B7305F">
        <w:rPr>
          <w:rFonts w:cs="Times New Roman"/>
          <w:color w:val="000000" w:themeColor="text1"/>
          <w:lang w:val="uk-UA"/>
        </w:rPr>
        <w:t xml:space="preserve"> </w:t>
      </w:r>
      <w:r w:rsidRPr="00B7305F">
        <w:rPr>
          <w:rFonts w:cs="Times New Roman"/>
          <w:color w:val="000000" w:themeColor="text1"/>
          <w:lang w:val="uk-UA"/>
        </w:rPr>
        <w:t>Важливо</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підкреслити,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спирається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практичний</w:t>
      </w:r>
      <w:r w:rsidR="00480420" w:rsidRPr="00B7305F">
        <w:rPr>
          <w:rFonts w:cs="Times New Roman"/>
          <w:color w:val="000000" w:themeColor="text1"/>
          <w:lang w:val="uk-UA"/>
        </w:rPr>
        <w:t xml:space="preserve"> </w:t>
      </w:r>
      <w:r w:rsidRPr="00B7305F">
        <w:rPr>
          <w:rFonts w:cs="Times New Roman"/>
          <w:color w:val="000000" w:themeColor="text1"/>
          <w:lang w:val="uk-UA"/>
        </w:rPr>
        <w:t>досвід</w:t>
      </w:r>
      <w:r w:rsidR="00480420" w:rsidRPr="00B7305F">
        <w:rPr>
          <w:rFonts w:cs="Times New Roman"/>
          <w:color w:val="000000" w:themeColor="text1"/>
          <w:lang w:val="uk-UA"/>
        </w:rPr>
        <w:t xml:space="preserve"> </w:t>
      </w:r>
      <w:r w:rsidRPr="00B7305F">
        <w:rPr>
          <w:rFonts w:cs="Times New Roman"/>
          <w:color w:val="000000" w:themeColor="text1"/>
          <w:lang w:val="uk-UA"/>
        </w:rPr>
        <w:t>автора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рефлексії</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студента/практика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додає</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дослідженню</w:t>
      </w:r>
      <w:r w:rsidR="00480420" w:rsidRPr="00B7305F">
        <w:rPr>
          <w:rFonts w:cs="Times New Roman"/>
          <w:color w:val="000000" w:themeColor="text1"/>
          <w:lang w:val="uk-UA"/>
        </w:rPr>
        <w:t xml:space="preserve"> </w:t>
      </w:r>
      <w:r w:rsidRPr="00B7305F">
        <w:rPr>
          <w:rFonts w:cs="Times New Roman"/>
          <w:color w:val="000000" w:themeColor="text1"/>
          <w:lang w:val="uk-UA"/>
        </w:rPr>
        <w:t>суб’єктивної</w:t>
      </w:r>
      <w:r w:rsidR="00480420" w:rsidRPr="00B7305F">
        <w:rPr>
          <w:rFonts w:cs="Times New Roman"/>
          <w:color w:val="000000" w:themeColor="text1"/>
          <w:lang w:val="uk-UA"/>
        </w:rPr>
        <w:t xml:space="preserve"> </w:t>
      </w:r>
      <w:r w:rsidRPr="00B7305F">
        <w:rPr>
          <w:rFonts w:cs="Times New Roman"/>
          <w:color w:val="000000" w:themeColor="text1"/>
          <w:lang w:val="uk-UA"/>
        </w:rPr>
        <w:t>глибини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робить</w:t>
      </w:r>
      <w:r w:rsidR="00480420" w:rsidRPr="00B7305F">
        <w:rPr>
          <w:rFonts w:cs="Times New Roman"/>
          <w:color w:val="000000" w:themeColor="text1"/>
          <w:lang w:val="uk-UA"/>
        </w:rPr>
        <w:t xml:space="preserve"> </w:t>
      </w:r>
      <w:r w:rsidRPr="00B7305F">
        <w:rPr>
          <w:rFonts w:cs="Times New Roman"/>
          <w:color w:val="000000" w:themeColor="text1"/>
          <w:lang w:val="uk-UA"/>
        </w:rPr>
        <w:t>висновки</w:t>
      </w:r>
      <w:r w:rsidR="00480420" w:rsidRPr="00B7305F">
        <w:rPr>
          <w:rFonts w:cs="Times New Roman"/>
          <w:color w:val="000000" w:themeColor="text1"/>
          <w:lang w:val="uk-UA"/>
        </w:rPr>
        <w:t xml:space="preserve"> </w:t>
      </w:r>
      <w:r w:rsidRPr="00B7305F">
        <w:rPr>
          <w:rFonts w:cs="Times New Roman"/>
          <w:color w:val="000000" w:themeColor="text1"/>
          <w:lang w:val="uk-UA"/>
        </w:rPr>
        <w:t>застосовними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освітньому</w:t>
      </w:r>
      <w:r w:rsidR="00480420" w:rsidRPr="00B7305F">
        <w:rPr>
          <w:rFonts w:cs="Times New Roman"/>
          <w:color w:val="000000" w:themeColor="text1"/>
          <w:lang w:val="uk-UA"/>
        </w:rPr>
        <w:t xml:space="preserve"> </w:t>
      </w:r>
      <w:r w:rsidRPr="00B7305F">
        <w:rPr>
          <w:rFonts w:cs="Times New Roman"/>
          <w:color w:val="000000" w:themeColor="text1"/>
          <w:lang w:val="uk-UA"/>
        </w:rPr>
        <w:t>процесі.</w:t>
      </w:r>
    </w:p>
    <w:p w14:paraId="2FADC674" w14:textId="77EA5E58" w:rsidR="006305B1" w:rsidRPr="00B7305F" w:rsidRDefault="00692232" w:rsidP="00DE233C">
      <w:pPr>
        <w:spacing w:after="0"/>
        <w:ind w:left="0"/>
        <w:jc w:val="both"/>
        <w:rPr>
          <w:rFonts w:cs="Times New Roman"/>
          <w:color w:val="000000" w:themeColor="text1"/>
          <w:lang w:val="uk-UA"/>
        </w:rPr>
      </w:pPr>
      <w:r w:rsidRPr="00B7305F">
        <w:rPr>
          <w:rFonts w:cs="Times New Roman"/>
          <w:color w:val="000000" w:themeColor="text1"/>
          <w:lang w:val="uk-UA"/>
        </w:rPr>
        <w:t>Ми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сподіва</w:t>
      </w:r>
      <w:r w:rsidRPr="00B7305F">
        <w:rPr>
          <w:rFonts w:cs="Times New Roman"/>
          <w:color w:val="000000" w:themeColor="text1"/>
          <w:lang w:val="uk-UA"/>
        </w:rPr>
        <w:t>ємось</w:t>
      </w:r>
      <w:r w:rsidR="0081093B" w:rsidRPr="00B7305F">
        <w:rPr>
          <w:rFonts w:cs="Times New Roman"/>
          <w:color w:val="000000" w:themeColor="text1"/>
          <w:lang w:val="uk-UA"/>
        </w:rPr>
        <w:t>,</w:t>
      </w:r>
      <w:r w:rsidR="00480420" w:rsidRPr="00B7305F">
        <w:rPr>
          <w:rFonts w:cs="Times New Roman"/>
          <w:color w:val="000000" w:themeColor="text1"/>
          <w:lang w:val="uk-UA"/>
        </w:rPr>
        <w:t xml:space="preserve"> </w:t>
      </w:r>
      <w:r w:rsidR="0081093B" w:rsidRPr="00B7305F">
        <w:rPr>
          <w:rFonts w:cs="Times New Roman"/>
          <w:color w:val="000000" w:themeColor="text1"/>
          <w:lang w:val="uk-UA"/>
        </w:rPr>
        <w:t>що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результати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дадуть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чіткіше</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сформулювати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класифікацію</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0081093B" w:rsidRPr="00B7305F">
        <w:rPr>
          <w:rFonts w:cs="Times New Roman"/>
          <w:color w:val="000000" w:themeColor="text1"/>
          <w:lang w:val="uk-UA"/>
        </w:rPr>
        <w:t>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перехідних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ситуаціях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між</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сценічним</w:t>
      </w:r>
      <w:r w:rsidR="00480420" w:rsidRPr="00B7305F">
        <w:rPr>
          <w:rFonts w:cs="Times New Roman"/>
          <w:color w:val="000000" w:themeColor="text1"/>
          <w:lang w:val="uk-UA"/>
        </w:rPr>
        <w:t xml:space="preserve"> </w:t>
      </w:r>
      <w:r w:rsidR="0081093B" w:rsidRPr="00B7305F">
        <w:rPr>
          <w:rFonts w:cs="Times New Roman"/>
          <w:color w:val="000000" w:themeColor="text1"/>
          <w:lang w:val="uk-UA"/>
        </w:rPr>
        <w:t>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кінематографічним</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полем;</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розробити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рекомендації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для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навчальних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програм;</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показати,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які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практики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сприяють</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збереженню</w:t>
      </w:r>
      <w:r w:rsidR="00480420" w:rsidRPr="00B7305F">
        <w:rPr>
          <w:rFonts w:cs="Times New Roman"/>
          <w:color w:val="000000" w:themeColor="text1"/>
          <w:lang w:val="uk-UA"/>
        </w:rPr>
        <w:t xml:space="preserve"> </w:t>
      </w:r>
      <w:r w:rsidR="0081093B" w:rsidRPr="00B7305F">
        <w:rPr>
          <w:rFonts w:cs="Times New Roman"/>
          <w:color w:val="000000" w:themeColor="text1"/>
          <w:lang w:val="uk-UA"/>
        </w:rPr>
        <w:t>художньої</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автентичності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зміні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виступу;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а</w:t>
      </w:r>
      <w:r w:rsidR="00480420" w:rsidRPr="00B7305F">
        <w:rPr>
          <w:rFonts w:cs="Times New Roman"/>
          <w:color w:val="000000" w:themeColor="text1"/>
          <w:lang w:val="uk-UA"/>
        </w:rPr>
        <w:t xml:space="preserve"> </w:t>
      </w:r>
      <w:r w:rsidR="0081093B"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0081093B" w:rsidRPr="00B7305F">
        <w:rPr>
          <w:rFonts w:cs="Times New Roman"/>
          <w:color w:val="000000" w:themeColor="text1"/>
          <w:lang w:val="uk-UA"/>
        </w:rPr>
        <w:t>запропонувати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орієнтири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для</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режисерів</w:t>
      </w:r>
      <w:r w:rsidR="00480420" w:rsidRPr="00B7305F">
        <w:rPr>
          <w:rFonts w:cs="Times New Roman"/>
          <w:color w:val="000000" w:themeColor="text1"/>
          <w:lang w:val="uk-UA"/>
        </w:rPr>
        <w:t xml:space="preserve"> </w:t>
      </w:r>
      <w:r w:rsidR="0081093B" w:rsidRPr="00B7305F">
        <w:rPr>
          <w:rFonts w:cs="Times New Roman"/>
          <w:color w:val="000000" w:themeColor="text1"/>
          <w:lang w:val="uk-UA"/>
        </w:rPr>
        <w:t>і</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педагогів</w:t>
      </w:r>
      <w:r w:rsidR="00480420" w:rsidRPr="00B7305F">
        <w:rPr>
          <w:rFonts w:cs="Times New Roman"/>
          <w:color w:val="000000" w:themeColor="text1"/>
          <w:lang w:val="uk-UA"/>
        </w:rPr>
        <w:t xml:space="preserve"> </w:t>
      </w:r>
      <w:r w:rsidR="0081093B" w:rsidRPr="00B7305F">
        <w:rPr>
          <w:rFonts w:cs="Times New Roman"/>
          <w:color w:val="000000" w:themeColor="text1"/>
          <w:lang w:val="uk-UA"/>
        </w:rPr>
        <w:t>щодо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побудови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репетиційного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процесу,</w:t>
      </w:r>
      <w:r w:rsidR="00480420" w:rsidRPr="00B7305F">
        <w:rPr>
          <w:rFonts w:cs="Times New Roman"/>
          <w:color w:val="000000" w:themeColor="text1"/>
          <w:lang w:val="uk-UA"/>
        </w:rPr>
        <w:t xml:space="preserve"> </w:t>
      </w:r>
      <w:r w:rsidR="0081093B" w:rsidRPr="00B7305F">
        <w:rPr>
          <w:rFonts w:cs="Times New Roman"/>
          <w:color w:val="000000" w:themeColor="text1"/>
          <w:lang w:val="uk-UA"/>
        </w:rPr>
        <w:t>що</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враховує</w:t>
      </w:r>
      <w:r w:rsidR="00480420" w:rsidRPr="00B7305F">
        <w:rPr>
          <w:rFonts w:cs="Times New Roman"/>
          <w:color w:val="000000" w:themeColor="text1"/>
          <w:lang w:val="uk-UA"/>
        </w:rPr>
        <w:t xml:space="preserve"> </w:t>
      </w:r>
      <w:r w:rsidR="0081093B" w:rsidRPr="00B7305F">
        <w:rPr>
          <w:rFonts w:cs="Times New Roman"/>
          <w:color w:val="000000" w:themeColor="text1"/>
          <w:lang w:val="uk-UA"/>
        </w:rPr>
        <w:t>вимоги</w:t>
      </w:r>
      <w:r w:rsidR="00480420" w:rsidRPr="00B7305F">
        <w:rPr>
          <w:rFonts w:cs="Times New Roman"/>
          <w:color w:val="000000" w:themeColor="text1"/>
          <w:lang w:val="uk-UA"/>
        </w:rPr>
        <w:t xml:space="preserve"> </w:t>
      </w:r>
      <w:r w:rsidR="0081093B" w:rsidRPr="00B7305F">
        <w:rPr>
          <w:rFonts w:cs="Times New Roman"/>
          <w:color w:val="000000" w:themeColor="text1"/>
          <w:lang w:val="uk-UA"/>
        </w:rPr>
        <w:t>обох</w:t>
      </w:r>
      <w:r w:rsidR="00480420" w:rsidRPr="00B7305F">
        <w:rPr>
          <w:rFonts w:cs="Times New Roman"/>
          <w:color w:val="000000" w:themeColor="text1"/>
          <w:lang w:val="uk-UA"/>
        </w:rPr>
        <w:t xml:space="preserve"> </w:t>
      </w:r>
      <w:r w:rsidR="0081093B" w:rsidRPr="00B7305F">
        <w:rPr>
          <w:rFonts w:cs="Times New Roman"/>
          <w:color w:val="000000" w:themeColor="text1"/>
          <w:lang w:val="uk-UA"/>
        </w:rPr>
        <w:t>медіумі</w:t>
      </w:r>
      <w:r w:rsidR="006305B1" w:rsidRPr="00B7305F">
        <w:rPr>
          <w:rFonts w:cs="Times New Roman"/>
          <w:color w:val="000000" w:themeColor="text1"/>
          <w:lang w:val="uk-UA"/>
        </w:rPr>
        <w:t>в.</w:t>
      </w:r>
    </w:p>
    <w:p w14:paraId="4EFCA214" w14:textId="40CB5331" w:rsidR="00A94018" w:rsidRPr="00B7305F" w:rsidRDefault="00000000" w:rsidP="00051784">
      <w:pPr>
        <w:spacing w:after="0"/>
        <w:ind w:left="0" w:firstLine="709"/>
        <w:jc w:val="both"/>
        <w:rPr>
          <w:rFonts w:cs="Times New Roman"/>
          <w:color w:val="000000" w:themeColor="text1"/>
          <w:lang w:val="uk-UA"/>
        </w:rPr>
      </w:pPr>
      <w:r w:rsidRPr="00EB2868">
        <w:rPr>
          <w:rFonts w:cs="Times New Roman"/>
          <w:b/>
          <w:bCs/>
          <w:lang w:val="uk-UA"/>
        </w:rPr>
        <w:t>Мет</w:t>
      </w:r>
      <w:r w:rsidR="00AD4B7E" w:rsidRPr="00EB2868">
        <w:rPr>
          <w:rFonts w:cs="Times New Roman"/>
          <w:b/>
          <w:bCs/>
          <w:lang w:val="uk-UA"/>
        </w:rPr>
        <w:t>ою</w:t>
      </w:r>
      <w:r w:rsidR="00480420" w:rsidRPr="00EB2868">
        <w:rPr>
          <w:rFonts w:cs="Times New Roman"/>
          <w:b/>
          <w:bCs/>
          <w:lang w:val="uk-UA"/>
        </w:rPr>
        <w:t xml:space="preserve"> </w:t>
      </w:r>
      <w:r w:rsidRPr="00B7305F">
        <w:rPr>
          <w:rFonts w:cs="Times New Roman"/>
          <w:b/>
          <w:bCs/>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визначення</w:t>
      </w:r>
      <w:r w:rsidR="00480420" w:rsidRPr="00B7305F">
        <w:rPr>
          <w:rFonts w:cs="Times New Roman"/>
          <w:color w:val="000000" w:themeColor="text1"/>
          <w:lang w:val="uk-UA"/>
        </w:rPr>
        <w:t xml:space="preserve"> </w:t>
      </w:r>
      <w:r w:rsidRPr="00B7305F">
        <w:rPr>
          <w:rFonts w:cs="Times New Roman"/>
          <w:color w:val="000000" w:themeColor="text1"/>
          <w:lang w:val="uk-UA"/>
        </w:rPr>
        <w:t>специфіки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сценічному</w:t>
      </w:r>
      <w:r w:rsidR="00480420" w:rsidRPr="00B7305F">
        <w:rPr>
          <w:rFonts w:cs="Times New Roman"/>
          <w:color w:val="000000" w:themeColor="text1"/>
          <w:lang w:val="uk-UA"/>
        </w:rPr>
        <w:t xml:space="preserve"> </w:t>
      </w:r>
      <w:r w:rsidRPr="00B7305F">
        <w:rPr>
          <w:rFonts w:cs="Times New Roman"/>
          <w:color w:val="000000" w:themeColor="text1"/>
          <w:lang w:val="uk-UA"/>
        </w:rPr>
        <w:t>мистецтві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виявлення</w:t>
      </w:r>
      <w:r w:rsidR="00480420" w:rsidRPr="00B7305F">
        <w:rPr>
          <w:rFonts w:cs="Times New Roman"/>
          <w:color w:val="000000" w:themeColor="text1"/>
          <w:lang w:val="uk-UA"/>
        </w:rPr>
        <w:t xml:space="preserve"> </w:t>
      </w:r>
      <w:r w:rsidRPr="00B7305F">
        <w:rPr>
          <w:rFonts w:cs="Times New Roman"/>
          <w:color w:val="000000" w:themeColor="text1"/>
          <w:lang w:val="uk-UA"/>
        </w:rPr>
        <w:t>спільних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відмінних</w:t>
      </w:r>
      <w:r w:rsidR="00480420" w:rsidRPr="00B7305F">
        <w:rPr>
          <w:rFonts w:cs="Times New Roman"/>
          <w:color w:val="000000" w:themeColor="text1"/>
          <w:lang w:val="uk-UA"/>
        </w:rPr>
        <w:t xml:space="preserve"> </w:t>
      </w:r>
      <w:r w:rsidRPr="00B7305F">
        <w:rPr>
          <w:rFonts w:cs="Times New Roman"/>
          <w:color w:val="000000" w:themeColor="text1"/>
          <w:lang w:val="uk-UA"/>
        </w:rPr>
        <w:t>рис</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впливу</w:t>
      </w:r>
      <w:r w:rsidR="00480420" w:rsidRPr="00B7305F">
        <w:rPr>
          <w:rFonts w:cs="Times New Roman"/>
          <w:color w:val="000000" w:themeColor="text1"/>
          <w:lang w:val="uk-UA"/>
        </w:rPr>
        <w:t xml:space="preserve"> </w:t>
      </w:r>
      <w:r w:rsidRPr="00B7305F">
        <w:rPr>
          <w:rFonts w:cs="Times New Roman"/>
          <w:color w:val="000000" w:themeColor="text1"/>
          <w:lang w:val="uk-UA"/>
        </w:rPr>
        <w:t>цих</w:t>
      </w:r>
      <w:r w:rsidR="00480420" w:rsidRPr="00B7305F">
        <w:rPr>
          <w:rFonts w:cs="Times New Roman"/>
          <w:color w:val="000000" w:themeColor="text1"/>
          <w:lang w:val="uk-UA"/>
        </w:rPr>
        <w:t xml:space="preserve"> </w:t>
      </w:r>
      <w:r w:rsidRPr="00B7305F">
        <w:rPr>
          <w:rFonts w:cs="Times New Roman"/>
          <w:color w:val="000000" w:themeColor="text1"/>
          <w:lang w:val="uk-UA"/>
        </w:rPr>
        <w:t>процесів</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сучасної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p>
    <w:p w14:paraId="661A1CB7" w14:textId="4B102AE2" w:rsidR="006305B1"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досягнення</w:t>
      </w:r>
      <w:r w:rsidR="00480420" w:rsidRPr="00B7305F">
        <w:rPr>
          <w:rFonts w:cs="Times New Roman"/>
          <w:color w:val="000000" w:themeColor="text1"/>
          <w:lang w:val="uk-UA"/>
        </w:rPr>
        <w:t xml:space="preserve"> </w:t>
      </w:r>
      <w:r w:rsidRPr="00B7305F">
        <w:rPr>
          <w:rFonts w:cs="Times New Roman"/>
          <w:color w:val="000000" w:themeColor="text1"/>
          <w:lang w:val="uk-UA"/>
        </w:rPr>
        <w:t>мети</w:t>
      </w:r>
      <w:r w:rsidR="00480420" w:rsidRPr="00B7305F">
        <w:rPr>
          <w:rFonts w:cs="Times New Roman"/>
          <w:color w:val="000000" w:themeColor="text1"/>
          <w:lang w:val="uk-UA"/>
        </w:rPr>
        <w:t xml:space="preserve"> </w:t>
      </w:r>
      <w:r w:rsidRPr="00B7305F">
        <w:rPr>
          <w:rFonts w:cs="Times New Roman"/>
          <w:color w:val="000000" w:themeColor="text1"/>
          <w:lang w:val="uk-UA"/>
        </w:rPr>
        <w:t>необхідно</w:t>
      </w:r>
      <w:r w:rsidR="00480420" w:rsidRPr="00B7305F">
        <w:rPr>
          <w:rFonts w:cs="Times New Roman"/>
          <w:color w:val="000000" w:themeColor="text1"/>
          <w:lang w:val="uk-UA"/>
        </w:rPr>
        <w:t xml:space="preserve"> </w:t>
      </w:r>
      <w:r w:rsidRPr="00B7305F">
        <w:rPr>
          <w:rFonts w:cs="Times New Roman"/>
          <w:color w:val="000000" w:themeColor="text1"/>
          <w:lang w:val="uk-UA"/>
        </w:rPr>
        <w:t>розв’язати</w:t>
      </w:r>
      <w:r w:rsidR="00480420" w:rsidRPr="00B7305F">
        <w:rPr>
          <w:rFonts w:cs="Times New Roman"/>
          <w:b/>
          <w:bCs/>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EB2868">
        <w:rPr>
          <w:rFonts w:cs="Times New Roman"/>
          <w:b/>
          <w:bCs/>
          <w:lang w:val="uk-UA"/>
        </w:rPr>
        <w:t>завдання:</w:t>
      </w:r>
    </w:p>
    <w:p w14:paraId="1DD5902E" w14:textId="117F236F" w:rsidR="006305B1" w:rsidRPr="00B7305F" w:rsidRDefault="006305B1" w:rsidP="00051784">
      <w:pPr>
        <w:spacing w:after="0"/>
        <w:ind w:left="0" w:firstLine="709"/>
        <w:jc w:val="both"/>
        <w:rPr>
          <w:rFonts w:cs="Times New Roman"/>
          <w:color w:val="000000" w:themeColor="text1"/>
          <w:lang w:val="uk-UA"/>
        </w:rPr>
      </w:pPr>
      <w:r w:rsidRPr="00B7305F">
        <w:rPr>
          <w:rFonts w:cs="Times New Roman"/>
          <w:color w:val="000000" w:themeColor="text1"/>
          <w:lang w:val="uk-UA"/>
        </w:rPr>
        <w:t>1.</w:t>
      </w:r>
      <w:r w:rsidR="00480420" w:rsidRPr="00B7305F">
        <w:rPr>
          <w:rFonts w:cs="Times New Roman"/>
          <w:color w:val="000000" w:themeColor="text1"/>
          <w:lang w:val="uk-UA"/>
        </w:rPr>
        <w:t xml:space="preserve"> </w:t>
      </w:r>
      <w:r w:rsidRPr="00B7305F">
        <w:rPr>
          <w:rFonts w:cs="Times New Roman"/>
          <w:color w:val="000000" w:themeColor="text1"/>
          <w:lang w:val="uk-UA"/>
        </w:rPr>
        <w:t>Проаналізувати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історичні</w:t>
      </w:r>
      <w:r w:rsidR="00480420" w:rsidRPr="00B7305F">
        <w:rPr>
          <w:rFonts w:cs="Times New Roman"/>
          <w:color w:val="000000" w:themeColor="text1"/>
          <w:lang w:val="uk-UA"/>
        </w:rPr>
        <w:t xml:space="preserve"> </w:t>
      </w:r>
      <w:r w:rsidRPr="00B7305F">
        <w:rPr>
          <w:rFonts w:cs="Times New Roman"/>
          <w:color w:val="000000" w:themeColor="text1"/>
          <w:lang w:val="uk-UA"/>
        </w:rPr>
        <w:t>етапи</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Pr="00B7305F">
        <w:rPr>
          <w:rFonts w:cs="Times New Roman"/>
          <w:color w:val="000000" w:themeColor="text1"/>
          <w:lang w:val="uk-UA"/>
        </w:rPr>
        <w:br/>
      </w:r>
      <w:r w:rsidR="00864E33" w:rsidRPr="00B7305F">
        <w:rPr>
          <w:rFonts w:cs="Times New Roman"/>
          <w:color w:val="000000" w:themeColor="text1"/>
          <w:lang w:val="uk-UA"/>
        </w:rPr>
        <w:t xml:space="preserve">          </w:t>
      </w:r>
      <w:r w:rsidRPr="00B7305F">
        <w:rPr>
          <w:rFonts w:cs="Times New Roman"/>
          <w:color w:val="000000" w:themeColor="text1"/>
          <w:lang w:val="uk-UA"/>
        </w:rPr>
        <w:t>2.</w:t>
      </w:r>
      <w:r w:rsidR="00480420" w:rsidRPr="00B7305F">
        <w:rPr>
          <w:rFonts w:cs="Times New Roman"/>
          <w:color w:val="000000" w:themeColor="text1"/>
          <w:lang w:val="uk-UA"/>
        </w:rPr>
        <w:t xml:space="preserve"> </w:t>
      </w:r>
      <w:r w:rsidRPr="00B7305F">
        <w:rPr>
          <w:rFonts w:cs="Times New Roman"/>
          <w:color w:val="000000" w:themeColor="text1"/>
          <w:lang w:val="uk-UA"/>
        </w:rPr>
        <w:t>Визначити</w:t>
      </w:r>
      <w:r w:rsidR="00480420" w:rsidRPr="00B7305F">
        <w:rPr>
          <w:rFonts w:cs="Times New Roman"/>
          <w:color w:val="000000" w:themeColor="text1"/>
          <w:lang w:val="uk-UA"/>
        </w:rPr>
        <w:t xml:space="preserve"> </w:t>
      </w:r>
      <w:r w:rsidRPr="00B7305F">
        <w:rPr>
          <w:rFonts w:cs="Times New Roman"/>
          <w:color w:val="000000" w:themeColor="text1"/>
          <w:lang w:val="uk-UA"/>
        </w:rPr>
        <w:t>спільні</w:t>
      </w:r>
      <w:r w:rsidR="00480420" w:rsidRPr="00B7305F">
        <w:rPr>
          <w:rFonts w:cs="Times New Roman"/>
          <w:color w:val="000000" w:themeColor="text1"/>
          <w:lang w:val="uk-UA"/>
        </w:rPr>
        <w:t xml:space="preserve"> </w:t>
      </w:r>
      <w:r w:rsidRPr="00B7305F">
        <w:rPr>
          <w:rFonts w:cs="Times New Roman"/>
          <w:color w:val="000000" w:themeColor="text1"/>
          <w:lang w:val="uk-UA"/>
        </w:rPr>
        <w:t>методологічні</w:t>
      </w:r>
      <w:r w:rsidR="00480420" w:rsidRPr="00B7305F">
        <w:rPr>
          <w:rFonts w:cs="Times New Roman"/>
          <w:color w:val="000000" w:themeColor="text1"/>
          <w:lang w:val="uk-UA"/>
        </w:rPr>
        <w:t xml:space="preserve"> </w:t>
      </w:r>
      <w:r w:rsidRPr="00B7305F">
        <w:rPr>
          <w:rFonts w:cs="Times New Roman"/>
          <w:color w:val="000000" w:themeColor="text1"/>
          <w:lang w:val="uk-UA"/>
        </w:rPr>
        <w:t>принципи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обох</w:t>
      </w:r>
      <w:r w:rsidR="00480420" w:rsidRPr="00B7305F">
        <w:rPr>
          <w:rFonts w:cs="Times New Roman"/>
          <w:color w:val="000000" w:themeColor="text1"/>
          <w:lang w:val="uk-UA"/>
        </w:rPr>
        <w:t xml:space="preserve"> </w:t>
      </w:r>
      <w:r w:rsidRPr="00B7305F">
        <w:rPr>
          <w:rFonts w:cs="Times New Roman"/>
          <w:color w:val="000000" w:themeColor="text1"/>
          <w:lang w:val="uk-UA"/>
        </w:rPr>
        <w:t>видах</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p>
    <w:p w14:paraId="2E7DFBBB" w14:textId="4579AD49" w:rsidR="006305B1"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6305B1" w:rsidRPr="00B7305F">
        <w:rPr>
          <w:rFonts w:cs="Times New Roman"/>
          <w:color w:val="000000" w:themeColor="text1"/>
          <w:lang w:val="uk-UA"/>
        </w:rPr>
        <w:t>3.</w:t>
      </w:r>
      <w:r w:rsidRPr="00B7305F">
        <w:rPr>
          <w:rFonts w:cs="Times New Roman"/>
          <w:color w:val="000000" w:themeColor="text1"/>
          <w:lang w:val="uk-UA"/>
        </w:rPr>
        <w:t xml:space="preserve"> </w:t>
      </w:r>
      <w:r w:rsidR="006305B1" w:rsidRPr="00B7305F">
        <w:rPr>
          <w:rFonts w:cs="Times New Roman"/>
          <w:color w:val="000000" w:themeColor="text1"/>
          <w:lang w:val="uk-UA"/>
        </w:rPr>
        <w:t>Розкрити</w:t>
      </w:r>
      <w:r w:rsidRPr="00B7305F">
        <w:rPr>
          <w:rFonts w:cs="Times New Roman"/>
          <w:color w:val="000000" w:themeColor="text1"/>
          <w:lang w:val="uk-UA"/>
        </w:rPr>
        <w:t xml:space="preserve"> </w:t>
      </w:r>
      <w:r w:rsidR="006305B1" w:rsidRPr="00B7305F">
        <w:rPr>
          <w:rFonts w:cs="Times New Roman"/>
          <w:color w:val="000000" w:themeColor="text1"/>
          <w:lang w:val="uk-UA"/>
        </w:rPr>
        <w:t>специфіку</w:t>
      </w:r>
      <w:r w:rsidRPr="00B7305F">
        <w:rPr>
          <w:rFonts w:cs="Times New Roman"/>
          <w:color w:val="000000" w:themeColor="text1"/>
          <w:lang w:val="uk-UA"/>
        </w:rPr>
        <w:t xml:space="preserve"> </w:t>
      </w:r>
      <w:r w:rsidR="006305B1" w:rsidRPr="00B7305F">
        <w:rPr>
          <w:rFonts w:cs="Times New Roman"/>
          <w:color w:val="000000" w:themeColor="text1"/>
          <w:lang w:val="uk-UA"/>
        </w:rPr>
        <w:t>використання</w:t>
      </w:r>
      <w:r w:rsidRPr="00B7305F">
        <w:rPr>
          <w:rFonts w:cs="Times New Roman"/>
          <w:color w:val="000000" w:themeColor="text1"/>
          <w:lang w:val="uk-UA"/>
        </w:rPr>
        <w:t xml:space="preserve"> </w:t>
      </w:r>
      <w:r w:rsidR="006305B1" w:rsidRPr="00B7305F">
        <w:rPr>
          <w:rFonts w:cs="Times New Roman"/>
          <w:color w:val="000000" w:themeColor="text1"/>
          <w:lang w:val="uk-UA"/>
        </w:rPr>
        <w:t>сценічних</w:t>
      </w:r>
      <w:r w:rsidRPr="00B7305F">
        <w:rPr>
          <w:rFonts w:cs="Times New Roman"/>
          <w:color w:val="000000" w:themeColor="text1"/>
          <w:lang w:val="uk-UA"/>
        </w:rPr>
        <w:t xml:space="preserve"> </w:t>
      </w:r>
      <w:r w:rsidR="006305B1" w:rsidRPr="00B7305F">
        <w:rPr>
          <w:rFonts w:cs="Times New Roman"/>
          <w:color w:val="000000" w:themeColor="text1"/>
          <w:lang w:val="uk-UA"/>
        </w:rPr>
        <w:t>методик</w:t>
      </w:r>
      <w:r w:rsidRPr="00B7305F">
        <w:rPr>
          <w:rFonts w:cs="Times New Roman"/>
          <w:color w:val="000000" w:themeColor="text1"/>
          <w:lang w:val="uk-UA"/>
        </w:rPr>
        <w:t xml:space="preserve"> </w:t>
      </w:r>
      <w:r w:rsidR="006305B1" w:rsidRPr="00B7305F">
        <w:rPr>
          <w:rFonts w:cs="Times New Roman"/>
          <w:color w:val="000000" w:themeColor="text1"/>
          <w:lang w:val="uk-UA"/>
        </w:rPr>
        <w:t>у</w:t>
      </w:r>
      <w:r w:rsidRPr="00B7305F">
        <w:rPr>
          <w:rFonts w:cs="Times New Roman"/>
          <w:color w:val="000000" w:themeColor="text1"/>
          <w:lang w:val="uk-UA"/>
        </w:rPr>
        <w:t xml:space="preserve"> </w:t>
      </w:r>
      <w:r w:rsidR="006305B1" w:rsidRPr="00B7305F">
        <w:rPr>
          <w:rFonts w:cs="Times New Roman"/>
          <w:color w:val="000000" w:themeColor="text1"/>
          <w:lang w:val="uk-UA"/>
        </w:rPr>
        <w:t>кінематографічній</w:t>
      </w:r>
      <w:r w:rsidRPr="00B7305F">
        <w:rPr>
          <w:rFonts w:cs="Times New Roman"/>
          <w:color w:val="000000" w:themeColor="text1"/>
          <w:lang w:val="uk-UA"/>
        </w:rPr>
        <w:t xml:space="preserve"> </w:t>
      </w:r>
      <w:r w:rsidR="006305B1" w:rsidRPr="00B7305F">
        <w:rPr>
          <w:rFonts w:cs="Times New Roman"/>
          <w:color w:val="000000" w:themeColor="text1"/>
          <w:lang w:val="uk-UA"/>
        </w:rPr>
        <w:t>практиці.</w:t>
      </w:r>
    </w:p>
    <w:p w14:paraId="7FA67E46" w14:textId="64AE24B2" w:rsidR="006305B1" w:rsidRPr="00B7305F" w:rsidRDefault="006305B1" w:rsidP="00051784">
      <w:pPr>
        <w:spacing w:after="0"/>
        <w:ind w:left="0" w:firstLine="709"/>
        <w:jc w:val="both"/>
        <w:rPr>
          <w:rFonts w:cs="Times New Roman"/>
          <w:color w:val="000000" w:themeColor="text1"/>
          <w:lang w:val="uk-UA"/>
        </w:rPr>
      </w:pPr>
      <w:r w:rsidRPr="00B7305F">
        <w:rPr>
          <w:rFonts w:cs="Times New Roman"/>
          <w:color w:val="000000" w:themeColor="text1"/>
          <w:lang w:val="uk-UA"/>
        </w:rPr>
        <w:t>4.</w:t>
      </w:r>
      <w:r w:rsidR="00480420" w:rsidRPr="00B7305F">
        <w:rPr>
          <w:rFonts w:cs="Times New Roman"/>
          <w:color w:val="000000" w:themeColor="text1"/>
          <w:lang w:val="uk-UA"/>
        </w:rPr>
        <w:t xml:space="preserve"> </w:t>
      </w:r>
      <w:r w:rsidRPr="00B7305F">
        <w:rPr>
          <w:rFonts w:cs="Times New Roman"/>
          <w:color w:val="000000" w:themeColor="text1"/>
          <w:lang w:val="uk-UA"/>
        </w:rPr>
        <w:t>Дослідити</w:t>
      </w:r>
      <w:r w:rsidR="00480420" w:rsidRPr="00B7305F">
        <w:rPr>
          <w:rFonts w:cs="Times New Roman"/>
          <w:color w:val="000000" w:themeColor="text1"/>
          <w:lang w:val="uk-UA"/>
        </w:rPr>
        <w:t xml:space="preserve"> </w:t>
      </w:r>
      <w:r w:rsidRPr="00B7305F">
        <w:rPr>
          <w:rFonts w:cs="Times New Roman"/>
          <w:color w:val="000000" w:themeColor="text1"/>
          <w:lang w:val="uk-UA"/>
        </w:rPr>
        <w:t>сучасні</w:t>
      </w:r>
      <w:r w:rsidR="00480420" w:rsidRPr="00B7305F">
        <w:rPr>
          <w:rFonts w:cs="Times New Roman"/>
          <w:color w:val="000000" w:themeColor="text1"/>
          <w:lang w:val="uk-UA"/>
        </w:rPr>
        <w:t xml:space="preserve"> </w:t>
      </w:r>
      <w:r w:rsidRPr="00B7305F">
        <w:rPr>
          <w:rFonts w:cs="Times New Roman"/>
          <w:color w:val="000000" w:themeColor="text1"/>
          <w:lang w:val="uk-UA"/>
        </w:rPr>
        <w:t>тенденції</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творчому</w:t>
      </w:r>
      <w:r w:rsidR="00480420" w:rsidRPr="00B7305F">
        <w:rPr>
          <w:rFonts w:cs="Times New Roman"/>
          <w:color w:val="000000" w:themeColor="text1"/>
          <w:lang w:val="uk-UA"/>
        </w:rPr>
        <w:t xml:space="preserve"> </w:t>
      </w:r>
      <w:r w:rsidRPr="00B7305F">
        <w:rPr>
          <w:rFonts w:cs="Times New Roman"/>
          <w:color w:val="000000" w:themeColor="text1"/>
          <w:lang w:val="uk-UA"/>
        </w:rPr>
        <w:t>процесі.</w:t>
      </w:r>
    </w:p>
    <w:p w14:paraId="704D729A" w14:textId="163F80EB" w:rsidR="006305B1" w:rsidRPr="00B7305F" w:rsidRDefault="006305B1" w:rsidP="00051784">
      <w:pPr>
        <w:spacing w:after="0"/>
        <w:ind w:left="0" w:firstLine="709"/>
        <w:jc w:val="both"/>
        <w:rPr>
          <w:rFonts w:cs="Times New Roman"/>
          <w:color w:val="000000" w:themeColor="text1"/>
          <w:lang w:val="uk-UA"/>
        </w:rPr>
      </w:pPr>
      <w:r w:rsidRPr="00B7305F">
        <w:rPr>
          <w:rFonts w:cs="Times New Roman"/>
          <w:color w:val="000000" w:themeColor="text1"/>
          <w:lang w:val="uk-UA"/>
        </w:rPr>
        <w:t>5.</w:t>
      </w:r>
      <w:r w:rsidR="00480420" w:rsidRPr="00B7305F">
        <w:rPr>
          <w:rFonts w:cs="Times New Roman"/>
          <w:color w:val="000000" w:themeColor="text1"/>
          <w:lang w:val="uk-UA"/>
        </w:rPr>
        <w:t xml:space="preserve"> </w:t>
      </w:r>
      <w:r w:rsidRPr="00B7305F">
        <w:rPr>
          <w:rFonts w:cs="Times New Roman"/>
          <w:color w:val="000000" w:themeColor="text1"/>
          <w:lang w:val="uk-UA"/>
        </w:rPr>
        <w:t>Сформулювати</w:t>
      </w:r>
      <w:r w:rsidR="00480420" w:rsidRPr="00B7305F">
        <w:rPr>
          <w:rFonts w:cs="Times New Roman"/>
          <w:color w:val="000000" w:themeColor="text1"/>
          <w:lang w:val="uk-UA"/>
        </w:rPr>
        <w:t xml:space="preserve"> </w:t>
      </w:r>
      <w:r w:rsidRPr="00B7305F">
        <w:rPr>
          <w:rFonts w:cs="Times New Roman"/>
          <w:color w:val="000000" w:themeColor="text1"/>
          <w:lang w:val="uk-UA"/>
        </w:rPr>
        <w:t>перспективи</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інтеграції</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ХХІ</w:t>
      </w:r>
      <w:r w:rsidR="00480420" w:rsidRPr="00B7305F">
        <w:rPr>
          <w:rFonts w:cs="Times New Roman"/>
          <w:color w:val="000000" w:themeColor="text1"/>
          <w:lang w:val="uk-UA"/>
        </w:rPr>
        <w:t xml:space="preserve"> </w:t>
      </w:r>
      <w:r w:rsidRPr="00B7305F">
        <w:rPr>
          <w:rFonts w:cs="Times New Roman"/>
          <w:color w:val="000000" w:themeColor="text1"/>
          <w:lang w:val="uk-UA"/>
        </w:rPr>
        <w:t>столітті.</w:t>
      </w:r>
    </w:p>
    <w:p w14:paraId="635AE6E5" w14:textId="69C2E724" w:rsidR="00CE4253" w:rsidRPr="00B7305F" w:rsidRDefault="00CE4253" w:rsidP="00051784">
      <w:pPr>
        <w:spacing w:after="0"/>
        <w:ind w:left="0" w:firstLine="709"/>
        <w:jc w:val="both"/>
        <w:rPr>
          <w:rFonts w:cs="Times New Roman"/>
          <w:color w:val="000000" w:themeColor="text1"/>
          <w:lang w:val="uk-UA"/>
        </w:rPr>
      </w:pPr>
      <w:r w:rsidRPr="00EB2868">
        <w:rPr>
          <w:rFonts w:cs="Times New Roman"/>
          <w:b/>
          <w:bCs/>
          <w:lang w:val="uk-UA"/>
        </w:rPr>
        <w:t>Методи</w:t>
      </w:r>
      <w:r w:rsidR="00480420" w:rsidRPr="00EB2868">
        <w:rPr>
          <w:rFonts w:cs="Times New Roman"/>
          <w:b/>
          <w:bCs/>
          <w:lang w:val="uk-UA"/>
        </w:rPr>
        <w:t xml:space="preserve"> </w:t>
      </w:r>
      <w:r w:rsidRPr="00EB2868">
        <w:rPr>
          <w:rFonts w:cs="Times New Roman"/>
          <w:b/>
          <w:bCs/>
          <w:lang w:val="uk-UA"/>
        </w:rPr>
        <w:t>дослідження</w:t>
      </w:r>
      <w:r w:rsidR="00AD4B7E" w:rsidRPr="00EB2868">
        <w:rPr>
          <w:rFonts w:cs="Times New Roman"/>
          <w:b/>
          <w:bCs/>
          <w:lang w:val="uk-UA"/>
        </w:rPr>
        <w:t>.</w:t>
      </w:r>
      <w:r w:rsidR="00480420" w:rsidRPr="00EB2868">
        <w:rPr>
          <w:rFonts w:cs="Times New Roman"/>
          <w:lang w:val="uk-UA"/>
        </w:rPr>
        <w:t xml:space="preserve"> </w:t>
      </w:r>
      <w:r w:rsidR="00AD4B7E" w:rsidRPr="00EB2868">
        <w:rPr>
          <w:rFonts w:cs="Times New Roman"/>
          <w:lang w:val="uk-UA"/>
        </w:rPr>
        <w:t xml:space="preserve">Для </w:t>
      </w:r>
      <w:r w:rsidRPr="00B7305F">
        <w:rPr>
          <w:rFonts w:cs="Times New Roman"/>
          <w:color w:val="000000" w:themeColor="text1"/>
          <w:lang w:val="uk-UA"/>
        </w:rPr>
        <w:t>досягнення</w:t>
      </w:r>
      <w:r w:rsidR="00480420" w:rsidRPr="00B7305F">
        <w:rPr>
          <w:rFonts w:cs="Times New Roman"/>
          <w:color w:val="000000" w:themeColor="text1"/>
          <w:lang w:val="uk-UA"/>
        </w:rPr>
        <w:t xml:space="preserve"> </w:t>
      </w:r>
      <w:r w:rsidRPr="00B7305F">
        <w:rPr>
          <w:rFonts w:cs="Times New Roman"/>
          <w:color w:val="000000" w:themeColor="text1"/>
          <w:lang w:val="uk-UA"/>
        </w:rPr>
        <w:t>мети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виконання</w:t>
      </w:r>
      <w:r w:rsidR="00480420" w:rsidRPr="00B7305F">
        <w:rPr>
          <w:rFonts w:cs="Times New Roman"/>
          <w:color w:val="000000" w:themeColor="text1"/>
          <w:lang w:val="uk-UA"/>
        </w:rPr>
        <w:t xml:space="preserve"> </w:t>
      </w:r>
      <w:r w:rsidRPr="00B7305F">
        <w:rPr>
          <w:rFonts w:cs="Times New Roman"/>
          <w:color w:val="000000" w:themeColor="text1"/>
          <w:lang w:val="uk-UA"/>
        </w:rPr>
        <w:t>завдань</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було</w:t>
      </w:r>
      <w:r w:rsidR="00480420" w:rsidRPr="00B7305F">
        <w:rPr>
          <w:rFonts w:cs="Times New Roman"/>
          <w:color w:val="000000" w:themeColor="text1"/>
          <w:lang w:val="uk-UA"/>
        </w:rPr>
        <w:t xml:space="preserve"> </w:t>
      </w:r>
      <w:r w:rsidRPr="00B7305F">
        <w:rPr>
          <w:rFonts w:cs="Times New Roman"/>
          <w:color w:val="000000" w:themeColor="text1"/>
          <w:lang w:val="uk-UA"/>
        </w:rPr>
        <w:t>застосовано</w:t>
      </w:r>
      <w:r w:rsidR="00480420" w:rsidRPr="00B7305F">
        <w:rPr>
          <w:rFonts w:cs="Times New Roman"/>
          <w:color w:val="000000" w:themeColor="text1"/>
          <w:lang w:val="uk-UA"/>
        </w:rPr>
        <w:t xml:space="preserve"> </w:t>
      </w:r>
      <w:r w:rsidRPr="00B7305F">
        <w:rPr>
          <w:rFonts w:cs="Times New Roman"/>
          <w:color w:val="000000" w:themeColor="text1"/>
          <w:lang w:val="uk-UA"/>
        </w:rPr>
        <w:t>комплекс</w:t>
      </w:r>
      <w:r w:rsidR="00480420" w:rsidRPr="00B7305F">
        <w:rPr>
          <w:rFonts w:cs="Times New Roman"/>
          <w:color w:val="000000" w:themeColor="text1"/>
          <w:lang w:val="uk-UA"/>
        </w:rPr>
        <w:t xml:space="preserve"> </w:t>
      </w:r>
      <w:r w:rsidRPr="00B7305F">
        <w:rPr>
          <w:rFonts w:cs="Times New Roman"/>
          <w:color w:val="000000" w:themeColor="text1"/>
          <w:lang w:val="uk-UA"/>
        </w:rPr>
        <w:t>методів,</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забезпечили</w:t>
      </w:r>
      <w:r w:rsidR="00480420" w:rsidRPr="00B7305F">
        <w:rPr>
          <w:rFonts w:cs="Times New Roman"/>
          <w:color w:val="000000" w:themeColor="text1"/>
          <w:lang w:val="uk-UA"/>
        </w:rPr>
        <w:t xml:space="preserve"> </w:t>
      </w:r>
      <w:r w:rsidRPr="00B7305F">
        <w:rPr>
          <w:rFonts w:cs="Times New Roman"/>
          <w:color w:val="000000" w:themeColor="text1"/>
          <w:lang w:val="uk-UA"/>
        </w:rPr>
        <w:t>різносторонній</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театральній</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методологічних</w:t>
      </w:r>
      <w:r w:rsidR="00480420" w:rsidRPr="00B7305F">
        <w:rPr>
          <w:rFonts w:cs="Times New Roman"/>
          <w:color w:val="000000" w:themeColor="text1"/>
          <w:lang w:val="uk-UA"/>
        </w:rPr>
        <w:t xml:space="preserve"> </w:t>
      </w:r>
      <w:r w:rsidRPr="00B7305F">
        <w:rPr>
          <w:rFonts w:cs="Times New Roman"/>
          <w:color w:val="000000" w:themeColor="text1"/>
          <w:lang w:val="uk-UA"/>
        </w:rPr>
        <w:t>підходів</w:t>
      </w:r>
      <w:r w:rsidR="00480420" w:rsidRPr="00B7305F">
        <w:rPr>
          <w:rFonts w:cs="Times New Roman"/>
          <w:color w:val="000000" w:themeColor="text1"/>
          <w:lang w:val="uk-UA"/>
        </w:rPr>
        <w:t xml:space="preserve"> </w:t>
      </w:r>
      <w:r w:rsidRPr="00B7305F">
        <w:rPr>
          <w:rFonts w:cs="Times New Roman"/>
          <w:color w:val="000000" w:themeColor="text1"/>
          <w:lang w:val="uk-UA"/>
        </w:rPr>
        <w:t>дало</w:t>
      </w:r>
      <w:r w:rsidR="00480420" w:rsidRPr="00B7305F">
        <w:rPr>
          <w:rFonts w:cs="Times New Roman"/>
          <w:color w:val="000000" w:themeColor="text1"/>
          <w:lang w:val="uk-UA"/>
        </w:rPr>
        <w:t xml:space="preserve"> </w:t>
      </w:r>
      <w:r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проаналізувати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явище</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широкому</w:t>
      </w:r>
      <w:r w:rsidR="00480420" w:rsidRPr="00B7305F">
        <w:rPr>
          <w:rFonts w:cs="Times New Roman"/>
          <w:color w:val="000000" w:themeColor="text1"/>
          <w:lang w:val="uk-UA"/>
        </w:rPr>
        <w:t xml:space="preserve"> </w:t>
      </w:r>
      <w:r w:rsidRPr="00B7305F">
        <w:rPr>
          <w:rFonts w:cs="Times New Roman"/>
          <w:color w:val="000000" w:themeColor="text1"/>
          <w:lang w:val="uk-UA"/>
        </w:rPr>
        <w:t>історико-культурному</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виявити</w:t>
      </w:r>
      <w:r w:rsidR="00480420" w:rsidRPr="00B7305F">
        <w:rPr>
          <w:rFonts w:cs="Times New Roman"/>
          <w:color w:val="000000" w:themeColor="text1"/>
          <w:lang w:val="uk-UA"/>
        </w:rPr>
        <w:t xml:space="preserve"> </w:t>
      </w:r>
      <w:r w:rsidRPr="00B7305F">
        <w:rPr>
          <w:rFonts w:cs="Times New Roman"/>
          <w:color w:val="000000" w:themeColor="text1"/>
          <w:lang w:val="uk-UA"/>
        </w:rPr>
        <w:t>специфіку</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професійної</w:t>
      </w:r>
      <w:r w:rsidR="00480420" w:rsidRPr="00B7305F">
        <w:rPr>
          <w:rFonts w:cs="Times New Roman"/>
          <w:color w:val="000000" w:themeColor="text1"/>
          <w:lang w:val="uk-UA"/>
        </w:rPr>
        <w:t xml:space="preserve"> </w:t>
      </w:r>
      <w:r w:rsidRPr="00B7305F">
        <w:rPr>
          <w:rFonts w:cs="Times New Roman"/>
          <w:color w:val="000000" w:themeColor="text1"/>
          <w:lang w:val="uk-UA"/>
        </w:rPr>
        <w:t>діяльності</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B7305F">
        <w:rPr>
          <w:rFonts w:cs="Times New Roman"/>
          <w:color w:val="000000" w:themeColor="text1"/>
          <w:lang w:val="uk-UA"/>
        </w:rPr>
        <w:t>відмінних</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мистецьких</w:t>
      </w:r>
      <w:r w:rsidR="00480420" w:rsidRPr="00B7305F">
        <w:rPr>
          <w:rFonts w:cs="Times New Roman"/>
          <w:color w:val="000000" w:themeColor="text1"/>
          <w:lang w:val="uk-UA"/>
        </w:rPr>
        <w:t xml:space="preserve"> </w:t>
      </w:r>
      <w:r w:rsidRPr="00B7305F">
        <w:rPr>
          <w:rFonts w:cs="Times New Roman"/>
          <w:color w:val="000000" w:themeColor="text1"/>
          <w:lang w:val="uk-UA"/>
        </w:rPr>
        <w:t>системах.</w:t>
      </w:r>
    </w:p>
    <w:p w14:paraId="3158C219" w14:textId="1B94282F" w:rsidR="00CE4253" w:rsidRPr="00B7305F" w:rsidRDefault="00CE4253" w:rsidP="00051784">
      <w:pPr>
        <w:spacing w:after="0"/>
        <w:ind w:left="0" w:firstLine="709"/>
        <w:jc w:val="both"/>
        <w:rPr>
          <w:rFonts w:cs="Times New Roman"/>
          <w:color w:val="000000" w:themeColor="text1"/>
          <w:lang w:val="uk-UA"/>
        </w:rPr>
      </w:pPr>
      <w:r w:rsidRPr="00EB2868">
        <w:rPr>
          <w:rFonts w:cs="Times New Roman"/>
          <w:i/>
          <w:iCs/>
          <w:lang w:val="uk-UA"/>
        </w:rPr>
        <w:t>Історико-порівняльний</w:t>
      </w:r>
      <w:r w:rsidR="00480420" w:rsidRPr="00EB2868">
        <w:rPr>
          <w:rFonts w:cs="Times New Roman"/>
          <w:lang w:val="uk-UA"/>
        </w:rPr>
        <w:t xml:space="preserve"> </w:t>
      </w:r>
      <w:r w:rsidRPr="00B7305F">
        <w:rPr>
          <w:rFonts w:cs="Times New Roman"/>
          <w:color w:val="000000" w:themeColor="text1"/>
          <w:lang w:val="uk-UA"/>
        </w:rPr>
        <w:t>метод</w:t>
      </w:r>
      <w:r w:rsidR="00480420" w:rsidRPr="00B7305F">
        <w:rPr>
          <w:rFonts w:cs="Times New Roman"/>
          <w:color w:val="000000" w:themeColor="text1"/>
          <w:lang w:val="uk-UA"/>
        </w:rPr>
        <w:t xml:space="preserve"> </w:t>
      </w:r>
      <w:r w:rsidRPr="00B7305F">
        <w:rPr>
          <w:rFonts w:cs="Times New Roman"/>
          <w:color w:val="000000" w:themeColor="text1"/>
          <w:lang w:val="uk-UA"/>
        </w:rPr>
        <w:t>дав</w:t>
      </w:r>
      <w:r w:rsidR="00480420" w:rsidRPr="00B7305F">
        <w:rPr>
          <w:rFonts w:cs="Times New Roman"/>
          <w:color w:val="000000" w:themeColor="text1"/>
          <w:lang w:val="uk-UA"/>
        </w:rPr>
        <w:t xml:space="preserve"> </w:t>
      </w:r>
      <w:r w:rsidRPr="00B7305F">
        <w:rPr>
          <w:rFonts w:cs="Times New Roman"/>
          <w:color w:val="000000" w:themeColor="text1"/>
          <w:lang w:val="uk-UA"/>
        </w:rPr>
        <w:t>можливість</w:t>
      </w:r>
      <w:r w:rsidR="00480420" w:rsidRPr="00B7305F">
        <w:rPr>
          <w:rFonts w:cs="Times New Roman"/>
          <w:color w:val="000000" w:themeColor="text1"/>
          <w:lang w:val="uk-UA"/>
        </w:rPr>
        <w:t xml:space="preserve"> </w:t>
      </w:r>
      <w:r w:rsidRPr="00B7305F">
        <w:rPr>
          <w:rFonts w:cs="Times New Roman"/>
          <w:color w:val="000000" w:themeColor="text1"/>
          <w:lang w:val="uk-UA"/>
        </w:rPr>
        <w:t>простежити</w:t>
      </w:r>
      <w:r w:rsidR="00480420" w:rsidRPr="00B7305F">
        <w:rPr>
          <w:rFonts w:cs="Times New Roman"/>
          <w:color w:val="000000" w:themeColor="text1"/>
          <w:lang w:val="uk-UA"/>
        </w:rPr>
        <w:t xml:space="preserve"> </w:t>
      </w:r>
      <w:r w:rsidRPr="00B7305F">
        <w:rPr>
          <w:rFonts w:cs="Times New Roman"/>
          <w:color w:val="000000" w:themeColor="text1"/>
          <w:lang w:val="uk-UA"/>
        </w:rPr>
        <w:t>еволюцію</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традиційної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підходів.</w:t>
      </w:r>
      <w:r w:rsidR="00480420" w:rsidRPr="00B7305F">
        <w:rPr>
          <w:rFonts w:cs="Times New Roman"/>
          <w:color w:val="000000" w:themeColor="text1"/>
          <w:lang w:val="uk-UA"/>
        </w:rPr>
        <w:t xml:space="preserve"> </w:t>
      </w:r>
      <w:r w:rsidRPr="00B7305F">
        <w:rPr>
          <w:rFonts w:cs="Times New Roman"/>
          <w:color w:val="000000" w:themeColor="text1"/>
          <w:lang w:val="uk-UA"/>
        </w:rPr>
        <w:t>Зіставлення</w:t>
      </w:r>
      <w:r w:rsidR="00480420" w:rsidRPr="00B7305F">
        <w:rPr>
          <w:rFonts w:cs="Times New Roman"/>
          <w:color w:val="000000" w:themeColor="text1"/>
          <w:lang w:val="uk-UA"/>
        </w:rPr>
        <w:t xml:space="preserve"> </w:t>
      </w:r>
      <w:r w:rsidRPr="00B7305F">
        <w:rPr>
          <w:rFonts w:cs="Times New Roman"/>
          <w:color w:val="000000" w:themeColor="text1"/>
          <w:lang w:val="uk-UA"/>
        </w:rPr>
        <w:t>історичних</w:t>
      </w:r>
      <w:r w:rsidR="00480420" w:rsidRPr="00B7305F">
        <w:rPr>
          <w:rFonts w:cs="Times New Roman"/>
          <w:color w:val="000000" w:themeColor="text1"/>
          <w:lang w:val="uk-UA"/>
        </w:rPr>
        <w:t xml:space="preserve"> </w:t>
      </w:r>
      <w:r w:rsidRPr="00B7305F">
        <w:rPr>
          <w:rFonts w:cs="Times New Roman"/>
          <w:color w:val="000000" w:themeColor="text1"/>
          <w:lang w:val="uk-UA"/>
        </w:rPr>
        <w:t>періодів,</w:t>
      </w:r>
      <w:r w:rsidR="00480420" w:rsidRPr="00B7305F">
        <w:rPr>
          <w:rFonts w:cs="Times New Roman"/>
          <w:color w:val="000000" w:themeColor="text1"/>
          <w:lang w:val="uk-UA"/>
        </w:rPr>
        <w:t xml:space="preserve"> </w:t>
      </w:r>
      <w:r w:rsidRPr="00B7305F">
        <w:rPr>
          <w:rFonts w:cs="Times New Roman"/>
          <w:color w:val="000000" w:themeColor="text1"/>
          <w:lang w:val="uk-UA"/>
        </w:rPr>
        <w:t>принципів</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організації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дозволило</w:t>
      </w:r>
      <w:r w:rsidR="00480420" w:rsidRPr="00B7305F">
        <w:rPr>
          <w:rFonts w:cs="Times New Roman"/>
          <w:color w:val="000000" w:themeColor="text1"/>
          <w:lang w:val="uk-UA"/>
        </w:rPr>
        <w:t xml:space="preserve"> </w:t>
      </w:r>
      <w:r w:rsidRPr="00B7305F">
        <w:rPr>
          <w:rFonts w:cs="Times New Roman"/>
          <w:color w:val="000000" w:themeColor="text1"/>
          <w:lang w:val="uk-UA"/>
        </w:rPr>
        <w:t>визначити,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ремесла</w:t>
      </w:r>
      <w:r w:rsidR="00480420" w:rsidRPr="00B7305F">
        <w:rPr>
          <w:rFonts w:cs="Times New Roman"/>
          <w:color w:val="000000" w:themeColor="text1"/>
          <w:lang w:val="uk-UA"/>
        </w:rPr>
        <w:t xml:space="preserve"> </w:t>
      </w:r>
      <w:r w:rsidRPr="00B7305F">
        <w:rPr>
          <w:rFonts w:cs="Times New Roman"/>
          <w:color w:val="000000" w:themeColor="text1"/>
          <w:lang w:val="uk-UA"/>
        </w:rPr>
        <w:t>залишилися</w:t>
      </w:r>
      <w:r w:rsidR="00480420" w:rsidRPr="00B7305F">
        <w:rPr>
          <w:rFonts w:cs="Times New Roman"/>
          <w:color w:val="000000" w:themeColor="text1"/>
          <w:lang w:val="uk-UA"/>
        </w:rPr>
        <w:t xml:space="preserve"> </w:t>
      </w:r>
      <w:r w:rsidRPr="00B7305F">
        <w:rPr>
          <w:rFonts w:cs="Times New Roman"/>
          <w:color w:val="000000" w:themeColor="text1"/>
          <w:lang w:val="uk-UA"/>
        </w:rPr>
        <w:t>стабільними,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суттєво</w:t>
      </w:r>
      <w:r w:rsidR="00480420" w:rsidRPr="00B7305F">
        <w:rPr>
          <w:rFonts w:cs="Times New Roman"/>
          <w:color w:val="000000" w:themeColor="text1"/>
          <w:lang w:val="uk-UA"/>
        </w:rPr>
        <w:t xml:space="preserve"> </w:t>
      </w:r>
      <w:r w:rsidRPr="00B7305F">
        <w:rPr>
          <w:rFonts w:cs="Times New Roman"/>
          <w:color w:val="000000" w:themeColor="text1"/>
          <w:lang w:val="uk-UA"/>
        </w:rPr>
        <w:t>змінилися</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впливом</w:t>
      </w:r>
      <w:r w:rsidR="00480420" w:rsidRPr="00B7305F">
        <w:rPr>
          <w:rFonts w:cs="Times New Roman"/>
          <w:color w:val="000000" w:themeColor="text1"/>
          <w:lang w:val="uk-UA"/>
        </w:rPr>
        <w:t xml:space="preserve"> </w:t>
      </w:r>
      <w:r w:rsidRPr="00B7305F">
        <w:rPr>
          <w:rFonts w:cs="Times New Roman"/>
          <w:color w:val="000000" w:themeColor="text1"/>
          <w:lang w:val="uk-UA"/>
        </w:rPr>
        <w:t>кіномистецтва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новітніх</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технологій.</w:t>
      </w:r>
    </w:p>
    <w:p w14:paraId="351B09EE" w14:textId="3C1F6647" w:rsidR="00CE4253" w:rsidRPr="00B7305F" w:rsidRDefault="00CE4253" w:rsidP="00051784">
      <w:pPr>
        <w:spacing w:after="0"/>
        <w:ind w:left="0" w:firstLine="709"/>
        <w:jc w:val="both"/>
        <w:rPr>
          <w:rFonts w:cs="Times New Roman"/>
          <w:color w:val="000000" w:themeColor="text1"/>
          <w:lang w:val="uk-UA"/>
        </w:rPr>
      </w:pPr>
      <w:r w:rsidRPr="00EB2868">
        <w:rPr>
          <w:rFonts w:cs="Times New Roman"/>
          <w:i/>
          <w:iCs/>
          <w:lang w:val="uk-UA"/>
        </w:rPr>
        <w:t>Мистецтвознавчий</w:t>
      </w:r>
      <w:r w:rsidR="00480420" w:rsidRPr="00EB2868">
        <w:rPr>
          <w:rFonts w:cs="Times New Roman"/>
          <w:i/>
          <w:iCs/>
          <w:lang w:val="uk-UA"/>
        </w:rPr>
        <w:t xml:space="preserve"> </w:t>
      </w:r>
      <w:r w:rsidRPr="00EB2868">
        <w:rPr>
          <w:rFonts w:cs="Times New Roman"/>
          <w:i/>
          <w:iCs/>
          <w:lang w:val="uk-UA"/>
        </w:rPr>
        <w:t>метод</w:t>
      </w:r>
      <w:r w:rsidR="00480420" w:rsidRPr="00EB2868">
        <w:rPr>
          <w:rFonts w:cs="Times New Roman"/>
          <w:lang w:val="uk-UA"/>
        </w:rPr>
        <w:t xml:space="preserve"> </w:t>
      </w:r>
      <w:r w:rsidRPr="00B7305F">
        <w:rPr>
          <w:rFonts w:cs="Times New Roman"/>
          <w:color w:val="000000" w:themeColor="text1"/>
          <w:lang w:val="uk-UA"/>
        </w:rPr>
        <w:t>застосовано</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художньої</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виконання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Він</w:t>
      </w:r>
      <w:r w:rsidR="00480420" w:rsidRPr="00B7305F">
        <w:rPr>
          <w:rFonts w:cs="Times New Roman"/>
          <w:color w:val="000000" w:themeColor="text1"/>
          <w:lang w:val="uk-UA"/>
        </w:rPr>
        <w:t xml:space="preserve"> </w:t>
      </w:r>
      <w:r w:rsidRPr="00B7305F">
        <w:rPr>
          <w:rFonts w:cs="Times New Roman"/>
          <w:color w:val="000000" w:themeColor="text1"/>
          <w:lang w:val="uk-UA"/>
        </w:rPr>
        <w:t>дав</w:t>
      </w:r>
      <w:r w:rsidR="00480420" w:rsidRPr="00B7305F">
        <w:rPr>
          <w:rFonts w:cs="Times New Roman"/>
          <w:color w:val="000000" w:themeColor="text1"/>
          <w:lang w:val="uk-UA"/>
        </w:rPr>
        <w:t xml:space="preserve"> </w:t>
      </w:r>
      <w:r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Pr="00B7305F">
        <w:rPr>
          <w:rFonts w:cs="Times New Roman"/>
          <w:color w:val="000000" w:themeColor="text1"/>
          <w:lang w:val="uk-UA"/>
        </w:rPr>
        <w:t>виявити</w:t>
      </w:r>
      <w:r w:rsidR="00480420" w:rsidRPr="00B7305F">
        <w:rPr>
          <w:rFonts w:cs="Times New Roman"/>
          <w:color w:val="000000" w:themeColor="text1"/>
          <w:lang w:val="uk-UA"/>
        </w:rPr>
        <w:t xml:space="preserve"> </w:t>
      </w:r>
      <w:r w:rsidRPr="00B7305F">
        <w:rPr>
          <w:rFonts w:cs="Times New Roman"/>
          <w:color w:val="000000" w:themeColor="text1"/>
          <w:lang w:val="uk-UA"/>
        </w:rPr>
        <w:t>особливості</w:t>
      </w:r>
      <w:r w:rsidR="00480420" w:rsidRPr="00B7305F">
        <w:rPr>
          <w:rFonts w:cs="Times New Roman"/>
          <w:color w:val="000000" w:themeColor="text1"/>
          <w:lang w:val="uk-UA"/>
        </w:rPr>
        <w:t xml:space="preserve"> </w:t>
      </w:r>
      <w:r w:rsidRPr="00B7305F">
        <w:rPr>
          <w:rFonts w:cs="Times New Roman"/>
          <w:color w:val="000000" w:themeColor="text1"/>
          <w:lang w:val="uk-UA"/>
        </w:rPr>
        <w:t>композиції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специфіку</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пластики,</w:t>
      </w:r>
      <w:r w:rsidR="00480420" w:rsidRPr="00B7305F">
        <w:rPr>
          <w:rFonts w:cs="Times New Roman"/>
          <w:color w:val="000000" w:themeColor="text1"/>
          <w:lang w:val="uk-UA"/>
        </w:rPr>
        <w:t xml:space="preserve"> </w:t>
      </w:r>
      <w:r w:rsidRPr="00B7305F">
        <w:rPr>
          <w:rFonts w:cs="Times New Roman"/>
          <w:color w:val="000000" w:themeColor="text1"/>
          <w:lang w:val="uk-UA"/>
        </w:rPr>
        <w:t>голосу,</w:t>
      </w:r>
      <w:r w:rsidR="00480420" w:rsidRPr="00B7305F">
        <w:rPr>
          <w:rFonts w:cs="Times New Roman"/>
          <w:color w:val="000000" w:themeColor="text1"/>
          <w:lang w:val="uk-UA"/>
        </w:rPr>
        <w:t xml:space="preserve"> </w:t>
      </w:r>
      <w:r w:rsidRPr="00B7305F">
        <w:rPr>
          <w:rFonts w:cs="Times New Roman"/>
          <w:color w:val="000000" w:themeColor="text1"/>
          <w:lang w:val="uk-UA"/>
        </w:rPr>
        <w:t>темпоритму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визначити</w:t>
      </w:r>
      <w:r w:rsidR="00480420" w:rsidRPr="00B7305F">
        <w:rPr>
          <w:rFonts w:cs="Times New Roman"/>
          <w:color w:val="000000" w:themeColor="text1"/>
          <w:lang w:val="uk-UA"/>
        </w:rPr>
        <w:t xml:space="preserve"> </w:t>
      </w:r>
      <w:r w:rsidRPr="00B7305F">
        <w:rPr>
          <w:rFonts w:cs="Times New Roman"/>
          <w:color w:val="000000" w:themeColor="text1"/>
          <w:lang w:val="uk-UA"/>
        </w:rPr>
        <w:t>відмінні</w:t>
      </w:r>
      <w:r w:rsidR="00480420" w:rsidRPr="00B7305F">
        <w:rPr>
          <w:rFonts w:cs="Times New Roman"/>
          <w:color w:val="000000" w:themeColor="text1"/>
          <w:lang w:val="uk-UA"/>
        </w:rPr>
        <w:t xml:space="preserve"> </w:t>
      </w:r>
      <w:r w:rsidRPr="00B7305F">
        <w:rPr>
          <w:rFonts w:cs="Times New Roman"/>
          <w:color w:val="000000" w:themeColor="text1"/>
          <w:lang w:val="uk-UA"/>
        </w:rPr>
        <w:t>риси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зумовлені</w:t>
      </w:r>
      <w:r w:rsidR="00480420" w:rsidRPr="00B7305F">
        <w:rPr>
          <w:rFonts w:cs="Times New Roman"/>
          <w:color w:val="000000" w:themeColor="text1"/>
          <w:lang w:val="uk-UA"/>
        </w:rPr>
        <w:t xml:space="preserve"> </w:t>
      </w:r>
      <w:r w:rsidRPr="00B7305F">
        <w:rPr>
          <w:rFonts w:cs="Times New Roman"/>
          <w:color w:val="000000" w:themeColor="text1"/>
          <w:lang w:val="uk-UA"/>
        </w:rPr>
        <w:t>різними</w:t>
      </w:r>
      <w:r w:rsidR="00480420" w:rsidRPr="00B7305F">
        <w:rPr>
          <w:rFonts w:cs="Times New Roman"/>
          <w:color w:val="000000" w:themeColor="text1"/>
          <w:lang w:val="uk-UA"/>
        </w:rPr>
        <w:t xml:space="preserve"> </w:t>
      </w:r>
      <w:r w:rsidRPr="00B7305F">
        <w:rPr>
          <w:rFonts w:cs="Times New Roman"/>
          <w:color w:val="000000" w:themeColor="text1"/>
          <w:lang w:val="uk-UA"/>
        </w:rPr>
        <w:t>медіумами.</w:t>
      </w:r>
    </w:p>
    <w:p w14:paraId="6958C8EC" w14:textId="2EDBFDAA" w:rsidR="00CE4253" w:rsidRPr="00B7305F" w:rsidRDefault="00CE4253" w:rsidP="00051784">
      <w:pPr>
        <w:spacing w:after="0"/>
        <w:ind w:left="0" w:firstLine="709"/>
        <w:jc w:val="both"/>
        <w:rPr>
          <w:rFonts w:cs="Times New Roman"/>
          <w:color w:val="000000" w:themeColor="text1"/>
          <w:lang w:val="uk-UA"/>
        </w:rPr>
      </w:pPr>
      <w:r w:rsidRPr="00EB2868">
        <w:rPr>
          <w:rFonts w:cs="Times New Roman"/>
          <w:i/>
          <w:iCs/>
          <w:lang w:val="uk-UA"/>
        </w:rPr>
        <w:t>Культурологічний</w:t>
      </w:r>
      <w:r w:rsidR="00480420" w:rsidRPr="00EB2868">
        <w:rPr>
          <w:rFonts w:cs="Times New Roman"/>
          <w:i/>
          <w:iCs/>
          <w:lang w:val="uk-UA"/>
        </w:rPr>
        <w:t xml:space="preserve"> </w:t>
      </w:r>
      <w:r w:rsidRPr="00EB2868">
        <w:rPr>
          <w:rFonts w:cs="Times New Roman"/>
          <w:i/>
          <w:iCs/>
          <w:lang w:val="uk-UA"/>
        </w:rPr>
        <w:t>метод</w:t>
      </w:r>
      <w:r w:rsidR="00480420" w:rsidRPr="00AD4B7E">
        <w:rPr>
          <w:rFonts w:cs="Times New Roman"/>
          <w:color w:val="EE0000"/>
          <w:lang w:val="uk-UA"/>
        </w:rPr>
        <w:t xml:space="preserve"> </w:t>
      </w:r>
      <w:r w:rsidRPr="00B7305F">
        <w:rPr>
          <w:rFonts w:cs="Times New Roman"/>
          <w:color w:val="000000" w:themeColor="text1"/>
          <w:lang w:val="uk-UA"/>
        </w:rPr>
        <w:t>дозволив</w:t>
      </w:r>
      <w:r w:rsidR="00480420" w:rsidRPr="00B7305F">
        <w:rPr>
          <w:rFonts w:cs="Times New Roman"/>
          <w:color w:val="000000" w:themeColor="text1"/>
          <w:lang w:val="uk-UA"/>
        </w:rPr>
        <w:t xml:space="preserve"> </w:t>
      </w:r>
      <w:r w:rsidRPr="00B7305F">
        <w:rPr>
          <w:rFonts w:cs="Times New Roman"/>
          <w:color w:val="000000" w:themeColor="text1"/>
          <w:lang w:val="uk-UA"/>
        </w:rPr>
        <w:t>розглянути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частину</w:t>
      </w:r>
      <w:r w:rsidR="00480420" w:rsidRPr="00B7305F">
        <w:rPr>
          <w:rFonts w:cs="Times New Roman"/>
          <w:color w:val="000000" w:themeColor="text1"/>
          <w:lang w:val="uk-UA"/>
        </w:rPr>
        <w:t xml:space="preserve"> </w:t>
      </w:r>
      <w:r w:rsidRPr="00B7305F">
        <w:rPr>
          <w:rFonts w:cs="Times New Roman"/>
          <w:color w:val="000000" w:themeColor="text1"/>
          <w:lang w:val="uk-UA"/>
        </w:rPr>
        <w:t>ширшого</w:t>
      </w:r>
      <w:r w:rsidR="00480420" w:rsidRPr="00B7305F">
        <w:rPr>
          <w:rFonts w:cs="Times New Roman"/>
          <w:color w:val="000000" w:themeColor="text1"/>
          <w:lang w:val="uk-UA"/>
        </w:rPr>
        <w:t xml:space="preserve"> </w:t>
      </w:r>
      <w:r w:rsidRPr="00B7305F">
        <w:rPr>
          <w:rFonts w:cs="Times New Roman"/>
          <w:color w:val="000000" w:themeColor="text1"/>
          <w:lang w:val="uk-UA"/>
        </w:rPr>
        <w:t>культурного</w:t>
      </w:r>
      <w:r w:rsidR="00480420" w:rsidRPr="00B7305F">
        <w:rPr>
          <w:rFonts w:cs="Times New Roman"/>
          <w:color w:val="000000" w:themeColor="text1"/>
          <w:lang w:val="uk-UA"/>
        </w:rPr>
        <w:t xml:space="preserve"> </w:t>
      </w:r>
      <w:r w:rsidRPr="00B7305F">
        <w:rPr>
          <w:rFonts w:cs="Times New Roman"/>
          <w:color w:val="000000" w:themeColor="text1"/>
          <w:lang w:val="uk-UA"/>
        </w:rPr>
        <w:t>процесу,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якому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Pr="00B7305F">
        <w:rPr>
          <w:rFonts w:cs="Times New Roman"/>
          <w:color w:val="000000" w:themeColor="text1"/>
          <w:lang w:val="uk-UA"/>
        </w:rPr>
        <w:t>змінюються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впливають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глядацьке</w:t>
      </w:r>
      <w:r w:rsidR="00480420" w:rsidRPr="00B7305F">
        <w:rPr>
          <w:rFonts w:cs="Times New Roman"/>
          <w:color w:val="000000" w:themeColor="text1"/>
          <w:lang w:val="uk-UA"/>
        </w:rPr>
        <w:t xml:space="preserve"> </w:t>
      </w:r>
      <w:r w:rsidRPr="00B7305F">
        <w:rPr>
          <w:rFonts w:cs="Times New Roman"/>
          <w:color w:val="000000" w:themeColor="text1"/>
          <w:lang w:val="uk-UA"/>
        </w:rPr>
        <w:t>сприйняття.</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культурологічну</w:t>
      </w:r>
      <w:r w:rsidR="00480420" w:rsidRPr="00B7305F">
        <w:rPr>
          <w:rFonts w:cs="Times New Roman"/>
          <w:color w:val="000000" w:themeColor="text1"/>
          <w:lang w:val="uk-UA"/>
        </w:rPr>
        <w:t xml:space="preserve"> </w:t>
      </w:r>
      <w:r w:rsidRPr="00B7305F">
        <w:rPr>
          <w:rFonts w:cs="Times New Roman"/>
          <w:color w:val="000000" w:themeColor="text1"/>
          <w:lang w:val="uk-UA"/>
        </w:rPr>
        <w:t>оптику</w:t>
      </w:r>
      <w:r w:rsidR="00480420" w:rsidRPr="00B7305F">
        <w:rPr>
          <w:rFonts w:cs="Times New Roman"/>
          <w:color w:val="000000" w:themeColor="text1"/>
          <w:lang w:val="uk-UA"/>
        </w:rPr>
        <w:t xml:space="preserve"> </w:t>
      </w:r>
      <w:r w:rsidRPr="00B7305F">
        <w:rPr>
          <w:rFonts w:cs="Times New Roman"/>
          <w:color w:val="000000" w:themeColor="text1"/>
          <w:lang w:val="uk-UA"/>
        </w:rPr>
        <w:t>визначено,</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соціальні,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технологічні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естетичні</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формують</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вимоги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професії</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сприяють</w:t>
      </w:r>
      <w:r w:rsidR="00480420" w:rsidRPr="00B7305F">
        <w:rPr>
          <w:rFonts w:cs="Times New Roman"/>
          <w:color w:val="000000" w:themeColor="text1"/>
          <w:lang w:val="uk-UA"/>
        </w:rPr>
        <w:t xml:space="preserve"> </w:t>
      </w:r>
      <w:r w:rsidRPr="00B7305F">
        <w:rPr>
          <w:rFonts w:cs="Times New Roman"/>
          <w:color w:val="000000" w:themeColor="text1"/>
          <w:lang w:val="uk-UA"/>
        </w:rPr>
        <w:t>появі</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мистецтв.</w:t>
      </w:r>
    </w:p>
    <w:p w14:paraId="0E21014B" w14:textId="42C03042" w:rsidR="00CE4253" w:rsidRPr="00B7305F" w:rsidRDefault="00CE4253" w:rsidP="00051784">
      <w:pPr>
        <w:spacing w:after="0"/>
        <w:ind w:left="0" w:firstLine="709"/>
        <w:jc w:val="both"/>
        <w:rPr>
          <w:rFonts w:cs="Times New Roman"/>
          <w:color w:val="000000" w:themeColor="text1"/>
          <w:lang w:val="uk-UA"/>
        </w:rPr>
      </w:pPr>
      <w:r w:rsidRPr="00EB2868">
        <w:rPr>
          <w:rFonts w:cs="Times New Roman"/>
          <w:i/>
          <w:iCs/>
          <w:lang w:val="uk-UA"/>
        </w:rPr>
        <w:t>Системний</w:t>
      </w:r>
      <w:r w:rsidR="00480420" w:rsidRPr="00EB2868">
        <w:rPr>
          <w:rFonts w:cs="Times New Roman"/>
          <w:i/>
          <w:iCs/>
          <w:lang w:val="uk-UA"/>
        </w:rPr>
        <w:t xml:space="preserve"> </w:t>
      </w:r>
      <w:r w:rsidRPr="00EB2868">
        <w:rPr>
          <w:rFonts w:cs="Times New Roman"/>
          <w:i/>
          <w:iCs/>
          <w:lang w:val="uk-UA"/>
        </w:rPr>
        <w:t>метод</w:t>
      </w:r>
      <w:r w:rsidR="00480420" w:rsidRPr="00EB2868">
        <w:rPr>
          <w:rFonts w:cs="Times New Roman"/>
          <w:lang w:val="uk-UA"/>
        </w:rPr>
        <w:t xml:space="preserve"> </w:t>
      </w:r>
      <w:r w:rsidRPr="00B7305F">
        <w:rPr>
          <w:rFonts w:cs="Times New Roman"/>
          <w:color w:val="000000" w:themeColor="text1"/>
          <w:lang w:val="uk-UA"/>
        </w:rPr>
        <w:t>забезпечив</w:t>
      </w:r>
      <w:r w:rsidR="00480420" w:rsidRPr="00B7305F">
        <w:rPr>
          <w:rFonts w:cs="Times New Roman"/>
          <w:color w:val="000000" w:themeColor="text1"/>
          <w:lang w:val="uk-UA"/>
        </w:rPr>
        <w:t xml:space="preserve"> </w:t>
      </w:r>
      <w:r w:rsidRPr="00B7305F">
        <w:rPr>
          <w:rFonts w:cs="Times New Roman"/>
          <w:color w:val="000000" w:themeColor="text1"/>
          <w:lang w:val="uk-UA"/>
        </w:rPr>
        <w:t>комплексний</w:t>
      </w:r>
      <w:r w:rsidR="00480420" w:rsidRPr="00B7305F">
        <w:rPr>
          <w:rFonts w:cs="Times New Roman"/>
          <w:color w:val="000000" w:themeColor="text1"/>
          <w:lang w:val="uk-UA"/>
        </w:rPr>
        <w:t xml:space="preserve"> </w:t>
      </w:r>
      <w:r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діяльності,</w:t>
      </w:r>
      <w:r w:rsidR="00480420" w:rsidRPr="00B7305F">
        <w:rPr>
          <w:rFonts w:cs="Times New Roman"/>
          <w:color w:val="000000" w:themeColor="text1"/>
          <w:lang w:val="uk-UA"/>
        </w:rPr>
        <w:t xml:space="preserve"> </w:t>
      </w:r>
      <w:r w:rsidRPr="00B7305F">
        <w:rPr>
          <w:rFonts w:cs="Times New Roman"/>
          <w:color w:val="000000" w:themeColor="text1"/>
          <w:lang w:val="uk-UA"/>
        </w:rPr>
        <w:t>дозволивши</w:t>
      </w:r>
      <w:r w:rsidR="00480420" w:rsidRPr="00B7305F">
        <w:rPr>
          <w:rFonts w:cs="Times New Roman"/>
          <w:color w:val="000000" w:themeColor="text1"/>
          <w:lang w:val="uk-UA"/>
        </w:rPr>
        <w:t xml:space="preserve"> </w:t>
      </w:r>
      <w:r w:rsidRPr="00B7305F">
        <w:rPr>
          <w:rFonts w:cs="Times New Roman"/>
          <w:color w:val="000000" w:themeColor="text1"/>
          <w:lang w:val="uk-UA"/>
        </w:rPr>
        <w:t>розглядати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екранну</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цілісної</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професійної</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Завдяки</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методу</w:t>
      </w:r>
      <w:r w:rsidR="00480420" w:rsidRPr="00B7305F">
        <w:rPr>
          <w:rFonts w:cs="Times New Roman"/>
          <w:color w:val="000000" w:themeColor="text1"/>
          <w:lang w:val="uk-UA"/>
        </w:rPr>
        <w:t xml:space="preserve"> </w:t>
      </w:r>
      <w:r w:rsidRPr="00B7305F">
        <w:rPr>
          <w:rFonts w:cs="Times New Roman"/>
          <w:color w:val="000000" w:themeColor="text1"/>
          <w:lang w:val="uk-UA"/>
        </w:rPr>
        <w:t>окреслено</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w:t>
      </w:r>
      <w:r w:rsidR="00480420" w:rsidRPr="00B7305F">
        <w:rPr>
          <w:rFonts w:cs="Times New Roman"/>
          <w:color w:val="000000" w:themeColor="text1"/>
          <w:lang w:val="uk-UA"/>
        </w:rPr>
        <w:t xml:space="preserve"> </w:t>
      </w:r>
      <w:r w:rsidRPr="00B7305F">
        <w:rPr>
          <w:rFonts w:cs="Times New Roman"/>
          <w:color w:val="000000" w:themeColor="text1"/>
          <w:lang w:val="uk-UA"/>
        </w:rPr>
        <w:t>зв’язки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психофізичною</w:t>
      </w:r>
      <w:r w:rsidR="00480420" w:rsidRPr="00B7305F">
        <w:rPr>
          <w:rFonts w:cs="Times New Roman"/>
          <w:color w:val="000000" w:themeColor="text1"/>
          <w:lang w:val="uk-UA"/>
        </w:rPr>
        <w:t xml:space="preserve"> </w:t>
      </w:r>
      <w:r w:rsidRPr="00B7305F">
        <w:rPr>
          <w:rFonts w:cs="Times New Roman"/>
          <w:color w:val="000000" w:themeColor="text1"/>
          <w:lang w:val="uk-UA"/>
        </w:rPr>
        <w:t>природою</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сценічними</w:t>
      </w:r>
      <w:r w:rsidR="00480420" w:rsidRPr="00B7305F">
        <w:rPr>
          <w:rFonts w:cs="Times New Roman"/>
          <w:color w:val="000000" w:themeColor="text1"/>
          <w:lang w:val="uk-UA"/>
        </w:rPr>
        <w:t xml:space="preserve"> </w:t>
      </w:r>
      <w:r w:rsidRPr="00B7305F">
        <w:rPr>
          <w:rFonts w:cs="Times New Roman"/>
          <w:color w:val="000000" w:themeColor="text1"/>
          <w:lang w:val="uk-UA"/>
        </w:rPr>
        <w:t>формами,</w:t>
      </w:r>
      <w:r w:rsidR="00480420" w:rsidRPr="00B7305F">
        <w:rPr>
          <w:rFonts w:cs="Times New Roman"/>
          <w:color w:val="000000" w:themeColor="text1"/>
          <w:lang w:val="uk-UA"/>
        </w:rPr>
        <w:t xml:space="preserve"> </w:t>
      </w:r>
      <w:r w:rsidRPr="00B7305F">
        <w:rPr>
          <w:rFonts w:cs="Times New Roman"/>
          <w:color w:val="000000" w:themeColor="text1"/>
          <w:lang w:val="uk-UA"/>
        </w:rPr>
        <w:t>умовами</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знімального</w:t>
      </w:r>
      <w:r w:rsidR="00480420" w:rsidRPr="00B7305F">
        <w:rPr>
          <w:rFonts w:cs="Times New Roman"/>
          <w:color w:val="000000" w:themeColor="text1"/>
          <w:lang w:val="uk-UA"/>
        </w:rPr>
        <w:t xml:space="preserve"> </w:t>
      </w:r>
      <w:r w:rsidRPr="00B7305F">
        <w:rPr>
          <w:rFonts w:cs="Times New Roman"/>
          <w:color w:val="000000" w:themeColor="text1"/>
          <w:lang w:val="uk-UA"/>
        </w:rPr>
        <w:t>процесу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художньою</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структурою</w:t>
      </w:r>
      <w:r w:rsidR="00480420" w:rsidRPr="00B7305F">
        <w:rPr>
          <w:rFonts w:cs="Times New Roman"/>
          <w:color w:val="000000" w:themeColor="text1"/>
          <w:lang w:val="uk-UA"/>
        </w:rPr>
        <w:t xml:space="preserve"> </w:t>
      </w:r>
      <w:r w:rsidRPr="00B7305F">
        <w:rPr>
          <w:rFonts w:cs="Times New Roman"/>
          <w:color w:val="000000" w:themeColor="text1"/>
          <w:lang w:val="uk-UA"/>
        </w:rPr>
        <w:t>твору.</w:t>
      </w:r>
    </w:p>
    <w:p w14:paraId="2AAD9464" w14:textId="77777777" w:rsidR="00DE233C" w:rsidRDefault="00DE233C" w:rsidP="00DE233C">
      <w:pPr>
        <w:spacing w:after="0"/>
        <w:ind w:left="0"/>
        <w:jc w:val="both"/>
        <w:rPr>
          <w:rFonts w:cs="Times New Roman"/>
          <w:color w:val="000000" w:themeColor="text1"/>
          <w:lang w:val="uk-UA"/>
        </w:rPr>
      </w:pPr>
    </w:p>
    <w:p w14:paraId="3826C117" w14:textId="752A4736" w:rsidR="00CE4253" w:rsidRPr="00B7305F" w:rsidRDefault="00CE4253" w:rsidP="00DE233C">
      <w:pPr>
        <w:spacing w:after="0"/>
        <w:ind w:left="0"/>
        <w:jc w:val="both"/>
        <w:rPr>
          <w:rFonts w:cs="Times New Roman"/>
          <w:color w:val="000000" w:themeColor="text1"/>
          <w:lang w:val="uk-UA"/>
        </w:rPr>
      </w:pPr>
      <w:r w:rsidRPr="00EB2868">
        <w:rPr>
          <w:rFonts w:cs="Times New Roman"/>
          <w:i/>
          <w:iCs/>
          <w:lang w:val="uk-UA"/>
        </w:rPr>
        <w:lastRenderedPageBreak/>
        <w:t>Аналітичний</w:t>
      </w:r>
      <w:r w:rsidR="00480420" w:rsidRPr="00EB2868">
        <w:rPr>
          <w:rFonts w:cs="Times New Roman"/>
          <w:lang w:val="uk-UA"/>
        </w:rPr>
        <w:t xml:space="preserve"> </w:t>
      </w:r>
      <w:r w:rsidRPr="00EB2868">
        <w:rPr>
          <w:rFonts w:cs="Times New Roman"/>
          <w:lang w:val="uk-UA"/>
        </w:rPr>
        <w:t>та</w:t>
      </w:r>
      <w:r w:rsidR="00480420" w:rsidRPr="00EB2868">
        <w:rPr>
          <w:rFonts w:cs="Times New Roman"/>
          <w:lang w:val="uk-UA"/>
        </w:rPr>
        <w:t xml:space="preserve"> </w:t>
      </w:r>
      <w:r w:rsidRPr="00EB2868">
        <w:rPr>
          <w:rFonts w:cs="Times New Roman"/>
          <w:i/>
          <w:iCs/>
          <w:lang w:val="uk-UA"/>
        </w:rPr>
        <w:t>структурно-функціональний</w:t>
      </w:r>
      <w:r w:rsidR="00480420" w:rsidRPr="00EB2868">
        <w:rPr>
          <w:rFonts w:cs="Times New Roman"/>
          <w:i/>
          <w:iCs/>
          <w:lang w:val="uk-UA"/>
        </w:rPr>
        <w:t xml:space="preserve"> </w:t>
      </w:r>
      <w:r w:rsidRPr="00EB2868">
        <w:rPr>
          <w:rFonts w:cs="Times New Roman"/>
          <w:i/>
          <w:iCs/>
          <w:lang w:val="uk-UA"/>
        </w:rPr>
        <w:t>методи</w:t>
      </w:r>
      <w:r w:rsidR="00480420" w:rsidRPr="00EB2868">
        <w:rPr>
          <w:rFonts w:cs="Times New Roman"/>
          <w:lang w:val="uk-UA"/>
        </w:rPr>
        <w:t xml:space="preserve"> </w:t>
      </w:r>
      <w:r w:rsidRPr="00B7305F">
        <w:rPr>
          <w:rFonts w:cs="Times New Roman"/>
          <w:color w:val="000000" w:themeColor="text1"/>
          <w:lang w:val="uk-UA"/>
        </w:rPr>
        <w:t>надали</w:t>
      </w:r>
      <w:r w:rsidR="00480420" w:rsidRPr="00B7305F">
        <w:rPr>
          <w:rFonts w:cs="Times New Roman"/>
          <w:color w:val="000000" w:themeColor="text1"/>
          <w:lang w:val="uk-UA"/>
        </w:rPr>
        <w:t xml:space="preserve"> </w:t>
      </w:r>
      <w:r w:rsidRPr="00B7305F">
        <w:rPr>
          <w:rFonts w:cs="Times New Roman"/>
          <w:color w:val="000000" w:themeColor="text1"/>
          <w:lang w:val="uk-UA"/>
        </w:rPr>
        <w:t>можливість</w:t>
      </w:r>
      <w:r w:rsidR="00480420" w:rsidRPr="00B7305F">
        <w:rPr>
          <w:rFonts w:cs="Times New Roman"/>
          <w:color w:val="000000" w:themeColor="text1"/>
          <w:lang w:val="uk-UA"/>
        </w:rPr>
        <w:t xml:space="preserve"> </w:t>
      </w:r>
      <w:r w:rsidRPr="00B7305F">
        <w:rPr>
          <w:rFonts w:cs="Times New Roman"/>
          <w:color w:val="000000" w:themeColor="text1"/>
          <w:lang w:val="uk-UA"/>
        </w:rPr>
        <w:t>детально</w:t>
      </w:r>
      <w:r w:rsidR="00480420" w:rsidRPr="00B7305F">
        <w:rPr>
          <w:rFonts w:cs="Times New Roman"/>
          <w:color w:val="000000" w:themeColor="text1"/>
          <w:lang w:val="uk-UA"/>
        </w:rPr>
        <w:t xml:space="preserve"> </w:t>
      </w:r>
      <w:r w:rsidRPr="00B7305F">
        <w:rPr>
          <w:rFonts w:cs="Times New Roman"/>
          <w:color w:val="000000" w:themeColor="text1"/>
          <w:lang w:val="uk-UA"/>
        </w:rPr>
        <w:t>розглянути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будову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виокремити</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складові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визначити</w:t>
      </w:r>
      <w:r w:rsidR="00480420" w:rsidRPr="00B7305F">
        <w:rPr>
          <w:rFonts w:cs="Times New Roman"/>
          <w:color w:val="000000" w:themeColor="text1"/>
          <w:lang w:val="uk-UA"/>
        </w:rPr>
        <w:t xml:space="preserve"> </w:t>
      </w:r>
      <w:r w:rsidRPr="00B7305F">
        <w:rPr>
          <w:rFonts w:cs="Times New Roman"/>
          <w:color w:val="000000" w:themeColor="text1"/>
          <w:lang w:val="uk-UA"/>
        </w:rPr>
        <w:t>функції</w:t>
      </w:r>
      <w:r w:rsidR="00480420" w:rsidRPr="00B7305F">
        <w:rPr>
          <w:rFonts w:cs="Times New Roman"/>
          <w:color w:val="000000" w:themeColor="text1"/>
          <w:lang w:val="uk-UA"/>
        </w:rPr>
        <w:t xml:space="preserve"> </w:t>
      </w:r>
      <w:r w:rsidRPr="00B7305F">
        <w:rPr>
          <w:rFonts w:cs="Times New Roman"/>
          <w:color w:val="000000" w:themeColor="text1"/>
          <w:lang w:val="uk-UA"/>
        </w:rPr>
        <w:t>кожного</w:t>
      </w:r>
      <w:r w:rsidR="00480420" w:rsidRPr="00B7305F">
        <w:rPr>
          <w:rFonts w:cs="Times New Roman"/>
          <w:color w:val="000000" w:themeColor="text1"/>
          <w:lang w:val="uk-UA"/>
        </w:rPr>
        <w:t xml:space="preserve"> </w:t>
      </w:r>
      <w:r w:rsidRPr="00B7305F">
        <w:rPr>
          <w:rFonts w:cs="Times New Roman"/>
          <w:color w:val="000000" w:themeColor="text1"/>
          <w:lang w:val="uk-UA"/>
        </w:rPr>
        <w:t>компоненту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залежності</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мистецького</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методи</w:t>
      </w:r>
      <w:r w:rsidR="00480420" w:rsidRPr="00B7305F">
        <w:rPr>
          <w:rFonts w:cs="Times New Roman"/>
          <w:color w:val="000000" w:themeColor="text1"/>
          <w:lang w:val="uk-UA"/>
        </w:rPr>
        <w:t xml:space="preserve"> </w:t>
      </w:r>
      <w:r w:rsidRPr="00B7305F">
        <w:rPr>
          <w:rFonts w:cs="Times New Roman"/>
          <w:color w:val="000000" w:themeColor="text1"/>
          <w:lang w:val="uk-UA"/>
        </w:rPr>
        <w:t>допомогли</w:t>
      </w:r>
      <w:r w:rsidR="00480420" w:rsidRPr="00B7305F">
        <w:rPr>
          <w:rFonts w:cs="Times New Roman"/>
          <w:color w:val="000000" w:themeColor="text1"/>
          <w:lang w:val="uk-UA"/>
        </w:rPr>
        <w:t xml:space="preserve"> </w:t>
      </w:r>
      <w:r w:rsidRPr="00B7305F">
        <w:rPr>
          <w:rFonts w:cs="Times New Roman"/>
          <w:color w:val="000000" w:themeColor="text1"/>
          <w:lang w:val="uk-UA"/>
        </w:rPr>
        <w:t>проаналізувати,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змінюється</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поведінка</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переході</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трансформується</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структура</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емоційний</w:t>
      </w:r>
      <w:r w:rsidR="00480420" w:rsidRPr="00B7305F">
        <w:rPr>
          <w:rFonts w:cs="Times New Roman"/>
          <w:color w:val="000000" w:themeColor="text1"/>
          <w:lang w:val="uk-UA"/>
        </w:rPr>
        <w:t xml:space="preserve"> </w:t>
      </w:r>
      <w:r w:rsidRPr="00B7305F">
        <w:rPr>
          <w:rFonts w:cs="Times New Roman"/>
          <w:color w:val="000000" w:themeColor="text1"/>
          <w:lang w:val="uk-UA"/>
        </w:rPr>
        <w:t>малюнок,</w:t>
      </w:r>
      <w:r w:rsidR="00480420" w:rsidRPr="00B7305F">
        <w:rPr>
          <w:rFonts w:cs="Times New Roman"/>
          <w:color w:val="000000" w:themeColor="text1"/>
          <w:lang w:val="uk-UA"/>
        </w:rPr>
        <w:t xml:space="preserve"> </w:t>
      </w:r>
      <w:r w:rsidRPr="00B7305F">
        <w:rPr>
          <w:rFonts w:cs="Times New Roman"/>
          <w:color w:val="000000" w:themeColor="text1"/>
          <w:lang w:val="uk-UA"/>
        </w:rPr>
        <w:t>масштаб</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інтенсивність</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внутрішнього</w:t>
      </w:r>
      <w:r w:rsidR="00480420" w:rsidRPr="00B7305F">
        <w:rPr>
          <w:rFonts w:cs="Times New Roman"/>
          <w:color w:val="000000" w:themeColor="text1"/>
          <w:lang w:val="uk-UA"/>
        </w:rPr>
        <w:t xml:space="preserve"> </w:t>
      </w:r>
      <w:r w:rsidRPr="00B7305F">
        <w:rPr>
          <w:rFonts w:cs="Times New Roman"/>
          <w:color w:val="000000" w:themeColor="text1"/>
          <w:lang w:val="uk-UA"/>
        </w:rPr>
        <w:t>процесу</w:t>
      </w:r>
      <w:r w:rsidRPr="00EB2868">
        <w:rPr>
          <w:rFonts w:cs="Times New Roman"/>
          <w:lang w:val="uk-UA"/>
        </w:rPr>
        <w:t>.</w:t>
      </w:r>
      <w:r w:rsidR="00AD4B7E" w:rsidRPr="00EB2868">
        <w:rPr>
          <w:rFonts w:cs="Times New Roman"/>
          <w:lang w:val="uk-UA"/>
        </w:rPr>
        <w:t xml:space="preserve"> </w:t>
      </w:r>
      <w:r w:rsidRPr="00EB2868">
        <w:rPr>
          <w:rFonts w:cs="Times New Roman"/>
          <w:lang w:val="uk-UA"/>
        </w:rPr>
        <w:t>Важливим</w:t>
      </w:r>
      <w:r w:rsidR="00480420" w:rsidRPr="00EB2868">
        <w:rPr>
          <w:rFonts w:cs="Times New Roman"/>
          <w:lang w:val="uk-UA"/>
        </w:rPr>
        <w:t xml:space="preserve"> </w:t>
      </w:r>
      <w:r w:rsidRPr="00B7305F">
        <w:rPr>
          <w:rFonts w:cs="Times New Roman"/>
          <w:color w:val="000000" w:themeColor="text1"/>
          <w:lang w:val="uk-UA"/>
        </w:rPr>
        <w:t>інструментом</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стало</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спостереження</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практичними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акторськими</w:t>
      </w:r>
      <w:r w:rsidR="00480420" w:rsidRPr="00B7305F">
        <w:rPr>
          <w:rFonts w:cs="Times New Roman"/>
          <w:color w:val="000000" w:themeColor="text1"/>
          <w:lang w:val="uk-UA"/>
        </w:rPr>
        <w:t xml:space="preserve"> </w:t>
      </w:r>
      <w:r w:rsidRPr="00B7305F">
        <w:rPr>
          <w:rFonts w:cs="Times New Roman"/>
          <w:color w:val="000000" w:themeColor="text1"/>
          <w:lang w:val="uk-UA"/>
        </w:rPr>
        <w:t>процесами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репетиціями,</w:t>
      </w:r>
      <w:r w:rsidR="00480420" w:rsidRPr="00B7305F">
        <w:rPr>
          <w:rFonts w:cs="Times New Roman"/>
          <w:color w:val="000000" w:themeColor="text1"/>
          <w:lang w:val="uk-UA"/>
        </w:rPr>
        <w:t xml:space="preserve"> </w:t>
      </w:r>
      <w:r w:rsidRPr="00B7305F">
        <w:rPr>
          <w:rFonts w:cs="Times New Roman"/>
          <w:color w:val="000000" w:themeColor="text1"/>
          <w:lang w:val="uk-UA"/>
        </w:rPr>
        <w:t>майстер-класами,</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знімальними</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майданчиками.</w:t>
      </w:r>
      <w:r w:rsidR="00480420" w:rsidRPr="00B7305F">
        <w:rPr>
          <w:rFonts w:cs="Times New Roman"/>
          <w:color w:val="000000" w:themeColor="text1"/>
          <w:lang w:val="uk-UA"/>
        </w:rPr>
        <w:t xml:space="preserve"> </w:t>
      </w:r>
      <w:r w:rsidRPr="00B7305F">
        <w:rPr>
          <w:rFonts w:cs="Times New Roman"/>
          <w:color w:val="000000" w:themeColor="text1"/>
          <w:lang w:val="uk-UA"/>
        </w:rPr>
        <w:t>Спостереження</w:t>
      </w:r>
      <w:r w:rsidR="00480420" w:rsidRPr="00B7305F">
        <w:rPr>
          <w:rFonts w:cs="Times New Roman"/>
          <w:color w:val="000000" w:themeColor="text1"/>
          <w:lang w:val="uk-UA"/>
        </w:rPr>
        <w:t xml:space="preserve"> </w:t>
      </w:r>
      <w:r w:rsidRPr="00B7305F">
        <w:rPr>
          <w:rFonts w:cs="Times New Roman"/>
          <w:color w:val="000000" w:themeColor="text1"/>
          <w:lang w:val="uk-UA"/>
        </w:rPr>
        <w:t>дало</w:t>
      </w:r>
      <w:r w:rsidR="00480420" w:rsidRPr="00B7305F">
        <w:rPr>
          <w:rFonts w:cs="Times New Roman"/>
          <w:color w:val="000000" w:themeColor="text1"/>
          <w:lang w:val="uk-UA"/>
        </w:rPr>
        <w:t xml:space="preserve"> </w:t>
      </w:r>
      <w:r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Pr="00B7305F">
        <w:rPr>
          <w:rFonts w:cs="Times New Roman"/>
          <w:color w:val="000000" w:themeColor="text1"/>
          <w:lang w:val="uk-UA"/>
        </w:rPr>
        <w:t>фіксувати</w:t>
      </w:r>
      <w:r w:rsidR="00480420" w:rsidRPr="00B7305F">
        <w:rPr>
          <w:rFonts w:cs="Times New Roman"/>
          <w:color w:val="000000" w:themeColor="text1"/>
          <w:lang w:val="uk-UA"/>
        </w:rPr>
        <w:t xml:space="preserve"> </w:t>
      </w:r>
      <w:r w:rsidRPr="00B7305F">
        <w:rPr>
          <w:rFonts w:cs="Times New Roman"/>
          <w:color w:val="000000" w:themeColor="text1"/>
          <w:lang w:val="uk-UA"/>
        </w:rPr>
        <w:t>реальні</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професійні</w:t>
      </w:r>
      <w:r w:rsidR="00480420" w:rsidRPr="00B7305F">
        <w:rPr>
          <w:rFonts w:cs="Times New Roman"/>
          <w:color w:val="000000" w:themeColor="text1"/>
          <w:lang w:val="uk-UA"/>
        </w:rPr>
        <w:t xml:space="preserve"> </w:t>
      </w:r>
      <w:r w:rsidRPr="00B7305F">
        <w:rPr>
          <w:rFonts w:cs="Times New Roman"/>
          <w:color w:val="000000" w:themeColor="text1"/>
          <w:lang w:val="uk-UA"/>
        </w:rPr>
        <w:t>механізми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виявляти</w:t>
      </w:r>
      <w:r w:rsidR="00480420" w:rsidRPr="00B7305F">
        <w:rPr>
          <w:rFonts w:cs="Times New Roman"/>
          <w:color w:val="000000" w:themeColor="text1"/>
          <w:lang w:val="uk-UA"/>
        </w:rPr>
        <w:t xml:space="preserve"> </w:t>
      </w:r>
      <w:r w:rsidRPr="00B7305F">
        <w:rPr>
          <w:rFonts w:cs="Times New Roman"/>
          <w:color w:val="000000" w:themeColor="text1"/>
          <w:lang w:val="uk-UA"/>
        </w:rPr>
        <w:t>закономірності,</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завжди</w:t>
      </w:r>
      <w:r w:rsidR="00480420" w:rsidRPr="00B7305F">
        <w:rPr>
          <w:rFonts w:cs="Times New Roman"/>
          <w:color w:val="000000" w:themeColor="text1"/>
          <w:lang w:val="uk-UA"/>
        </w:rPr>
        <w:t xml:space="preserve"> </w:t>
      </w:r>
      <w:r w:rsidRPr="00B7305F">
        <w:rPr>
          <w:rFonts w:cs="Times New Roman"/>
          <w:color w:val="000000" w:themeColor="text1"/>
          <w:lang w:val="uk-UA"/>
        </w:rPr>
        <w:t>помітні</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теоретичному</w:t>
      </w:r>
      <w:r w:rsidR="00480420" w:rsidRPr="00B7305F">
        <w:rPr>
          <w:rFonts w:cs="Times New Roman"/>
          <w:color w:val="000000" w:themeColor="text1"/>
          <w:lang w:val="uk-UA"/>
        </w:rPr>
        <w:t xml:space="preserve"> </w:t>
      </w:r>
      <w:r w:rsidRPr="00B7305F">
        <w:rPr>
          <w:rFonts w:cs="Times New Roman"/>
          <w:color w:val="000000" w:themeColor="text1"/>
          <w:lang w:val="uk-UA"/>
        </w:rPr>
        <w:t>аналізі.</w:t>
      </w:r>
    </w:p>
    <w:p w14:paraId="41CA6CB7" w14:textId="4FA942C1" w:rsidR="00CE4253" w:rsidRPr="00B7305F" w:rsidRDefault="00CE425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узагальнення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інтерпретацію</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практичного</w:t>
      </w:r>
      <w:r w:rsidR="00480420" w:rsidRPr="00B7305F">
        <w:rPr>
          <w:rFonts w:cs="Times New Roman"/>
          <w:color w:val="000000" w:themeColor="text1"/>
          <w:lang w:val="uk-UA"/>
        </w:rPr>
        <w:t xml:space="preserve"> </w:t>
      </w:r>
      <w:r w:rsidRPr="00B7305F">
        <w:rPr>
          <w:rFonts w:cs="Times New Roman"/>
          <w:color w:val="000000" w:themeColor="text1"/>
          <w:lang w:val="uk-UA"/>
        </w:rPr>
        <w:t>досвіду</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було</w:t>
      </w:r>
      <w:r w:rsidR="00480420" w:rsidRPr="00B7305F">
        <w:rPr>
          <w:rFonts w:cs="Times New Roman"/>
          <w:color w:val="000000" w:themeColor="text1"/>
          <w:lang w:val="uk-UA"/>
        </w:rPr>
        <w:t xml:space="preserve"> </w:t>
      </w:r>
      <w:r w:rsidRPr="00B7305F">
        <w:rPr>
          <w:rFonts w:cs="Times New Roman"/>
          <w:color w:val="000000" w:themeColor="text1"/>
          <w:lang w:val="uk-UA"/>
        </w:rPr>
        <w:t>встановлено</w:t>
      </w:r>
      <w:r w:rsidR="00480420" w:rsidRPr="00B7305F">
        <w:rPr>
          <w:rFonts w:cs="Times New Roman"/>
          <w:color w:val="000000" w:themeColor="text1"/>
          <w:lang w:val="uk-UA"/>
        </w:rPr>
        <w:t xml:space="preserve"> </w:t>
      </w:r>
      <w:r w:rsidRPr="00B7305F">
        <w:rPr>
          <w:rFonts w:cs="Times New Roman"/>
          <w:color w:val="000000" w:themeColor="text1"/>
          <w:lang w:val="uk-UA"/>
        </w:rPr>
        <w:t>характерні</w:t>
      </w:r>
      <w:r w:rsidR="00480420" w:rsidRPr="00B7305F">
        <w:rPr>
          <w:rFonts w:cs="Times New Roman"/>
          <w:color w:val="000000" w:themeColor="text1"/>
          <w:lang w:val="uk-UA"/>
        </w:rPr>
        <w:t xml:space="preserve"> </w:t>
      </w:r>
      <w:r w:rsidRPr="00B7305F">
        <w:rPr>
          <w:rFonts w:cs="Times New Roman"/>
          <w:color w:val="000000" w:themeColor="text1"/>
          <w:lang w:val="uk-UA"/>
        </w:rPr>
        <w:t>моделі</w:t>
      </w:r>
      <w:r w:rsidR="00480420" w:rsidRPr="00B7305F">
        <w:rPr>
          <w:rFonts w:cs="Times New Roman"/>
          <w:color w:val="000000" w:themeColor="text1"/>
          <w:lang w:val="uk-UA"/>
        </w:rPr>
        <w:t xml:space="preserve"> </w:t>
      </w:r>
      <w:r w:rsidRPr="00B7305F">
        <w:rPr>
          <w:rFonts w:cs="Times New Roman"/>
          <w:color w:val="000000" w:themeColor="text1"/>
          <w:lang w:val="uk-UA"/>
        </w:rPr>
        <w:t>переходу</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технікою,</w:t>
      </w:r>
      <w:r w:rsidR="00480420" w:rsidRPr="00B7305F">
        <w:rPr>
          <w:rFonts w:cs="Times New Roman"/>
          <w:color w:val="000000" w:themeColor="text1"/>
          <w:lang w:val="uk-UA"/>
        </w:rPr>
        <w:t xml:space="preserve"> </w:t>
      </w:r>
      <w:r w:rsidRPr="00B7305F">
        <w:rPr>
          <w:rFonts w:cs="Times New Roman"/>
          <w:color w:val="000000" w:themeColor="text1"/>
          <w:lang w:val="uk-UA"/>
        </w:rPr>
        <w:t>визначено</w:t>
      </w:r>
      <w:r w:rsidR="00480420" w:rsidRPr="00B7305F">
        <w:rPr>
          <w:rFonts w:cs="Times New Roman"/>
          <w:color w:val="000000" w:themeColor="text1"/>
          <w:lang w:val="uk-UA"/>
        </w:rPr>
        <w:t xml:space="preserve"> </w:t>
      </w:r>
      <w:r w:rsidRPr="00B7305F">
        <w:rPr>
          <w:rFonts w:cs="Times New Roman"/>
          <w:color w:val="000000" w:themeColor="text1"/>
          <w:lang w:val="uk-UA"/>
        </w:rPr>
        <w:t>спільні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відмінні</w:t>
      </w:r>
      <w:r w:rsidR="00480420" w:rsidRPr="00B7305F">
        <w:rPr>
          <w:rFonts w:cs="Times New Roman"/>
          <w:color w:val="000000" w:themeColor="text1"/>
          <w:lang w:val="uk-UA"/>
        </w:rPr>
        <w:t xml:space="preserve"> </w:t>
      </w:r>
      <w:r w:rsidRPr="00B7305F">
        <w:rPr>
          <w:rFonts w:cs="Times New Roman"/>
          <w:color w:val="000000" w:themeColor="text1"/>
          <w:lang w:val="uk-UA"/>
        </w:rPr>
        <w:t>компоненти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сформульовано</w:t>
      </w:r>
      <w:r w:rsidR="00480420" w:rsidRPr="00B7305F">
        <w:rPr>
          <w:rFonts w:cs="Times New Roman"/>
          <w:color w:val="000000" w:themeColor="text1"/>
          <w:lang w:val="uk-UA"/>
        </w:rPr>
        <w:t xml:space="preserve"> </w:t>
      </w:r>
      <w:r w:rsidRPr="00B7305F">
        <w:rPr>
          <w:rFonts w:cs="Times New Roman"/>
          <w:color w:val="000000" w:themeColor="text1"/>
          <w:lang w:val="uk-UA"/>
        </w:rPr>
        <w:t>критерії,</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якими</w:t>
      </w:r>
      <w:r w:rsidR="00480420" w:rsidRPr="00B7305F">
        <w:rPr>
          <w:rFonts w:cs="Times New Roman"/>
          <w:color w:val="000000" w:themeColor="text1"/>
          <w:lang w:val="uk-UA"/>
        </w:rPr>
        <w:t xml:space="preserve"> </w:t>
      </w:r>
      <w:r w:rsidRPr="00B7305F">
        <w:rPr>
          <w:rFonts w:cs="Times New Roman"/>
          <w:color w:val="000000" w:themeColor="text1"/>
          <w:lang w:val="uk-UA"/>
        </w:rPr>
        <w:t>можливе</w:t>
      </w:r>
      <w:r w:rsidR="00480420" w:rsidRPr="00B7305F">
        <w:rPr>
          <w:rFonts w:cs="Times New Roman"/>
          <w:color w:val="000000" w:themeColor="text1"/>
          <w:lang w:val="uk-UA"/>
        </w:rPr>
        <w:t xml:space="preserve"> </w:t>
      </w:r>
      <w:r w:rsidRPr="00B7305F">
        <w:rPr>
          <w:rFonts w:cs="Times New Roman"/>
          <w:color w:val="000000" w:themeColor="text1"/>
          <w:lang w:val="uk-UA"/>
        </w:rPr>
        <w:t>ефективне</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мистецьких</w:t>
      </w:r>
      <w:r w:rsidR="00480420" w:rsidRPr="00B7305F">
        <w:rPr>
          <w:rFonts w:cs="Times New Roman"/>
          <w:color w:val="000000" w:themeColor="text1"/>
          <w:lang w:val="uk-UA"/>
        </w:rPr>
        <w:t xml:space="preserve"> </w:t>
      </w:r>
      <w:r w:rsidRPr="00B7305F">
        <w:rPr>
          <w:rFonts w:cs="Times New Roman"/>
          <w:color w:val="000000" w:themeColor="text1"/>
          <w:lang w:val="uk-UA"/>
        </w:rPr>
        <w:t>традицій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p>
    <w:p w14:paraId="0DB98EC3" w14:textId="645AC309" w:rsidR="00CE4253" w:rsidRPr="00EB2868" w:rsidRDefault="00DE233C" w:rsidP="00DE233C">
      <w:pPr>
        <w:spacing w:after="0"/>
        <w:ind w:left="0"/>
        <w:jc w:val="both"/>
        <w:rPr>
          <w:rFonts w:cs="Times New Roman"/>
          <w:lang w:val="uk-UA"/>
        </w:rPr>
      </w:pPr>
      <w:r>
        <w:rPr>
          <w:rFonts w:cs="Times New Roman"/>
          <w:color w:val="000000" w:themeColor="text1"/>
          <w:lang w:val="uk-UA"/>
        </w:rPr>
        <w:t xml:space="preserve">  </w:t>
      </w:r>
      <w:r w:rsidR="00AD4B7E">
        <w:rPr>
          <w:rFonts w:cs="Times New Roman"/>
          <w:color w:val="000000" w:themeColor="text1"/>
          <w:lang w:val="uk-UA"/>
        </w:rPr>
        <w:t xml:space="preserve">         </w:t>
      </w:r>
      <w:r>
        <w:rPr>
          <w:rFonts w:cs="Times New Roman"/>
          <w:color w:val="000000" w:themeColor="text1"/>
          <w:lang w:val="uk-UA"/>
        </w:rPr>
        <w:t xml:space="preserve"> </w:t>
      </w:r>
      <w:r w:rsidR="00CE4253" w:rsidRPr="00EB2868">
        <w:rPr>
          <w:rFonts w:cs="Times New Roman"/>
          <w:lang w:val="uk-UA"/>
        </w:rPr>
        <w:t>Сукупність</w:t>
      </w:r>
      <w:r w:rsidR="00480420" w:rsidRPr="00EB2868">
        <w:rPr>
          <w:rFonts w:cs="Times New Roman"/>
          <w:lang w:val="uk-UA"/>
        </w:rPr>
        <w:t xml:space="preserve"> </w:t>
      </w:r>
      <w:r w:rsidR="00CE4253" w:rsidRPr="00EB2868">
        <w:rPr>
          <w:rFonts w:cs="Times New Roman"/>
          <w:lang w:val="uk-UA"/>
        </w:rPr>
        <w:t>застосованих</w:t>
      </w:r>
      <w:r w:rsidR="00480420" w:rsidRPr="00EB2868">
        <w:rPr>
          <w:rFonts w:cs="Times New Roman"/>
          <w:lang w:val="uk-UA"/>
        </w:rPr>
        <w:t xml:space="preserve"> </w:t>
      </w:r>
      <w:r w:rsidR="00CE4253" w:rsidRPr="00EB2868">
        <w:rPr>
          <w:rFonts w:cs="Times New Roman"/>
          <w:lang w:val="uk-UA"/>
        </w:rPr>
        <w:t>методів</w:t>
      </w:r>
      <w:r w:rsidR="00480420" w:rsidRPr="00EB2868">
        <w:rPr>
          <w:rFonts w:cs="Times New Roman"/>
          <w:lang w:val="uk-UA"/>
        </w:rPr>
        <w:t xml:space="preserve"> </w:t>
      </w:r>
      <w:r w:rsidR="00CE4253" w:rsidRPr="00EB2868">
        <w:rPr>
          <w:rFonts w:cs="Times New Roman"/>
          <w:lang w:val="uk-UA"/>
        </w:rPr>
        <w:t>дозволила</w:t>
      </w:r>
      <w:r w:rsidR="00480420" w:rsidRPr="00EB2868">
        <w:rPr>
          <w:rFonts w:cs="Times New Roman"/>
          <w:lang w:val="uk-UA"/>
        </w:rPr>
        <w:t xml:space="preserve"> </w:t>
      </w:r>
      <w:r w:rsidR="00CE4253" w:rsidRPr="00EB2868">
        <w:rPr>
          <w:rFonts w:cs="Times New Roman"/>
          <w:lang w:val="uk-UA"/>
        </w:rPr>
        <w:t>сформувати</w:t>
      </w:r>
      <w:r w:rsidR="00480420" w:rsidRPr="00EB2868">
        <w:rPr>
          <w:rFonts w:cs="Times New Roman"/>
          <w:lang w:val="uk-UA"/>
        </w:rPr>
        <w:t xml:space="preserve"> </w:t>
      </w:r>
      <w:r w:rsidR="00CE4253" w:rsidRPr="00EB2868">
        <w:rPr>
          <w:rFonts w:cs="Times New Roman"/>
          <w:lang w:val="uk-UA"/>
        </w:rPr>
        <w:t>комплексне,</w:t>
      </w:r>
      <w:r w:rsidR="00480420" w:rsidRPr="00EB2868">
        <w:rPr>
          <w:rFonts w:cs="Times New Roman"/>
          <w:lang w:val="uk-UA"/>
        </w:rPr>
        <w:t xml:space="preserve"> </w:t>
      </w:r>
      <w:r w:rsidR="00CE4253" w:rsidRPr="00EB2868">
        <w:rPr>
          <w:rFonts w:cs="Times New Roman"/>
          <w:lang w:val="uk-UA"/>
        </w:rPr>
        <w:t>різнопланове</w:t>
      </w:r>
      <w:r w:rsidR="00480420" w:rsidRPr="00EB2868">
        <w:rPr>
          <w:rFonts w:cs="Times New Roman"/>
          <w:lang w:val="uk-UA"/>
        </w:rPr>
        <w:t xml:space="preserve"> </w:t>
      </w:r>
      <w:r w:rsidR="00CE4253" w:rsidRPr="00EB2868">
        <w:rPr>
          <w:rFonts w:cs="Times New Roman"/>
          <w:lang w:val="uk-UA"/>
        </w:rPr>
        <w:t>бачення</w:t>
      </w:r>
      <w:r w:rsidR="00480420" w:rsidRPr="00EB2868">
        <w:rPr>
          <w:rFonts w:cs="Times New Roman"/>
          <w:lang w:val="uk-UA"/>
        </w:rPr>
        <w:t xml:space="preserve"> </w:t>
      </w:r>
      <w:r w:rsidR="00CE4253" w:rsidRPr="00EB2868">
        <w:rPr>
          <w:rFonts w:cs="Times New Roman"/>
          <w:lang w:val="uk-UA"/>
        </w:rPr>
        <w:t>проблеми,</w:t>
      </w:r>
      <w:r w:rsidR="00480420" w:rsidRPr="00EB2868">
        <w:rPr>
          <w:rFonts w:cs="Times New Roman"/>
          <w:lang w:val="uk-UA"/>
        </w:rPr>
        <w:t xml:space="preserve"> </w:t>
      </w:r>
      <w:r w:rsidR="00CE4253" w:rsidRPr="00EB2868">
        <w:rPr>
          <w:rFonts w:cs="Times New Roman"/>
          <w:lang w:val="uk-UA"/>
        </w:rPr>
        <w:t>поєднати</w:t>
      </w:r>
      <w:r w:rsidR="00480420" w:rsidRPr="00EB2868">
        <w:rPr>
          <w:rFonts w:cs="Times New Roman"/>
          <w:lang w:val="uk-UA"/>
        </w:rPr>
        <w:t xml:space="preserve"> </w:t>
      </w:r>
      <w:r w:rsidR="00CE4253" w:rsidRPr="00EB2868">
        <w:rPr>
          <w:rFonts w:cs="Times New Roman"/>
          <w:lang w:val="uk-UA"/>
        </w:rPr>
        <w:t>теоретичні</w:t>
      </w:r>
      <w:r w:rsidR="00480420" w:rsidRPr="00EB2868">
        <w:rPr>
          <w:rFonts w:cs="Times New Roman"/>
          <w:lang w:val="uk-UA"/>
        </w:rPr>
        <w:t xml:space="preserve"> </w:t>
      </w:r>
      <w:r w:rsidR="00CE4253" w:rsidRPr="00EB2868">
        <w:rPr>
          <w:rFonts w:cs="Times New Roman"/>
          <w:lang w:val="uk-UA"/>
        </w:rPr>
        <w:t>положення</w:t>
      </w:r>
      <w:r w:rsidR="00480420" w:rsidRPr="00EB2868">
        <w:rPr>
          <w:rFonts w:cs="Times New Roman"/>
          <w:lang w:val="uk-UA"/>
        </w:rPr>
        <w:t xml:space="preserve"> </w:t>
      </w:r>
      <w:r w:rsidR="00CE4253" w:rsidRPr="00EB2868">
        <w:rPr>
          <w:rFonts w:cs="Times New Roman"/>
          <w:lang w:val="uk-UA"/>
        </w:rPr>
        <w:t>та</w:t>
      </w:r>
      <w:r w:rsidR="00480420" w:rsidRPr="00EB2868">
        <w:rPr>
          <w:rFonts w:cs="Times New Roman"/>
          <w:lang w:val="uk-UA"/>
        </w:rPr>
        <w:t xml:space="preserve"> </w:t>
      </w:r>
      <w:r w:rsidR="00CE4253" w:rsidRPr="00EB2868">
        <w:rPr>
          <w:rFonts w:cs="Times New Roman"/>
          <w:lang w:val="uk-UA"/>
        </w:rPr>
        <w:t>реальний</w:t>
      </w:r>
      <w:r w:rsidR="00480420" w:rsidRPr="00EB2868">
        <w:rPr>
          <w:rFonts w:cs="Times New Roman"/>
          <w:lang w:val="uk-UA"/>
        </w:rPr>
        <w:t xml:space="preserve"> </w:t>
      </w:r>
      <w:r w:rsidR="00CE4253" w:rsidRPr="00EB2868">
        <w:rPr>
          <w:rFonts w:cs="Times New Roman"/>
          <w:lang w:val="uk-UA"/>
        </w:rPr>
        <w:t>професійний</w:t>
      </w:r>
      <w:r w:rsidR="00480420" w:rsidRPr="00EB2868">
        <w:rPr>
          <w:rFonts w:cs="Times New Roman"/>
          <w:lang w:val="uk-UA"/>
        </w:rPr>
        <w:t xml:space="preserve"> </w:t>
      </w:r>
      <w:r w:rsidR="00CE4253" w:rsidRPr="00EB2868">
        <w:rPr>
          <w:rFonts w:cs="Times New Roman"/>
          <w:lang w:val="uk-UA"/>
        </w:rPr>
        <w:t>досвід,</w:t>
      </w:r>
      <w:r w:rsidR="00480420" w:rsidRPr="00EB2868">
        <w:rPr>
          <w:rFonts w:cs="Times New Roman"/>
          <w:lang w:val="uk-UA"/>
        </w:rPr>
        <w:t xml:space="preserve"> </w:t>
      </w:r>
      <w:r w:rsidR="00CE4253" w:rsidRPr="00EB2868">
        <w:rPr>
          <w:rFonts w:cs="Times New Roman"/>
          <w:lang w:val="uk-UA"/>
        </w:rPr>
        <w:t>а</w:t>
      </w:r>
      <w:r w:rsidR="00480420" w:rsidRPr="00EB2868">
        <w:rPr>
          <w:rFonts w:cs="Times New Roman"/>
          <w:lang w:val="uk-UA"/>
        </w:rPr>
        <w:t xml:space="preserve"> </w:t>
      </w:r>
      <w:r w:rsidR="00CE4253" w:rsidRPr="00EB2868">
        <w:rPr>
          <w:rFonts w:cs="Times New Roman"/>
          <w:lang w:val="uk-UA"/>
        </w:rPr>
        <w:t>також</w:t>
      </w:r>
      <w:r w:rsidR="00480420" w:rsidRPr="00EB2868">
        <w:rPr>
          <w:rFonts w:cs="Times New Roman"/>
          <w:lang w:val="uk-UA"/>
        </w:rPr>
        <w:t xml:space="preserve"> </w:t>
      </w:r>
      <w:r w:rsidR="00CE4253" w:rsidRPr="00EB2868">
        <w:rPr>
          <w:rFonts w:cs="Times New Roman"/>
          <w:lang w:val="uk-UA"/>
        </w:rPr>
        <w:t>обґрунтувати</w:t>
      </w:r>
      <w:r w:rsidR="00480420" w:rsidRPr="00EB2868">
        <w:rPr>
          <w:rFonts w:cs="Times New Roman"/>
          <w:lang w:val="uk-UA"/>
        </w:rPr>
        <w:t xml:space="preserve"> </w:t>
      </w:r>
      <w:r w:rsidR="00CE4253" w:rsidRPr="00EB2868">
        <w:rPr>
          <w:rFonts w:cs="Times New Roman"/>
          <w:lang w:val="uk-UA"/>
        </w:rPr>
        <w:t>авторську</w:t>
      </w:r>
      <w:r w:rsidR="00480420" w:rsidRPr="00EB2868">
        <w:rPr>
          <w:rFonts w:cs="Times New Roman"/>
          <w:lang w:val="uk-UA"/>
        </w:rPr>
        <w:t xml:space="preserve"> </w:t>
      </w:r>
      <w:r w:rsidR="00CE4253" w:rsidRPr="00EB2868">
        <w:rPr>
          <w:rFonts w:cs="Times New Roman"/>
          <w:lang w:val="uk-UA"/>
        </w:rPr>
        <w:t>позицію</w:t>
      </w:r>
      <w:r w:rsidR="00480420" w:rsidRPr="00EB2868">
        <w:rPr>
          <w:rFonts w:cs="Times New Roman"/>
          <w:lang w:val="uk-UA"/>
        </w:rPr>
        <w:t xml:space="preserve"> </w:t>
      </w:r>
      <w:r w:rsidR="00CE4253" w:rsidRPr="00EB2868">
        <w:rPr>
          <w:rFonts w:cs="Times New Roman"/>
          <w:lang w:val="uk-UA"/>
        </w:rPr>
        <w:t>щодо</w:t>
      </w:r>
      <w:r w:rsidR="00480420" w:rsidRPr="00EB2868">
        <w:rPr>
          <w:rFonts w:cs="Times New Roman"/>
          <w:lang w:val="uk-UA"/>
        </w:rPr>
        <w:t xml:space="preserve"> </w:t>
      </w:r>
      <w:r w:rsidR="00CE4253" w:rsidRPr="00EB2868">
        <w:rPr>
          <w:rFonts w:cs="Times New Roman"/>
          <w:lang w:val="uk-UA"/>
        </w:rPr>
        <w:t>специфіки</w:t>
      </w:r>
      <w:r w:rsidR="00480420" w:rsidRPr="00EB2868">
        <w:rPr>
          <w:rFonts w:cs="Times New Roman"/>
          <w:lang w:val="uk-UA"/>
        </w:rPr>
        <w:t xml:space="preserve"> </w:t>
      </w:r>
      <w:r w:rsidR="00CE4253" w:rsidRPr="00EB2868">
        <w:rPr>
          <w:rFonts w:cs="Times New Roman"/>
          <w:lang w:val="uk-UA"/>
        </w:rPr>
        <w:t>взаємодії</w:t>
      </w:r>
      <w:r w:rsidR="00480420" w:rsidRPr="00EB2868">
        <w:rPr>
          <w:rFonts w:cs="Times New Roman"/>
          <w:lang w:val="uk-UA"/>
        </w:rPr>
        <w:t xml:space="preserve"> </w:t>
      </w:r>
      <w:r w:rsidR="00CE4253" w:rsidRPr="00EB2868">
        <w:rPr>
          <w:rFonts w:cs="Times New Roman"/>
          <w:lang w:val="uk-UA"/>
        </w:rPr>
        <w:t>акторських</w:t>
      </w:r>
      <w:r w:rsidR="00480420" w:rsidRPr="00EB2868">
        <w:rPr>
          <w:rFonts w:cs="Times New Roman"/>
          <w:lang w:val="uk-UA"/>
        </w:rPr>
        <w:t xml:space="preserve"> </w:t>
      </w:r>
      <w:r w:rsidR="00CE4253" w:rsidRPr="00EB2868">
        <w:rPr>
          <w:rFonts w:cs="Times New Roman"/>
          <w:lang w:val="uk-UA"/>
        </w:rPr>
        <w:t>технік</w:t>
      </w:r>
      <w:r w:rsidR="00480420" w:rsidRPr="00EB2868">
        <w:rPr>
          <w:rFonts w:cs="Times New Roman"/>
          <w:lang w:val="uk-UA"/>
        </w:rPr>
        <w:t xml:space="preserve"> </w:t>
      </w:r>
      <w:r w:rsidR="00CE4253" w:rsidRPr="00EB2868">
        <w:rPr>
          <w:rFonts w:cs="Times New Roman"/>
          <w:lang w:val="uk-UA"/>
        </w:rPr>
        <w:t>і</w:t>
      </w:r>
      <w:r w:rsidR="00480420" w:rsidRPr="00EB2868">
        <w:rPr>
          <w:rFonts w:cs="Times New Roman"/>
          <w:lang w:val="uk-UA"/>
        </w:rPr>
        <w:t xml:space="preserve"> </w:t>
      </w:r>
      <w:r w:rsidR="00CE4253" w:rsidRPr="00EB2868">
        <w:rPr>
          <w:rFonts w:cs="Times New Roman"/>
          <w:lang w:val="uk-UA"/>
        </w:rPr>
        <w:t>сценічних</w:t>
      </w:r>
      <w:r w:rsidR="00480420" w:rsidRPr="00EB2868">
        <w:rPr>
          <w:rFonts w:cs="Times New Roman"/>
          <w:lang w:val="uk-UA"/>
        </w:rPr>
        <w:t xml:space="preserve"> </w:t>
      </w:r>
      <w:r w:rsidR="00CE4253" w:rsidRPr="00EB2868">
        <w:rPr>
          <w:rFonts w:cs="Times New Roman"/>
          <w:lang w:val="uk-UA"/>
        </w:rPr>
        <w:t>форм</w:t>
      </w:r>
      <w:r w:rsidR="00480420" w:rsidRPr="00EB2868">
        <w:rPr>
          <w:rFonts w:cs="Times New Roman"/>
          <w:lang w:val="uk-UA"/>
        </w:rPr>
        <w:t xml:space="preserve"> </w:t>
      </w:r>
      <w:r w:rsidR="00CE4253" w:rsidRPr="00EB2868">
        <w:rPr>
          <w:rFonts w:cs="Times New Roman"/>
          <w:lang w:val="uk-UA"/>
        </w:rPr>
        <w:t>у</w:t>
      </w:r>
      <w:r w:rsidR="00480420" w:rsidRPr="00EB2868">
        <w:rPr>
          <w:rFonts w:cs="Times New Roman"/>
          <w:lang w:val="uk-UA"/>
        </w:rPr>
        <w:t xml:space="preserve"> </w:t>
      </w:r>
      <w:r w:rsidR="00CE4253" w:rsidRPr="00EB2868">
        <w:rPr>
          <w:rFonts w:cs="Times New Roman"/>
          <w:lang w:val="uk-UA"/>
        </w:rPr>
        <w:t>сучасному</w:t>
      </w:r>
      <w:r w:rsidR="00480420" w:rsidRPr="00EB2868">
        <w:rPr>
          <w:rFonts w:cs="Times New Roman"/>
          <w:lang w:val="uk-UA"/>
        </w:rPr>
        <w:t xml:space="preserve"> </w:t>
      </w:r>
      <w:r w:rsidR="00CE4253" w:rsidRPr="00EB2868">
        <w:rPr>
          <w:rFonts w:cs="Times New Roman"/>
          <w:lang w:val="uk-UA"/>
        </w:rPr>
        <w:t>театрі</w:t>
      </w:r>
      <w:r w:rsidR="00480420" w:rsidRPr="00EB2868">
        <w:rPr>
          <w:rFonts w:cs="Times New Roman"/>
          <w:lang w:val="uk-UA"/>
        </w:rPr>
        <w:t xml:space="preserve"> </w:t>
      </w:r>
      <w:r w:rsidR="00CE4253" w:rsidRPr="00EB2868">
        <w:rPr>
          <w:rFonts w:cs="Times New Roman"/>
          <w:lang w:val="uk-UA"/>
        </w:rPr>
        <w:t>та</w:t>
      </w:r>
      <w:r w:rsidR="00480420" w:rsidRPr="00EB2868">
        <w:rPr>
          <w:rFonts w:cs="Times New Roman"/>
          <w:lang w:val="uk-UA"/>
        </w:rPr>
        <w:t xml:space="preserve"> </w:t>
      </w:r>
      <w:r w:rsidR="00CE4253" w:rsidRPr="00EB2868">
        <w:rPr>
          <w:rFonts w:cs="Times New Roman"/>
          <w:lang w:val="uk-UA"/>
        </w:rPr>
        <w:t>кіно.</w:t>
      </w:r>
    </w:p>
    <w:p w14:paraId="470C9B44" w14:textId="4044BCB0" w:rsidR="00692232" w:rsidRPr="00B7305F" w:rsidRDefault="00CE4253" w:rsidP="00051784">
      <w:pPr>
        <w:spacing w:after="0"/>
        <w:ind w:left="0" w:firstLine="709"/>
        <w:jc w:val="both"/>
        <w:rPr>
          <w:rFonts w:cs="Times New Roman"/>
          <w:b/>
          <w:bCs/>
          <w:color w:val="000000" w:themeColor="text1"/>
          <w:lang w:val="uk-UA"/>
        </w:rPr>
      </w:pPr>
      <w:r w:rsidRPr="00EB2868">
        <w:rPr>
          <w:rFonts w:cs="Times New Roman"/>
          <w:b/>
          <w:bCs/>
          <w:lang w:val="uk-UA"/>
        </w:rPr>
        <w:t>Наукова</w:t>
      </w:r>
      <w:r w:rsidR="00480420" w:rsidRPr="00EB2868">
        <w:rPr>
          <w:rFonts w:cs="Times New Roman"/>
          <w:b/>
          <w:bCs/>
          <w:lang w:val="uk-UA"/>
        </w:rPr>
        <w:t xml:space="preserve"> </w:t>
      </w:r>
      <w:r w:rsidRPr="00EB2868">
        <w:rPr>
          <w:rFonts w:cs="Times New Roman"/>
          <w:b/>
          <w:bCs/>
          <w:lang w:val="uk-UA"/>
        </w:rPr>
        <w:t>новизна</w:t>
      </w:r>
      <w:r w:rsidR="00480420" w:rsidRPr="00EB2868">
        <w:rPr>
          <w:rFonts w:cs="Times New Roman"/>
          <w:b/>
          <w:bCs/>
          <w:lang w:val="uk-UA"/>
        </w:rPr>
        <w:t xml:space="preserve"> </w:t>
      </w:r>
      <w:r w:rsidRPr="00EB2868">
        <w:rPr>
          <w:rFonts w:cs="Times New Roman"/>
          <w:b/>
          <w:bCs/>
          <w:lang w:val="uk-UA"/>
        </w:rPr>
        <w:t>дослідження</w:t>
      </w:r>
      <w:r w:rsidR="00AD4B7E" w:rsidRPr="00EB2868">
        <w:rPr>
          <w:rFonts w:cs="Times New Roman"/>
          <w:b/>
          <w:bCs/>
          <w:lang w:val="uk-UA"/>
        </w:rPr>
        <w:t xml:space="preserve">. </w:t>
      </w:r>
      <w:r w:rsidR="00AD4B7E" w:rsidRPr="00EB2868">
        <w:rPr>
          <w:rFonts w:cs="Times New Roman"/>
          <w:lang w:val="uk-UA"/>
        </w:rPr>
        <w:t>У даному дослідженні</w:t>
      </w:r>
      <w:r w:rsidR="00AD4B7E" w:rsidRPr="00EB2868">
        <w:rPr>
          <w:rFonts w:cs="Times New Roman"/>
          <w:b/>
          <w:bCs/>
          <w:lang w:val="uk-UA"/>
        </w:rPr>
        <w:t xml:space="preserve"> </w:t>
      </w:r>
      <w:r w:rsidRPr="00B7305F">
        <w:rPr>
          <w:rFonts w:cs="Times New Roman"/>
          <w:color w:val="000000" w:themeColor="text1"/>
          <w:lang w:val="uk-UA"/>
        </w:rPr>
        <w:t>вперше</w:t>
      </w:r>
      <w:r w:rsidR="00480420" w:rsidRPr="00B7305F">
        <w:rPr>
          <w:rFonts w:cs="Times New Roman"/>
          <w:color w:val="000000" w:themeColor="text1"/>
          <w:lang w:val="uk-UA"/>
        </w:rPr>
        <w:t xml:space="preserve"> </w:t>
      </w:r>
      <w:r w:rsidRPr="00B7305F">
        <w:rPr>
          <w:rFonts w:cs="Times New Roman"/>
          <w:color w:val="000000" w:themeColor="text1"/>
          <w:lang w:val="uk-UA"/>
        </w:rPr>
        <w:t>здійснено</w:t>
      </w:r>
      <w:r w:rsidR="00480420" w:rsidRPr="00B7305F">
        <w:rPr>
          <w:rFonts w:cs="Times New Roman"/>
          <w:color w:val="000000" w:themeColor="text1"/>
          <w:lang w:val="uk-UA"/>
        </w:rPr>
        <w:t xml:space="preserve"> </w:t>
      </w:r>
      <w:r w:rsidRPr="00B7305F">
        <w:rPr>
          <w:rFonts w:cs="Times New Roman"/>
          <w:color w:val="000000" w:themeColor="text1"/>
          <w:lang w:val="uk-UA"/>
        </w:rPr>
        <w:t>спробу</w:t>
      </w:r>
      <w:r w:rsidR="00480420" w:rsidRPr="00B7305F">
        <w:rPr>
          <w:rFonts w:cs="Times New Roman"/>
          <w:color w:val="000000" w:themeColor="text1"/>
          <w:lang w:val="uk-UA"/>
        </w:rPr>
        <w:t xml:space="preserve"> </w:t>
      </w:r>
      <w:r w:rsidRPr="00B7305F">
        <w:rPr>
          <w:rFonts w:cs="Times New Roman"/>
          <w:color w:val="000000" w:themeColor="text1"/>
          <w:lang w:val="uk-UA"/>
        </w:rPr>
        <w:t>системного,</w:t>
      </w:r>
      <w:r w:rsidR="00480420" w:rsidRPr="00B7305F">
        <w:rPr>
          <w:rFonts w:cs="Times New Roman"/>
          <w:color w:val="000000" w:themeColor="text1"/>
          <w:lang w:val="uk-UA"/>
        </w:rPr>
        <w:t xml:space="preserve"> </w:t>
      </w:r>
      <w:r w:rsidRPr="00B7305F">
        <w:rPr>
          <w:rFonts w:cs="Times New Roman"/>
          <w:color w:val="000000" w:themeColor="text1"/>
          <w:lang w:val="uk-UA"/>
        </w:rPr>
        <w:t>багаторівневого</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Pr="00B7305F">
        <w:rPr>
          <w:rFonts w:cs="Times New Roman"/>
          <w:color w:val="000000" w:themeColor="text1"/>
          <w:lang w:val="uk-UA"/>
        </w:rPr>
        <w:t>дав</w:t>
      </w:r>
      <w:r w:rsidR="00480420" w:rsidRPr="00B7305F">
        <w:rPr>
          <w:rFonts w:cs="Times New Roman"/>
          <w:color w:val="000000" w:themeColor="text1"/>
          <w:lang w:val="uk-UA"/>
        </w:rPr>
        <w:t xml:space="preserve"> </w:t>
      </w:r>
      <w:r w:rsidRPr="00B7305F">
        <w:rPr>
          <w:rFonts w:cs="Times New Roman"/>
          <w:color w:val="000000" w:themeColor="text1"/>
          <w:lang w:val="uk-UA"/>
        </w:rPr>
        <w:t>можливість</w:t>
      </w:r>
      <w:r w:rsidR="00480420" w:rsidRPr="00B7305F">
        <w:rPr>
          <w:rFonts w:cs="Times New Roman"/>
          <w:color w:val="000000" w:themeColor="text1"/>
          <w:lang w:val="uk-UA"/>
        </w:rPr>
        <w:t xml:space="preserve"> </w:t>
      </w:r>
      <w:r w:rsidRPr="00B7305F">
        <w:rPr>
          <w:rFonts w:cs="Times New Roman"/>
          <w:color w:val="000000" w:themeColor="text1"/>
          <w:lang w:val="uk-UA"/>
        </w:rPr>
        <w:t>виявити</w:t>
      </w:r>
      <w:r w:rsidR="00480420" w:rsidRPr="00B7305F">
        <w:rPr>
          <w:rFonts w:cs="Times New Roman"/>
          <w:color w:val="000000" w:themeColor="text1"/>
          <w:lang w:val="uk-UA"/>
        </w:rPr>
        <w:t xml:space="preserve"> </w:t>
      </w:r>
      <w:r w:rsidRPr="00B7305F">
        <w:rPr>
          <w:rFonts w:cs="Times New Roman"/>
          <w:color w:val="000000" w:themeColor="text1"/>
          <w:lang w:val="uk-UA"/>
        </w:rPr>
        <w:t>специфіку</w:t>
      </w:r>
      <w:r w:rsidR="00480420" w:rsidRPr="00B7305F">
        <w:rPr>
          <w:rFonts w:cs="Times New Roman"/>
          <w:color w:val="000000" w:themeColor="text1"/>
          <w:lang w:val="uk-UA"/>
        </w:rPr>
        <w:t xml:space="preserve"> </w:t>
      </w:r>
      <w:r w:rsidRPr="00B7305F">
        <w:rPr>
          <w:rFonts w:cs="Times New Roman"/>
          <w:color w:val="000000" w:themeColor="text1"/>
          <w:lang w:val="uk-UA"/>
        </w:rPr>
        <w:t>впливу</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шкіл</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професійної</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поведінки</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B7305F">
        <w:rPr>
          <w:rFonts w:cs="Times New Roman"/>
          <w:color w:val="000000" w:themeColor="text1"/>
          <w:lang w:val="uk-UA"/>
        </w:rPr>
        <w:t>відмінних,</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взаємопов’язаних</w:t>
      </w:r>
      <w:r w:rsidR="00480420" w:rsidRPr="00B7305F">
        <w:rPr>
          <w:rFonts w:cs="Times New Roman"/>
          <w:color w:val="000000" w:themeColor="text1"/>
          <w:lang w:val="uk-UA"/>
        </w:rPr>
        <w:t xml:space="preserve"> </w:t>
      </w:r>
      <w:r w:rsidRPr="00B7305F">
        <w:rPr>
          <w:rFonts w:cs="Times New Roman"/>
          <w:color w:val="000000" w:themeColor="text1"/>
          <w:lang w:val="uk-UA"/>
        </w:rPr>
        <w:t>художніх</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середовищах.</w:t>
      </w:r>
      <w:r w:rsidR="00480420" w:rsidRPr="00B7305F">
        <w:rPr>
          <w:rFonts w:cs="Times New Roman"/>
          <w:color w:val="000000" w:themeColor="text1"/>
          <w:lang w:val="uk-UA"/>
        </w:rPr>
        <w:t xml:space="preserve"> </w:t>
      </w:r>
    </w:p>
    <w:p w14:paraId="79C933DE" w14:textId="4E28425C" w:rsidR="00051286" w:rsidRPr="00B7305F" w:rsidRDefault="00480420" w:rsidP="00051784">
      <w:pPr>
        <w:spacing w:after="0"/>
        <w:ind w:left="0" w:firstLine="709"/>
        <w:jc w:val="both"/>
        <w:rPr>
          <w:rFonts w:cs="Times New Roman"/>
          <w:color w:val="000000" w:themeColor="text1"/>
          <w:lang w:val="uk-UA"/>
        </w:rPr>
      </w:pPr>
      <w:bookmarkStart w:id="0" w:name="_Hlk214606256"/>
      <w:r w:rsidRPr="00B7305F">
        <w:rPr>
          <w:rFonts w:cs="Times New Roman"/>
          <w:b/>
          <w:bCs/>
          <w:color w:val="000000" w:themeColor="text1"/>
          <w:lang w:val="uk-UA"/>
        </w:rPr>
        <w:t xml:space="preserve">  </w:t>
      </w:r>
      <w:r w:rsidR="00051286" w:rsidRPr="00B7305F">
        <w:rPr>
          <w:rFonts w:cs="Times New Roman"/>
          <w:b/>
          <w:bCs/>
          <w:color w:val="000000" w:themeColor="text1"/>
          <w:lang w:val="uk-UA"/>
        </w:rPr>
        <w:t>Практичне</w:t>
      </w:r>
      <w:r w:rsidRPr="00B7305F">
        <w:rPr>
          <w:rFonts w:cs="Times New Roman"/>
          <w:b/>
          <w:bCs/>
          <w:color w:val="000000" w:themeColor="text1"/>
          <w:lang w:val="uk-UA"/>
        </w:rPr>
        <w:t xml:space="preserve"> </w:t>
      </w:r>
      <w:r w:rsidR="00051286" w:rsidRPr="00B7305F">
        <w:rPr>
          <w:rFonts w:cs="Times New Roman"/>
          <w:b/>
          <w:bCs/>
          <w:color w:val="000000" w:themeColor="text1"/>
          <w:lang w:val="uk-UA"/>
        </w:rPr>
        <w:t>значення</w:t>
      </w:r>
      <w:r w:rsidRPr="00B7305F">
        <w:rPr>
          <w:rFonts w:cs="Times New Roman"/>
          <w:b/>
          <w:bCs/>
          <w:color w:val="000000" w:themeColor="text1"/>
          <w:lang w:val="uk-UA"/>
        </w:rPr>
        <w:t xml:space="preserve"> </w:t>
      </w:r>
      <w:r w:rsidR="00051286" w:rsidRPr="00B7305F">
        <w:rPr>
          <w:rFonts w:cs="Times New Roman"/>
          <w:b/>
          <w:bCs/>
          <w:color w:val="000000" w:themeColor="text1"/>
          <w:lang w:val="uk-UA"/>
        </w:rPr>
        <w:t>дослідження</w:t>
      </w:r>
      <w:r w:rsidR="008005EB">
        <w:rPr>
          <w:rFonts w:cs="Times New Roman"/>
          <w:b/>
          <w:bCs/>
          <w:color w:val="000000" w:themeColor="text1"/>
          <w:lang w:val="uk-UA"/>
        </w:rPr>
        <w:t>.</w:t>
      </w:r>
      <w:r w:rsidRPr="00B7305F">
        <w:rPr>
          <w:rFonts w:cs="Times New Roman"/>
          <w:b/>
          <w:bCs/>
          <w:color w:val="000000" w:themeColor="text1"/>
          <w:lang w:val="uk-UA"/>
        </w:rPr>
        <w:t xml:space="preserve"> </w:t>
      </w:r>
      <w:r w:rsidR="00051286" w:rsidRPr="00B7305F">
        <w:rPr>
          <w:rFonts w:cs="Times New Roman"/>
          <w:color w:val="000000" w:themeColor="text1"/>
          <w:lang w:val="uk-UA"/>
        </w:rPr>
        <w:t>Результати</w:t>
      </w:r>
      <w:r w:rsidRPr="00B7305F">
        <w:rPr>
          <w:rFonts w:cs="Times New Roman"/>
          <w:color w:val="000000" w:themeColor="text1"/>
          <w:lang w:val="uk-UA"/>
        </w:rPr>
        <w:t xml:space="preserve"> </w:t>
      </w:r>
      <w:r w:rsidR="00051286" w:rsidRPr="00B7305F">
        <w:rPr>
          <w:rFonts w:cs="Times New Roman"/>
          <w:color w:val="000000" w:themeColor="text1"/>
          <w:lang w:val="uk-UA"/>
        </w:rPr>
        <w:t>магістерської</w:t>
      </w:r>
      <w:r w:rsidRPr="00B7305F">
        <w:rPr>
          <w:rFonts w:cs="Times New Roman"/>
          <w:color w:val="000000" w:themeColor="text1"/>
          <w:lang w:val="uk-UA"/>
        </w:rPr>
        <w:t xml:space="preserve"> </w:t>
      </w:r>
      <w:r w:rsidR="00051286" w:rsidRPr="00B7305F">
        <w:rPr>
          <w:rFonts w:cs="Times New Roman"/>
          <w:color w:val="000000" w:themeColor="text1"/>
          <w:lang w:val="uk-UA"/>
        </w:rPr>
        <w:t>роботи</w:t>
      </w:r>
      <w:r w:rsidRPr="00B7305F">
        <w:rPr>
          <w:rFonts w:cs="Times New Roman"/>
          <w:color w:val="000000" w:themeColor="text1"/>
          <w:lang w:val="uk-UA"/>
        </w:rPr>
        <w:t xml:space="preserve"> </w:t>
      </w:r>
      <w:r w:rsidR="00051286" w:rsidRPr="00B7305F">
        <w:rPr>
          <w:rFonts w:cs="Times New Roman"/>
          <w:color w:val="000000" w:themeColor="text1"/>
          <w:lang w:val="uk-UA"/>
        </w:rPr>
        <w:t>можуть</w:t>
      </w:r>
      <w:r w:rsidRPr="00B7305F">
        <w:rPr>
          <w:rFonts w:cs="Times New Roman"/>
          <w:color w:val="000000" w:themeColor="text1"/>
          <w:lang w:val="uk-UA"/>
        </w:rPr>
        <w:t xml:space="preserve"> </w:t>
      </w:r>
      <w:r w:rsidR="00051286" w:rsidRPr="00B7305F">
        <w:rPr>
          <w:rFonts w:cs="Times New Roman"/>
          <w:color w:val="000000" w:themeColor="text1"/>
          <w:lang w:val="uk-UA"/>
        </w:rPr>
        <w:t>бути</w:t>
      </w:r>
      <w:r w:rsidRPr="00B7305F">
        <w:rPr>
          <w:rFonts w:cs="Times New Roman"/>
          <w:color w:val="000000" w:themeColor="text1"/>
          <w:lang w:val="uk-UA"/>
        </w:rPr>
        <w:t xml:space="preserve"> </w:t>
      </w:r>
      <w:r w:rsidR="00051286" w:rsidRPr="00B7305F">
        <w:rPr>
          <w:rFonts w:cs="Times New Roman"/>
          <w:color w:val="000000" w:themeColor="text1"/>
          <w:lang w:val="uk-UA"/>
        </w:rPr>
        <w:t>використані</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навчальному</w:t>
      </w:r>
      <w:r w:rsidRPr="00B7305F">
        <w:rPr>
          <w:rFonts w:cs="Times New Roman"/>
          <w:color w:val="000000" w:themeColor="text1"/>
          <w:lang w:val="uk-UA"/>
        </w:rPr>
        <w:t xml:space="preserve"> </w:t>
      </w:r>
      <w:r w:rsidR="00051286" w:rsidRPr="00B7305F">
        <w:rPr>
          <w:rFonts w:cs="Times New Roman"/>
          <w:color w:val="000000" w:themeColor="text1"/>
          <w:lang w:val="uk-UA"/>
        </w:rPr>
        <w:t>процесі</w:t>
      </w:r>
      <w:r w:rsidRPr="00B7305F">
        <w:rPr>
          <w:rFonts w:cs="Times New Roman"/>
          <w:color w:val="000000" w:themeColor="text1"/>
          <w:lang w:val="uk-UA"/>
        </w:rPr>
        <w:t xml:space="preserve"> </w:t>
      </w:r>
      <w:r w:rsidR="00051286" w:rsidRPr="00B7305F">
        <w:rPr>
          <w:rFonts w:cs="Times New Roman"/>
          <w:color w:val="000000" w:themeColor="text1"/>
          <w:lang w:val="uk-UA"/>
        </w:rPr>
        <w:t>закладів</w:t>
      </w:r>
      <w:r w:rsidRPr="00B7305F">
        <w:rPr>
          <w:rFonts w:cs="Times New Roman"/>
          <w:color w:val="000000" w:themeColor="text1"/>
          <w:lang w:val="uk-UA"/>
        </w:rPr>
        <w:t xml:space="preserve"> </w:t>
      </w:r>
      <w:r w:rsidR="00051286" w:rsidRPr="00B7305F">
        <w:rPr>
          <w:rFonts w:cs="Times New Roman"/>
          <w:color w:val="000000" w:themeColor="text1"/>
          <w:lang w:val="uk-UA"/>
        </w:rPr>
        <w:t>культури</w:t>
      </w:r>
      <w:r w:rsidRPr="00B7305F">
        <w:rPr>
          <w:rFonts w:cs="Times New Roman"/>
          <w:color w:val="000000" w:themeColor="text1"/>
          <w:lang w:val="uk-UA"/>
        </w:rPr>
        <w:t xml:space="preserve"> </w:t>
      </w:r>
      <w:r w:rsidR="00051286" w:rsidRPr="00B7305F">
        <w:rPr>
          <w:rFonts w:cs="Times New Roman"/>
          <w:color w:val="000000" w:themeColor="text1"/>
          <w:lang w:val="uk-UA"/>
        </w:rPr>
        <w:t>і</w:t>
      </w:r>
      <w:r w:rsidRPr="00B7305F">
        <w:rPr>
          <w:rFonts w:cs="Times New Roman"/>
          <w:color w:val="000000" w:themeColor="text1"/>
          <w:lang w:val="uk-UA"/>
        </w:rPr>
        <w:t xml:space="preserve"> </w:t>
      </w:r>
      <w:r w:rsidR="00051286" w:rsidRPr="00B7305F">
        <w:rPr>
          <w:rFonts w:cs="Times New Roman"/>
          <w:color w:val="000000" w:themeColor="text1"/>
          <w:lang w:val="uk-UA"/>
        </w:rPr>
        <w:t>мистецтв</w:t>
      </w:r>
      <w:r w:rsidRPr="00B7305F">
        <w:rPr>
          <w:rFonts w:cs="Times New Roman"/>
          <w:color w:val="000000" w:themeColor="text1"/>
          <w:lang w:val="uk-UA"/>
        </w:rPr>
        <w:t xml:space="preserve"> </w:t>
      </w:r>
      <w:r w:rsidR="00051286" w:rsidRPr="00B7305F">
        <w:rPr>
          <w:rFonts w:cs="Times New Roman"/>
          <w:color w:val="000000" w:themeColor="text1"/>
          <w:lang w:val="uk-UA"/>
        </w:rPr>
        <w:t>під</w:t>
      </w:r>
      <w:r w:rsidRPr="00B7305F">
        <w:rPr>
          <w:rFonts w:cs="Times New Roman"/>
          <w:color w:val="000000" w:themeColor="text1"/>
          <w:lang w:val="uk-UA"/>
        </w:rPr>
        <w:t xml:space="preserve"> </w:t>
      </w:r>
      <w:r w:rsidR="00051286" w:rsidRPr="00B7305F">
        <w:rPr>
          <w:rFonts w:cs="Times New Roman"/>
          <w:color w:val="000000" w:themeColor="text1"/>
          <w:lang w:val="uk-UA"/>
        </w:rPr>
        <w:t>час</w:t>
      </w:r>
      <w:r w:rsidRPr="00B7305F">
        <w:rPr>
          <w:rFonts w:cs="Times New Roman"/>
          <w:color w:val="000000" w:themeColor="text1"/>
          <w:lang w:val="uk-UA"/>
        </w:rPr>
        <w:t xml:space="preserve"> </w:t>
      </w:r>
      <w:r w:rsidR="00051286" w:rsidRPr="00B7305F">
        <w:rPr>
          <w:rFonts w:cs="Times New Roman"/>
          <w:color w:val="000000" w:themeColor="text1"/>
          <w:lang w:val="uk-UA"/>
        </w:rPr>
        <w:t>викладання</w:t>
      </w:r>
      <w:r w:rsidRPr="00B7305F">
        <w:rPr>
          <w:rFonts w:cs="Times New Roman"/>
          <w:color w:val="000000" w:themeColor="text1"/>
          <w:lang w:val="uk-UA"/>
        </w:rPr>
        <w:t xml:space="preserve"> </w:t>
      </w:r>
      <w:r w:rsidR="00051286" w:rsidRPr="00B7305F">
        <w:rPr>
          <w:rFonts w:cs="Times New Roman"/>
          <w:color w:val="000000" w:themeColor="text1"/>
          <w:lang w:val="uk-UA"/>
        </w:rPr>
        <w:t>дисциплін,</w:t>
      </w:r>
      <w:r w:rsidRPr="00B7305F">
        <w:rPr>
          <w:rFonts w:cs="Times New Roman"/>
          <w:color w:val="000000" w:themeColor="text1"/>
          <w:lang w:val="uk-UA"/>
        </w:rPr>
        <w:t xml:space="preserve"> </w:t>
      </w:r>
      <w:r w:rsidR="00051286" w:rsidRPr="00B7305F">
        <w:rPr>
          <w:rFonts w:cs="Times New Roman"/>
          <w:color w:val="000000" w:themeColor="text1"/>
          <w:lang w:val="uk-UA"/>
        </w:rPr>
        <w:t>спрямованих</w:t>
      </w:r>
      <w:r w:rsidRPr="00B7305F">
        <w:rPr>
          <w:rFonts w:cs="Times New Roman"/>
          <w:color w:val="000000" w:themeColor="text1"/>
          <w:lang w:val="uk-UA"/>
        </w:rPr>
        <w:t xml:space="preserve"> </w:t>
      </w:r>
      <w:r w:rsidR="00051286" w:rsidRPr="00B7305F">
        <w:rPr>
          <w:rFonts w:cs="Times New Roman"/>
          <w:color w:val="000000" w:themeColor="text1"/>
          <w:lang w:val="uk-UA"/>
        </w:rPr>
        <w:t>на</w:t>
      </w:r>
      <w:r w:rsidRPr="00B7305F">
        <w:rPr>
          <w:rFonts w:cs="Times New Roman"/>
          <w:color w:val="000000" w:themeColor="text1"/>
          <w:lang w:val="uk-UA"/>
        </w:rPr>
        <w:t xml:space="preserve"> </w:t>
      </w:r>
      <w:r w:rsidR="00051286" w:rsidRPr="00B7305F">
        <w:rPr>
          <w:rFonts w:cs="Times New Roman"/>
          <w:color w:val="000000" w:themeColor="text1"/>
          <w:lang w:val="uk-UA"/>
        </w:rPr>
        <w:t>формування</w:t>
      </w:r>
      <w:r w:rsidRPr="00B7305F">
        <w:rPr>
          <w:rFonts w:cs="Times New Roman"/>
          <w:color w:val="000000" w:themeColor="text1"/>
          <w:lang w:val="uk-UA"/>
        </w:rPr>
        <w:t xml:space="preserve"> </w:t>
      </w:r>
      <w:r w:rsidR="00051286" w:rsidRPr="00B7305F">
        <w:rPr>
          <w:rFonts w:cs="Times New Roman"/>
          <w:color w:val="000000" w:themeColor="text1"/>
          <w:lang w:val="uk-UA"/>
        </w:rPr>
        <w:t>акторських</w:t>
      </w:r>
      <w:r w:rsidRPr="00B7305F">
        <w:rPr>
          <w:rFonts w:cs="Times New Roman"/>
          <w:color w:val="000000" w:themeColor="text1"/>
          <w:lang w:val="uk-UA"/>
        </w:rPr>
        <w:t xml:space="preserve"> </w:t>
      </w:r>
      <w:r w:rsidR="00051286" w:rsidRPr="00B7305F">
        <w:rPr>
          <w:rFonts w:cs="Times New Roman"/>
          <w:color w:val="000000" w:themeColor="text1"/>
          <w:lang w:val="uk-UA"/>
        </w:rPr>
        <w:t>компетентностей,</w:t>
      </w:r>
      <w:r w:rsidRPr="00B7305F">
        <w:rPr>
          <w:rFonts w:cs="Times New Roman"/>
          <w:color w:val="000000" w:themeColor="text1"/>
          <w:lang w:val="uk-UA"/>
        </w:rPr>
        <w:t xml:space="preserve"> </w:t>
      </w:r>
      <w:r w:rsidR="00051286" w:rsidRPr="00B7305F">
        <w:rPr>
          <w:rFonts w:cs="Times New Roman"/>
          <w:color w:val="000000" w:themeColor="text1"/>
          <w:lang w:val="uk-UA"/>
        </w:rPr>
        <w:t>а</w:t>
      </w:r>
      <w:r w:rsidRPr="00B7305F">
        <w:rPr>
          <w:rFonts w:cs="Times New Roman"/>
          <w:color w:val="000000" w:themeColor="text1"/>
          <w:lang w:val="uk-UA"/>
        </w:rPr>
        <w:t xml:space="preserve"> </w:t>
      </w:r>
      <w:r w:rsidR="00051286" w:rsidRPr="00B7305F">
        <w:rPr>
          <w:rFonts w:cs="Times New Roman"/>
          <w:color w:val="000000" w:themeColor="text1"/>
          <w:lang w:val="uk-UA"/>
        </w:rPr>
        <w:lastRenderedPageBreak/>
        <w:t>також</w:t>
      </w:r>
      <w:r w:rsidRPr="00B7305F">
        <w:rPr>
          <w:rFonts w:cs="Times New Roman"/>
          <w:color w:val="000000" w:themeColor="text1"/>
          <w:lang w:val="uk-UA"/>
        </w:rPr>
        <w:t xml:space="preserve"> </w:t>
      </w:r>
      <w:r w:rsidR="00051286" w:rsidRPr="00B7305F">
        <w:rPr>
          <w:rFonts w:cs="Times New Roman"/>
          <w:color w:val="000000" w:themeColor="text1"/>
          <w:lang w:val="uk-UA"/>
        </w:rPr>
        <w:t>під</w:t>
      </w:r>
      <w:r w:rsidRPr="00B7305F">
        <w:rPr>
          <w:rFonts w:cs="Times New Roman"/>
          <w:color w:val="000000" w:themeColor="text1"/>
          <w:lang w:val="uk-UA"/>
        </w:rPr>
        <w:t xml:space="preserve"> </w:t>
      </w:r>
      <w:r w:rsidR="00051286" w:rsidRPr="00B7305F">
        <w:rPr>
          <w:rFonts w:cs="Times New Roman"/>
          <w:color w:val="000000" w:themeColor="text1"/>
          <w:lang w:val="uk-UA"/>
        </w:rPr>
        <w:t>час</w:t>
      </w:r>
      <w:r w:rsidRPr="00B7305F">
        <w:rPr>
          <w:rFonts w:cs="Times New Roman"/>
          <w:color w:val="000000" w:themeColor="text1"/>
          <w:lang w:val="uk-UA"/>
        </w:rPr>
        <w:t xml:space="preserve"> </w:t>
      </w:r>
      <w:r w:rsidR="00051286" w:rsidRPr="00B7305F">
        <w:rPr>
          <w:rFonts w:cs="Times New Roman"/>
          <w:color w:val="000000" w:themeColor="text1"/>
          <w:lang w:val="uk-UA"/>
        </w:rPr>
        <w:t>вивчення</w:t>
      </w:r>
      <w:r w:rsidRPr="00B7305F">
        <w:rPr>
          <w:rFonts w:cs="Times New Roman"/>
          <w:color w:val="000000" w:themeColor="text1"/>
          <w:lang w:val="uk-UA"/>
        </w:rPr>
        <w:t xml:space="preserve"> </w:t>
      </w:r>
      <w:r w:rsidR="00051286" w:rsidRPr="00B7305F">
        <w:rPr>
          <w:rFonts w:cs="Times New Roman"/>
          <w:color w:val="000000" w:themeColor="text1"/>
          <w:lang w:val="uk-UA"/>
        </w:rPr>
        <w:t>особливостей</w:t>
      </w:r>
      <w:r w:rsidRPr="00B7305F">
        <w:rPr>
          <w:rFonts w:cs="Times New Roman"/>
          <w:color w:val="000000" w:themeColor="text1"/>
          <w:lang w:val="uk-UA"/>
        </w:rPr>
        <w:t xml:space="preserve"> </w:t>
      </w:r>
      <w:r w:rsidR="00051286" w:rsidRPr="00B7305F">
        <w:rPr>
          <w:rFonts w:cs="Times New Roman"/>
          <w:color w:val="000000" w:themeColor="text1"/>
          <w:lang w:val="uk-UA"/>
        </w:rPr>
        <w:t>сценічного</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051286" w:rsidRPr="00B7305F">
        <w:rPr>
          <w:rFonts w:cs="Times New Roman"/>
          <w:color w:val="000000" w:themeColor="text1"/>
          <w:lang w:val="uk-UA"/>
        </w:rPr>
        <w:t>мистецтва.</w:t>
      </w:r>
      <w:r w:rsidRPr="00B7305F">
        <w:rPr>
          <w:rFonts w:cs="Times New Roman"/>
          <w:color w:val="000000" w:themeColor="text1"/>
          <w:lang w:val="uk-UA"/>
        </w:rPr>
        <w:t xml:space="preserve"> </w:t>
      </w:r>
      <w:r w:rsidR="00051286" w:rsidRPr="00B7305F">
        <w:rPr>
          <w:rFonts w:cs="Times New Roman"/>
          <w:color w:val="000000" w:themeColor="text1"/>
          <w:lang w:val="uk-UA"/>
        </w:rPr>
        <w:t>Матеріали</w:t>
      </w:r>
      <w:r w:rsidRPr="00B7305F">
        <w:rPr>
          <w:rFonts w:cs="Times New Roman"/>
          <w:color w:val="000000" w:themeColor="text1"/>
          <w:lang w:val="uk-UA"/>
        </w:rPr>
        <w:t xml:space="preserve"> </w:t>
      </w:r>
      <w:r w:rsidR="00051286" w:rsidRPr="00B7305F">
        <w:rPr>
          <w:rFonts w:cs="Times New Roman"/>
          <w:color w:val="000000" w:themeColor="text1"/>
          <w:lang w:val="uk-UA"/>
        </w:rPr>
        <w:t>дослідження</w:t>
      </w:r>
      <w:r w:rsidRPr="00B7305F">
        <w:rPr>
          <w:rFonts w:cs="Times New Roman"/>
          <w:color w:val="000000" w:themeColor="text1"/>
          <w:lang w:val="uk-UA"/>
        </w:rPr>
        <w:t xml:space="preserve"> </w:t>
      </w:r>
      <w:r w:rsidR="00051286" w:rsidRPr="00B7305F">
        <w:rPr>
          <w:rFonts w:cs="Times New Roman"/>
          <w:color w:val="000000" w:themeColor="text1"/>
          <w:lang w:val="uk-UA"/>
        </w:rPr>
        <w:t>мають</w:t>
      </w:r>
      <w:r w:rsidRPr="00B7305F">
        <w:rPr>
          <w:rFonts w:cs="Times New Roman"/>
          <w:color w:val="000000" w:themeColor="text1"/>
          <w:lang w:val="uk-UA"/>
        </w:rPr>
        <w:t xml:space="preserve"> </w:t>
      </w:r>
      <w:r w:rsidR="00051286" w:rsidRPr="00B7305F">
        <w:rPr>
          <w:rFonts w:cs="Times New Roman"/>
          <w:color w:val="000000" w:themeColor="text1"/>
          <w:lang w:val="uk-UA"/>
        </w:rPr>
        <w:t>прикладне</w:t>
      </w:r>
      <w:r w:rsidRPr="00B7305F">
        <w:rPr>
          <w:rFonts w:cs="Times New Roman"/>
          <w:color w:val="000000" w:themeColor="text1"/>
          <w:lang w:val="uk-UA"/>
        </w:rPr>
        <w:t xml:space="preserve"> </w:t>
      </w:r>
      <w:r w:rsidR="00051286" w:rsidRPr="00B7305F">
        <w:rPr>
          <w:rFonts w:cs="Times New Roman"/>
          <w:color w:val="000000" w:themeColor="text1"/>
          <w:lang w:val="uk-UA"/>
        </w:rPr>
        <w:t>значення</w:t>
      </w:r>
      <w:r w:rsidRPr="00B7305F">
        <w:rPr>
          <w:rFonts w:cs="Times New Roman"/>
          <w:color w:val="000000" w:themeColor="text1"/>
          <w:lang w:val="uk-UA"/>
        </w:rPr>
        <w:t xml:space="preserve"> </w:t>
      </w:r>
      <w:r w:rsidR="00051286" w:rsidRPr="00B7305F">
        <w:rPr>
          <w:rFonts w:cs="Times New Roman"/>
          <w:color w:val="000000" w:themeColor="text1"/>
          <w:lang w:val="uk-UA"/>
        </w:rPr>
        <w:t>для</w:t>
      </w:r>
      <w:r w:rsidRPr="00B7305F">
        <w:rPr>
          <w:rFonts w:cs="Times New Roman"/>
          <w:color w:val="000000" w:themeColor="text1"/>
          <w:lang w:val="uk-UA"/>
        </w:rPr>
        <w:t xml:space="preserve"> </w:t>
      </w:r>
      <w:r w:rsidR="00051286" w:rsidRPr="00B7305F">
        <w:rPr>
          <w:rFonts w:cs="Times New Roman"/>
          <w:color w:val="000000" w:themeColor="text1"/>
          <w:lang w:val="uk-UA"/>
        </w:rPr>
        <w:t>акторів</w:t>
      </w:r>
      <w:r w:rsidRPr="00B7305F">
        <w:rPr>
          <w:rFonts w:cs="Times New Roman"/>
          <w:color w:val="000000" w:themeColor="text1"/>
          <w:lang w:val="uk-UA"/>
        </w:rPr>
        <w:t xml:space="preserve"> </w:t>
      </w:r>
      <w:r w:rsidR="00051286" w:rsidRPr="00B7305F">
        <w:rPr>
          <w:rFonts w:cs="Times New Roman"/>
          <w:color w:val="000000" w:themeColor="text1"/>
          <w:lang w:val="uk-UA"/>
        </w:rPr>
        <w:t>і</w:t>
      </w:r>
      <w:r w:rsidRPr="00B7305F">
        <w:rPr>
          <w:rFonts w:cs="Times New Roman"/>
          <w:color w:val="000000" w:themeColor="text1"/>
          <w:lang w:val="uk-UA"/>
        </w:rPr>
        <w:t xml:space="preserve"> </w:t>
      </w:r>
      <w:r w:rsidR="00051286" w:rsidRPr="00B7305F">
        <w:rPr>
          <w:rFonts w:cs="Times New Roman"/>
          <w:color w:val="000000" w:themeColor="text1"/>
          <w:lang w:val="uk-UA"/>
        </w:rPr>
        <w:t>режисерів,</w:t>
      </w:r>
      <w:r w:rsidRPr="00B7305F">
        <w:rPr>
          <w:rFonts w:cs="Times New Roman"/>
          <w:color w:val="000000" w:themeColor="text1"/>
          <w:lang w:val="uk-UA"/>
        </w:rPr>
        <w:t xml:space="preserve"> </w:t>
      </w:r>
      <w:r w:rsidR="00051286" w:rsidRPr="00B7305F">
        <w:rPr>
          <w:rFonts w:cs="Times New Roman"/>
          <w:color w:val="000000" w:themeColor="text1"/>
          <w:lang w:val="uk-UA"/>
        </w:rPr>
        <w:t>які</w:t>
      </w:r>
      <w:r w:rsidRPr="00B7305F">
        <w:rPr>
          <w:rFonts w:cs="Times New Roman"/>
          <w:color w:val="000000" w:themeColor="text1"/>
          <w:lang w:val="uk-UA"/>
        </w:rPr>
        <w:t xml:space="preserve"> </w:t>
      </w:r>
      <w:r w:rsidR="00051286" w:rsidRPr="00B7305F">
        <w:rPr>
          <w:rFonts w:cs="Times New Roman"/>
          <w:color w:val="000000" w:themeColor="text1"/>
          <w:lang w:val="uk-UA"/>
        </w:rPr>
        <w:t>працюють</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сфері</w:t>
      </w:r>
      <w:r w:rsidRPr="00B7305F">
        <w:rPr>
          <w:rFonts w:cs="Times New Roman"/>
          <w:color w:val="000000" w:themeColor="text1"/>
          <w:lang w:val="uk-UA"/>
        </w:rPr>
        <w:t xml:space="preserve"> </w:t>
      </w:r>
      <w:r w:rsidR="00051286" w:rsidRPr="00B7305F">
        <w:rPr>
          <w:rFonts w:cs="Times New Roman"/>
          <w:color w:val="000000" w:themeColor="text1"/>
          <w:lang w:val="uk-UA"/>
        </w:rPr>
        <w:t>театру,</w:t>
      </w:r>
      <w:r w:rsidRPr="00B7305F">
        <w:rPr>
          <w:rFonts w:cs="Times New Roman"/>
          <w:color w:val="000000" w:themeColor="text1"/>
          <w:lang w:val="uk-UA"/>
        </w:rPr>
        <w:t xml:space="preserve"> </w:t>
      </w:r>
      <w:r w:rsidR="00051286" w:rsidRPr="00B7305F">
        <w:rPr>
          <w:rFonts w:cs="Times New Roman"/>
          <w:color w:val="000000" w:themeColor="text1"/>
          <w:lang w:val="uk-UA"/>
        </w:rPr>
        <w:t>кіно</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синтетичних</w:t>
      </w:r>
      <w:r w:rsidRPr="00B7305F">
        <w:rPr>
          <w:rFonts w:cs="Times New Roman"/>
          <w:color w:val="000000" w:themeColor="text1"/>
          <w:lang w:val="uk-UA"/>
        </w:rPr>
        <w:t xml:space="preserve"> </w:t>
      </w:r>
      <w:r w:rsidR="00051286" w:rsidRPr="00B7305F">
        <w:rPr>
          <w:rFonts w:cs="Times New Roman"/>
          <w:color w:val="000000" w:themeColor="text1"/>
          <w:lang w:val="uk-UA"/>
        </w:rPr>
        <w:t>мистецьких</w:t>
      </w:r>
      <w:r w:rsidRPr="00B7305F">
        <w:rPr>
          <w:rFonts w:cs="Times New Roman"/>
          <w:color w:val="000000" w:themeColor="text1"/>
          <w:lang w:val="uk-UA"/>
        </w:rPr>
        <w:t xml:space="preserve"> </w:t>
      </w:r>
      <w:r w:rsidR="00051286" w:rsidRPr="00B7305F">
        <w:rPr>
          <w:rFonts w:cs="Times New Roman"/>
          <w:color w:val="000000" w:themeColor="text1"/>
          <w:lang w:val="uk-UA"/>
        </w:rPr>
        <w:t>практик,</w:t>
      </w:r>
      <w:r w:rsidRPr="00B7305F">
        <w:rPr>
          <w:rFonts w:cs="Times New Roman"/>
          <w:color w:val="000000" w:themeColor="text1"/>
          <w:lang w:val="uk-UA"/>
        </w:rPr>
        <w:t xml:space="preserve"> </w:t>
      </w:r>
      <w:r w:rsidR="00051286" w:rsidRPr="00B7305F">
        <w:rPr>
          <w:rFonts w:cs="Times New Roman"/>
          <w:color w:val="000000" w:themeColor="text1"/>
          <w:lang w:val="uk-UA"/>
        </w:rPr>
        <w:t>оскільки</w:t>
      </w:r>
      <w:r w:rsidRPr="00B7305F">
        <w:rPr>
          <w:rFonts w:cs="Times New Roman"/>
          <w:color w:val="000000" w:themeColor="text1"/>
          <w:lang w:val="uk-UA"/>
        </w:rPr>
        <w:t xml:space="preserve"> </w:t>
      </w:r>
      <w:r w:rsidR="00051286" w:rsidRPr="00B7305F">
        <w:rPr>
          <w:rFonts w:cs="Times New Roman"/>
          <w:color w:val="000000" w:themeColor="text1"/>
          <w:lang w:val="uk-UA"/>
        </w:rPr>
        <w:t>розкривають</w:t>
      </w:r>
      <w:r w:rsidRPr="00B7305F">
        <w:rPr>
          <w:rFonts w:cs="Times New Roman"/>
          <w:color w:val="000000" w:themeColor="text1"/>
          <w:lang w:val="uk-UA"/>
        </w:rPr>
        <w:t xml:space="preserve"> </w:t>
      </w:r>
      <w:r w:rsidR="00051286" w:rsidRPr="00B7305F">
        <w:rPr>
          <w:rFonts w:cs="Times New Roman"/>
          <w:color w:val="000000" w:themeColor="text1"/>
          <w:lang w:val="uk-UA"/>
        </w:rPr>
        <w:t>специфіку</w:t>
      </w:r>
      <w:r w:rsidRPr="00B7305F">
        <w:rPr>
          <w:rFonts w:cs="Times New Roman"/>
          <w:color w:val="000000" w:themeColor="text1"/>
          <w:lang w:val="uk-UA"/>
        </w:rPr>
        <w:t xml:space="preserve"> </w:t>
      </w:r>
      <w:r w:rsidR="00051286" w:rsidRPr="00B7305F">
        <w:rPr>
          <w:rFonts w:cs="Times New Roman"/>
          <w:color w:val="000000" w:themeColor="text1"/>
          <w:lang w:val="uk-UA"/>
        </w:rPr>
        <w:t>поєднання</w:t>
      </w:r>
      <w:r w:rsidRPr="00B7305F">
        <w:rPr>
          <w:rFonts w:cs="Times New Roman"/>
          <w:color w:val="000000" w:themeColor="text1"/>
          <w:lang w:val="uk-UA"/>
        </w:rPr>
        <w:t xml:space="preserve"> </w:t>
      </w:r>
      <w:r w:rsidR="00051286" w:rsidRPr="00B7305F">
        <w:rPr>
          <w:rFonts w:cs="Times New Roman"/>
          <w:color w:val="000000" w:themeColor="text1"/>
          <w:lang w:val="uk-UA"/>
        </w:rPr>
        <w:t>сценічних</w:t>
      </w:r>
      <w:r w:rsidRPr="00B7305F">
        <w:rPr>
          <w:rFonts w:cs="Times New Roman"/>
          <w:color w:val="000000" w:themeColor="text1"/>
          <w:lang w:val="uk-UA"/>
        </w:rPr>
        <w:t xml:space="preserve"> </w:t>
      </w:r>
      <w:r w:rsidR="00051286" w:rsidRPr="00B7305F">
        <w:rPr>
          <w:rFonts w:cs="Times New Roman"/>
          <w:color w:val="000000" w:themeColor="text1"/>
          <w:lang w:val="uk-UA"/>
        </w:rPr>
        <w:t>і</w:t>
      </w:r>
      <w:r w:rsidRPr="00B7305F">
        <w:rPr>
          <w:rFonts w:cs="Times New Roman"/>
          <w:color w:val="000000" w:themeColor="text1"/>
          <w:lang w:val="uk-UA"/>
        </w:rPr>
        <w:t xml:space="preserve"> </w:t>
      </w:r>
      <w:r w:rsidR="00051286" w:rsidRPr="00B7305F">
        <w:rPr>
          <w:rFonts w:cs="Times New Roman"/>
          <w:color w:val="000000" w:themeColor="text1"/>
          <w:lang w:val="uk-UA"/>
        </w:rPr>
        <w:t>кінематографічних</w:t>
      </w:r>
      <w:r w:rsidRPr="00B7305F">
        <w:rPr>
          <w:rFonts w:cs="Times New Roman"/>
          <w:color w:val="000000" w:themeColor="text1"/>
          <w:lang w:val="uk-UA"/>
        </w:rPr>
        <w:t xml:space="preserve"> </w:t>
      </w:r>
      <w:r w:rsidR="00051286" w:rsidRPr="00B7305F">
        <w:rPr>
          <w:rFonts w:cs="Times New Roman"/>
          <w:color w:val="000000" w:themeColor="text1"/>
          <w:lang w:val="uk-UA"/>
        </w:rPr>
        <w:t>технік</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сучасній</w:t>
      </w:r>
      <w:r w:rsidRPr="00B7305F">
        <w:rPr>
          <w:rFonts w:cs="Times New Roman"/>
          <w:color w:val="000000" w:themeColor="text1"/>
          <w:lang w:val="uk-UA"/>
        </w:rPr>
        <w:t xml:space="preserve"> </w:t>
      </w:r>
      <w:r w:rsidR="00051286" w:rsidRPr="00B7305F">
        <w:rPr>
          <w:rFonts w:cs="Times New Roman"/>
          <w:color w:val="000000" w:themeColor="text1"/>
          <w:lang w:val="uk-UA"/>
        </w:rPr>
        <w:t>творчій</w:t>
      </w:r>
      <w:r w:rsidRPr="00B7305F">
        <w:rPr>
          <w:rFonts w:cs="Times New Roman"/>
          <w:color w:val="000000" w:themeColor="text1"/>
          <w:lang w:val="uk-UA"/>
        </w:rPr>
        <w:t xml:space="preserve"> </w:t>
      </w:r>
      <w:r w:rsidR="00051286" w:rsidRPr="00B7305F">
        <w:rPr>
          <w:rFonts w:cs="Times New Roman"/>
          <w:color w:val="000000" w:themeColor="text1"/>
          <w:lang w:val="uk-UA"/>
        </w:rPr>
        <w:t>діяльності.</w:t>
      </w:r>
      <w:r w:rsidRPr="00B7305F">
        <w:rPr>
          <w:rFonts w:cs="Times New Roman"/>
          <w:color w:val="000000" w:themeColor="text1"/>
          <w:lang w:val="uk-UA"/>
        </w:rPr>
        <w:t xml:space="preserve"> </w:t>
      </w:r>
      <w:r w:rsidR="00051286" w:rsidRPr="00B7305F">
        <w:rPr>
          <w:rFonts w:cs="Times New Roman"/>
          <w:color w:val="000000" w:themeColor="text1"/>
          <w:lang w:val="uk-UA"/>
        </w:rPr>
        <w:t>Отримані</w:t>
      </w:r>
      <w:r w:rsidRPr="00B7305F">
        <w:rPr>
          <w:rFonts w:cs="Times New Roman"/>
          <w:color w:val="000000" w:themeColor="text1"/>
          <w:lang w:val="uk-UA"/>
        </w:rPr>
        <w:t xml:space="preserve"> </w:t>
      </w:r>
      <w:r w:rsidR="00051286" w:rsidRPr="00B7305F">
        <w:rPr>
          <w:rFonts w:cs="Times New Roman"/>
          <w:color w:val="000000" w:themeColor="text1"/>
          <w:lang w:val="uk-UA"/>
        </w:rPr>
        <w:t>результати</w:t>
      </w:r>
      <w:r w:rsidRPr="00B7305F">
        <w:rPr>
          <w:rFonts w:cs="Times New Roman"/>
          <w:color w:val="000000" w:themeColor="text1"/>
          <w:lang w:val="uk-UA"/>
        </w:rPr>
        <w:t xml:space="preserve"> </w:t>
      </w:r>
      <w:r w:rsidR="00051286" w:rsidRPr="00B7305F">
        <w:rPr>
          <w:rFonts w:cs="Times New Roman"/>
          <w:color w:val="000000" w:themeColor="text1"/>
          <w:lang w:val="uk-UA"/>
        </w:rPr>
        <w:t>можуть</w:t>
      </w:r>
      <w:r w:rsidRPr="00B7305F">
        <w:rPr>
          <w:rFonts w:cs="Times New Roman"/>
          <w:color w:val="000000" w:themeColor="text1"/>
          <w:lang w:val="uk-UA"/>
        </w:rPr>
        <w:t xml:space="preserve"> </w:t>
      </w:r>
      <w:r w:rsidR="00051286" w:rsidRPr="00B7305F">
        <w:rPr>
          <w:rFonts w:cs="Times New Roman"/>
          <w:color w:val="000000" w:themeColor="text1"/>
          <w:lang w:val="uk-UA"/>
        </w:rPr>
        <w:t>стати</w:t>
      </w:r>
      <w:r w:rsidRPr="00B7305F">
        <w:rPr>
          <w:rFonts w:cs="Times New Roman"/>
          <w:color w:val="000000" w:themeColor="text1"/>
          <w:lang w:val="uk-UA"/>
        </w:rPr>
        <w:t xml:space="preserve"> </w:t>
      </w:r>
      <w:r w:rsidR="00051286" w:rsidRPr="00B7305F">
        <w:rPr>
          <w:rFonts w:cs="Times New Roman"/>
          <w:color w:val="000000" w:themeColor="text1"/>
          <w:lang w:val="uk-UA"/>
        </w:rPr>
        <w:t>підґрунтям</w:t>
      </w:r>
      <w:r w:rsidRPr="00B7305F">
        <w:rPr>
          <w:rFonts w:cs="Times New Roman"/>
          <w:color w:val="000000" w:themeColor="text1"/>
          <w:lang w:val="uk-UA"/>
        </w:rPr>
        <w:t xml:space="preserve"> </w:t>
      </w:r>
      <w:r w:rsidR="00051286" w:rsidRPr="00B7305F">
        <w:rPr>
          <w:rFonts w:cs="Times New Roman"/>
          <w:color w:val="000000" w:themeColor="text1"/>
          <w:lang w:val="uk-UA"/>
        </w:rPr>
        <w:t>для</w:t>
      </w:r>
      <w:r w:rsidRPr="00B7305F">
        <w:rPr>
          <w:rFonts w:cs="Times New Roman"/>
          <w:color w:val="000000" w:themeColor="text1"/>
          <w:lang w:val="uk-UA"/>
        </w:rPr>
        <w:t xml:space="preserve"> </w:t>
      </w:r>
      <w:r w:rsidR="00051286" w:rsidRPr="00B7305F">
        <w:rPr>
          <w:rFonts w:cs="Times New Roman"/>
          <w:color w:val="000000" w:themeColor="text1"/>
          <w:lang w:val="uk-UA"/>
        </w:rPr>
        <w:t>подальших</w:t>
      </w:r>
      <w:r w:rsidRPr="00B7305F">
        <w:rPr>
          <w:rFonts w:cs="Times New Roman"/>
          <w:color w:val="000000" w:themeColor="text1"/>
          <w:lang w:val="uk-UA"/>
        </w:rPr>
        <w:t xml:space="preserve"> </w:t>
      </w:r>
      <w:r w:rsidR="00051286" w:rsidRPr="00B7305F">
        <w:rPr>
          <w:rFonts w:cs="Times New Roman"/>
          <w:color w:val="000000" w:themeColor="text1"/>
          <w:lang w:val="uk-UA"/>
        </w:rPr>
        <w:t>наукових</w:t>
      </w:r>
      <w:r w:rsidRPr="00B7305F">
        <w:rPr>
          <w:rFonts w:cs="Times New Roman"/>
          <w:color w:val="000000" w:themeColor="text1"/>
          <w:lang w:val="uk-UA"/>
        </w:rPr>
        <w:t xml:space="preserve"> </w:t>
      </w:r>
      <w:r w:rsidR="00051286" w:rsidRPr="00B7305F">
        <w:rPr>
          <w:rFonts w:cs="Times New Roman"/>
          <w:color w:val="000000" w:themeColor="text1"/>
          <w:lang w:val="uk-UA"/>
        </w:rPr>
        <w:t>розвідок</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галузі</w:t>
      </w:r>
      <w:r w:rsidRPr="00B7305F">
        <w:rPr>
          <w:rFonts w:cs="Times New Roman"/>
          <w:color w:val="000000" w:themeColor="text1"/>
          <w:lang w:val="uk-UA"/>
        </w:rPr>
        <w:t xml:space="preserve"> </w:t>
      </w:r>
      <w:r w:rsidR="00051286" w:rsidRPr="00B7305F">
        <w:rPr>
          <w:rFonts w:cs="Times New Roman"/>
          <w:color w:val="000000" w:themeColor="text1"/>
          <w:lang w:val="uk-UA"/>
        </w:rPr>
        <w:t>сценічної</w:t>
      </w:r>
      <w:r w:rsidRPr="00B7305F">
        <w:rPr>
          <w:rFonts w:cs="Times New Roman"/>
          <w:color w:val="000000" w:themeColor="text1"/>
          <w:lang w:val="uk-UA"/>
        </w:rPr>
        <w:t xml:space="preserve"> </w:t>
      </w:r>
      <w:r w:rsidR="00051286" w:rsidRPr="00B7305F">
        <w:rPr>
          <w:rFonts w:cs="Times New Roman"/>
          <w:color w:val="000000" w:themeColor="text1"/>
          <w:lang w:val="uk-UA"/>
        </w:rPr>
        <w:t>педагогіки,</w:t>
      </w:r>
      <w:r w:rsidRPr="00B7305F">
        <w:rPr>
          <w:rFonts w:cs="Times New Roman"/>
          <w:color w:val="000000" w:themeColor="text1"/>
          <w:lang w:val="uk-UA"/>
        </w:rPr>
        <w:t xml:space="preserve"> </w:t>
      </w:r>
      <w:r w:rsidR="00051286" w:rsidRPr="00B7305F">
        <w:rPr>
          <w:rFonts w:cs="Times New Roman"/>
          <w:color w:val="000000" w:themeColor="text1"/>
          <w:lang w:val="uk-UA"/>
        </w:rPr>
        <w:t>практик</w:t>
      </w:r>
      <w:r w:rsidRPr="00B7305F">
        <w:rPr>
          <w:rFonts w:cs="Times New Roman"/>
          <w:color w:val="000000" w:themeColor="text1"/>
          <w:lang w:val="uk-UA"/>
        </w:rPr>
        <w:t xml:space="preserve"> </w:t>
      </w:r>
      <w:r w:rsidR="00051286" w:rsidRPr="00B7305F">
        <w:rPr>
          <w:rFonts w:cs="Times New Roman"/>
          <w:color w:val="000000" w:themeColor="text1"/>
          <w:lang w:val="uk-UA"/>
        </w:rPr>
        <w:t>акторської</w:t>
      </w:r>
      <w:r w:rsidRPr="00B7305F">
        <w:rPr>
          <w:rFonts w:cs="Times New Roman"/>
          <w:color w:val="000000" w:themeColor="text1"/>
          <w:lang w:val="uk-UA"/>
        </w:rPr>
        <w:t xml:space="preserve"> </w:t>
      </w:r>
      <w:r w:rsidR="00051286" w:rsidRPr="00B7305F">
        <w:rPr>
          <w:rFonts w:cs="Times New Roman"/>
          <w:color w:val="000000" w:themeColor="text1"/>
          <w:lang w:val="uk-UA"/>
        </w:rPr>
        <w:t>підготовки</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взаємодії</w:t>
      </w:r>
      <w:r w:rsidRPr="00B7305F">
        <w:rPr>
          <w:rFonts w:cs="Times New Roman"/>
          <w:color w:val="000000" w:themeColor="text1"/>
          <w:lang w:val="uk-UA"/>
        </w:rPr>
        <w:t xml:space="preserve"> </w:t>
      </w:r>
      <w:r w:rsidR="00051286" w:rsidRPr="00B7305F">
        <w:rPr>
          <w:rFonts w:cs="Times New Roman"/>
          <w:color w:val="000000" w:themeColor="text1"/>
          <w:lang w:val="uk-UA"/>
        </w:rPr>
        <w:t>мистецьких</w:t>
      </w:r>
      <w:r w:rsidRPr="00B7305F">
        <w:rPr>
          <w:rFonts w:cs="Times New Roman"/>
          <w:color w:val="000000" w:themeColor="text1"/>
          <w:lang w:val="uk-UA"/>
        </w:rPr>
        <w:t xml:space="preserve"> </w:t>
      </w:r>
      <w:r w:rsidR="00051286" w:rsidRPr="00B7305F">
        <w:rPr>
          <w:rFonts w:cs="Times New Roman"/>
          <w:color w:val="000000" w:themeColor="text1"/>
          <w:lang w:val="uk-UA"/>
        </w:rPr>
        <w:t>форм</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ХХІ</w:t>
      </w:r>
      <w:r w:rsidRPr="00B7305F">
        <w:rPr>
          <w:rFonts w:cs="Times New Roman"/>
          <w:color w:val="000000" w:themeColor="text1"/>
          <w:lang w:val="uk-UA"/>
        </w:rPr>
        <w:t xml:space="preserve"> </w:t>
      </w:r>
      <w:r w:rsidR="00051286" w:rsidRPr="00B7305F">
        <w:rPr>
          <w:rFonts w:cs="Times New Roman"/>
          <w:color w:val="000000" w:themeColor="text1"/>
          <w:lang w:val="uk-UA"/>
        </w:rPr>
        <w:t>столітті.</w:t>
      </w:r>
    </w:p>
    <w:p w14:paraId="0C18157D" w14:textId="39796DF1" w:rsidR="00051286"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051286" w:rsidRPr="00B7305F">
        <w:rPr>
          <w:rFonts w:cs="Times New Roman"/>
          <w:b/>
          <w:bCs/>
          <w:color w:val="000000" w:themeColor="text1"/>
          <w:lang w:val="uk-UA"/>
        </w:rPr>
        <w:t>Апробація</w:t>
      </w:r>
      <w:r w:rsidRPr="00B7305F">
        <w:rPr>
          <w:rFonts w:cs="Times New Roman"/>
          <w:b/>
          <w:bCs/>
          <w:color w:val="000000" w:themeColor="text1"/>
          <w:lang w:val="uk-UA"/>
        </w:rPr>
        <w:t xml:space="preserve"> </w:t>
      </w:r>
      <w:r w:rsidR="00051286" w:rsidRPr="00B7305F">
        <w:rPr>
          <w:rFonts w:cs="Times New Roman"/>
          <w:b/>
          <w:bCs/>
          <w:color w:val="000000" w:themeColor="text1"/>
          <w:lang w:val="uk-UA"/>
        </w:rPr>
        <w:t>результатів</w:t>
      </w:r>
      <w:r w:rsidRPr="00B7305F">
        <w:rPr>
          <w:rFonts w:cs="Times New Roman"/>
          <w:b/>
          <w:bCs/>
          <w:color w:val="000000" w:themeColor="text1"/>
          <w:lang w:val="uk-UA"/>
        </w:rPr>
        <w:t xml:space="preserve"> </w:t>
      </w:r>
      <w:r w:rsidR="00051286" w:rsidRPr="00B7305F">
        <w:rPr>
          <w:rFonts w:cs="Times New Roman"/>
          <w:b/>
          <w:bCs/>
          <w:color w:val="000000" w:themeColor="text1"/>
          <w:lang w:val="uk-UA"/>
        </w:rPr>
        <w:t>дослідження</w:t>
      </w:r>
      <w:r w:rsidRPr="00B7305F">
        <w:rPr>
          <w:rFonts w:cs="Times New Roman"/>
          <w:color w:val="000000" w:themeColor="text1"/>
          <w:lang w:val="uk-UA"/>
        </w:rPr>
        <w:t xml:space="preserve"> </w:t>
      </w:r>
      <w:r w:rsidR="00051286" w:rsidRPr="00B7305F">
        <w:rPr>
          <w:rFonts w:cs="Times New Roman"/>
          <w:color w:val="000000" w:themeColor="text1"/>
          <w:lang w:val="uk-UA"/>
        </w:rPr>
        <w:t>здійснювалась</w:t>
      </w:r>
      <w:r w:rsidRPr="00B7305F">
        <w:rPr>
          <w:rFonts w:cs="Times New Roman"/>
          <w:color w:val="000000" w:themeColor="text1"/>
          <w:lang w:val="uk-UA"/>
        </w:rPr>
        <w:t xml:space="preserve"> </w:t>
      </w:r>
      <w:r w:rsidR="00051286" w:rsidRPr="00B7305F">
        <w:rPr>
          <w:rFonts w:cs="Times New Roman"/>
          <w:color w:val="000000" w:themeColor="text1"/>
          <w:lang w:val="uk-UA"/>
        </w:rPr>
        <w:t>на</w:t>
      </w:r>
      <w:r w:rsidRPr="00B7305F">
        <w:rPr>
          <w:rFonts w:cs="Times New Roman"/>
          <w:color w:val="000000" w:themeColor="text1"/>
          <w:lang w:val="uk-UA"/>
        </w:rPr>
        <w:t xml:space="preserve"> </w:t>
      </w:r>
      <w:r w:rsidR="00051286" w:rsidRPr="00B7305F">
        <w:rPr>
          <w:rFonts w:cs="Times New Roman"/>
          <w:color w:val="000000" w:themeColor="text1"/>
          <w:lang w:val="uk-UA"/>
        </w:rPr>
        <w:t>науково-практичних</w:t>
      </w:r>
      <w:r w:rsidRPr="00B7305F">
        <w:rPr>
          <w:rFonts w:cs="Times New Roman"/>
          <w:color w:val="000000" w:themeColor="text1"/>
          <w:lang w:val="uk-UA"/>
        </w:rPr>
        <w:t xml:space="preserve"> </w:t>
      </w:r>
      <w:r w:rsidR="00051286" w:rsidRPr="00B7305F">
        <w:rPr>
          <w:rFonts w:cs="Times New Roman"/>
          <w:color w:val="000000" w:themeColor="text1"/>
          <w:lang w:val="uk-UA"/>
        </w:rPr>
        <w:t>конференціях,</w:t>
      </w:r>
      <w:r w:rsidRPr="00B7305F">
        <w:rPr>
          <w:rFonts w:cs="Times New Roman"/>
          <w:color w:val="000000" w:themeColor="text1"/>
          <w:lang w:val="uk-UA"/>
        </w:rPr>
        <w:t xml:space="preserve"> </w:t>
      </w:r>
      <w:r w:rsidR="00051286" w:rsidRPr="00B7305F">
        <w:rPr>
          <w:rFonts w:cs="Times New Roman"/>
          <w:color w:val="000000" w:themeColor="text1"/>
          <w:lang w:val="uk-UA"/>
        </w:rPr>
        <w:t>круглих</w:t>
      </w:r>
      <w:r w:rsidRPr="00B7305F">
        <w:rPr>
          <w:rFonts w:cs="Times New Roman"/>
          <w:color w:val="000000" w:themeColor="text1"/>
          <w:lang w:val="uk-UA"/>
        </w:rPr>
        <w:t xml:space="preserve"> </w:t>
      </w:r>
      <w:r w:rsidR="00051286" w:rsidRPr="00B7305F">
        <w:rPr>
          <w:rFonts w:cs="Times New Roman"/>
          <w:color w:val="000000" w:themeColor="text1"/>
          <w:lang w:val="uk-UA"/>
        </w:rPr>
        <w:t>столах</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семінарах,</w:t>
      </w:r>
      <w:r w:rsidRPr="00B7305F">
        <w:rPr>
          <w:rFonts w:cs="Times New Roman"/>
          <w:color w:val="000000" w:themeColor="text1"/>
          <w:lang w:val="uk-UA"/>
        </w:rPr>
        <w:t xml:space="preserve"> </w:t>
      </w:r>
      <w:r w:rsidR="00051286" w:rsidRPr="00B7305F">
        <w:rPr>
          <w:rFonts w:cs="Times New Roman"/>
          <w:color w:val="000000" w:themeColor="text1"/>
          <w:lang w:val="uk-UA"/>
        </w:rPr>
        <w:t>присвячених</w:t>
      </w:r>
      <w:r w:rsidRPr="00B7305F">
        <w:rPr>
          <w:rFonts w:cs="Times New Roman"/>
          <w:color w:val="000000" w:themeColor="text1"/>
          <w:lang w:val="uk-UA"/>
        </w:rPr>
        <w:t xml:space="preserve"> </w:t>
      </w:r>
      <w:r w:rsidR="00051286" w:rsidRPr="00B7305F">
        <w:rPr>
          <w:rFonts w:cs="Times New Roman"/>
          <w:color w:val="000000" w:themeColor="text1"/>
          <w:lang w:val="uk-UA"/>
        </w:rPr>
        <w:t>проблемам</w:t>
      </w:r>
      <w:r w:rsidRPr="00B7305F">
        <w:rPr>
          <w:rFonts w:cs="Times New Roman"/>
          <w:color w:val="000000" w:themeColor="text1"/>
          <w:lang w:val="uk-UA"/>
        </w:rPr>
        <w:t xml:space="preserve"> </w:t>
      </w:r>
      <w:r w:rsidR="00051286" w:rsidRPr="00B7305F">
        <w:rPr>
          <w:rFonts w:cs="Times New Roman"/>
          <w:color w:val="000000" w:themeColor="text1"/>
          <w:lang w:val="uk-UA"/>
        </w:rPr>
        <w:t>сучасного</w:t>
      </w:r>
      <w:r w:rsidRPr="00B7305F">
        <w:rPr>
          <w:rFonts w:cs="Times New Roman"/>
          <w:color w:val="000000" w:themeColor="text1"/>
          <w:lang w:val="uk-UA"/>
        </w:rPr>
        <w:t xml:space="preserve"> </w:t>
      </w:r>
      <w:r w:rsidR="00051286" w:rsidRPr="00B7305F">
        <w:rPr>
          <w:rFonts w:cs="Times New Roman"/>
          <w:color w:val="000000" w:themeColor="text1"/>
          <w:lang w:val="uk-UA"/>
        </w:rPr>
        <w:t>сценічного</w:t>
      </w:r>
      <w:r w:rsidRPr="00B7305F">
        <w:rPr>
          <w:rFonts w:cs="Times New Roman"/>
          <w:color w:val="000000" w:themeColor="text1"/>
          <w:lang w:val="uk-UA"/>
        </w:rPr>
        <w:t xml:space="preserve"> </w:t>
      </w:r>
      <w:r w:rsidR="00051286" w:rsidRPr="00B7305F">
        <w:rPr>
          <w:rFonts w:cs="Times New Roman"/>
          <w:color w:val="000000" w:themeColor="text1"/>
          <w:lang w:val="uk-UA"/>
        </w:rPr>
        <w:t>мистецтва</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розвитку</w:t>
      </w:r>
      <w:r w:rsidRPr="00B7305F">
        <w:rPr>
          <w:rFonts w:cs="Times New Roman"/>
          <w:color w:val="000000" w:themeColor="text1"/>
          <w:lang w:val="uk-UA"/>
        </w:rPr>
        <w:t xml:space="preserve"> </w:t>
      </w:r>
      <w:r w:rsidR="00051286" w:rsidRPr="00B7305F">
        <w:rPr>
          <w:rFonts w:cs="Times New Roman"/>
          <w:color w:val="000000" w:themeColor="text1"/>
          <w:lang w:val="uk-UA"/>
        </w:rPr>
        <w:t>акторських</w:t>
      </w:r>
      <w:r w:rsidRPr="00B7305F">
        <w:rPr>
          <w:rFonts w:cs="Times New Roman"/>
          <w:color w:val="000000" w:themeColor="text1"/>
          <w:lang w:val="uk-UA"/>
        </w:rPr>
        <w:t xml:space="preserve"> </w:t>
      </w:r>
      <w:r w:rsidR="00051286" w:rsidRPr="00B7305F">
        <w:rPr>
          <w:rFonts w:cs="Times New Roman"/>
          <w:color w:val="000000" w:themeColor="text1"/>
          <w:lang w:val="uk-UA"/>
        </w:rPr>
        <w:t>технік.</w:t>
      </w:r>
      <w:r w:rsidRPr="00B7305F">
        <w:rPr>
          <w:rFonts w:cs="Times New Roman"/>
          <w:color w:val="000000" w:themeColor="text1"/>
          <w:lang w:val="uk-UA"/>
        </w:rPr>
        <w:t xml:space="preserve"> </w:t>
      </w:r>
      <w:r w:rsidR="00051286" w:rsidRPr="00B7305F">
        <w:rPr>
          <w:rFonts w:cs="Times New Roman"/>
          <w:color w:val="000000" w:themeColor="text1"/>
          <w:lang w:val="uk-UA"/>
        </w:rPr>
        <w:t>Участь</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цих</w:t>
      </w:r>
      <w:r w:rsidRPr="00B7305F">
        <w:rPr>
          <w:rFonts w:cs="Times New Roman"/>
          <w:color w:val="000000" w:themeColor="text1"/>
          <w:lang w:val="uk-UA"/>
        </w:rPr>
        <w:t xml:space="preserve"> </w:t>
      </w:r>
      <w:r w:rsidR="00051286" w:rsidRPr="00B7305F">
        <w:rPr>
          <w:rFonts w:cs="Times New Roman"/>
          <w:color w:val="000000" w:themeColor="text1"/>
          <w:lang w:val="uk-UA"/>
        </w:rPr>
        <w:t>заходах</w:t>
      </w:r>
      <w:r w:rsidRPr="00B7305F">
        <w:rPr>
          <w:rFonts w:cs="Times New Roman"/>
          <w:color w:val="000000" w:themeColor="text1"/>
          <w:lang w:val="uk-UA"/>
        </w:rPr>
        <w:t xml:space="preserve"> </w:t>
      </w:r>
      <w:r w:rsidR="00051286" w:rsidRPr="00B7305F">
        <w:rPr>
          <w:rFonts w:cs="Times New Roman"/>
          <w:color w:val="000000" w:themeColor="text1"/>
          <w:lang w:val="uk-UA"/>
        </w:rPr>
        <w:t>надала</w:t>
      </w:r>
      <w:r w:rsidRPr="00B7305F">
        <w:rPr>
          <w:rFonts w:cs="Times New Roman"/>
          <w:color w:val="000000" w:themeColor="text1"/>
          <w:lang w:val="uk-UA"/>
        </w:rPr>
        <w:t xml:space="preserve"> </w:t>
      </w:r>
      <w:r w:rsidR="00051286" w:rsidRPr="00B7305F">
        <w:rPr>
          <w:rFonts w:cs="Times New Roman"/>
          <w:color w:val="000000" w:themeColor="text1"/>
          <w:lang w:val="uk-UA"/>
        </w:rPr>
        <w:t>можливість</w:t>
      </w:r>
      <w:r w:rsidRPr="00B7305F">
        <w:rPr>
          <w:rFonts w:cs="Times New Roman"/>
          <w:color w:val="000000" w:themeColor="text1"/>
          <w:lang w:val="uk-UA"/>
        </w:rPr>
        <w:t xml:space="preserve"> </w:t>
      </w:r>
      <w:r w:rsidR="00051286" w:rsidRPr="00B7305F">
        <w:rPr>
          <w:rFonts w:cs="Times New Roman"/>
          <w:color w:val="000000" w:themeColor="text1"/>
          <w:lang w:val="uk-UA"/>
        </w:rPr>
        <w:t>поглибити</w:t>
      </w:r>
      <w:r w:rsidRPr="00B7305F">
        <w:rPr>
          <w:rFonts w:cs="Times New Roman"/>
          <w:color w:val="000000" w:themeColor="text1"/>
          <w:lang w:val="uk-UA"/>
        </w:rPr>
        <w:t xml:space="preserve"> </w:t>
      </w:r>
      <w:r w:rsidR="00051286" w:rsidRPr="00B7305F">
        <w:rPr>
          <w:rFonts w:cs="Times New Roman"/>
          <w:color w:val="000000" w:themeColor="text1"/>
          <w:lang w:val="uk-UA"/>
        </w:rPr>
        <w:t>теоретичні</w:t>
      </w:r>
      <w:r w:rsidRPr="00B7305F">
        <w:rPr>
          <w:rFonts w:cs="Times New Roman"/>
          <w:color w:val="000000" w:themeColor="text1"/>
          <w:lang w:val="uk-UA"/>
        </w:rPr>
        <w:t xml:space="preserve"> </w:t>
      </w:r>
      <w:r w:rsidR="00051286" w:rsidRPr="00B7305F">
        <w:rPr>
          <w:rFonts w:cs="Times New Roman"/>
          <w:color w:val="000000" w:themeColor="text1"/>
          <w:lang w:val="uk-UA"/>
        </w:rPr>
        <w:t>положення</w:t>
      </w:r>
      <w:r w:rsidRPr="00B7305F">
        <w:rPr>
          <w:rFonts w:cs="Times New Roman"/>
          <w:color w:val="000000" w:themeColor="text1"/>
          <w:lang w:val="uk-UA"/>
        </w:rPr>
        <w:t xml:space="preserve"> </w:t>
      </w:r>
      <w:r w:rsidR="00051286" w:rsidRPr="00B7305F">
        <w:rPr>
          <w:rFonts w:cs="Times New Roman"/>
          <w:color w:val="000000" w:themeColor="text1"/>
          <w:lang w:val="uk-UA"/>
        </w:rPr>
        <w:t>дослідження,</w:t>
      </w:r>
      <w:r w:rsidRPr="00B7305F">
        <w:rPr>
          <w:rFonts w:cs="Times New Roman"/>
          <w:color w:val="000000" w:themeColor="text1"/>
          <w:lang w:val="uk-UA"/>
        </w:rPr>
        <w:t xml:space="preserve"> </w:t>
      </w:r>
      <w:r w:rsidR="00051286" w:rsidRPr="00B7305F">
        <w:rPr>
          <w:rFonts w:cs="Times New Roman"/>
          <w:color w:val="000000" w:themeColor="text1"/>
          <w:lang w:val="uk-UA"/>
        </w:rPr>
        <w:t>перевірити</w:t>
      </w:r>
      <w:r w:rsidRPr="00B7305F">
        <w:rPr>
          <w:rFonts w:cs="Times New Roman"/>
          <w:color w:val="000000" w:themeColor="text1"/>
          <w:lang w:val="uk-UA"/>
        </w:rPr>
        <w:t xml:space="preserve"> </w:t>
      </w:r>
      <w:r w:rsidR="00051286" w:rsidRPr="00B7305F">
        <w:rPr>
          <w:rFonts w:cs="Times New Roman"/>
          <w:color w:val="000000" w:themeColor="text1"/>
          <w:lang w:val="uk-UA"/>
        </w:rPr>
        <w:t>їх</w:t>
      </w:r>
      <w:r w:rsidRPr="00B7305F">
        <w:rPr>
          <w:rFonts w:cs="Times New Roman"/>
          <w:color w:val="000000" w:themeColor="text1"/>
          <w:lang w:val="uk-UA"/>
        </w:rPr>
        <w:t xml:space="preserve"> </w:t>
      </w:r>
      <w:r w:rsidR="00051286" w:rsidRPr="00B7305F">
        <w:rPr>
          <w:rFonts w:cs="Times New Roman"/>
          <w:color w:val="000000" w:themeColor="text1"/>
          <w:lang w:val="uk-UA"/>
        </w:rPr>
        <w:t>практичну</w:t>
      </w:r>
      <w:r w:rsidRPr="00B7305F">
        <w:rPr>
          <w:rFonts w:cs="Times New Roman"/>
          <w:color w:val="000000" w:themeColor="text1"/>
          <w:lang w:val="uk-UA"/>
        </w:rPr>
        <w:t xml:space="preserve"> </w:t>
      </w:r>
      <w:r w:rsidR="00051286" w:rsidRPr="00B7305F">
        <w:rPr>
          <w:rFonts w:cs="Times New Roman"/>
          <w:color w:val="000000" w:themeColor="text1"/>
          <w:lang w:val="uk-UA"/>
        </w:rPr>
        <w:t>цінність</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продемонструвати</w:t>
      </w:r>
      <w:r w:rsidRPr="00B7305F">
        <w:rPr>
          <w:rFonts w:cs="Times New Roman"/>
          <w:color w:val="000000" w:themeColor="text1"/>
          <w:lang w:val="uk-UA"/>
        </w:rPr>
        <w:t xml:space="preserve"> </w:t>
      </w:r>
      <w:r w:rsidR="00051286" w:rsidRPr="00B7305F">
        <w:rPr>
          <w:rFonts w:cs="Times New Roman"/>
          <w:color w:val="000000" w:themeColor="text1"/>
          <w:lang w:val="uk-UA"/>
        </w:rPr>
        <w:t>актуальність</w:t>
      </w:r>
      <w:r w:rsidRPr="00B7305F">
        <w:rPr>
          <w:rFonts w:cs="Times New Roman"/>
          <w:color w:val="000000" w:themeColor="text1"/>
          <w:lang w:val="uk-UA"/>
        </w:rPr>
        <w:t xml:space="preserve"> </w:t>
      </w:r>
      <w:r w:rsidR="00051286" w:rsidRPr="00B7305F">
        <w:rPr>
          <w:rFonts w:cs="Times New Roman"/>
          <w:color w:val="000000" w:themeColor="text1"/>
          <w:lang w:val="uk-UA"/>
        </w:rPr>
        <w:t>теми</w:t>
      </w:r>
      <w:r w:rsidRPr="00B7305F">
        <w:rPr>
          <w:rFonts w:cs="Times New Roman"/>
          <w:color w:val="000000" w:themeColor="text1"/>
          <w:lang w:val="uk-UA"/>
        </w:rPr>
        <w:t xml:space="preserve"> </w:t>
      </w:r>
      <w:r w:rsidR="00051286" w:rsidRPr="00B7305F">
        <w:rPr>
          <w:rFonts w:cs="Times New Roman"/>
          <w:color w:val="000000" w:themeColor="text1"/>
          <w:lang w:val="uk-UA"/>
        </w:rPr>
        <w:t>у</w:t>
      </w:r>
      <w:r w:rsidRPr="00B7305F">
        <w:rPr>
          <w:rFonts w:cs="Times New Roman"/>
          <w:color w:val="000000" w:themeColor="text1"/>
          <w:lang w:val="uk-UA"/>
        </w:rPr>
        <w:t xml:space="preserve"> </w:t>
      </w:r>
      <w:r w:rsidR="00051286" w:rsidRPr="00B7305F">
        <w:rPr>
          <w:rFonts w:cs="Times New Roman"/>
          <w:color w:val="000000" w:themeColor="text1"/>
          <w:lang w:val="uk-UA"/>
        </w:rPr>
        <w:t>контексті</w:t>
      </w:r>
      <w:r w:rsidRPr="00B7305F">
        <w:rPr>
          <w:rFonts w:cs="Times New Roman"/>
          <w:color w:val="000000" w:themeColor="text1"/>
          <w:lang w:val="uk-UA"/>
        </w:rPr>
        <w:t xml:space="preserve"> </w:t>
      </w:r>
      <w:r w:rsidR="00051286" w:rsidRPr="00B7305F">
        <w:rPr>
          <w:rFonts w:cs="Times New Roman"/>
          <w:color w:val="000000" w:themeColor="text1"/>
          <w:lang w:val="uk-UA"/>
        </w:rPr>
        <w:t>сучасного</w:t>
      </w:r>
      <w:r w:rsidRPr="00B7305F">
        <w:rPr>
          <w:rFonts w:cs="Times New Roman"/>
          <w:color w:val="000000" w:themeColor="text1"/>
          <w:lang w:val="uk-UA"/>
        </w:rPr>
        <w:t xml:space="preserve"> </w:t>
      </w:r>
      <w:r w:rsidR="00051286" w:rsidRPr="00B7305F">
        <w:rPr>
          <w:rFonts w:cs="Times New Roman"/>
          <w:color w:val="000000" w:themeColor="text1"/>
          <w:lang w:val="uk-UA"/>
        </w:rPr>
        <w:t>мистецького</w:t>
      </w:r>
      <w:r w:rsidRPr="00B7305F">
        <w:rPr>
          <w:rFonts w:cs="Times New Roman"/>
          <w:color w:val="000000" w:themeColor="text1"/>
          <w:lang w:val="uk-UA"/>
        </w:rPr>
        <w:t xml:space="preserve"> </w:t>
      </w:r>
      <w:r w:rsidR="00051286" w:rsidRPr="00B7305F">
        <w:rPr>
          <w:rFonts w:cs="Times New Roman"/>
          <w:color w:val="000000" w:themeColor="text1"/>
          <w:lang w:val="uk-UA"/>
        </w:rPr>
        <w:t>процесу.</w:t>
      </w:r>
      <w:r w:rsidRPr="00B7305F">
        <w:rPr>
          <w:rFonts w:cs="Times New Roman"/>
          <w:color w:val="000000" w:themeColor="text1"/>
          <w:lang w:val="uk-UA"/>
        </w:rPr>
        <w:t xml:space="preserve"> </w:t>
      </w:r>
      <w:r w:rsidR="00051286" w:rsidRPr="00B7305F">
        <w:rPr>
          <w:rFonts w:cs="Times New Roman"/>
          <w:color w:val="000000" w:themeColor="text1"/>
          <w:lang w:val="uk-UA"/>
        </w:rPr>
        <w:t>Зокрема,</w:t>
      </w:r>
      <w:r w:rsidRPr="00B7305F">
        <w:rPr>
          <w:rFonts w:cs="Times New Roman"/>
          <w:color w:val="000000" w:themeColor="text1"/>
          <w:lang w:val="uk-UA"/>
        </w:rPr>
        <w:t xml:space="preserve"> </w:t>
      </w:r>
      <w:r w:rsidR="00051286" w:rsidRPr="00B7305F">
        <w:rPr>
          <w:rFonts w:cs="Times New Roman"/>
          <w:color w:val="000000" w:themeColor="text1"/>
          <w:lang w:val="uk-UA"/>
        </w:rPr>
        <w:t>вивчення</w:t>
      </w:r>
      <w:r w:rsidRPr="00B7305F">
        <w:rPr>
          <w:rFonts w:cs="Times New Roman"/>
          <w:color w:val="000000" w:themeColor="text1"/>
          <w:lang w:val="uk-UA"/>
        </w:rPr>
        <w:t xml:space="preserve"> </w:t>
      </w:r>
      <w:r w:rsidR="00051286" w:rsidRPr="00B7305F">
        <w:rPr>
          <w:rFonts w:cs="Times New Roman"/>
          <w:color w:val="000000" w:themeColor="text1"/>
          <w:lang w:val="uk-UA"/>
        </w:rPr>
        <w:t>практичних</w:t>
      </w:r>
      <w:r w:rsidRPr="00B7305F">
        <w:rPr>
          <w:rFonts w:cs="Times New Roman"/>
          <w:color w:val="000000" w:themeColor="text1"/>
          <w:lang w:val="uk-UA"/>
        </w:rPr>
        <w:t xml:space="preserve"> </w:t>
      </w:r>
      <w:r w:rsidR="00051286" w:rsidRPr="00B7305F">
        <w:rPr>
          <w:rFonts w:cs="Times New Roman"/>
          <w:color w:val="000000" w:themeColor="text1"/>
          <w:lang w:val="uk-UA"/>
        </w:rPr>
        <w:t>аспектів</w:t>
      </w:r>
      <w:r w:rsidRPr="00B7305F">
        <w:rPr>
          <w:rFonts w:cs="Times New Roman"/>
          <w:color w:val="000000" w:themeColor="text1"/>
          <w:lang w:val="uk-UA"/>
        </w:rPr>
        <w:t xml:space="preserve"> </w:t>
      </w:r>
      <w:r w:rsidR="00051286" w:rsidRPr="00B7305F">
        <w:rPr>
          <w:rFonts w:cs="Times New Roman"/>
          <w:color w:val="000000" w:themeColor="text1"/>
          <w:lang w:val="uk-UA"/>
        </w:rPr>
        <w:t>взаємодії</w:t>
      </w:r>
      <w:r w:rsidRPr="00B7305F">
        <w:rPr>
          <w:rFonts w:cs="Times New Roman"/>
          <w:color w:val="000000" w:themeColor="text1"/>
          <w:lang w:val="uk-UA"/>
        </w:rPr>
        <w:t xml:space="preserve"> </w:t>
      </w:r>
      <w:r w:rsidR="00051286" w:rsidRPr="00B7305F">
        <w:rPr>
          <w:rFonts w:cs="Times New Roman"/>
          <w:color w:val="000000" w:themeColor="text1"/>
          <w:lang w:val="uk-UA"/>
        </w:rPr>
        <w:t>театральних</w:t>
      </w:r>
      <w:r w:rsidRPr="00B7305F">
        <w:rPr>
          <w:rFonts w:cs="Times New Roman"/>
          <w:color w:val="000000" w:themeColor="text1"/>
          <w:lang w:val="uk-UA"/>
        </w:rPr>
        <w:t xml:space="preserve"> </w:t>
      </w:r>
      <w:r w:rsidR="00051286" w:rsidRPr="00B7305F">
        <w:rPr>
          <w:rFonts w:cs="Times New Roman"/>
          <w:color w:val="000000" w:themeColor="text1"/>
          <w:lang w:val="uk-UA"/>
        </w:rPr>
        <w:t>і</w:t>
      </w:r>
      <w:r w:rsidRPr="00B7305F">
        <w:rPr>
          <w:rFonts w:cs="Times New Roman"/>
          <w:color w:val="000000" w:themeColor="text1"/>
          <w:lang w:val="uk-UA"/>
        </w:rPr>
        <w:t xml:space="preserve"> </w:t>
      </w:r>
      <w:r w:rsidR="00051286" w:rsidRPr="00B7305F">
        <w:rPr>
          <w:rFonts w:cs="Times New Roman"/>
          <w:color w:val="000000" w:themeColor="text1"/>
          <w:lang w:val="uk-UA"/>
        </w:rPr>
        <w:t>кінематографічних</w:t>
      </w:r>
      <w:r w:rsidRPr="00B7305F">
        <w:rPr>
          <w:rFonts w:cs="Times New Roman"/>
          <w:color w:val="000000" w:themeColor="text1"/>
          <w:lang w:val="uk-UA"/>
        </w:rPr>
        <w:t xml:space="preserve"> </w:t>
      </w:r>
      <w:r w:rsidR="00051286" w:rsidRPr="00B7305F">
        <w:rPr>
          <w:rFonts w:cs="Times New Roman"/>
          <w:color w:val="000000" w:themeColor="text1"/>
          <w:lang w:val="uk-UA"/>
        </w:rPr>
        <w:t>методик</w:t>
      </w:r>
      <w:r w:rsidRPr="00B7305F">
        <w:rPr>
          <w:rFonts w:cs="Times New Roman"/>
          <w:color w:val="000000" w:themeColor="text1"/>
          <w:lang w:val="uk-UA"/>
        </w:rPr>
        <w:t xml:space="preserve"> </w:t>
      </w:r>
      <w:r w:rsidR="00051286" w:rsidRPr="00B7305F">
        <w:rPr>
          <w:rFonts w:cs="Times New Roman"/>
          <w:color w:val="000000" w:themeColor="text1"/>
          <w:lang w:val="uk-UA"/>
        </w:rPr>
        <w:t>сприяло</w:t>
      </w:r>
      <w:r w:rsidRPr="00B7305F">
        <w:rPr>
          <w:rFonts w:cs="Times New Roman"/>
          <w:color w:val="000000" w:themeColor="text1"/>
          <w:lang w:val="uk-UA"/>
        </w:rPr>
        <w:t xml:space="preserve"> </w:t>
      </w:r>
      <w:r w:rsidR="00051286" w:rsidRPr="00B7305F">
        <w:rPr>
          <w:rFonts w:cs="Times New Roman"/>
          <w:color w:val="000000" w:themeColor="text1"/>
          <w:lang w:val="uk-UA"/>
        </w:rPr>
        <w:t>розширенню</w:t>
      </w:r>
      <w:r w:rsidRPr="00B7305F">
        <w:rPr>
          <w:rFonts w:cs="Times New Roman"/>
          <w:color w:val="000000" w:themeColor="text1"/>
          <w:lang w:val="uk-UA"/>
        </w:rPr>
        <w:t xml:space="preserve"> </w:t>
      </w:r>
      <w:r w:rsidR="00051286" w:rsidRPr="00B7305F">
        <w:rPr>
          <w:rFonts w:cs="Times New Roman"/>
          <w:color w:val="000000" w:themeColor="text1"/>
          <w:lang w:val="uk-UA"/>
        </w:rPr>
        <w:t>аналітичної</w:t>
      </w:r>
      <w:r w:rsidRPr="00B7305F">
        <w:rPr>
          <w:rFonts w:cs="Times New Roman"/>
          <w:color w:val="000000" w:themeColor="text1"/>
          <w:lang w:val="uk-UA"/>
        </w:rPr>
        <w:t xml:space="preserve"> </w:t>
      </w:r>
      <w:r w:rsidR="00051286" w:rsidRPr="00B7305F">
        <w:rPr>
          <w:rFonts w:cs="Times New Roman"/>
          <w:color w:val="000000" w:themeColor="text1"/>
          <w:lang w:val="uk-UA"/>
        </w:rPr>
        <w:t>бази</w:t>
      </w:r>
      <w:r w:rsidRPr="00B7305F">
        <w:rPr>
          <w:rFonts w:cs="Times New Roman"/>
          <w:color w:val="000000" w:themeColor="text1"/>
          <w:lang w:val="uk-UA"/>
        </w:rPr>
        <w:t xml:space="preserve"> </w:t>
      </w:r>
      <w:r w:rsidR="00051286" w:rsidRPr="00B7305F">
        <w:rPr>
          <w:rFonts w:cs="Times New Roman"/>
          <w:color w:val="000000" w:themeColor="text1"/>
          <w:lang w:val="uk-UA"/>
        </w:rPr>
        <w:t>та</w:t>
      </w:r>
      <w:r w:rsidRPr="00B7305F">
        <w:rPr>
          <w:rFonts w:cs="Times New Roman"/>
          <w:color w:val="000000" w:themeColor="text1"/>
          <w:lang w:val="uk-UA"/>
        </w:rPr>
        <w:t xml:space="preserve"> </w:t>
      </w:r>
      <w:r w:rsidR="00051286" w:rsidRPr="00B7305F">
        <w:rPr>
          <w:rFonts w:cs="Times New Roman"/>
          <w:color w:val="000000" w:themeColor="text1"/>
          <w:lang w:val="uk-UA"/>
        </w:rPr>
        <w:t>уточненню</w:t>
      </w:r>
      <w:r w:rsidRPr="00B7305F">
        <w:rPr>
          <w:rFonts w:cs="Times New Roman"/>
          <w:color w:val="000000" w:themeColor="text1"/>
          <w:lang w:val="uk-UA"/>
        </w:rPr>
        <w:t xml:space="preserve"> </w:t>
      </w:r>
      <w:r w:rsidR="00051286" w:rsidRPr="00B7305F">
        <w:rPr>
          <w:rFonts w:cs="Times New Roman"/>
          <w:color w:val="000000" w:themeColor="text1"/>
          <w:lang w:val="uk-UA"/>
        </w:rPr>
        <w:t>висновків</w:t>
      </w:r>
      <w:r w:rsidRPr="00B7305F">
        <w:rPr>
          <w:rFonts w:cs="Times New Roman"/>
          <w:color w:val="000000" w:themeColor="text1"/>
          <w:lang w:val="uk-UA"/>
        </w:rPr>
        <w:t xml:space="preserve"> </w:t>
      </w:r>
      <w:r w:rsidR="00051286" w:rsidRPr="00B7305F">
        <w:rPr>
          <w:rFonts w:cs="Times New Roman"/>
          <w:color w:val="000000" w:themeColor="text1"/>
          <w:lang w:val="uk-UA"/>
        </w:rPr>
        <w:t>роботи.</w:t>
      </w:r>
    </w:p>
    <w:p w14:paraId="12FD0121" w14:textId="6A646B0D" w:rsidR="00051286" w:rsidRPr="00B7305F" w:rsidRDefault="0005128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Підтвердження</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результатів</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представлені</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виступах</w:t>
      </w:r>
      <w:r w:rsidR="00480420" w:rsidRPr="00B7305F">
        <w:rPr>
          <w:rFonts w:cs="Times New Roman"/>
          <w:color w:val="000000" w:themeColor="text1"/>
          <w:lang w:val="uk-UA"/>
        </w:rPr>
        <w:t xml:space="preserve"> </w:t>
      </w:r>
      <w:r w:rsidRPr="00B7305F">
        <w:rPr>
          <w:rFonts w:cs="Times New Roman"/>
          <w:color w:val="000000" w:themeColor="text1"/>
          <w:lang w:val="uk-UA"/>
        </w:rPr>
        <w:t>автора:</w:t>
      </w:r>
    </w:p>
    <w:p w14:paraId="0F21029E" w14:textId="56BC06AA" w:rsidR="00051286" w:rsidRPr="00530A7E" w:rsidRDefault="00051286" w:rsidP="00530A7E">
      <w:pPr>
        <w:pStyle w:val="ae"/>
        <w:numPr>
          <w:ilvl w:val="0"/>
          <w:numId w:val="13"/>
        </w:numPr>
        <w:spacing w:after="0"/>
        <w:jc w:val="both"/>
        <w:rPr>
          <w:rFonts w:cs="Times New Roman"/>
          <w:color w:val="000000" w:themeColor="text1"/>
          <w:lang w:val="uk-UA"/>
        </w:rPr>
      </w:pPr>
      <w:r w:rsidRPr="00530A7E">
        <w:rPr>
          <w:rFonts w:cs="Times New Roman"/>
          <w:color w:val="000000" w:themeColor="text1"/>
          <w:lang w:val="uk-UA"/>
        </w:rPr>
        <w:t>Виступ</w:t>
      </w:r>
      <w:r w:rsidR="00480420" w:rsidRPr="00530A7E">
        <w:rPr>
          <w:rFonts w:cs="Times New Roman"/>
          <w:color w:val="000000" w:themeColor="text1"/>
          <w:lang w:val="uk-UA"/>
        </w:rPr>
        <w:t xml:space="preserve"> </w:t>
      </w:r>
      <w:r w:rsidRPr="00530A7E">
        <w:rPr>
          <w:rFonts w:cs="Times New Roman"/>
          <w:color w:val="000000" w:themeColor="text1"/>
          <w:lang w:val="uk-UA"/>
        </w:rPr>
        <w:t>7.11.2024</w:t>
      </w:r>
      <w:r w:rsidR="00480420" w:rsidRPr="00530A7E">
        <w:rPr>
          <w:rFonts w:cs="Times New Roman"/>
          <w:color w:val="000000" w:themeColor="text1"/>
          <w:lang w:val="uk-UA"/>
        </w:rPr>
        <w:t xml:space="preserve"> </w:t>
      </w:r>
      <w:r w:rsidRPr="00530A7E">
        <w:rPr>
          <w:rFonts w:cs="Times New Roman"/>
          <w:color w:val="000000" w:themeColor="text1"/>
          <w:lang w:val="uk-UA"/>
        </w:rPr>
        <w:t>р.</w:t>
      </w:r>
      <w:r w:rsidR="00480420" w:rsidRPr="00530A7E">
        <w:rPr>
          <w:rFonts w:cs="Times New Roman"/>
          <w:color w:val="000000" w:themeColor="text1"/>
          <w:lang w:val="uk-UA"/>
        </w:rPr>
        <w:t xml:space="preserve"> </w:t>
      </w:r>
      <w:r w:rsidRPr="00530A7E">
        <w:rPr>
          <w:rFonts w:cs="Times New Roman"/>
          <w:color w:val="000000" w:themeColor="text1"/>
          <w:lang w:val="uk-UA"/>
        </w:rPr>
        <w:t>на</w:t>
      </w:r>
      <w:r w:rsidR="00480420" w:rsidRPr="00530A7E">
        <w:rPr>
          <w:rFonts w:cs="Times New Roman"/>
          <w:color w:val="000000" w:themeColor="text1"/>
          <w:lang w:val="uk-UA"/>
        </w:rPr>
        <w:t xml:space="preserve"> </w:t>
      </w:r>
      <w:r w:rsidRPr="00530A7E">
        <w:rPr>
          <w:rFonts w:cs="Times New Roman"/>
          <w:color w:val="000000" w:themeColor="text1"/>
          <w:lang w:val="uk-UA"/>
        </w:rPr>
        <w:t>VIII</w:t>
      </w:r>
      <w:r w:rsidR="00480420" w:rsidRPr="00530A7E">
        <w:rPr>
          <w:rFonts w:cs="Times New Roman"/>
          <w:color w:val="000000" w:themeColor="text1"/>
          <w:lang w:val="uk-UA"/>
        </w:rPr>
        <w:t xml:space="preserve"> </w:t>
      </w:r>
      <w:r w:rsidRPr="00530A7E">
        <w:rPr>
          <w:rFonts w:cs="Times New Roman"/>
          <w:color w:val="000000" w:themeColor="text1"/>
          <w:lang w:val="uk-UA"/>
        </w:rPr>
        <w:t>Всеукраїнській</w:t>
      </w:r>
      <w:r w:rsidR="00480420" w:rsidRPr="00530A7E">
        <w:rPr>
          <w:rFonts w:cs="Times New Roman"/>
          <w:color w:val="000000" w:themeColor="text1"/>
          <w:lang w:val="uk-UA"/>
        </w:rPr>
        <w:t xml:space="preserve"> </w:t>
      </w:r>
      <w:r w:rsidRPr="00530A7E">
        <w:rPr>
          <w:rFonts w:cs="Times New Roman"/>
          <w:color w:val="000000" w:themeColor="text1"/>
          <w:lang w:val="uk-UA"/>
        </w:rPr>
        <w:t>науковій</w:t>
      </w:r>
      <w:r w:rsidR="00480420" w:rsidRPr="00530A7E">
        <w:rPr>
          <w:rFonts w:cs="Times New Roman"/>
          <w:color w:val="000000" w:themeColor="text1"/>
          <w:lang w:val="uk-UA"/>
        </w:rPr>
        <w:t xml:space="preserve"> </w:t>
      </w:r>
      <w:r w:rsidRPr="00530A7E">
        <w:rPr>
          <w:rFonts w:cs="Times New Roman"/>
          <w:color w:val="000000" w:themeColor="text1"/>
          <w:lang w:val="uk-UA"/>
        </w:rPr>
        <w:t>конференції</w:t>
      </w:r>
      <w:r w:rsidR="00480420" w:rsidRPr="00530A7E">
        <w:rPr>
          <w:rFonts w:cs="Times New Roman"/>
          <w:color w:val="000000" w:themeColor="text1"/>
          <w:lang w:val="uk-UA"/>
        </w:rPr>
        <w:t xml:space="preserve"> </w:t>
      </w:r>
      <w:r w:rsidRPr="00530A7E">
        <w:rPr>
          <w:rFonts w:cs="Times New Roman"/>
          <w:color w:val="000000" w:themeColor="text1"/>
          <w:lang w:val="uk-UA"/>
        </w:rPr>
        <w:t>молодих</w:t>
      </w:r>
      <w:r w:rsidR="00480420" w:rsidRPr="00530A7E">
        <w:rPr>
          <w:rFonts w:cs="Times New Roman"/>
          <w:color w:val="000000" w:themeColor="text1"/>
          <w:lang w:val="uk-UA"/>
        </w:rPr>
        <w:t xml:space="preserve"> </w:t>
      </w:r>
      <w:r w:rsidRPr="00530A7E">
        <w:rPr>
          <w:rFonts w:cs="Times New Roman"/>
          <w:color w:val="000000" w:themeColor="text1"/>
          <w:lang w:val="uk-UA"/>
        </w:rPr>
        <w:t>вчених,</w:t>
      </w:r>
      <w:r w:rsidR="00480420" w:rsidRPr="00530A7E">
        <w:rPr>
          <w:rFonts w:cs="Times New Roman"/>
          <w:color w:val="000000" w:themeColor="text1"/>
          <w:lang w:val="uk-UA"/>
        </w:rPr>
        <w:t xml:space="preserve"> </w:t>
      </w:r>
      <w:r w:rsidRPr="00530A7E">
        <w:rPr>
          <w:rFonts w:cs="Times New Roman"/>
          <w:color w:val="000000" w:themeColor="text1"/>
          <w:lang w:val="uk-UA"/>
        </w:rPr>
        <w:t>аспірантів</w:t>
      </w:r>
      <w:r w:rsidR="00480420" w:rsidRPr="00530A7E">
        <w:rPr>
          <w:rFonts w:cs="Times New Roman"/>
          <w:color w:val="000000" w:themeColor="text1"/>
          <w:lang w:val="uk-UA"/>
        </w:rPr>
        <w:t xml:space="preserve"> </w:t>
      </w:r>
      <w:r w:rsidRPr="00530A7E">
        <w:rPr>
          <w:rFonts w:cs="Times New Roman"/>
          <w:color w:val="000000" w:themeColor="text1"/>
          <w:lang w:val="uk-UA"/>
        </w:rPr>
        <w:t>та</w:t>
      </w:r>
      <w:r w:rsidR="00480420" w:rsidRPr="00530A7E">
        <w:rPr>
          <w:rFonts w:cs="Times New Roman"/>
          <w:color w:val="000000" w:themeColor="text1"/>
          <w:lang w:val="uk-UA"/>
        </w:rPr>
        <w:t xml:space="preserve"> </w:t>
      </w:r>
      <w:r w:rsidRPr="00530A7E">
        <w:rPr>
          <w:rFonts w:cs="Times New Roman"/>
          <w:color w:val="000000" w:themeColor="text1"/>
          <w:lang w:val="uk-UA"/>
        </w:rPr>
        <w:t>магістрантів</w:t>
      </w:r>
      <w:r w:rsidR="00480420" w:rsidRPr="00530A7E">
        <w:rPr>
          <w:rFonts w:cs="Times New Roman"/>
          <w:color w:val="000000" w:themeColor="text1"/>
          <w:lang w:val="uk-UA"/>
        </w:rPr>
        <w:t xml:space="preserve"> </w:t>
      </w:r>
      <w:r w:rsidRPr="00530A7E">
        <w:rPr>
          <w:rFonts w:cs="Times New Roman"/>
          <w:color w:val="000000" w:themeColor="text1"/>
          <w:lang w:val="uk-UA"/>
        </w:rPr>
        <w:t>«Культура</w:t>
      </w:r>
      <w:r w:rsidR="00480420" w:rsidRPr="00530A7E">
        <w:rPr>
          <w:rFonts w:cs="Times New Roman"/>
          <w:color w:val="000000" w:themeColor="text1"/>
          <w:lang w:val="uk-UA"/>
        </w:rPr>
        <w:t xml:space="preserve"> </w:t>
      </w:r>
      <w:r w:rsidRPr="00530A7E">
        <w:rPr>
          <w:rFonts w:cs="Times New Roman"/>
          <w:color w:val="000000" w:themeColor="text1"/>
          <w:lang w:val="uk-UA"/>
        </w:rPr>
        <w:t>і</w:t>
      </w:r>
      <w:r w:rsidR="00480420" w:rsidRPr="00530A7E">
        <w:rPr>
          <w:rFonts w:cs="Times New Roman"/>
          <w:color w:val="000000" w:themeColor="text1"/>
          <w:lang w:val="uk-UA"/>
        </w:rPr>
        <w:t xml:space="preserve"> </w:t>
      </w:r>
      <w:r w:rsidRPr="00530A7E">
        <w:rPr>
          <w:rFonts w:cs="Times New Roman"/>
          <w:color w:val="000000" w:themeColor="text1"/>
          <w:lang w:val="uk-UA"/>
        </w:rPr>
        <w:t>мистецтво:</w:t>
      </w:r>
      <w:r w:rsidR="00480420" w:rsidRPr="00530A7E">
        <w:rPr>
          <w:rFonts w:cs="Times New Roman"/>
          <w:color w:val="000000" w:themeColor="text1"/>
          <w:lang w:val="uk-UA"/>
        </w:rPr>
        <w:t xml:space="preserve"> </w:t>
      </w:r>
      <w:r w:rsidRPr="00530A7E">
        <w:rPr>
          <w:rFonts w:cs="Times New Roman"/>
          <w:color w:val="000000" w:themeColor="text1"/>
          <w:lang w:val="uk-UA"/>
        </w:rPr>
        <w:t>сучасний</w:t>
      </w:r>
      <w:r w:rsidR="00480420" w:rsidRPr="00530A7E">
        <w:rPr>
          <w:rFonts w:cs="Times New Roman"/>
          <w:color w:val="000000" w:themeColor="text1"/>
          <w:lang w:val="uk-UA"/>
        </w:rPr>
        <w:t xml:space="preserve"> </w:t>
      </w:r>
      <w:r w:rsidRPr="00530A7E">
        <w:rPr>
          <w:rFonts w:cs="Times New Roman"/>
          <w:color w:val="000000" w:themeColor="text1"/>
          <w:lang w:val="uk-UA"/>
        </w:rPr>
        <w:t>науковий</w:t>
      </w:r>
      <w:r w:rsidR="00480420" w:rsidRPr="00530A7E">
        <w:rPr>
          <w:rFonts w:cs="Times New Roman"/>
          <w:color w:val="000000" w:themeColor="text1"/>
          <w:lang w:val="uk-UA"/>
        </w:rPr>
        <w:t xml:space="preserve"> </w:t>
      </w:r>
      <w:r w:rsidRPr="00530A7E">
        <w:rPr>
          <w:rFonts w:cs="Times New Roman"/>
          <w:color w:val="000000" w:themeColor="text1"/>
          <w:lang w:val="uk-UA"/>
        </w:rPr>
        <w:t>вимір»</w:t>
      </w:r>
      <w:r w:rsidR="00480420" w:rsidRPr="00530A7E">
        <w:rPr>
          <w:rFonts w:cs="Times New Roman"/>
          <w:color w:val="000000" w:themeColor="text1"/>
          <w:lang w:val="uk-UA"/>
        </w:rPr>
        <w:t xml:space="preserve"> </w:t>
      </w:r>
      <w:r w:rsidRPr="00530A7E">
        <w:rPr>
          <w:rFonts w:cs="Times New Roman"/>
          <w:color w:val="000000" w:themeColor="text1"/>
          <w:lang w:val="uk-UA"/>
        </w:rPr>
        <w:t>з</w:t>
      </w:r>
      <w:r w:rsidR="00480420" w:rsidRPr="00530A7E">
        <w:rPr>
          <w:rFonts w:cs="Times New Roman"/>
          <w:color w:val="000000" w:themeColor="text1"/>
          <w:lang w:val="uk-UA"/>
        </w:rPr>
        <w:t xml:space="preserve"> </w:t>
      </w:r>
      <w:r w:rsidRPr="00530A7E">
        <w:rPr>
          <w:rFonts w:cs="Times New Roman"/>
          <w:color w:val="000000" w:themeColor="text1"/>
          <w:lang w:val="uk-UA"/>
        </w:rPr>
        <w:t>доповіддю</w:t>
      </w:r>
      <w:r w:rsidR="00480420" w:rsidRPr="00530A7E">
        <w:rPr>
          <w:rFonts w:cs="Times New Roman"/>
          <w:color w:val="000000" w:themeColor="text1"/>
          <w:lang w:val="uk-UA"/>
        </w:rPr>
        <w:t xml:space="preserve"> </w:t>
      </w:r>
      <w:r w:rsidRPr="00530A7E">
        <w:rPr>
          <w:rFonts w:cs="Times New Roman"/>
          <w:color w:val="000000" w:themeColor="text1"/>
          <w:lang w:val="uk-UA"/>
        </w:rPr>
        <w:t>«Взаємодія</w:t>
      </w:r>
      <w:r w:rsidR="00480420" w:rsidRPr="00530A7E">
        <w:rPr>
          <w:rFonts w:cs="Times New Roman"/>
          <w:color w:val="000000" w:themeColor="text1"/>
          <w:lang w:val="uk-UA"/>
        </w:rPr>
        <w:t xml:space="preserve"> </w:t>
      </w:r>
      <w:r w:rsidRPr="00530A7E">
        <w:rPr>
          <w:rFonts w:cs="Times New Roman"/>
          <w:color w:val="000000" w:themeColor="text1"/>
          <w:lang w:val="uk-UA"/>
        </w:rPr>
        <w:t>сценічних</w:t>
      </w:r>
      <w:r w:rsidR="00480420" w:rsidRPr="00530A7E">
        <w:rPr>
          <w:rFonts w:cs="Times New Roman"/>
          <w:color w:val="000000" w:themeColor="text1"/>
          <w:lang w:val="uk-UA"/>
        </w:rPr>
        <w:t xml:space="preserve"> </w:t>
      </w:r>
      <w:r w:rsidRPr="00530A7E">
        <w:rPr>
          <w:rFonts w:cs="Times New Roman"/>
          <w:color w:val="000000" w:themeColor="text1"/>
          <w:lang w:val="uk-UA"/>
        </w:rPr>
        <w:t>та</w:t>
      </w:r>
      <w:r w:rsidR="00480420" w:rsidRPr="00530A7E">
        <w:rPr>
          <w:rFonts w:cs="Times New Roman"/>
          <w:color w:val="000000" w:themeColor="text1"/>
          <w:lang w:val="uk-UA"/>
        </w:rPr>
        <w:t xml:space="preserve"> </w:t>
      </w:r>
      <w:r w:rsidRPr="00530A7E">
        <w:rPr>
          <w:rFonts w:cs="Times New Roman"/>
          <w:color w:val="000000" w:themeColor="text1"/>
          <w:lang w:val="uk-UA"/>
        </w:rPr>
        <w:t>кінематографічних</w:t>
      </w:r>
      <w:r w:rsidR="00480420" w:rsidRPr="00530A7E">
        <w:rPr>
          <w:rFonts w:cs="Times New Roman"/>
          <w:color w:val="000000" w:themeColor="text1"/>
          <w:lang w:val="uk-UA"/>
        </w:rPr>
        <w:t xml:space="preserve"> </w:t>
      </w:r>
      <w:r w:rsidRPr="00530A7E">
        <w:rPr>
          <w:rFonts w:cs="Times New Roman"/>
          <w:color w:val="000000" w:themeColor="text1"/>
          <w:lang w:val="uk-UA"/>
        </w:rPr>
        <w:t>технік</w:t>
      </w:r>
      <w:r w:rsidR="00480420" w:rsidRPr="00530A7E">
        <w:rPr>
          <w:rFonts w:cs="Times New Roman"/>
          <w:color w:val="000000" w:themeColor="text1"/>
          <w:lang w:val="uk-UA"/>
        </w:rPr>
        <w:t xml:space="preserve"> </w:t>
      </w:r>
      <w:r w:rsidRPr="00530A7E">
        <w:rPr>
          <w:rFonts w:cs="Times New Roman"/>
          <w:color w:val="000000" w:themeColor="text1"/>
          <w:lang w:val="uk-UA"/>
        </w:rPr>
        <w:t>у</w:t>
      </w:r>
      <w:r w:rsidR="00480420" w:rsidRPr="00530A7E">
        <w:rPr>
          <w:rFonts w:cs="Times New Roman"/>
          <w:color w:val="000000" w:themeColor="text1"/>
          <w:lang w:val="uk-UA"/>
        </w:rPr>
        <w:t xml:space="preserve"> </w:t>
      </w:r>
      <w:r w:rsidRPr="00530A7E">
        <w:rPr>
          <w:rFonts w:cs="Times New Roman"/>
          <w:color w:val="000000" w:themeColor="text1"/>
          <w:lang w:val="uk-UA"/>
        </w:rPr>
        <w:t>підготовці</w:t>
      </w:r>
      <w:r w:rsidR="00480420" w:rsidRPr="00530A7E">
        <w:rPr>
          <w:rFonts w:cs="Times New Roman"/>
          <w:color w:val="000000" w:themeColor="text1"/>
          <w:lang w:val="uk-UA"/>
        </w:rPr>
        <w:t xml:space="preserve"> </w:t>
      </w:r>
      <w:r w:rsidRPr="00530A7E">
        <w:rPr>
          <w:rFonts w:cs="Times New Roman"/>
          <w:color w:val="000000" w:themeColor="text1"/>
          <w:lang w:val="uk-UA"/>
        </w:rPr>
        <w:t>сучасного</w:t>
      </w:r>
      <w:r w:rsidR="00480420" w:rsidRPr="00530A7E">
        <w:rPr>
          <w:rFonts w:cs="Times New Roman"/>
          <w:color w:val="000000" w:themeColor="text1"/>
          <w:lang w:val="uk-UA"/>
        </w:rPr>
        <w:t xml:space="preserve"> </w:t>
      </w:r>
      <w:r w:rsidRPr="00530A7E">
        <w:rPr>
          <w:rFonts w:cs="Times New Roman"/>
          <w:color w:val="000000" w:themeColor="text1"/>
          <w:lang w:val="uk-UA"/>
        </w:rPr>
        <w:t>актора».</w:t>
      </w:r>
    </w:p>
    <w:p w14:paraId="006E20A6" w14:textId="05C09879" w:rsidR="00051286" w:rsidRPr="00530A7E" w:rsidRDefault="00051286" w:rsidP="00530A7E">
      <w:pPr>
        <w:pStyle w:val="ae"/>
        <w:numPr>
          <w:ilvl w:val="0"/>
          <w:numId w:val="13"/>
        </w:numPr>
        <w:spacing w:after="0"/>
        <w:jc w:val="both"/>
        <w:rPr>
          <w:rFonts w:cs="Times New Roman"/>
          <w:color w:val="000000" w:themeColor="text1"/>
          <w:lang w:val="uk-UA"/>
        </w:rPr>
      </w:pPr>
      <w:r w:rsidRPr="00530A7E">
        <w:rPr>
          <w:rFonts w:cs="Times New Roman"/>
          <w:color w:val="000000" w:themeColor="text1"/>
          <w:lang w:val="uk-UA"/>
        </w:rPr>
        <w:t>Виступ</w:t>
      </w:r>
      <w:r w:rsidR="00480420" w:rsidRPr="00530A7E">
        <w:rPr>
          <w:rFonts w:cs="Times New Roman"/>
          <w:color w:val="000000" w:themeColor="text1"/>
          <w:lang w:val="uk-UA"/>
        </w:rPr>
        <w:t xml:space="preserve"> </w:t>
      </w:r>
      <w:r w:rsidRPr="00530A7E">
        <w:rPr>
          <w:rFonts w:cs="Times New Roman"/>
          <w:color w:val="000000" w:themeColor="text1"/>
          <w:lang w:val="uk-UA"/>
        </w:rPr>
        <w:t>6.11.2025</w:t>
      </w:r>
      <w:r w:rsidR="00480420" w:rsidRPr="00530A7E">
        <w:rPr>
          <w:rFonts w:cs="Times New Roman"/>
          <w:color w:val="000000" w:themeColor="text1"/>
          <w:lang w:val="uk-UA"/>
        </w:rPr>
        <w:t xml:space="preserve"> </w:t>
      </w:r>
      <w:r w:rsidRPr="00530A7E">
        <w:rPr>
          <w:rFonts w:cs="Times New Roman"/>
          <w:color w:val="000000" w:themeColor="text1"/>
          <w:lang w:val="uk-UA"/>
        </w:rPr>
        <w:t>р.</w:t>
      </w:r>
      <w:r w:rsidR="00480420" w:rsidRPr="00530A7E">
        <w:rPr>
          <w:rFonts w:cs="Times New Roman"/>
          <w:color w:val="000000" w:themeColor="text1"/>
          <w:lang w:val="uk-UA"/>
        </w:rPr>
        <w:t xml:space="preserve"> </w:t>
      </w:r>
      <w:r w:rsidRPr="00530A7E">
        <w:rPr>
          <w:rFonts w:cs="Times New Roman"/>
          <w:color w:val="000000" w:themeColor="text1"/>
          <w:lang w:val="uk-UA"/>
        </w:rPr>
        <w:t>на</w:t>
      </w:r>
      <w:r w:rsidR="00480420" w:rsidRPr="00530A7E">
        <w:rPr>
          <w:rFonts w:cs="Times New Roman"/>
          <w:color w:val="000000" w:themeColor="text1"/>
          <w:lang w:val="uk-UA"/>
        </w:rPr>
        <w:t xml:space="preserve"> </w:t>
      </w:r>
      <w:r w:rsidRPr="00530A7E">
        <w:rPr>
          <w:rFonts w:cs="Times New Roman"/>
          <w:color w:val="000000" w:themeColor="text1"/>
          <w:lang w:val="uk-UA"/>
        </w:rPr>
        <w:t>IX</w:t>
      </w:r>
      <w:r w:rsidR="00480420" w:rsidRPr="00530A7E">
        <w:rPr>
          <w:rFonts w:cs="Times New Roman"/>
          <w:color w:val="000000" w:themeColor="text1"/>
          <w:lang w:val="uk-UA"/>
        </w:rPr>
        <w:t xml:space="preserve"> </w:t>
      </w:r>
      <w:r w:rsidRPr="00530A7E">
        <w:rPr>
          <w:rFonts w:cs="Times New Roman"/>
          <w:color w:val="000000" w:themeColor="text1"/>
          <w:lang w:val="uk-UA"/>
        </w:rPr>
        <w:t>Всеукраїнській</w:t>
      </w:r>
      <w:r w:rsidR="00480420" w:rsidRPr="00530A7E">
        <w:rPr>
          <w:rFonts w:cs="Times New Roman"/>
          <w:color w:val="000000" w:themeColor="text1"/>
          <w:lang w:val="uk-UA"/>
        </w:rPr>
        <w:t xml:space="preserve"> </w:t>
      </w:r>
      <w:r w:rsidRPr="00530A7E">
        <w:rPr>
          <w:rFonts w:cs="Times New Roman"/>
          <w:color w:val="000000" w:themeColor="text1"/>
          <w:lang w:val="uk-UA"/>
        </w:rPr>
        <w:t>науковій</w:t>
      </w:r>
      <w:r w:rsidR="00480420" w:rsidRPr="00530A7E">
        <w:rPr>
          <w:rFonts w:cs="Times New Roman"/>
          <w:color w:val="000000" w:themeColor="text1"/>
          <w:lang w:val="uk-UA"/>
        </w:rPr>
        <w:t xml:space="preserve"> </w:t>
      </w:r>
      <w:r w:rsidRPr="00530A7E">
        <w:rPr>
          <w:rFonts w:cs="Times New Roman"/>
          <w:color w:val="000000" w:themeColor="text1"/>
          <w:lang w:val="uk-UA"/>
        </w:rPr>
        <w:t>конференції</w:t>
      </w:r>
      <w:r w:rsidR="00480420" w:rsidRPr="00530A7E">
        <w:rPr>
          <w:rFonts w:cs="Times New Roman"/>
          <w:color w:val="000000" w:themeColor="text1"/>
          <w:lang w:val="uk-UA"/>
        </w:rPr>
        <w:t xml:space="preserve"> </w:t>
      </w:r>
      <w:r w:rsidRPr="00530A7E">
        <w:rPr>
          <w:rFonts w:cs="Times New Roman"/>
          <w:color w:val="000000" w:themeColor="text1"/>
          <w:lang w:val="uk-UA"/>
        </w:rPr>
        <w:t>молодих</w:t>
      </w:r>
      <w:r w:rsidR="00480420" w:rsidRPr="00530A7E">
        <w:rPr>
          <w:rFonts w:cs="Times New Roman"/>
          <w:color w:val="000000" w:themeColor="text1"/>
          <w:lang w:val="uk-UA"/>
        </w:rPr>
        <w:t xml:space="preserve"> </w:t>
      </w:r>
      <w:r w:rsidRPr="00530A7E">
        <w:rPr>
          <w:rFonts w:cs="Times New Roman"/>
          <w:color w:val="000000" w:themeColor="text1"/>
          <w:lang w:val="uk-UA"/>
        </w:rPr>
        <w:t>вчених,</w:t>
      </w:r>
      <w:r w:rsidR="00480420" w:rsidRPr="00530A7E">
        <w:rPr>
          <w:rFonts w:cs="Times New Roman"/>
          <w:color w:val="000000" w:themeColor="text1"/>
          <w:lang w:val="uk-UA"/>
        </w:rPr>
        <w:t xml:space="preserve"> </w:t>
      </w:r>
      <w:r w:rsidRPr="00530A7E">
        <w:rPr>
          <w:rFonts w:cs="Times New Roman"/>
          <w:color w:val="000000" w:themeColor="text1"/>
          <w:lang w:val="uk-UA"/>
        </w:rPr>
        <w:t>аспірантів</w:t>
      </w:r>
      <w:r w:rsidR="00480420" w:rsidRPr="00530A7E">
        <w:rPr>
          <w:rFonts w:cs="Times New Roman"/>
          <w:color w:val="000000" w:themeColor="text1"/>
          <w:lang w:val="uk-UA"/>
        </w:rPr>
        <w:t xml:space="preserve"> </w:t>
      </w:r>
      <w:r w:rsidRPr="00530A7E">
        <w:rPr>
          <w:rFonts w:cs="Times New Roman"/>
          <w:color w:val="000000" w:themeColor="text1"/>
          <w:lang w:val="uk-UA"/>
        </w:rPr>
        <w:t>та</w:t>
      </w:r>
      <w:r w:rsidR="00480420" w:rsidRPr="00530A7E">
        <w:rPr>
          <w:rFonts w:cs="Times New Roman"/>
          <w:color w:val="000000" w:themeColor="text1"/>
          <w:lang w:val="uk-UA"/>
        </w:rPr>
        <w:t xml:space="preserve"> </w:t>
      </w:r>
      <w:r w:rsidRPr="00530A7E">
        <w:rPr>
          <w:rFonts w:cs="Times New Roman"/>
          <w:color w:val="000000" w:themeColor="text1"/>
          <w:lang w:val="uk-UA"/>
        </w:rPr>
        <w:t>магістрантів</w:t>
      </w:r>
      <w:r w:rsidR="00480420" w:rsidRPr="00530A7E">
        <w:rPr>
          <w:rFonts w:cs="Times New Roman"/>
          <w:color w:val="000000" w:themeColor="text1"/>
          <w:lang w:val="uk-UA"/>
        </w:rPr>
        <w:t xml:space="preserve"> </w:t>
      </w:r>
      <w:r w:rsidRPr="00530A7E">
        <w:rPr>
          <w:rFonts w:cs="Times New Roman"/>
          <w:color w:val="000000" w:themeColor="text1"/>
          <w:lang w:val="uk-UA"/>
        </w:rPr>
        <w:t>«Культура</w:t>
      </w:r>
      <w:r w:rsidR="00480420" w:rsidRPr="00530A7E">
        <w:rPr>
          <w:rFonts w:cs="Times New Roman"/>
          <w:color w:val="000000" w:themeColor="text1"/>
          <w:lang w:val="uk-UA"/>
        </w:rPr>
        <w:t xml:space="preserve"> </w:t>
      </w:r>
      <w:r w:rsidRPr="00530A7E">
        <w:rPr>
          <w:rFonts w:cs="Times New Roman"/>
          <w:color w:val="000000" w:themeColor="text1"/>
          <w:lang w:val="uk-UA"/>
        </w:rPr>
        <w:t>і</w:t>
      </w:r>
      <w:r w:rsidR="00480420" w:rsidRPr="00530A7E">
        <w:rPr>
          <w:rFonts w:cs="Times New Roman"/>
          <w:color w:val="000000" w:themeColor="text1"/>
          <w:lang w:val="uk-UA"/>
        </w:rPr>
        <w:t xml:space="preserve"> </w:t>
      </w:r>
      <w:r w:rsidRPr="00530A7E">
        <w:rPr>
          <w:rFonts w:cs="Times New Roman"/>
          <w:color w:val="000000" w:themeColor="text1"/>
          <w:lang w:val="uk-UA"/>
        </w:rPr>
        <w:t>мистецтво:</w:t>
      </w:r>
      <w:r w:rsidR="00480420" w:rsidRPr="00530A7E">
        <w:rPr>
          <w:rFonts w:cs="Times New Roman"/>
          <w:color w:val="000000" w:themeColor="text1"/>
          <w:lang w:val="uk-UA"/>
        </w:rPr>
        <w:t xml:space="preserve"> </w:t>
      </w:r>
      <w:r w:rsidRPr="00530A7E">
        <w:rPr>
          <w:rFonts w:cs="Times New Roman"/>
          <w:color w:val="000000" w:themeColor="text1"/>
          <w:lang w:val="uk-UA"/>
        </w:rPr>
        <w:t>сучасний</w:t>
      </w:r>
      <w:r w:rsidR="00480420" w:rsidRPr="00530A7E">
        <w:rPr>
          <w:rFonts w:cs="Times New Roman"/>
          <w:color w:val="000000" w:themeColor="text1"/>
          <w:lang w:val="uk-UA"/>
        </w:rPr>
        <w:t xml:space="preserve"> </w:t>
      </w:r>
      <w:r w:rsidRPr="00530A7E">
        <w:rPr>
          <w:rFonts w:cs="Times New Roman"/>
          <w:color w:val="000000" w:themeColor="text1"/>
          <w:lang w:val="uk-UA"/>
        </w:rPr>
        <w:t>науковий</w:t>
      </w:r>
      <w:r w:rsidR="00480420" w:rsidRPr="00530A7E">
        <w:rPr>
          <w:rFonts w:cs="Times New Roman"/>
          <w:color w:val="000000" w:themeColor="text1"/>
          <w:lang w:val="uk-UA"/>
        </w:rPr>
        <w:t xml:space="preserve"> </w:t>
      </w:r>
      <w:r w:rsidRPr="00530A7E">
        <w:rPr>
          <w:rFonts w:cs="Times New Roman"/>
          <w:color w:val="000000" w:themeColor="text1"/>
          <w:lang w:val="uk-UA"/>
        </w:rPr>
        <w:t>вимір»</w:t>
      </w:r>
      <w:r w:rsidR="00480420" w:rsidRPr="00530A7E">
        <w:rPr>
          <w:rFonts w:cs="Times New Roman"/>
          <w:color w:val="000000" w:themeColor="text1"/>
          <w:lang w:val="uk-UA"/>
        </w:rPr>
        <w:t xml:space="preserve"> </w:t>
      </w:r>
      <w:r w:rsidRPr="00530A7E">
        <w:rPr>
          <w:rFonts w:cs="Times New Roman"/>
          <w:color w:val="000000" w:themeColor="text1"/>
          <w:lang w:val="uk-UA"/>
        </w:rPr>
        <w:t>з</w:t>
      </w:r>
      <w:r w:rsidR="00480420" w:rsidRPr="00530A7E">
        <w:rPr>
          <w:rFonts w:cs="Times New Roman"/>
          <w:color w:val="000000" w:themeColor="text1"/>
          <w:lang w:val="uk-UA"/>
        </w:rPr>
        <w:t xml:space="preserve"> </w:t>
      </w:r>
      <w:r w:rsidRPr="00530A7E">
        <w:rPr>
          <w:rFonts w:cs="Times New Roman"/>
          <w:color w:val="000000" w:themeColor="text1"/>
          <w:lang w:val="uk-UA"/>
        </w:rPr>
        <w:t>доповіддю</w:t>
      </w:r>
      <w:r w:rsidR="00480420" w:rsidRPr="00530A7E">
        <w:rPr>
          <w:rFonts w:cs="Times New Roman"/>
          <w:color w:val="000000" w:themeColor="text1"/>
          <w:lang w:val="uk-UA"/>
        </w:rPr>
        <w:t xml:space="preserve"> </w:t>
      </w:r>
      <w:r w:rsidRPr="00530A7E">
        <w:rPr>
          <w:rFonts w:cs="Times New Roman"/>
          <w:color w:val="000000" w:themeColor="text1"/>
          <w:lang w:val="uk-UA"/>
        </w:rPr>
        <w:t>«Синтез</w:t>
      </w:r>
      <w:r w:rsidR="00480420" w:rsidRPr="00530A7E">
        <w:rPr>
          <w:rFonts w:cs="Times New Roman"/>
          <w:color w:val="000000" w:themeColor="text1"/>
          <w:lang w:val="uk-UA"/>
        </w:rPr>
        <w:t xml:space="preserve"> </w:t>
      </w:r>
      <w:r w:rsidRPr="00530A7E">
        <w:rPr>
          <w:rFonts w:cs="Times New Roman"/>
          <w:color w:val="000000" w:themeColor="text1"/>
          <w:lang w:val="uk-UA"/>
        </w:rPr>
        <w:t>акторських</w:t>
      </w:r>
      <w:r w:rsidR="00480420" w:rsidRPr="00530A7E">
        <w:rPr>
          <w:rFonts w:cs="Times New Roman"/>
          <w:color w:val="000000" w:themeColor="text1"/>
          <w:lang w:val="uk-UA"/>
        </w:rPr>
        <w:t xml:space="preserve"> </w:t>
      </w:r>
      <w:r w:rsidRPr="00530A7E">
        <w:rPr>
          <w:rFonts w:cs="Times New Roman"/>
          <w:color w:val="000000" w:themeColor="text1"/>
          <w:lang w:val="uk-UA"/>
        </w:rPr>
        <w:t>методик</w:t>
      </w:r>
      <w:r w:rsidR="00480420" w:rsidRPr="00530A7E">
        <w:rPr>
          <w:rFonts w:cs="Times New Roman"/>
          <w:color w:val="000000" w:themeColor="text1"/>
          <w:lang w:val="uk-UA"/>
        </w:rPr>
        <w:t xml:space="preserve"> </w:t>
      </w:r>
      <w:r w:rsidRPr="00530A7E">
        <w:rPr>
          <w:rFonts w:cs="Times New Roman"/>
          <w:color w:val="000000" w:themeColor="text1"/>
          <w:lang w:val="uk-UA"/>
        </w:rPr>
        <w:t>театру</w:t>
      </w:r>
      <w:r w:rsidR="00480420" w:rsidRPr="00530A7E">
        <w:rPr>
          <w:rFonts w:cs="Times New Roman"/>
          <w:color w:val="000000" w:themeColor="text1"/>
          <w:lang w:val="uk-UA"/>
        </w:rPr>
        <w:t xml:space="preserve"> </w:t>
      </w:r>
      <w:r w:rsidRPr="00530A7E">
        <w:rPr>
          <w:rFonts w:cs="Times New Roman"/>
          <w:color w:val="000000" w:themeColor="text1"/>
          <w:lang w:val="uk-UA"/>
        </w:rPr>
        <w:t>і</w:t>
      </w:r>
      <w:r w:rsidR="00480420" w:rsidRPr="00530A7E">
        <w:rPr>
          <w:rFonts w:cs="Times New Roman"/>
          <w:color w:val="000000" w:themeColor="text1"/>
          <w:lang w:val="uk-UA"/>
        </w:rPr>
        <w:t xml:space="preserve"> </w:t>
      </w:r>
      <w:r w:rsidRPr="00530A7E">
        <w:rPr>
          <w:rFonts w:cs="Times New Roman"/>
          <w:color w:val="000000" w:themeColor="text1"/>
          <w:lang w:val="uk-UA"/>
        </w:rPr>
        <w:t>кіно:</w:t>
      </w:r>
      <w:r w:rsidR="00480420" w:rsidRPr="00530A7E">
        <w:rPr>
          <w:rFonts w:cs="Times New Roman"/>
          <w:color w:val="000000" w:themeColor="text1"/>
          <w:lang w:val="uk-UA"/>
        </w:rPr>
        <w:t xml:space="preserve"> </w:t>
      </w:r>
      <w:r w:rsidRPr="00530A7E">
        <w:rPr>
          <w:rFonts w:cs="Times New Roman"/>
          <w:color w:val="000000" w:themeColor="text1"/>
          <w:lang w:val="uk-UA"/>
        </w:rPr>
        <w:t>теоретичні</w:t>
      </w:r>
      <w:r w:rsidR="00480420" w:rsidRPr="00530A7E">
        <w:rPr>
          <w:rFonts w:cs="Times New Roman"/>
          <w:color w:val="000000" w:themeColor="text1"/>
          <w:lang w:val="uk-UA"/>
        </w:rPr>
        <w:t xml:space="preserve"> </w:t>
      </w:r>
      <w:r w:rsidRPr="00530A7E">
        <w:rPr>
          <w:rFonts w:cs="Times New Roman"/>
          <w:color w:val="000000" w:themeColor="text1"/>
          <w:lang w:val="uk-UA"/>
        </w:rPr>
        <w:t>засади</w:t>
      </w:r>
      <w:r w:rsidR="00480420" w:rsidRPr="00530A7E">
        <w:rPr>
          <w:rFonts w:cs="Times New Roman"/>
          <w:color w:val="000000" w:themeColor="text1"/>
          <w:lang w:val="uk-UA"/>
        </w:rPr>
        <w:t xml:space="preserve"> </w:t>
      </w:r>
      <w:r w:rsidRPr="00530A7E">
        <w:rPr>
          <w:rFonts w:cs="Times New Roman"/>
          <w:color w:val="000000" w:themeColor="text1"/>
          <w:lang w:val="uk-UA"/>
        </w:rPr>
        <w:t>та</w:t>
      </w:r>
      <w:r w:rsidR="00480420" w:rsidRPr="00530A7E">
        <w:rPr>
          <w:rFonts w:cs="Times New Roman"/>
          <w:color w:val="000000" w:themeColor="text1"/>
          <w:lang w:val="uk-UA"/>
        </w:rPr>
        <w:t xml:space="preserve"> </w:t>
      </w:r>
      <w:r w:rsidRPr="00530A7E">
        <w:rPr>
          <w:rFonts w:cs="Times New Roman"/>
          <w:color w:val="000000" w:themeColor="text1"/>
          <w:lang w:val="uk-UA"/>
        </w:rPr>
        <w:t>практичні</w:t>
      </w:r>
      <w:r w:rsidR="00480420" w:rsidRPr="00530A7E">
        <w:rPr>
          <w:rFonts w:cs="Times New Roman"/>
          <w:color w:val="000000" w:themeColor="text1"/>
          <w:lang w:val="uk-UA"/>
        </w:rPr>
        <w:t xml:space="preserve"> </w:t>
      </w:r>
      <w:r w:rsidRPr="00530A7E">
        <w:rPr>
          <w:rFonts w:cs="Times New Roman"/>
          <w:color w:val="000000" w:themeColor="text1"/>
          <w:lang w:val="uk-UA"/>
        </w:rPr>
        <w:t>прояви».</w:t>
      </w:r>
    </w:p>
    <w:p w14:paraId="27747327" w14:textId="07A8602C" w:rsidR="00530A7E" w:rsidRPr="00EB2868" w:rsidRDefault="00530A7E" w:rsidP="00530A7E">
      <w:pPr>
        <w:pStyle w:val="ae"/>
        <w:numPr>
          <w:ilvl w:val="0"/>
          <w:numId w:val="13"/>
        </w:numPr>
        <w:spacing w:after="0"/>
        <w:jc w:val="both"/>
        <w:rPr>
          <w:rFonts w:cs="Times New Roman"/>
          <w:lang w:val="uk-UA"/>
        </w:rPr>
      </w:pPr>
      <w:r w:rsidRPr="00EB2868">
        <w:rPr>
          <w:rFonts w:cs="Times New Roman"/>
          <w:lang w:val="uk-UA"/>
        </w:rPr>
        <w:t>Виступ 4.12.2025 р. на Х</w:t>
      </w:r>
      <w:r w:rsidRPr="00EB2868">
        <w:rPr>
          <w:rFonts w:cs="Times New Roman"/>
        </w:rPr>
        <w:t>V</w:t>
      </w:r>
      <w:r w:rsidRPr="00EB2868">
        <w:rPr>
          <w:rFonts w:cs="Times New Roman"/>
          <w:lang w:val="uk-UA"/>
        </w:rPr>
        <w:t xml:space="preserve"> Міжнародній продюсерській конференції «Діяльність продюсера в культурно-мистецькому просторі ХХІ століття: комунікативні стратегії та інновації» з доповіддю : «Синтез просторів : </w:t>
      </w:r>
      <w:r w:rsidRPr="00EB2868">
        <w:rPr>
          <w:rFonts w:cs="Times New Roman"/>
          <w:lang w:val="uk-UA"/>
        </w:rPr>
        <w:lastRenderedPageBreak/>
        <w:t xml:space="preserve">кінематографічні технології та цифрова сценографія сучасного театру в контексті продюсерської діяльності». </w:t>
      </w:r>
    </w:p>
    <w:p w14:paraId="5CEF2E6C" w14:textId="030C6574" w:rsidR="0029445A" w:rsidRPr="00AD1AA3" w:rsidRDefault="0029445A" w:rsidP="00051784">
      <w:pPr>
        <w:spacing w:after="0"/>
        <w:ind w:left="0" w:firstLine="709"/>
        <w:jc w:val="both"/>
        <w:rPr>
          <w:rFonts w:cs="Times New Roman"/>
          <w:lang w:val="uk-UA"/>
        </w:rPr>
      </w:pPr>
      <w:r w:rsidRPr="00B7305F">
        <w:rPr>
          <w:rFonts w:eastAsia="Times New Roman" w:cs="Times New Roman"/>
          <w:b/>
          <w:bCs/>
          <w:color w:val="000000" w:themeColor="text1"/>
          <w:lang w:val="uk-UA" w:eastAsia="ru-UA"/>
        </w:rPr>
        <w:t>Структура</w:t>
      </w:r>
      <w:r w:rsidR="00480420" w:rsidRPr="00B7305F">
        <w:rPr>
          <w:rFonts w:eastAsia="Times New Roman" w:cs="Times New Roman"/>
          <w:b/>
          <w:bCs/>
          <w:color w:val="000000" w:themeColor="text1"/>
          <w:lang w:val="uk-UA" w:eastAsia="ru-UA"/>
        </w:rPr>
        <w:t xml:space="preserve"> </w:t>
      </w:r>
      <w:r w:rsidRPr="00B7305F">
        <w:rPr>
          <w:rFonts w:eastAsia="Times New Roman" w:cs="Times New Roman"/>
          <w:b/>
          <w:bCs/>
          <w:color w:val="000000" w:themeColor="text1"/>
          <w:lang w:val="uk-UA" w:eastAsia="ru-UA"/>
        </w:rPr>
        <w:t>роботи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визначається</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метою</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та</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завданнями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дослідження</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і</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включає</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вступ,</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три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розділи,</w:t>
      </w:r>
      <w:r w:rsidR="00480420" w:rsidRPr="00B7305F">
        <w:rPr>
          <w:rFonts w:eastAsia="Times New Roman" w:cs="Times New Roman"/>
          <w:color w:val="000000" w:themeColor="text1"/>
          <w:lang w:val="uk-UA" w:eastAsia="ru-UA"/>
        </w:rPr>
        <w:t xml:space="preserve"> </w:t>
      </w:r>
      <w:r w:rsidR="00592519" w:rsidRPr="00B7305F">
        <w:rPr>
          <w:rFonts w:eastAsia="Times New Roman" w:cs="Times New Roman"/>
          <w:color w:val="000000" w:themeColor="text1"/>
          <w:lang w:val="uk-UA" w:eastAsia="ru-UA"/>
        </w:rPr>
        <w:t xml:space="preserve">9 підрозділів, </w:t>
      </w:r>
      <w:r w:rsidRPr="00B7305F">
        <w:rPr>
          <w:rFonts w:eastAsia="Times New Roman" w:cs="Times New Roman"/>
          <w:color w:val="000000" w:themeColor="text1"/>
          <w:lang w:val="uk-UA" w:eastAsia="ru-UA"/>
        </w:rPr>
        <w:t>висновки,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список</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використаних</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джерел</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та</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додатки.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Загальний</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обсяг</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роботи</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становить</w:t>
      </w:r>
      <w:r w:rsidR="00480420" w:rsidRPr="00B7305F">
        <w:rPr>
          <w:rFonts w:eastAsia="Times New Roman" w:cs="Times New Roman"/>
          <w:color w:val="000000" w:themeColor="text1"/>
          <w:lang w:val="uk-UA" w:eastAsia="ru-UA"/>
        </w:rPr>
        <w:t xml:space="preserve"> </w:t>
      </w:r>
      <w:r w:rsidRPr="00B7305F">
        <w:rPr>
          <w:rFonts w:eastAsia="Times New Roman" w:cs="Times New Roman"/>
          <w:color w:val="000000" w:themeColor="text1"/>
          <w:lang w:val="uk-UA" w:eastAsia="ru-UA"/>
        </w:rPr>
        <w:t>–</w:t>
      </w:r>
      <w:r w:rsidR="00480420" w:rsidRPr="00B7305F">
        <w:rPr>
          <w:rFonts w:eastAsia="Times New Roman" w:cs="Times New Roman"/>
          <w:color w:val="000000" w:themeColor="text1"/>
          <w:lang w:val="uk-UA" w:eastAsia="ru-UA"/>
        </w:rPr>
        <w:t xml:space="preserve"> </w:t>
      </w:r>
      <w:r w:rsidR="00AF6019">
        <w:rPr>
          <w:rFonts w:eastAsia="Times New Roman" w:cs="Times New Roman"/>
          <w:color w:val="000000" w:themeColor="text1"/>
          <w:lang w:val="uk-UA" w:eastAsia="ru-UA"/>
        </w:rPr>
        <w:t>92</w:t>
      </w:r>
      <w:r w:rsidR="00592519" w:rsidRPr="00B7305F">
        <w:rPr>
          <w:rFonts w:eastAsia="Times New Roman" w:cs="Times New Roman"/>
          <w:color w:val="000000" w:themeColor="text1"/>
          <w:lang w:val="uk-UA" w:eastAsia="ru-UA"/>
        </w:rPr>
        <w:t xml:space="preserve"> </w:t>
      </w:r>
      <w:r w:rsidRPr="00AD1AA3">
        <w:rPr>
          <w:rFonts w:eastAsia="Times New Roman" w:cs="Times New Roman"/>
          <w:lang w:val="uk-UA" w:eastAsia="ru-UA"/>
        </w:rPr>
        <w:t>сторін</w:t>
      </w:r>
      <w:bookmarkEnd w:id="0"/>
      <w:r w:rsidR="00AF6019">
        <w:rPr>
          <w:rFonts w:eastAsia="Times New Roman" w:cs="Times New Roman"/>
          <w:lang w:val="uk-UA" w:eastAsia="ru-UA"/>
        </w:rPr>
        <w:t>ки</w:t>
      </w:r>
      <w:r w:rsidR="00530A7E" w:rsidRPr="00AD1AA3">
        <w:rPr>
          <w:rFonts w:eastAsia="Times New Roman" w:cs="Times New Roman"/>
          <w:lang w:val="uk-UA" w:eastAsia="ru-UA"/>
        </w:rPr>
        <w:t xml:space="preserve">, з яких основного тексту - </w:t>
      </w:r>
      <w:r w:rsidR="00AD4B7E" w:rsidRPr="00AD1AA3">
        <w:rPr>
          <w:rFonts w:eastAsia="Times New Roman" w:cs="Times New Roman"/>
          <w:lang w:val="uk-UA" w:eastAsia="ru-UA"/>
        </w:rPr>
        <w:t>7</w:t>
      </w:r>
      <w:r w:rsidR="00AF6019">
        <w:rPr>
          <w:rFonts w:eastAsia="Times New Roman" w:cs="Times New Roman"/>
          <w:lang w:val="uk-UA" w:eastAsia="ru-UA"/>
        </w:rPr>
        <w:t>9</w:t>
      </w:r>
      <w:r w:rsidR="00530A7E" w:rsidRPr="00AD1AA3">
        <w:rPr>
          <w:rFonts w:eastAsia="Times New Roman" w:cs="Times New Roman"/>
          <w:lang w:val="uk-UA" w:eastAsia="ru-UA"/>
        </w:rPr>
        <w:t xml:space="preserve">  стор</w:t>
      </w:r>
      <w:r w:rsidR="00AD4B7E" w:rsidRPr="00AD1AA3">
        <w:rPr>
          <w:rFonts w:eastAsia="Times New Roman" w:cs="Times New Roman"/>
          <w:lang w:val="uk-UA" w:eastAsia="ru-UA"/>
        </w:rPr>
        <w:t>інок</w:t>
      </w:r>
      <w:r w:rsidR="00530A7E" w:rsidRPr="00AD1AA3">
        <w:rPr>
          <w:rFonts w:eastAsia="Times New Roman" w:cs="Times New Roman"/>
          <w:lang w:val="uk-UA" w:eastAsia="ru-UA"/>
        </w:rPr>
        <w:t>.</w:t>
      </w:r>
      <w:r w:rsidR="00592519" w:rsidRPr="00AD1AA3">
        <w:rPr>
          <w:rFonts w:eastAsia="Times New Roman" w:cs="Times New Roman"/>
          <w:lang w:val="uk-UA" w:eastAsia="ru-UA"/>
        </w:rPr>
        <w:t xml:space="preserve"> Додатки на 5 аркушах</w:t>
      </w:r>
    </w:p>
    <w:p w14:paraId="53AE2A16" w14:textId="4B436ADD" w:rsidR="009D21BD" w:rsidRPr="00B7305F" w:rsidRDefault="00A94018"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br w:type="page"/>
      </w:r>
      <w:r w:rsidR="009D21BD" w:rsidRPr="00B7305F">
        <w:rPr>
          <w:rFonts w:cs="Times New Roman"/>
          <w:b/>
          <w:bCs/>
          <w:color w:val="000000" w:themeColor="text1"/>
          <w:lang w:val="uk-UA"/>
        </w:rPr>
        <w:lastRenderedPageBreak/>
        <w:t>РОЗДІЛ</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1.</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ТЕОРЕТИЧНІ</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ОСНОВИ</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ВЗАЄМОДІЇ</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СЦЕНІЧНОГО</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МИСТЕЦТВА</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009D21BD" w:rsidRPr="00B7305F">
        <w:rPr>
          <w:rFonts w:cs="Times New Roman"/>
          <w:b/>
          <w:bCs/>
          <w:color w:val="000000" w:themeColor="text1"/>
          <w:lang w:val="uk-UA"/>
        </w:rPr>
        <w:t>КІНОМИСТЕЦТВА</w:t>
      </w:r>
    </w:p>
    <w:p w14:paraId="416CBD94" w14:textId="4FAA818B" w:rsidR="00692654" w:rsidRPr="00B7305F" w:rsidRDefault="00000000" w:rsidP="00051784">
      <w:pPr>
        <w:pStyle w:val="ae"/>
        <w:numPr>
          <w:ilvl w:val="1"/>
          <w:numId w:val="11"/>
        </w:numPr>
        <w:spacing w:after="0"/>
        <w:ind w:firstLine="709"/>
        <w:jc w:val="both"/>
        <w:rPr>
          <w:rFonts w:cs="Times New Roman"/>
          <w:b/>
          <w:bCs/>
          <w:color w:val="000000" w:themeColor="text1"/>
          <w:lang w:val="uk-UA"/>
        </w:rPr>
      </w:pPr>
      <w:r w:rsidRPr="00B7305F">
        <w:rPr>
          <w:rFonts w:cs="Times New Roman"/>
          <w:b/>
          <w:bCs/>
          <w:color w:val="000000" w:themeColor="text1"/>
          <w:lang w:val="uk-UA"/>
        </w:rPr>
        <w:t>Витоки,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розвиток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спільні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риси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кіномистецтва</w:t>
      </w:r>
    </w:p>
    <w:p w14:paraId="4D9007AC" w14:textId="77777777" w:rsidR="00692232" w:rsidRPr="00B7305F" w:rsidRDefault="00692232" w:rsidP="00051784">
      <w:pPr>
        <w:pStyle w:val="ae"/>
        <w:spacing w:after="0"/>
        <w:ind w:firstLine="709"/>
        <w:jc w:val="both"/>
        <w:rPr>
          <w:rFonts w:cs="Times New Roman"/>
          <w:b/>
          <w:bCs/>
          <w:color w:val="000000" w:themeColor="text1"/>
          <w:lang w:val="uk-UA"/>
        </w:rPr>
      </w:pPr>
    </w:p>
    <w:p w14:paraId="7EC81521" w14:textId="2E0FCD52"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Театр</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кінематограф,</w:t>
      </w:r>
      <w:r w:rsidRPr="00B7305F">
        <w:rPr>
          <w:color w:val="000000" w:themeColor="text1"/>
          <w:lang w:val="uk-UA"/>
        </w:rPr>
        <w:t xml:space="preserve"> </w:t>
      </w:r>
      <w:r w:rsidR="00D6710D" w:rsidRPr="00B7305F">
        <w:rPr>
          <w:color w:val="000000" w:themeColor="text1"/>
          <w:lang w:val="uk-UA"/>
        </w:rPr>
        <w:t>попри</w:t>
      </w:r>
      <w:r w:rsidRPr="00B7305F">
        <w:rPr>
          <w:color w:val="000000" w:themeColor="text1"/>
          <w:lang w:val="uk-UA"/>
        </w:rPr>
        <w:t xml:space="preserve"> </w:t>
      </w:r>
      <w:r w:rsidR="00D6710D" w:rsidRPr="00B7305F">
        <w:rPr>
          <w:color w:val="000000" w:themeColor="text1"/>
          <w:lang w:val="uk-UA"/>
        </w:rPr>
        <w:t>різну</w:t>
      </w:r>
      <w:r w:rsidRPr="00B7305F">
        <w:rPr>
          <w:color w:val="000000" w:themeColor="text1"/>
          <w:lang w:val="uk-UA"/>
        </w:rPr>
        <w:t xml:space="preserve"> </w:t>
      </w:r>
      <w:r w:rsidR="00D6710D" w:rsidRPr="00B7305F">
        <w:rPr>
          <w:color w:val="000000" w:themeColor="text1"/>
          <w:lang w:val="uk-UA"/>
        </w:rPr>
        <w:t>природу</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принципи</w:t>
      </w:r>
      <w:r w:rsidRPr="00B7305F">
        <w:rPr>
          <w:color w:val="000000" w:themeColor="text1"/>
          <w:lang w:val="uk-UA"/>
        </w:rPr>
        <w:t xml:space="preserve"> </w:t>
      </w:r>
      <w:r w:rsidR="00D6710D" w:rsidRPr="00B7305F">
        <w:rPr>
          <w:color w:val="000000" w:themeColor="text1"/>
          <w:lang w:val="uk-UA"/>
        </w:rPr>
        <w:t>існування,</w:t>
      </w:r>
      <w:r w:rsidRPr="00B7305F">
        <w:rPr>
          <w:color w:val="000000" w:themeColor="text1"/>
          <w:lang w:val="uk-UA"/>
        </w:rPr>
        <w:t xml:space="preserve"> </w:t>
      </w:r>
      <w:r w:rsidR="00D6710D" w:rsidRPr="00B7305F">
        <w:rPr>
          <w:color w:val="000000" w:themeColor="text1"/>
          <w:lang w:val="uk-UA"/>
        </w:rPr>
        <w:t>поєднані</w:t>
      </w:r>
      <w:r w:rsidRPr="00B7305F">
        <w:rPr>
          <w:color w:val="000000" w:themeColor="text1"/>
          <w:lang w:val="uk-UA"/>
        </w:rPr>
        <w:t xml:space="preserve"> </w:t>
      </w:r>
      <w:r w:rsidR="00D6710D" w:rsidRPr="00B7305F">
        <w:rPr>
          <w:color w:val="000000" w:themeColor="text1"/>
          <w:lang w:val="uk-UA"/>
        </w:rPr>
        <w:t>спільною</w:t>
      </w:r>
      <w:r w:rsidRPr="00B7305F">
        <w:rPr>
          <w:color w:val="000000" w:themeColor="text1"/>
          <w:lang w:val="uk-UA"/>
        </w:rPr>
        <w:t xml:space="preserve"> </w:t>
      </w:r>
      <w:r w:rsidR="00D6710D" w:rsidRPr="00B7305F">
        <w:rPr>
          <w:color w:val="000000" w:themeColor="text1"/>
          <w:lang w:val="uk-UA"/>
        </w:rPr>
        <w:t>художньою</w:t>
      </w:r>
      <w:r w:rsidRPr="00B7305F">
        <w:rPr>
          <w:color w:val="000000" w:themeColor="text1"/>
          <w:lang w:val="uk-UA"/>
        </w:rPr>
        <w:t xml:space="preserve"> </w:t>
      </w:r>
      <w:r w:rsidR="00D6710D" w:rsidRPr="00B7305F">
        <w:rPr>
          <w:color w:val="000000" w:themeColor="text1"/>
          <w:lang w:val="uk-UA"/>
        </w:rPr>
        <w:t>метою</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осмисленням</w:t>
      </w:r>
      <w:r w:rsidRPr="00B7305F">
        <w:rPr>
          <w:color w:val="000000" w:themeColor="text1"/>
          <w:lang w:val="uk-UA"/>
        </w:rPr>
        <w:t xml:space="preserve"> </w:t>
      </w:r>
      <w:r w:rsidR="00D6710D" w:rsidRPr="00B7305F">
        <w:rPr>
          <w:color w:val="000000" w:themeColor="text1"/>
          <w:lang w:val="uk-UA"/>
        </w:rPr>
        <w:t>людського</w:t>
      </w:r>
      <w:r w:rsidRPr="00B7305F">
        <w:rPr>
          <w:color w:val="000000" w:themeColor="text1"/>
          <w:lang w:val="uk-UA"/>
        </w:rPr>
        <w:t xml:space="preserve"> </w:t>
      </w:r>
      <w:r w:rsidR="00D6710D" w:rsidRPr="00B7305F">
        <w:rPr>
          <w:color w:val="000000" w:themeColor="text1"/>
          <w:lang w:val="uk-UA"/>
        </w:rPr>
        <w:t>досвіду</w:t>
      </w:r>
      <w:r w:rsidRPr="00B7305F">
        <w:rPr>
          <w:color w:val="000000" w:themeColor="text1"/>
          <w:lang w:val="uk-UA"/>
        </w:rPr>
        <w:t xml:space="preserve"> </w:t>
      </w:r>
      <w:r w:rsidR="00D6710D" w:rsidRPr="00B7305F">
        <w:rPr>
          <w:color w:val="000000" w:themeColor="text1"/>
          <w:lang w:val="uk-UA"/>
        </w:rPr>
        <w:t>через</w:t>
      </w:r>
      <w:r w:rsidRPr="00B7305F">
        <w:rPr>
          <w:color w:val="000000" w:themeColor="text1"/>
          <w:lang w:val="uk-UA"/>
        </w:rPr>
        <w:t xml:space="preserve"> </w:t>
      </w:r>
      <w:r w:rsidR="00D6710D" w:rsidRPr="00B7305F">
        <w:rPr>
          <w:color w:val="000000" w:themeColor="text1"/>
          <w:lang w:val="uk-UA"/>
        </w:rPr>
        <w:t>дію,</w:t>
      </w:r>
      <w:r w:rsidRPr="00B7305F">
        <w:rPr>
          <w:color w:val="000000" w:themeColor="text1"/>
          <w:lang w:val="uk-UA"/>
        </w:rPr>
        <w:t xml:space="preserve"> </w:t>
      </w:r>
      <w:r w:rsidR="00D6710D" w:rsidRPr="00B7305F">
        <w:rPr>
          <w:color w:val="000000" w:themeColor="text1"/>
          <w:lang w:val="uk-UA"/>
        </w:rPr>
        <w:t>образ</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драматургічний</w:t>
      </w:r>
      <w:r w:rsidRPr="00B7305F">
        <w:rPr>
          <w:color w:val="000000" w:themeColor="text1"/>
          <w:lang w:val="uk-UA"/>
        </w:rPr>
        <w:t xml:space="preserve"> </w:t>
      </w:r>
      <w:r w:rsidR="00D6710D" w:rsidRPr="00B7305F">
        <w:rPr>
          <w:color w:val="000000" w:themeColor="text1"/>
          <w:lang w:val="uk-UA"/>
        </w:rPr>
        <w:t>конфлікт.</w:t>
      </w:r>
      <w:r w:rsidRPr="00B7305F">
        <w:rPr>
          <w:color w:val="000000" w:themeColor="text1"/>
          <w:lang w:val="uk-UA"/>
        </w:rPr>
        <w:t xml:space="preserve"> </w:t>
      </w:r>
      <w:r w:rsidR="00D6710D" w:rsidRPr="00B7305F">
        <w:rPr>
          <w:color w:val="000000" w:themeColor="text1"/>
          <w:lang w:val="uk-UA"/>
        </w:rPr>
        <w:t>Театр,</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має</w:t>
      </w:r>
      <w:r w:rsidRPr="00B7305F">
        <w:rPr>
          <w:color w:val="000000" w:themeColor="text1"/>
          <w:lang w:val="uk-UA"/>
        </w:rPr>
        <w:t xml:space="preserve"> </w:t>
      </w:r>
      <w:r w:rsidR="00D6710D" w:rsidRPr="00B7305F">
        <w:rPr>
          <w:color w:val="000000" w:themeColor="text1"/>
          <w:lang w:val="uk-UA"/>
        </w:rPr>
        <w:t>тисячолітню</w:t>
      </w:r>
      <w:r w:rsidRPr="00B7305F">
        <w:rPr>
          <w:color w:val="000000" w:themeColor="text1"/>
          <w:lang w:val="uk-UA"/>
        </w:rPr>
        <w:t xml:space="preserve"> </w:t>
      </w:r>
      <w:r w:rsidR="00D6710D" w:rsidRPr="00B7305F">
        <w:rPr>
          <w:color w:val="000000" w:themeColor="text1"/>
          <w:lang w:val="uk-UA"/>
        </w:rPr>
        <w:t>історію,</w:t>
      </w:r>
      <w:r w:rsidRPr="00B7305F">
        <w:rPr>
          <w:color w:val="000000" w:themeColor="text1"/>
          <w:lang w:val="uk-UA"/>
        </w:rPr>
        <w:t xml:space="preserve"> </w:t>
      </w:r>
      <w:r w:rsidR="00D6710D" w:rsidRPr="00B7305F">
        <w:rPr>
          <w:color w:val="000000" w:themeColor="text1"/>
          <w:lang w:val="uk-UA"/>
        </w:rPr>
        <w:t>є</w:t>
      </w:r>
      <w:r w:rsidRPr="00B7305F">
        <w:rPr>
          <w:color w:val="000000" w:themeColor="text1"/>
          <w:lang w:val="uk-UA"/>
        </w:rPr>
        <w:t xml:space="preserve"> </w:t>
      </w:r>
      <w:r w:rsidR="00D6710D" w:rsidRPr="00B7305F">
        <w:rPr>
          <w:color w:val="000000" w:themeColor="text1"/>
          <w:lang w:val="uk-UA"/>
        </w:rPr>
        <w:t>одним</w:t>
      </w:r>
      <w:r w:rsidRPr="00B7305F">
        <w:rPr>
          <w:color w:val="000000" w:themeColor="text1"/>
          <w:lang w:val="uk-UA"/>
        </w:rPr>
        <w:t xml:space="preserve"> </w:t>
      </w:r>
      <w:r w:rsidR="00D6710D" w:rsidRPr="00B7305F">
        <w:rPr>
          <w:color w:val="000000" w:themeColor="text1"/>
          <w:lang w:val="uk-UA"/>
        </w:rPr>
        <w:t>з</w:t>
      </w:r>
      <w:r w:rsidRPr="00B7305F">
        <w:rPr>
          <w:color w:val="000000" w:themeColor="text1"/>
          <w:lang w:val="uk-UA"/>
        </w:rPr>
        <w:t xml:space="preserve"> </w:t>
      </w:r>
      <w:r w:rsidR="00D6710D" w:rsidRPr="00B7305F">
        <w:rPr>
          <w:color w:val="000000" w:themeColor="text1"/>
          <w:lang w:val="uk-UA"/>
        </w:rPr>
        <w:t>найдавніших</w:t>
      </w:r>
      <w:r w:rsidRPr="00B7305F">
        <w:rPr>
          <w:color w:val="000000" w:themeColor="text1"/>
          <w:lang w:val="uk-UA"/>
        </w:rPr>
        <w:t xml:space="preserve"> </w:t>
      </w:r>
      <w:r w:rsidR="00D6710D" w:rsidRPr="00B7305F">
        <w:rPr>
          <w:color w:val="000000" w:themeColor="text1"/>
          <w:lang w:val="uk-UA"/>
        </w:rPr>
        <w:t>способів</w:t>
      </w:r>
      <w:r w:rsidRPr="00B7305F">
        <w:rPr>
          <w:color w:val="000000" w:themeColor="text1"/>
          <w:lang w:val="uk-UA"/>
        </w:rPr>
        <w:t xml:space="preserve"> </w:t>
      </w:r>
      <w:r w:rsidR="00D6710D" w:rsidRPr="00B7305F">
        <w:rPr>
          <w:color w:val="000000" w:themeColor="text1"/>
          <w:lang w:val="uk-UA"/>
        </w:rPr>
        <w:t>колективного</w:t>
      </w:r>
      <w:r w:rsidRPr="00B7305F">
        <w:rPr>
          <w:color w:val="000000" w:themeColor="text1"/>
          <w:lang w:val="uk-UA"/>
        </w:rPr>
        <w:t xml:space="preserve"> </w:t>
      </w:r>
      <w:r w:rsidR="00D6710D" w:rsidRPr="00B7305F">
        <w:rPr>
          <w:color w:val="000000" w:themeColor="text1"/>
          <w:lang w:val="uk-UA"/>
        </w:rPr>
        <w:t>переживання</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трансляції</w:t>
      </w:r>
      <w:r w:rsidRPr="00B7305F">
        <w:rPr>
          <w:color w:val="000000" w:themeColor="text1"/>
          <w:lang w:val="uk-UA"/>
        </w:rPr>
        <w:t xml:space="preserve"> </w:t>
      </w:r>
      <w:r w:rsidR="00D6710D" w:rsidRPr="00B7305F">
        <w:rPr>
          <w:color w:val="000000" w:themeColor="text1"/>
          <w:lang w:val="uk-UA"/>
        </w:rPr>
        <w:t>цінностей,</w:t>
      </w:r>
      <w:r w:rsidRPr="00B7305F">
        <w:rPr>
          <w:color w:val="000000" w:themeColor="text1"/>
          <w:lang w:val="uk-UA"/>
        </w:rPr>
        <w:t xml:space="preserve"> </w:t>
      </w:r>
      <w:r w:rsidR="00D6710D" w:rsidRPr="00B7305F">
        <w:rPr>
          <w:color w:val="000000" w:themeColor="text1"/>
          <w:lang w:val="uk-UA"/>
        </w:rPr>
        <w:t>емоцій,</w:t>
      </w:r>
      <w:r w:rsidRPr="00B7305F">
        <w:rPr>
          <w:color w:val="000000" w:themeColor="text1"/>
          <w:lang w:val="uk-UA"/>
        </w:rPr>
        <w:t xml:space="preserve"> </w:t>
      </w:r>
      <w:r w:rsidR="00D6710D" w:rsidRPr="00B7305F">
        <w:rPr>
          <w:color w:val="000000" w:themeColor="text1"/>
          <w:lang w:val="uk-UA"/>
        </w:rPr>
        <w:t>культурних</w:t>
      </w:r>
      <w:r w:rsidRPr="00B7305F">
        <w:rPr>
          <w:color w:val="000000" w:themeColor="text1"/>
          <w:lang w:val="uk-UA"/>
        </w:rPr>
        <w:t xml:space="preserve"> </w:t>
      </w:r>
      <w:r w:rsidR="00D6710D" w:rsidRPr="00B7305F">
        <w:rPr>
          <w:color w:val="000000" w:themeColor="text1"/>
          <w:lang w:val="uk-UA"/>
        </w:rPr>
        <w:t>моделей</w:t>
      </w:r>
      <w:r w:rsidRPr="00B7305F">
        <w:rPr>
          <w:color w:val="000000" w:themeColor="text1"/>
          <w:lang w:val="uk-UA"/>
        </w:rPr>
        <w:t xml:space="preserve"> </w:t>
      </w:r>
      <w:r w:rsidR="00D6710D" w:rsidRPr="00B7305F">
        <w:rPr>
          <w:color w:val="000000" w:themeColor="text1"/>
          <w:lang w:val="uk-UA"/>
        </w:rPr>
        <w:t>поведінки.</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його</w:t>
      </w:r>
      <w:r w:rsidRPr="00B7305F">
        <w:rPr>
          <w:color w:val="000000" w:themeColor="text1"/>
          <w:lang w:val="uk-UA"/>
        </w:rPr>
        <w:t xml:space="preserve"> </w:t>
      </w:r>
      <w:r w:rsidR="00D6710D" w:rsidRPr="00B7305F">
        <w:rPr>
          <w:color w:val="000000" w:themeColor="text1"/>
          <w:lang w:val="uk-UA"/>
        </w:rPr>
        <w:t>основі</w:t>
      </w:r>
      <w:r w:rsidRPr="00B7305F">
        <w:rPr>
          <w:color w:val="000000" w:themeColor="text1"/>
          <w:lang w:val="uk-UA"/>
        </w:rPr>
        <w:t xml:space="preserve"> </w:t>
      </w:r>
      <w:r w:rsidR="00D6710D" w:rsidRPr="00B7305F">
        <w:rPr>
          <w:color w:val="000000" w:themeColor="text1"/>
          <w:lang w:val="uk-UA"/>
        </w:rPr>
        <w:t>лежить</w:t>
      </w:r>
      <w:r w:rsidRPr="00B7305F">
        <w:rPr>
          <w:color w:val="000000" w:themeColor="text1"/>
          <w:lang w:val="uk-UA"/>
        </w:rPr>
        <w:t xml:space="preserve"> </w:t>
      </w:r>
      <w:r w:rsidR="00D6710D" w:rsidRPr="00B7305F">
        <w:rPr>
          <w:color w:val="000000" w:themeColor="text1"/>
          <w:lang w:val="uk-UA"/>
        </w:rPr>
        <w:t>живий</w:t>
      </w:r>
      <w:r w:rsidRPr="00B7305F">
        <w:rPr>
          <w:color w:val="000000" w:themeColor="text1"/>
          <w:lang w:val="uk-UA"/>
        </w:rPr>
        <w:t xml:space="preserve"> </w:t>
      </w:r>
      <w:r w:rsidR="00D6710D" w:rsidRPr="00B7305F">
        <w:rPr>
          <w:color w:val="000000" w:themeColor="text1"/>
          <w:lang w:val="uk-UA"/>
        </w:rPr>
        <w:t>контакт</w:t>
      </w:r>
      <w:r w:rsidRPr="00B7305F">
        <w:rPr>
          <w:color w:val="000000" w:themeColor="text1"/>
          <w:lang w:val="uk-UA"/>
        </w:rPr>
        <w:t xml:space="preserve"> </w:t>
      </w:r>
      <w:r w:rsidR="00D6710D" w:rsidRPr="00B7305F">
        <w:rPr>
          <w:color w:val="000000" w:themeColor="text1"/>
          <w:lang w:val="uk-UA"/>
        </w:rPr>
        <w:t>між</w:t>
      </w:r>
      <w:r w:rsidRPr="00B7305F">
        <w:rPr>
          <w:color w:val="000000" w:themeColor="text1"/>
          <w:lang w:val="uk-UA"/>
        </w:rPr>
        <w:t xml:space="preserve"> </w:t>
      </w:r>
      <w:r w:rsidR="00D6710D" w:rsidRPr="00B7305F">
        <w:rPr>
          <w:color w:val="000000" w:themeColor="text1"/>
          <w:lang w:val="uk-UA"/>
        </w:rPr>
        <w:t>актором</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глядачем,</w:t>
      </w:r>
      <w:r w:rsidRPr="00B7305F">
        <w:rPr>
          <w:color w:val="000000" w:themeColor="text1"/>
          <w:lang w:val="uk-UA"/>
        </w:rPr>
        <w:t xml:space="preserve"> </w:t>
      </w:r>
      <w:r w:rsidR="00D6710D" w:rsidRPr="00B7305F">
        <w:rPr>
          <w:color w:val="000000" w:themeColor="text1"/>
          <w:lang w:val="uk-UA"/>
        </w:rPr>
        <w:t>взаємодія,</w:t>
      </w:r>
      <w:r w:rsidRPr="00B7305F">
        <w:rPr>
          <w:color w:val="000000" w:themeColor="text1"/>
          <w:lang w:val="uk-UA"/>
        </w:rPr>
        <w:t xml:space="preserve"> </w:t>
      </w:r>
      <w:r w:rsidR="00D6710D" w:rsidRPr="00B7305F">
        <w:rPr>
          <w:color w:val="000000" w:themeColor="text1"/>
          <w:lang w:val="uk-UA"/>
        </w:rPr>
        <w:t>яка</w:t>
      </w:r>
      <w:r w:rsidRPr="00B7305F">
        <w:rPr>
          <w:color w:val="000000" w:themeColor="text1"/>
          <w:lang w:val="uk-UA"/>
        </w:rPr>
        <w:t xml:space="preserve"> </w:t>
      </w:r>
      <w:r w:rsidR="00D6710D" w:rsidRPr="00B7305F">
        <w:rPr>
          <w:color w:val="000000" w:themeColor="text1"/>
          <w:lang w:val="uk-UA"/>
        </w:rPr>
        <w:t>створює</w:t>
      </w:r>
      <w:r w:rsidRPr="00B7305F">
        <w:rPr>
          <w:color w:val="000000" w:themeColor="text1"/>
          <w:lang w:val="uk-UA"/>
        </w:rPr>
        <w:t xml:space="preserve"> </w:t>
      </w:r>
      <w:r w:rsidR="00D6710D" w:rsidRPr="00B7305F">
        <w:rPr>
          <w:color w:val="000000" w:themeColor="text1"/>
          <w:lang w:val="uk-UA"/>
        </w:rPr>
        <w:t>неповторність</w:t>
      </w:r>
      <w:r w:rsidRPr="00B7305F">
        <w:rPr>
          <w:color w:val="000000" w:themeColor="text1"/>
          <w:lang w:val="uk-UA"/>
        </w:rPr>
        <w:t xml:space="preserve"> </w:t>
      </w:r>
      <w:r w:rsidR="00D6710D" w:rsidRPr="00B7305F">
        <w:rPr>
          <w:color w:val="000000" w:themeColor="text1"/>
          <w:lang w:val="uk-UA"/>
        </w:rPr>
        <w:t>кожного</w:t>
      </w:r>
      <w:r w:rsidRPr="00B7305F">
        <w:rPr>
          <w:color w:val="000000" w:themeColor="text1"/>
          <w:lang w:val="uk-UA"/>
        </w:rPr>
        <w:t xml:space="preserve"> </w:t>
      </w:r>
      <w:r w:rsidR="00D6710D" w:rsidRPr="00B7305F">
        <w:rPr>
          <w:color w:val="000000" w:themeColor="text1"/>
          <w:lang w:val="uk-UA"/>
        </w:rPr>
        <w:t>сценічного</w:t>
      </w:r>
      <w:r w:rsidRPr="00B7305F">
        <w:rPr>
          <w:color w:val="000000" w:themeColor="text1"/>
          <w:lang w:val="uk-UA"/>
        </w:rPr>
        <w:t xml:space="preserve"> </w:t>
      </w:r>
      <w:r w:rsidR="00D6710D" w:rsidRPr="00B7305F">
        <w:rPr>
          <w:color w:val="000000" w:themeColor="text1"/>
          <w:lang w:val="uk-UA"/>
        </w:rPr>
        <w:t>акту.</w:t>
      </w:r>
      <w:r w:rsidRPr="00B7305F">
        <w:rPr>
          <w:color w:val="000000" w:themeColor="text1"/>
          <w:lang w:val="uk-UA"/>
        </w:rPr>
        <w:t xml:space="preserve"> </w:t>
      </w:r>
      <w:r w:rsidR="00D6710D" w:rsidRPr="00B7305F">
        <w:rPr>
          <w:color w:val="000000" w:themeColor="text1"/>
          <w:lang w:val="uk-UA"/>
        </w:rPr>
        <w:t>Саме</w:t>
      </w:r>
      <w:r w:rsidRPr="00B7305F">
        <w:rPr>
          <w:color w:val="000000" w:themeColor="text1"/>
          <w:lang w:val="uk-UA"/>
        </w:rPr>
        <w:t xml:space="preserve"> </w:t>
      </w:r>
      <w:r w:rsidR="00D6710D" w:rsidRPr="00B7305F">
        <w:rPr>
          <w:color w:val="000000" w:themeColor="text1"/>
          <w:lang w:val="uk-UA"/>
        </w:rPr>
        <w:t>театр</w:t>
      </w:r>
      <w:r w:rsidRPr="00B7305F">
        <w:rPr>
          <w:color w:val="000000" w:themeColor="text1"/>
          <w:lang w:val="uk-UA"/>
        </w:rPr>
        <w:t xml:space="preserve"> </w:t>
      </w:r>
      <w:r w:rsidR="00D6710D" w:rsidRPr="00B7305F">
        <w:rPr>
          <w:color w:val="000000" w:themeColor="text1"/>
          <w:lang w:val="uk-UA"/>
        </w:rPr>
        <w:t>сформував</w:t>
      </w:r>
      <w:r w:rsidRPr="00B7305F">
        <w:rPr>
          <w:color w:val="000000" w:themeColor="text1"/>
          <w:lang w:val="uk-UA"/>
        </w:rPr>
        <w:t xml:space="preserve"> </w:t>
      </w:r>
      <w:r w:rsidR="00D6710D" w:rsidRPr="00B7305F">
        <w:rPr>
          <w:color w:val="000000" w:themeColor="text1"/>
          <w:lang w:val="uk-UA"/>
        </w:rPr>
        <w:t>базові</w:t>
      </w:r>
      <w:r w:rsidRPr="00B7305F">
        <w:rPr>
          <w:color w:val="000000" w:themeColor="text1"/>
          <w:lang w:val="uk-UA"/>
        </w:rPr>
        <w:t xml:space="preserve"> </w:t>
      </w:r>
      <w:r w:rsidR="00D6710D" w:rsidRPr="00B7305F">
        <w:rPr>
          <w:color w:val="000000" w:themeColor="text1"/>
          <w:lang w:val="uk-UA"/>
        </w:rPr>
        <w:t>принципи</w:t>
      </w:r>
      <w:r w:rsidRPr="00B7305F">
        <w:rPr>
          <w:color w:val="000000" w:themeColor="text1"/>
          <w:lang w:val="uk-UA"/>
        </w:rPr>
        <w:t xml:space="preserve"> </w:t>
      </w:r>
      <w:r w:rsidR="00D6710D" w:rsidRPr="00B7305F">
        <w:rPr>
          <w:color w:val="000000" w:themeColor="text1"/>
          <w:lang w:val="uk-UA"/>
        </w:rPr>
        <w:t>виконавської</w:t>
      </w:r>
      <w:r w:rsidRPr="00B7305F">
        <w:rPr>
          <w:color w:val="000000" w:themeColor="text1"/>
          <w:lang w:val="uk-UA"/>
        </w:rPr>
        <w:t xml:space="preserve"> </w:t>
      </w:r>
      <w:r w:rsidR="00D6710D" w:rsidRPr="00B7305F">
        <w:rPr>
          <w:color w:val="000000" w:themeColor="text1"/>
          <w:lang w:val="uk-UA"/>
        </w:rPr>
        <w:t>майстерності:</w:t>
      </w:r>
      <w:r w:rsidRPr="00B7305F">
        <w:rPr>
          <w:color w:val="000000" w:themeColor="text1"/>
          <w:lang w:val="uk-UA"/>
        </w:rPr>
        <w:t xml:space="preserve"> </w:t>
      </w:r>
      <w:r w:rsidR="00D6710D" w:rsidRPr="00B7305F">
        <w:rPr>
          <w:color w:val="000000" w:themeColor="text1"/>
          <w:lang w:val="uk-UA"/>
        </w:rPr>
        <w:t>мистецтво</w:t>
      </w:r>
      <w:r w:rsidRPr="00B7305F">
        <w:rPr>
          <w:color w:val="000000" w:themeColor="text1"/>
          <w:lang w:val="uk-UA"/>
        </w:rPr>
        <w:t xml:space="preserve"> </w:t>
      </w:r>
      <w:r w:rsidR="00D6710D" w:rsidRPr="00B7305F">
        <w:rPr>
          <w:color w:val="000000" w:themeColor="text1"/>
          <w:lang w:val="uk-UA"/>
        </w:rPr>
        <w:t>перевтілення,</w:t>
      </w:r>
      <w:r w:rsidRPr="00B7305F">
        <w:rPr>
          <w:color w:val="000000" w:themeColor="text1"/>
          <w:lang w:val="uk-UA"/>
        </w:rPr>
        <w:t xml:space="preserve"> </w:t>
      </w:r>
      <w:r w:rsidR="00D6710D" w:rsidRPr="00B7305F">
        <w:rPr>
          <w:color w:val="000000" w:themeColor="text1"/>
          <w:lang w:val="uk-UA"/>
        </w:rPr>
        <w:t>побудову</w:t>
      </w:r>
      <w:r w:rsidRPr="00B7305F">
        <w:rPr>
          <w:color w:val="000000" w:themeColor="text1"/>
          <w:lang w:val="uk-UA"/>
        </w:rPr>
        <w:t xml:space="preserve"> </w:t>
      </w:r>
      <w:r w:rsidR="00D6710D" w:rsidRPr="00B7305F">
        <w:rPr>
          <w:color w:val="000000" w:themeColor="text1"/>
          <w:lang w:val="uk-UA"/>
        </w:rPr>
        <w:t>ролі,</w:t>
      </w:r>
      <w:r w:rsidRPr="00B7305F">
        <w:rPr>
          <w:color w:val="000000" w:themeColor="text1"/>
          <w:lang w:val="uk-UA"/>
        </w:rPr>
        <w:t xml:space="preserve"> </w:t>
      </w:r>
      <w:r w:rsidR="00D6710D" w:rsidRPr="00B7305F">
        <w:rPr>
          <w:color w:val="000000" w:themeColor="text1"/>
          <w:lang w:val="uk-UA"/>
        </w:rPr>
        <w:t>роботу</w:t>
      </w:r>
      <w:r w:rsidRPr="00B7305F">
        <w:rPr>
          <w:color w:val="000000" w:themeColor="text1"/>
          <w:lang w:val="uk-UA"/>
        </w:rPr>
        <w:t xml:space="preserve"> </w:t>
      </w:r>
      <w:r w:rsidR="00D6710D" w:rsidRPr="00B7305F">
        <w:rPr>
          <w:color w:val="000000" w:themeColor="text1"/>
          <w:lang w:val="uk-UA"/>
        </w:rPr>
        <w:t>з</w:t>
      </w:r>
      <w:r w:rsidRPr="00B7305F">
        <w:rPr>
          <w:color w:val="000000" w:themeColor="text1"/>
          <w:lang w:val="uk-UA"/>
        </w:rPr>
        <w:t xml:space="preserve"> </w:t>
      </w:r>
      <w:r w:rsidR="00D6710D" w:rsidRPr="00B7305F">
        <w:rPr>
          <w:color w:val="000000" w:themeColor="text1"/>
          <w:lang w:val="uk-UA"/>
        </w:rPr>
        <w:t>внутрішньою</w:t>
      </w:r>
      <w:r w:rsidRPr="00B7305F">
        <w:rPr>
          <w:color w:val="000000" w:themeColor="text1"/>
          <w:lang w:val="uk-UA"/>
        </w:rPr>
        <w:t xml:space="preserve"> </w:t>
      </w:r>
      <w:r w:rsidR="00D6710D" w:rsidRPr="00B7305F">
        <w:rPr>
          <w:color w:val="000000" w:themeColor="text1"/>
          <w:lang w:val="uk-UA"/>
        </w:rPr>
        <w:t>дією</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сценічною</w:t>
      </w:r>
      <w:r w:rsidRPr="00B7305F">
        <w:rPr>
          <w:color w:val="000000" w:themeColor="text1"/>
          <w:lang w:val="uk-UA"/>
        </w:rPr>
        <w:t xml:space="preserve"> </w:t>
      </w:r>
      <w:r w:rsidR="00D6710D" w:rsidRPr="00B7305F">
        <w:rPr>
          <w:color w:val="000000" w:themeColor="text1"/>
          <w:lang w:val="uk-UA"/>
        </w:rPr>
        <w:t>логікою.</w:t>
      </w:r>
    </w:p>
    <w:p w14:paraId="5CDF9849" w14:textId="605D732A"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Кінематограф,</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виник</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межі</w:t>
      </w:r>
      <w:r w:rsidRPr="00B7305F">
        <w:rPr>
          <w:color w:val="000000" w:themeColor="text1"/>
          <w:lang w:val="uk-UA"/>
        </w:rPr>
        <w:t xml:space="preserve"> </w:t>
      </w:r>
      <w:r w:rsidR="00D6710D" w:rsidRPr="00B7305F">
        <w:rPr>
          <w:color w:val="000000" w:themeColor="text1"/>
          <w:lang w:val="uk-UA"/>
        </w:rPr>
        <w:t>XIX–XX</w:t>
      </w:r>
      <w:r w:rsidRPr="00B7305F">
        <w:rPr>
          <w:color w:val="000000" w:themeColor="text1"/>
          <w:lang w:val="uk-UA"/>
        </w:rPr>
        <w:t xml:space="preserve"> </w:t>
      </w:r>
      <w:r w:rsidR="00D6710D" w:rsidRPr="00B7305F">
        <w:rPr>
          <w:color w:val="000000" w:themeColor="text1"/>
          <w:lang w:val="uk-UA"/>
        </w:rPr>
        <w:t>століть,</w:t>
      </w:r>
      <w:r w:rsidRPr="00B7305F">
        <w:rPr>
          <w:color w:val="000000" w:themeColor="text1"/>
          <w:lang w:val="uk-UA"/>
        </w:rPr>
        <w:t xml:space="preserve"> </w:t>
      </w:r>
      <w:r w:rsidR="00D6710D" w:rsidRPr="00B7305F">
        <w:rPr>
          <w:color w:val="000000" w:themeColor="text1"/>
          <w:lang w:val="uk-UA"/>
        </w:rPr>
        <w:t>постає</w:t>
      </w:r>
      <w:r w:rsidRPr="00B7305F">
        <w:rPr>
          <w:color w:val="000000" w:themeColor="text1"/>
          <w:lang w:val="uk-UA"/>
        </w:rPr>
        <w:t xml:space="preserve"> </w:t>
      </w:r>
      <w:r w:rsidR="00D6710D" w:rsidRPr="00B7305F">
        <w:rPr>
          <w:color w:val="000000" w:themeColor="text1"/>
          <w:lang w:val="uk-UA"/>
        </w:rPr>
        <w:t>як</w:t>
      </w:r>
      <w:r w:rsidRPr="00B7305F">
        <w:rPr>
          <w:color w:val="000000" w:themeColor="text1"/>
          <w:lang w:val="uk-UA"/>
        </w:rPr>
        <w:t xml:space="preserve"> </w:t>
      </w:r>
      <w:r w:rsidR="00D6710D" w:rsidRPr="00B7305F">
        <w:rPr>
          <w:color w:val="000000" w:themeColor="text1"/>
          <w:lang w:val="uk-UA"/>
        </w:rPr>
        <w:t>новий</w:t>
      </w:r>
      <w:r w:rsidRPr="00B7305F">
        <w:rPr>
          <w:color w:val="000000" w:themeColor="text1"/>
          <w:lang w:val="uk-UA"/>
        </w:rPr>
        <w:t xml:space="preserve"> </w:t>
      </w:r>
      <w:r w:rsidR="00D6710D" w:rsidRPr="00B7305F">
        <w:rPr>
          <w:color w:val="000000" w:themeColor="text1"/>
          <w:lang w:val="uk-UA"/>
        </w:rPr>
        <w:t>вид</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народжений</w:t>
      </w:r>
      <w:r w:rsidRPr="00B7305F">
        <w:rPr>
          <w:color w:val="000000" w:themeColor="text1"/>
          <w:lang w:val="uk-UA"/>
        </w:rPr>
        <w:t xml:space="preserve"> </w:t>
      </w:r>
      <w:r w:rsidR="00D6710D" w:rsidRPr="00B7305F">
        <w:rPr>
          <w:color w:val="000000" w:themeColor="text1"/>
          <w:lang w:val="uk-UA"/>
        </w:rPr>
        <w:t>технічною</w:t>
      </w:r>
      <w:r w:rsidRPr="00B7305F">
        <w:rPr>
          <w:color w:val="000000" w:themeColor="text1"/>
          <w:lang w:val="uk-UA"/>
        </w:rPr>
        <w:t xml:space="preserve"> </w:t>
      </w:r>
      <w:r w:rsidR="00D6710D" w:rsidRPr="00B7305F">
        <w:rPr>
          <w:color w:val="000000" w:themeColor="text1"/>
          <w:lang w:val="uk-UA"/>
        </w:rPr>
        <w:t>революцією.</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відміну</w:t>
      </w:r>
      <w:r w:rsidRPr="00B7305F">
        <w:rPr>
          <w:color w:val="000000" w:themeColor="text1"/>
          <w:lang w:val="uk-UA"/>
        </w:rPr>
        <w:t xml:space="preserve"> </w:t>
      </w:r>
      <w:r w:rsidR="00D6710D" w:rsidRPr="00B7305F">
        <w:rPr>
          <w:color w:val="000000" w:themeColor="text1"/>
          <w:lang w:val="uk-UA"/>
        </w:rPr>
        <w:t>від</w:t>
      </w:r>
      <w:r w:rsidRPr="00B7305F">
        <w:rPr>
          <w:color w:val="000000" w:themeColor="text1"/>
          <w:lang w:val="uk-UA"/>
        </w:rPr>
        <w:t xml:space="preserve"> </w:t>
      </w:r>
      <w:r w:rsidR="00D6710D" w:rsidRPr="00B7305F">
        <w:rPr>
          <w:color w:val="000000" w:themeColor="text1"/>
          <w:lang w:val="uk-UA"/>
        </w:rPr>
        <w:t>театру,</w:t>
      </w:r>
      <w:r w:rsidRPr="00B7305F">
        <w:rPr>
          <w:color w:val="000000" w:themeColor="text1"/>
          <w:lang w:val="uk-UA"/>
        </w:rPr>
        <w:t xml:space="preserve"> </w:t>
      </w:r>
      <w:r w:rsidR="00D6710D" w:rsidRPr="00B7305F">
        <w:rPr>
          <w:color w:val="000000" w:themeColor="text1"/>
          <w:lang w:val="uk-UA"/>
        </w:rPr>
        <w:t>він</w:t>
      </w:r>
      <w:r w:rsidRPr="00B7305F">
        <w:rPr>
          <w:color w:val="000000" w:themeColor="text1"/>
          <w:lang w:val="uk-UA"/>
        </w:rPr>
        <w:t xml:space="preserve"> </w:t>
      </w:r>
      <w:r w:rsidR="00D6710D" w:rsidRPr="00B7305F">
        <w:rPr>
          <w:color w:val="000000" w:themeColor="text1"/>
          <w:lang w:val="uk-UA"/>
        </w:rPr>
        <w:t>ґрунтується</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можливості</w:t>
      </w:r>
      <w:r w:rsidRPr="00B7305F">
        <w:rPr>
          <w:color w:val="000000" w:themeColor="text1"/>
          <w:lang w:val="uk-UA"/>
        </w:rPr>
        <w:t xml:space="preserve"> </w:t>
      </w:r>
      <w:r w:rsidR="00D6710D" w:rsidRPr="00B7305F">
        <w:rPr>
          <w:color w:val="000000" w:themeColor="text1"/>
          <w:lang w:val="uk-UA"/>
        </w:rPr>
        <w:t>фіксації</w:t>
      </w:r>
      <w:r w:rsidRPr="00B7305F">
        <w:rPr>
          <w:color w:val="000000" w:themeColor="text1"/>
          <w:lang w:val="uk-UA"/>
        </w:rPr>
        <w:t xml:space="preserve"> </w:t>
      </w:r>
      <w:r w:rsidR="00D6710D" w:rsidRPr="00B7305F">
        <w:rPr>
          <w:color w:val="000000" w:themeColor="text1"/>
          <w:lang w:val="uk-UA"/>
        </w:rPr>
        <w:t>й</w:t>
      </w:r>
      <w:r w:rsidRPr="00B7305F">
        <w:rPr>
          <w:color w:val="000000" w:themeColor="text1"/>
          <w:lang w:val="uk-UA"/>
        </w:rPr>
        <w:t xml:space="preserve"> </w:t>
      </w:r>
      <w:r w:rsidR="00D6710D" w:rsidRPr="00B7305F">
        <w:rPr>
          <w:color w:val="000000" w:themeColor="text1"/>
          <w:lang w:val="uk-UA"/>
        </w:rPr>
        <w:t>тиражування</w:t>
      </w:r>
      <w:r w:rsidRPr="00B7305F">
        <w:rPr>
          <w:color w:val="000000" w:themeColor="text1"/>
          <w:lang w:val="uk-UA"/>
        </w:rPr>
        <w:t xml:space="preserve"> </w:t>
      </w:r>
      <w:r w:rsidR="00D6710D" w:rsidRPr="00B7305F">
        <w:rPr>
          <w:color w:val="000000" w:themeColor="text1"/>
          <w:lang w:val="uk-UA"/>
        </w:rPr>
        <w:t>образу,</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змінює</w:t>
      </w:r>
      <w:r w:rsidRPr="00B7305F">
        <w:rPr>
          <w:color w:val="000000" w:themeColor="text1"/>
          <w:lang w:val="uk-UA"/>
        </w:rPr>
        <w:t xml:space="preserve"> </w:t>
      </w:r>
      <w:r w:rsidR="00D6710D" w:rsidRPr="00B7305F">
        <w:rPr>
          <w:color w:val="000000" w:themeColor="text1"/>
          <w:lang w:val="uk-UA"/>
        </w:rPr>
        <w:t>характер</w:t>
      </w:r>
      <w:r w:rsidRPr="00B7305F">
        <w:rPr>
          <w:color w:val="000000" w:themeColor="text1"/>
          <w:lang w:val="uk-UA"/>
        </w:rPr>
        <w:t xml:space="preserve"> </w:t>
      </w:r>
      <w:r w:rsidR="00D6710D" w:rsidRPr="00B7305F">
        <w:rPr>
          <w:color w:val="000000" w:themeColor="text1"/>
          <w:lang w:val="uk-UA"/>
        </w:rPr>
        <w:t>сприйняття</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надає</w:t>
      </w:r>
      <w:r w:rsidRPr="00B7305F">
        <w:rPr>
          <w:color w:val="000000" w:themeColor="text1"/>
          <w:lang w:val="uk-UA"/>
        </w:rPr>
        <w:t xml:space="preserve"> </w:t>
      </w:r>
      <w:r w:rsidR="00D6710D" w:rsidRPr="00B7305F">
        <w:rPr>
          <w:color w:val="000000" w:themeColor="text1"/>
          <w:lang w:val="uk-UA"/>
        </w:rPr>
        <w:t>акторській</w:t>
      </w:r>
      <w:r w:rsidRPr="00B7305F">
        <w:rPr>
          <w:color w:val="000000" w:themeColor="text1"/>
          <w:lang w:val="uk-UA"/>
        </w:rPr>
        <w:t xml:space="preserve"> </w:t>
      </w:r>
      <w:r w:rsidR="00D6710D" w:rsidRPr="00B7305F">
        <w:rPr>
          <w:color w:val="000000" w:themeColor="text1"/>
          <w:lang w:val="uk-UA"/>
        </w:rPr>
        <w:t>грі</w:t>
      </w:r>
      <w:r w:rsidRPr="00B7305F">
        <w:rPr>
          <w:color w:val="000000" w:themeColor="text1"/>
          <w:lang w:val="uk-UA"/>
        </w:rPr>
        <w:t xml:space="preserve"> </w:t>
      </w:r>
      <w:r w:rsidR="00D6710D" w:rsidRPr="00B7305F">
        <w:rPr>
          <w:color w:val="000000" w:themeColor="text1"/>
          <w:lang w:val="uk-UA"/>
        </w:rPr>
        <w:t>інший</w:t>
      </w:r>
      <w:r w:rsidRPr="00B7305F">
        <w:rPr>
          <w:color w:val="000000" w:themeColor="text1"/>
          <w:lang w:val="uk-UA"/>
        </w:rPr>
        <w:t xml:space="preserve"> </w:t>
      </w:r>
      <w:r w:rsidR="00D6710D" w:rsidRPr="00B7305F">
        <w:rPr>
          <w:color w:val="000000" w:themeColor="text1"/>
          <w:lang w:val="uk-UA"/>
        </w:rPr>
        <w:t>вимір.</w:t>
      </w:r>
      <w:r w:rsidRPr="00B7305F">
        <w:rPr>
          <w:color w:val="000000" w:themeColor="text1"/>
          <w:lang w:val="uk-UA"/>
        </w:rPr>
        <w:t xml:space="preserve"> </w:t>
      </w:r>
      <w:r w:rsidR="00D6710D" w:rsidRPr="00B7305F">
        <w:rPr>
          <w:color w:val="000000" w:themeColor="text1"/>
          <w:lang w:val="uk-UA"/>
        </w:rPr>
        <w:t>Проте</w:t>
      </w:r>
      <w:r w:rsidRPr="00B7305F">
        <w:rPr>
          <w:color w:val="000000" w:themeColor="text1"/>
          <w:lang w:val="uk-UA"/>
        </w:rPr>
        <w:t xml:space="preserve"> </w:t>
      </w:r>
      <w:r w:rsidR="00D6710D" w:rsidRPr="00B7305F">
        <w:rPr>
          <w:color w:val="000000" w:themeColor="text1"/>
          <w:lang w:val="uk-UA"/>
        </w:rPr>
        <w:t>сам</w:t>
      </w:r>
      <w:r w:rsidRPr="00B7305F">
        <w:rPr>
          <w:color w:val="000000" w:themeColor="text1"/>
          <w:lang w:val="uk-UA"/>
        </w:rPr>
        <w:t xml:space="preserve"> </w:t>
      </w:r>
      <w:r w:rsidR="00D6710D" w:rsidRPr="00B7305F">
        <w:rPr>
          <w:color w:val="000000" w:themeColor="text1"/>
          <w:lang w:val="uk-UA"/>
        </w:rPr>
        <w:t>початок</w:t>
      </w:r>
      <w:r w:rsidRPr="00B7305F">
        <w:rPr>
          <w:color w:val="000000" w:themeColor="text1"/>
          <w:lang w:val="uk-UA"/>
        </w:rPr>
        <w:t xml:space="preserve"> </w:t>
      </w:r>
      <w:r w:rsidR="00D6710D" w:rsidRPr="00B7305F">
        <w:rPr>
          <w:color w:val="000000" w:themeColor="text1"/>
          <w:lang w:val="uk-UA"/>
        </w:rPr>
        <w:t>кіномистецтва</w:t>
      </w:r>
      <w:r w:rsidRPr="00B7305F">
        <w:rPr>
          <w:color w:val="000000" w:themeColor="text1"/>
          <w:lang w:val="uk-UA"/>
        </w:rPr>
        <w:t xml:space="preserve"> </w:t>
      </w:r>
      <w:r w:rsidR="00D6710D" w:rsidRPr="00B7305F">
        <w:rPr>
          <w:color w:val="000000" w:themeColor="text1"/>
          <w:lang w:val="uk-UA"/>
        </w:rPr>
        <w:t>нерозривно</w:t>
      </w:r>
      <w:r w:rsidRPr="00B7305F">
        <w:rPr>
          <w:color w:val="000000" w:themeColor="text1"/>
          <w:lang w:val="uk-UA"/>
        </w:rPr>
        <w:t xml:space="preserve"> </w:t>
      </w:r>
      <w:r w:rsidR="00D6710D" w:rsidRPr="00B7305F">
        <w:rPr>
          <w:color w:val="000000" w:themeColor="text1"/>
          <w:lang w:val="uk-UA"/>
        </w:rPr>
        <w:t>пов’язаний</w:t>
      </w:r>
      <w:r w:rsidRPr="00B7305F">
        <w:rPr>
          <w:color w:val="000000" w:themeColor="text1"/>
          <w:lang w:val="uk-UA"/>
        </w:rPr>
        <w:t xml:space="preserve"> </w:t>
      </w:r>
      <w:r w:rsidR="00D6710D" w:rsidRPr="00B7305F">
        <w:rPr>
          <w:color w:val="000000" w:themeColor="text1"/>
          <w:lang w:val="uk-UA"/>
        </w:rPr>
        <w:t>із</w:t>
      </w:r>
      <w:r w:rsidRPr="00B7305F">
        <w:rPr>
          <w:color w:val="000000" w:themeColor="text1"/>
          <w:lang w:val="uk-UA"/>
        </w:rPr>
        <w:t xml:space="preserve"> </w:t>
      </w:r>
      <w:r w:rsidR="00D6710D" w:rsidRPr="00B7305F">
        <w:rPr>
          <w:color w:val="000000" w:themeColor="text1"/>
          <w:lang w:val="uk-UA"/>
        </w:rPr>
        <w:t>театральною</w:t>
      </w:r>
      <w:r w:rsidRPr="00B7305F">
        <w:rPr>
          <w:color w:val="000000" w:themeColor="text1"/>
          <w:lang w:val="uk-UA"/>
        </w:rPr>
        <w:t xml:space="preserve"> </w:t>
      </w:r>
      <w:r w:rsidR="00D6710D" w:rsidRPr="00B7305F">
        <w:rPr>
          <w:color w:val="000000" w:themeColor="text1"/>
          <w:lang w:val="uk-UA"/>
        </w:rPr>
        <w:t>традицією.</w:t>
      </w:r>
      <w:r w:rsidRPr="00B7305F">
        <w:rPr>
          <w:color w:val="000000" w:themeColor="text1"/>
          <w:lang w:val="uk-UA"/>
        </w:rPr>
        <w:t xml:space="preserve"> </w:t>
      </w:r>
      <w:r w:rsidR="00D6710D" w:rsidRPr="00B7305F">
        <w:rPr>
          <w:color w:val="000000" w:themeColor="text1"/>
          <w:lang w:val="uk-UA"/>
        </w:rPr>
        <w:t>Перші</w:t>
      </w:r>
      <w:r w:rsidRPr="00B7305F">
        <w:rPr>
          <w:color w:val="000000" w:themeColor="text1"/>
          <w:lang w:val="uk-UA"/>
        </w:rPr>
        <w:t xml:space="preserve"> </w:t>
      </w:r>
      <w:r w:rsidR="00D6710D" w:rsidRPr="00B7305F">
        <w:rPr>
          <w:color w:val="000000" w:themeColor="text1"/>
          <w:lang w:val="uk-UA"/>
        </w:rPr>
        <w:t>актори</w:t>
      </w:r>
      <w:r w:rsidRPr="00B7305F">
        <w:rPr>
          <w:color w:val="000000" w:themeColor="text1"/>
          <w:lang w:val="uk-UA"/>
        </w:rPr>
        <w:t xml:space="preserve"> </w:t>
      </w:r>
      <w:r w:rsidR="00D6710D" w:rsidRPr="00B7305F">
        <w:rPr>
          <w:color w:val="000000" w:themeColor="text1"/>
          <w:lang w:val="uk-UA"/>
        </w:rPr>
        <w:t>були</w:t>
      </w:r>
      <w:r w:rsidRPr="00B7305F">
        <w:rPr>
          <w:color w:val="000000" w:themeColor="text1"/>
          <w:lang w:val="uk-UA"/>
        </w:rPr>
        <w:t xml:space="preserve"> </w:t>
      </w:r>
      <w:r w:rsidR="00D6710D" w:rsidRPr="00B7305F">
        <w:rPr>
          <w:color w:val="000000" w:themeColor="text1"/>
          <w:lang w:val="uk-UA"/>
        </w:rPr>
        <w:t>виховані</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сцені,</w:t>
      </w:r>
      <w:r w:rsidRPr="00B7305F">
        <w:rPr>
          <w:color w:val="000000" w:themeColor="text1"/>
          <w:lang w:val="uk-UA"/>
        </w:rPr>
        <w:t xml:space="preserve"> </w:t>
      </w:r>
      <w:r w:rsidR="00D6710D" w:rsidRPr="00B7305F">
        <w:rPr>
          <w:color w:val="000000" w:themeColor="text1"/>
          <w:lang w:val="uk-UA"/>
        </w:rPr>
        <w:t>перші</w:t>
      </w:r>
      <w:r w:rsidRPr="00B7305F">
        <w:rPr>
          <w:color w:val="000000" w:themeColor="text1"/>
          <w:lang w:val="uk-UA"/>
        </w:rPr>
        <w:t xml:space="preserve"> </w:t>
      </w:r>
      <w:r w:rsidR="00D6710D" w:rsidRPr="00B7305F">
        <w:rPr>
          <w:color w:val="000000" w:themeColor="text1"/>
          <w:lang w:val="uk-UA"/>
        </w:rPr>
        <w:t>режисери</w:t>
      </w:r>
      <w:r w:rsidRPr="00B7305F">
        <w:rPr>
          <w:color w:val="000000" w:themeColor="text1"/>
          <w:lang w:val="uk-UA"/>
        </w:rPr>
        <w:t xml:space="preserve"> </w:t>
      </w:r>
      <w:r w:rsidR="00D6710D" w:rsidRPr="00B7305F">
        <w:rPr>
          <w:color w:val="000000" w:themeColor="text1"/>
          <w:lang w:val="uk-UA"/>
        </w:rPr>
        <w:t>мислили</w:t>
      </w:r>
      <w:r w:rsidRPr="00B7305F">
        <w:rPr>
          <w:color w:val="000000" w:themeColor="text1"/>
          <w:lang w:val="uk-UA"/>
        </w:rPr>
        <w:t xml:space="preserve"> </w:t>
      </w:r>
      <w:r w:rsidR="00D6710D" w:rsidRPr="00B7305F">
        <w:rPr>
          <w:color w:val="000000" w:themeColor="text1"/>
          <w:lang w:val="uk-UA"/>
        </w:rPr>
        <w:t>категоріями</w:t>
      </w:r>
      <w:r w:rsidRPr="00B7305F">
        <w:rPr>
          <w:color w:val="000000" w:themeColor="text1"/>
          <w:lang w:val="uk-UA"/>
        </w:rPr>
        <w:t xml:space="preserve"> </w:t>
      </w:r>
      <w:r w:rsidR="00D6710D" w:rsidRPr="00B7305F">
        <w:rPr>
          <w:color w:val="000000" w:themeColor="text1"/>
          <w:lang w:val="uk-UA"/>
        </w:rPr>
        <w:t>мізансцени</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драматичної</w:t>
      </w:r>
      <w:r w:rsidRPr="00B7305F">
        <w:rPr>
          <w:color w:val="000000" w:themeColor="text1"/>
          <w:lang w:val="uk-UA"/>
        </w:rPr>
        <w:t xml:space="preserve"> </w:t>
      </w:r>
      <w:r w:rsidR="00D6710D" w:rsidRPr="00B7305F">
        <w:rPr>
          <w:color w:val="000000" w:themeColor="text1"/>
          <w:lang w:val="uk-UA"/>
        </w:rPr>
        <w:t>побудови,</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перші</w:t>
      </w:r>
      <w:r w:rsidRPr="00B7305F">
        <w:rPr>
          <w:color w:val="000000" w:themeColor="text1"/>
          <w:lang w:val="uk-UA"/>
        </w:rPr>
        <w:t xml:space="preserve"> </w:t>
      </w:r>
      <w:r w:rsidR="00D6710D" w:rsidRPr="00B7305F">
        <w:rPr>
          <w:color w:val="000000" w:themeColor="text1"/>
          <w:lang w:val="uk-UA"/>
        </w:rPr>
        <w:t>фільми</w:t>
      </w:r>
      <w:r w:rsidRPr="00B7305F">
        <w:rPr>
          <w:color w:val="000000" w:themeColor="text1"/>
          <w:lang w:val="uk-UA"/>
        </w:rPr>
        <w:t xml:space="preserve"> </w:t>
      </w:r>
      <w:r w:rsidR="00D6710D" w:rsidRPr="00B7305F">
        <w:rPr>
          <w:color w:val="000000" w:themeColor="text1"/>
          <w:lang w:val="uk-UA"/>
        </w:rPr>
        <w:t>наслідували</w:t>
      </w:r>
      <w:r w:rsidRPr="00B7305F">
        <w:rPr>
          <w:color w:val="000000" w:themeColor="text1"/>
          <w:lang w:val="uk-UA"/>
        </w:rPr>
        <w:t xml:space="preserve"> </w:t>
      </w:r>
      <w:r w:rsidR="00D6710D" w:rsidRPr="00B7305F">
        <w:rPr>
          <w:color w:val="000000" w:themeColor="text1"/>
          <w:lang w:val="uk-UA"/>
        </w:rPr>
        <w:t>структуру</w:t>
      </w:r>
      <w:r w:rsidRPr="00B7305F">
        <w:rPr>
          <w:color w:val="000000" w:themeColor="text1"/>
          <w:lang w:val="uk-UA"/>
        </w:rPr>
        <w:t xml:space="preserve"> </w:t>
      </w:r>
      <w:r w:rsidR="00D6710D" w:rsidRPr="00B7305F">
        <w:rPr>
          <w:color w:val="000000" w:themeColor="text1"/>
          <w:lang w:val="uk-UA"/>
        </w:rPr>
        <w:t>театральних</w:t>
      </w:r>
      <w:r w:rsidRPr="00B7305F">
        <w:rPr>
          <w:color w:val="000000" w:themeColor="text1"/>
          <w:lang w:val="uk-UA"/>
        </w:rPr>
        <w:t xml:space="preserve"> </w:t>
      </w:r>
      <w:r w:rsidR="00D6710D" w:rsidRPr="00B7305F">
        <w:rPr>
          <w:color w:val="000000" w:themeColor="text1"/>
          <w:lang w:val="uk-UA"/>
        </w:rPr>
        <w:t>вистав.</w:t>
      </w:r>
    </w:p>
    <w:p w14:paraId="08E207C2" w14:textId="7992475C"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Театр</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кіно</w:t>
      </w:r>
      <w:r w:rsidRPr="00B7305F">
        <w:rPr>
          <w:color w:val="000000" w:themeColor="text1"/>
          <w:lang w:val="uk-UA"/>
        </w:rPr>
        <w:t xml:space="preserve"> </w:t>
      </w:r>
      <w:r w:rsidR="00D6710D" w:rsidRPr="00B7305F">
        <w:rPr>
          <w:color w:val="000000" w:themeColor="text1"/>
          <w:lang w:val="uk-UA"/>
        </w:rPr>
        <w:t>мають</w:t>
      </w:r>
      <w:r w:rsidRPr="00B7305F">
        <w:rPr>
          <w:color w:val="000000" w:themeColor="text1"/>
          <w:lang w:val="uk-UA"/>
        </w:rPr>
        <w:t xml:space="preserve"> </w:t>
      </w:r>
      <w:r w:rsidR="00D6710D" w:rsidRPr="00B7305F">
        <w:rPr>
          <w:color w:val="000000" w:themeColor="text1"/>
          <w:lang w:val="uk-UA"/>
        </w:rPr>
        <w:t>спільне</w:t>
      </w:r>
      <w:r w:rsidRPr="00B7305F">
        <w:rPr>
          <w:color w:val="000000" w:themeColor="text1"/>
          <w:lang w:val="uk-UA"/>
        </w:rPr>
        <w:t xml:space="preserve"> </w:t>
      </w:r>
      <w:r w:rsidR="00D6710D" w:rsidRPr="00B7305F">
        <w:rPr>
          <w:color w:val="000000" w:themeColor="text1"/>
          <w:lang w:val="uk-UA"/>
        </w:rPr>
        <w:t>підґрунтя</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трьох</w:t>
      </w:r>
      <w:r w:rsidRPr="00B7305F">
        <w:rPr>
          <w:color w:val="000000" w:themeColor="text1"/>
          <w:lang w:val="uk-UA"/>
        </w:rPr>
        <w:t xml:space="preserve"> </w:t>
      </w:r>
      <w:r w:rsidR="00D6710D" w:rsidRPr="00B7305F">
        <w:rPr>
          <w:color w:val="000000" w:themeColor="text1"/>
          <w:lang w:val="uk-UA"/>
        </w:rPr>
        <w:t>аспектах.</w:t>
      </w:r>
    </w:p>
    <w:p w14:paraId="62504BC8" w14:textId="3F7F12E8" w:rsidR="00D6710D" w:rsidRPr="00B7305F" w:rsidRDefault="00480420" w:rsidP="00051784">
      <w:pPr>
        <w:spacing w:after="0"/>
        <w:ind w:left="0" w:firstLine="709"/>
        <w:jc w:val="both"/>
        <w:rPr>
          <w:color w:val="000000" w:themeColor="text1"/>
          <w:lang w:val="uk-UA"/>
        </w:rPr>
      </w:pPr>
      <w:r w:rsidRPr="00B7305F">
        <w:rPr>
          <w:b/>
          <w:bCs/>
          <w:color w:val="000000" w:themeColor="text1"/>
          <w:lang w:val="uk-UA"/>
        </w:rPr>
        <w:t xml:space="preserve">          </w:t>
      </w:r>
      <w:r w:rsidR="00D6710D" w:rsidRPr="00B7305F">
        <w:rPr>
          <w:b/>
          <w:bCs/>
          <w:color w:val="000000" w:themeColor="text1"/>
          <w:lang w:val="uk-UA"/>
        </w:rPr>
        <w:t>По-перше</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обидва</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працюють</w:t>
      </w:r>
      <w:r w:rsidRPr="00B7305F">
        <w:rPr>
          <w:color w:val="000000" w:themeColor="text1"/>
          <w:lang w:val="uk-UA"/>
        </w:rPr>
        <w:t xml:space="preserve"> </w:t>
      </w:r>
      <w:r w:rsidR="00D6710D" w:rsidRPr="00B7305F">
        <w:rPr>
          <w:color w:val="000000" w:themeColor="text1"/>
          <w:lang w:val="uk-UA"/>
        </w:rPr>
        <w:t>із</w:t>
      </w:r>
      <w:r w:rsidRPr="00B7305F">
        <w:rPr>
          <w:color w:val="000000" w:themeColor="text1"/>
          <w:lang w:val="uk-UA"/>
        </w:rPr>
        <w:t xml:space="preserve"> </w:t>
      </w:r>
      <w:r w:rsidR="00D6710D" w:rsidRPr="00B7305F">
        <w:rPr>
          <w:color w:val="000000" w:themeColor="text1"/>
          <w:lang w:val="uk-UA"/>
        </w:rPr>
        <w:t>людською</w:t>
      </w:r>
      <w:r w:rsidRPr="00B7305F">
        <w:rPr>
          <w:color w:val="000000" w:themeColor="text1"/>
          <w:lang w:val="uk-UA"/>
        </w:rPr>
        <w:t xml:space="preserve"> </w:t>
      </w:r>
      <w:r w:rsidR="00D6710D" w:rsidRPr="00B7305F">
        <w:rPr>
          <w:color w:val="000000" w:themeColor="text1"/>
          <w:lang w:val="uk-UA"/>
        </w:rPr>
        <w:t>присутністю</w:t>
      </w:r>
      <w:r w:rsidRPr="00B7305F">
        <w:rPr>
          <w:color w:val="000000" w:themeColor="text1"/>
          <w:lang w:val="uk-UA"/>
        </w:rPr>
        <w:t xml:space="preserve"> </w:t>
      </w:r>
      <w:r w:rsidR="00D6710D" w:rsidRPr="00B7305F">
        <w:rPr>
          <w:color w:val="000000" w:themeColor="text1"/>
          <w:lang w:val="uk-UA"/>
        </w:rPr>
        <w:t>як</w:t>
      </w:r>
      <w:r w:rsidRPr="00B7305F">
        <w:rPr>
          <w:color w:val="000000" w:themeColor="text1"/>
          <w:lang w:val="uk-UA"/>
        </w:rPr>
        <w:t xml:space="preserve"> </w:t>
      </w:r>
      <w:r w:rsidR="00D6710D" w:rsidRPr="00B7305F">
        <w:rPr>
          <w:color w:val="000000" w:themeColor="text1"/>
          <w:lang w:val="uk-UA"/>
        </w:rPr>
        <w:t>центральним</w:t>
      </w:r>
      <w:r w:rsidRPr="00B7305F">
        <w:rPr>
          <w:color w:val="000000" w:themeColor="text1"/>
          <w:lang w:val="uk-UA"/>
        </w:rPr>
        <w:t xml:space="preserve"> </w:t>
      </w:r>
      <w:r w:rsidR="00D6710D" w:rsidRPr="00B7305F">
        <w:rPr>
          <w:color w:val="000000" w:themeColor="text1"/>
          <w:lang w:val="uk-UA"/>
        </w:rPr>
        <w:t>носієм</w:t>
      </w:r>
      <w:r w:rsidRPr="00B7305F">
        <w:rPr>
          <w:color w:val="000000" w:themeColor="text1"/>
          <w:lang w:val="uk-UA"/>
        </w:rPr>
        <w:t xml:space="preserve"> </w:t>
      </w:r>
      <w:r w:rsidR="00D6710D" w:rsidRPr="00B7305F">
        <w:rPr>
          <w:color w:val="000000" w:themeColor="text1"/>
          <w:lang w:val="uk-UA"/>
        </w:rPr>
        <w:t>смислу.</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театрі</w:t>
      </w:r>
      <w:r w:rsidRPr="00B7305F">
        <w:rPr>
          <w:color w:val="000000" w:themeColor="text1"/>
          <w:lang w:val="uk-UA"/>
        </w:rPr>
        <w:t xml:space="preserve"> </w:t>
      </w:r>
      <w:r w:rsidR="00D6710D" w:rsidRPr="00B7305F">
        <w:rPr>
          <w:color w:val="000000" w:themeColor="text1"/>
          <w:lang w:val="uk-UA"/>
        </w:rPr>
        <w:t>ця</w:t>
      </w:r>
      <w:r w:rsidRPr="00B7305F">
        <w:rPr>
          <w:color w:val="000000" w:themeColor="text1"/>
          <w:lang w:val="uk-UA"/>
        </w:rPr>
        <w:t xml:space="preserve"> </w:t>
      </w:r>
      <w:r w:rsidR="00D6710D" w:rsidRPr="00B7305F">
        <w:rPr>
          <w:color w:val="000000" w:themeColor="text1"/>
          <w:lang w:val="uk-UA"/>
        </w:rPr>
        <w:t>присутність</w:t>
      </w:r>
      <w:r w:rsidRPr="00B7305F">
        <w:rPr>
          <w:color w:val="000000" w:themeColor="text1"/>
          <w:lang w:val="uk-UA"/>
        </w:rPr>
        <w:t xml:space="preserve"> </w:t>
      </w:r>
      <w:r w:rsidR="00D6710D" w:rsidRPr="00B7305F">
        <w:rPr>
          <w:color w:val="000000" w:themeColor="text1"/>
          <w:lang w:val="uk-UA"/>
        </w:rPr>
        <w:t>є</w:t>
      </w:r>
      <w:r w:rsidRPr="00B7305F">
        <w:rPr>
          <w:color w:val="000000" w:themeColor="text1"/>
          <w:lang w:val="uk-UA"/>
        </w:rPr>
        <w:t xml:space="preserve"> </w:t>
      </w:r>
      <w:r w:rsidR="00D6710D" w:rsidRPr="00B7305F">
        <w:rPr>
          <w:color w:val="000000" w:themeColor="text1"/>
          <w:lang w:val="uk-UA"/>
        </w:rPr>
        <w:t>живою</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безпосередньою,</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кіно</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зафіксованою,</w:t>
      </w:r>
      <w:r w:rsidRPr="00B7305F">
        <w:rPr>
          <w:color w:val="000000" w:themeColor="text1"/>
          <w:lang w:val="uk-UA"/>
        </w:rPr>
        <w:t xml:space="preserve"> </w:t>
      </w:r>
      <w:r w:rsidR="00D6710D" w:rsidRPr="00B7305F">
        <w:rPr>
          <w:color w:val="000000" w:themeColor="text1"/>
          <w:lang w:val="uk-UA"/>
        </w:rPr>
        <w:t>проте</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менш</w:t>
      </w:r>
      <w:r w:rsidRPr="00B7305F">
        <w:rPr>
          <w:color w:val="000000" w:themeColor="text1"/>
          <w:lang w:val="uk-UA"/>
        </w:rPr>
        <w:t xml:space="preserve"> </w:t>
      </w:r>
      <w:r w:rsidR="00D6710D" w:rsidRPr="00B7305F">
        <w:rPr>
          <w:color w:val="000000" w:themeColor="text1"/>
          <w:lang w:val="uk-UA"/>
        </w:rPr>
        <w:t>виразною.</w:t>
      </w:r>
      <w:r w:rsidRPr="00B7305F">
        <w:rPr>
          <w:color w:val="000000" w:themeColor="text1"/>
          <w:lang w:val="uk-UA"/>
        </w:rPr>
        <w:t xml:space="preserve"> </w:t>
      </w:r>
      <w:r w:rsidR="00D6710D" w:rsidRPr="00B7305F">
        <w:rPr>
          <w:color w:val="000000" w:themeColor="text1"/>
          <w:lang w:val="uk-UA"/>
        </w:rPr>
        <w:t>В</w:t>
      </w:r>
      <w:r w:rsidRPr="00B7305F">
        <w:rPr>
          <w:color w:val="000000" w:themeColor="text1"/>
          <w:lang w:val="uk-UA"/>
        </w:rPr>
        <w:t xml:space="preserve"> </w:t>
      </w:r>
      <w:r w:rsidR="00D6710D" w:rsidRPr="00B7305F">
        <w:rPr>
          <w:color w:val="000000" w:themeColor="text1"/>
          <w:lang w:val="uk-UA"/>
        </w:rPr>
        <w:t>обох</w:t>
      </w:r>
      <w:r w:rsidRPr="00B7305F">
        <w:rPr>
          <w:color w:val="000000" w:themeColor="text1"/>
          <w:lang w:val="uk-UA"/>
        </w:rPr>
        <w:t xml:space="preserve"> </w:t>
      </w:r>
      <w:r w:rsidR="00D6710D" w:rsidRPr="00B7305F">
        <w:rPr>
          <w:color w:val="000000" w:themeColor="text1"/>
          <w:lang w:val="uk-UA"/>
        </w:rPr>
        <w:t>випадках</w:t>
      </w:r>
      <w:r w:rsidRPr="00B7305F">
        <w:rPr>
          <w:color w:val="000000" w:themeColor="text1"/>
          <w:lang w:val="uk-UA"/>
        </w:rPr>
        <w:t xml:space="preserve"> </w:t>
      </w:r>
      <w:r w:rsidR="00D6710D" w:rsidRPr="00B7305F">
        <w:rPr>
          <w:color w:val="000000" w:themeColor="text1"/>
          <w:lang w:val="uk-UA"/>
        </w:rPr>
        <w:t>акторська</w:t>
      </w:r>
      <w:r w:rsidRPr="00B7305F">
        <w:rPr>
          <w:color w:val="000000" w:themeColor="text1"/>
          <w:lang w:val="uk-UA"/>
        </w:rPr>
        <w:t xml:space="preserve"> </w:t>
      </w:r>
      <w:r w:rsidR="00D6710D" w:rsidRPr="00B7305F">
        <w:rPr>
          <w:color w:val="000000" w:themeColor="text1"/>
          <w:lang w:val="uk-UA"/>
        </w:rPr>
        <w:t>дія</w:t>
      </w:r>
      <w:r w:rsidRPr="00B7305F">
        <w:rPr>
          <w:color w:val="000000" w:themeColor="text1"/>
          <w:lang w:val="uk-UA"/>
        </w:rPr>
        <w:t xml:space="preserve"> </w:t>
      </w:r>
      <w:r w:rsidR="00D6710D" w:rsidRPr="00B7305F">
        <w:rPr>
          <w:color w:val="000000" w:themeColor="text1"/>
          <w:lang w:val="uk-UA"/>
        </w:rPr>
        <w:t>є</w:t>
      </w:r>
      <w:r w:rsidRPr="00B7305F">
        <w:rPr>
          <w:color w:val="000000" w:themeColor="text1"/>
          <w:lang w:val="uk-UA"/>
        </w:rPr>
        <w:t xml:space="preserve"> </w:t>
      </w:r>
      <w:r w:rsidR="00D6710D" w:rsidRPr="00B7305F">
        <w:rPr>
          <w:color w:val="000000" w:themeColor="text1"/>
          <w:lang w:val="uk-UA"/>
        </w:rPr>
        <w:t>основою</w:t>
      </w:r>
      <w:r w:rsidRPr="00B7305F">
        <w:rPr>
          <w:color w:val="000000" w:themeColor="text1"/>
          <w:lang w:val="uk-UA"/>
        </w:rPr>
        <w:t xml:space="preserve"> </w:t>
      </w:r>
      <w:r w:rsidR="00D6710D" w:rsidRPr="00B7305F">
        <w:rPr>
          <w:color w:val="000000" w:themeColor="text1"/>
          <w:lang w:val="uk-UA"/>
        </w:rPr>
        <w:t>художнього</w:t>
      </w:r>
      <w:r w:rsidRPr="00B7305F">
        <w:rPr>
          <w:color w:val="000000" w:themeColor="text1"/>
          <w:lang w:val="uk-UA"/>
        </w:rPr>
        <w:t xml:space="preserve"> </w:t>
      </w:r>
      <w:r w:rsidR="00D6710D" w:rsidRPr="00B7305F">
        <w:rPr>
          <w:color w:val="000000" w:themeColor="text1"/>
          <w:lang w:val="uk-UA"/>
        </w:rPr>
        <w:t>впливу,</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процес</w:t>
      </w:r>
      <w:r w:rsidRPr="00B7305F">
        <w:rPr>
          <w:color w:val="000000" w:themeColor="text1"/>
          <w:lang w:val="uk-UA"/>
        </w:rPr>
        <w:t xml:space="preserve"> </w:t>
      </w:r>
      <w:r w:rsidR="00D6710D" w:rsidRPr="00B7305F">
        <w:rPr>
          <w:color w:val="000000" w:themeColor="text1"/>
          <w:lang w:val="uk-UA"/>
        </w:rPr>
        <w:t>створення</w:t>
      </w:r>
      <w:r w:rsidRPr="00B7305F">
        <w:rPr>
          <w:color w:val="000000" w:themeColor="text1"/>
          <w:lang w:val="uk-UA"/>
        </w:rPr>
        <w:t xml:space="preserve"> </w:t>
      </w:r>
      <w:r w:rsidR="00D6710D" w:rsidRPr="00B7305F">
        <w:rPr>
          <w:color w:val="000000" w:themeColor="text1"/>
          <w:lang w:val="uk-UA"/>
        </w:rPr>
        <w:t>ролі</w:t>
      </w:r>
      <w:r w:rsidRPr="00B7305F">
        <w:rPr>
          <w:color w:val="000000" w:themeColor="text1"/>
          <w:lang w:val="uk-UA"/>
        </w:rPr>
        <w:t xml:space="preserve"> </w:t>
      </w:r>
      <w:r w:rsidR="00D6710D" w:rsidRPr="00B7305F">
        <w:rPr>
          <w:color w:val="000000" w:themeColor="text1"/>
          <w:lang w:val="uk-UA"/>
        </w:rPr>
        <w:t>зберігає</w:t>
      </w:r>
      <w:r w:rsidRPr="00B7305F">
        <w:rPr>
          <w:color w:val="000000" w:themeColor="text1"/>
          <w:lang w:val="uk-UA"/>
        </w:rPr>
        <w:t xml:space="preserve"> </w:t>
      </w:r>
      <w:r w:rsidR="00D6710D" w:rsidRPr="00B7305F">
        <w:rPr>
          <w:color w:val="000000" w:themeColor="text1"/>
          <w:lang w:val="uk-UA"/>
        </w:rPr>
        <w:t>свої</w:t>
      </w:r>
      <w:r w:rsidRPr="00B7305F">
        <w:rPr>
          <w:color w:val="000000" w:themeColor="text1"/>
          <w:lang w:val="uk-UA"/>
        </w:rPr>
        <w:t xml:space="preserve"> </w:t>
      </w:r>
      <w:r w:rsidR="00D6710D" w:rsidRPr="00B7305F">
        <w:rPr>
          <w:color w:val="000000" w:themeColor="text1"/>
          <w:lang w:val="uk-UA"/>
        </w:rPr>
        <w:t>фундаментальні</w:t>
      </w:r>
      <w:r w:rsidRPr="00B7305F">
        <w:rPr>
          <w:color w:val="000000" w:themeColor="text1"/>
          <w:lang w:val="uk-UA"/>
        </w:rPr>
        <w:t xml:space="preserve"> </w:t>
      </w:r>
      <w:r w:rsidR="00D6710D" w:rsidRPr="00B7305F">
        <w:rPr>
          <w:color w:val="000000" w:themeColor="text1"/>
          <w:lang w:val="uk-UA"/>
        </w:rPr>
        <w:t>закономірності:</w:t>
      </w:r>
      <w:r w:rsidRPr="00B7305F">
        <w:rPr>
          <w:color w:val="000000" w:themeColor="text1"/>
          <w:lang w:val="uk-UA"/>
        </w:rPr>
        <w:t xml:space="preserve"> </w:t>
      </w:r>
      <w:r w:rsidR="00D6710D" w:rsidRPr="00B7305F">
        <w:rPr>
          <w:color w:val="000000" w:themeColor="text1"/>
          <w:lang w:val="uk-UA"/>
        </w:rPr>
        <w:t>знання</w:t>
      </w:r>
      <w:r w:rsidRPr="00B7305F">
        <w:rPr>
          <w:color w:val="000000" w:themeColor="text1"/>
          <w:lang w:val="uk-UA"/>
        </w:rPr>
        <w:t xml:space="preserve"> </w:t>
      </w:r>
      <w:r w:rsidR="00D6710D" w:rsidRPr="00B7305F">
        <w:rPr>
          <w:color w:val="000000" w:themeColor="text1"/>
          <w:lang w:val="uk-UA"/>
        </w:rPr>
        <w:t>внутрішньої</w:t>
      </w:r>
      <w:r w:rsidRPr="00B7305F">
        <w:rPr>
          <w:color w:val="000000" w:themeColor="text1"/>
          <w:lang w:val="uk-UA"/>
        </w:rPr>
        <w:t xml:space="preserve"> </w:t>
      </w:r>
      <w:r w:rsidR="00D6710D" w:rsidRPr="00B7305F">
        <w:rPr>
          <w:color w:val="000000" w:themeColor="text1"/>
          <w:lang w:val="uk-UA"/>
        </w:rPr>
        <w:t>мотивації,</w:t>
      </w:r>
      <w:r w:rsidRPr="00B7305F">
        <w:rPr>
          <w:color w:val="000000" w:themeColor="text1"/>
          <w:lang w:val="uk-UA"/>
        </w:rPr>
        <w:t xml:space="preserve"> </w:t>
      </w:r>
      <w:r w:rsidR="00D6710D" w:rsidRPr="00B7305F">
        <w:rPr>
          <w:color w:val="000000" w:themeColor="text1"/>
          <w:lang w:val="uk-UA"/>
        </w:rPr>
        <w:t>побудова</w:t>
      </w:r>
      <w:r w:rsidRPr="00B7305F">
        <w:rPr>
          <w:color w:val="000000" w:themeColor="text1"/>
          <w:lang w:val="uk-UA"/>
        </w:rPr>
        <w:t xml:space="preserve"> </w:t>
      </w:r>
      <w:r w:rsidR="00D6710D" w:rsidRPr="00B7305F">
        <w:rPr>
          <w:color w:val="000000" w:themeColor="text1"/>
          <w:lang w:val="uk-UA"/>
        </w:rPr>
        <w:t>емоційної</w:t>
      </w:r>
      <w:r w:rsidRPr="00B7305F">
        <w:rPr>
          <w:color w:val="000000" w:themeColor="text1"/>
          <w:lang w:val="uk-UA"/>
        </w:rPr>
        <w:t xml:space="preserve"> </w:t>
      </w:r>
      <w:r w:rsidR="00D6710D" w:rsidRPr="00B7305F">
        <w:rPr>
          <w:color w:val="000000" w:themeColor="text1"/>
          <w:lang w:val="uk-UA"/>
        </w:rPr>
        <w:t>логіки,</w:t>
      </w:r>
      <w:r w:rsidRPr="00B7305F">
        <w:rPr>
          <w:color w:val="000000" w:themeColor="text1"/>
          <w:lang w:val="uk-UA"/>
        </w:rPr>
        <w:t xml:space="preserve"> </w:t>
      </w:r>
      <w:r w:rsidR="00D6710D" w:rsidRPr="00B7305F">
        <w:rPr>
          <w:color w:val="000000" w:themeColor="text1"/>
          <w:lang w:val="uk-UA"/>
        </w:rPr>
        <w:t>взаємодія</w:t>
      </w:r>
      <w:r w:rsidRPr="00B7305F">
        <w:rPr>
          <w:color w:val="000000" w:themeColor="text1"/>
          <w:lang w:val="uk-UA"/>
        </w:rPr>
        <w:t xml:space="preserve"> </w:t>
      </w:r>
      <w:r w:rsidR="00D6710D" w:rsidRPr="00B7305F">
        <w:rPr>
          <w:color w:val="000000" w:themeColor="text1"/>
          <w:lang w:val="uk-UA"/>
        </w:rPr>
        <w:t>з</w:t>
      </w:r>
      <w:r w:rsidRPr="00B7305F">
        <w:rPr>
          <w:color w:val="000000" w:themeColor="text1"/>
          <w:lang w:val="uk-UA"/>
        </w:rPr>
        <w:t xml:space="preserve"> </w:t>
      </w:r>
      <w:r w:rsidR="00D6710D" w:rsidRPr="00B7305F">
        <w:rPr>
          <w:color w:val="000000" w:themeColor="text1"/>
          <w:lang w:val="uk-UA"/>
        </w:rPr>
        <w:t>партнером</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простором.</w:t>
      </w:r>
    </w:p>
    <w:p w14:paraId="3D781B3D" w14:textId="4AC1AAD0" w:rsidR="00D6710D" w:rsidRPr="00B7305F" w:rsidRDefault="00480420" w:rsidP="00051784">
      <w:pPr>
        <w:spacing w:after="0"/>
        <w:ind w:left="0" w:firstLine="709"/>
        <w:jc w:val="both"/>
        <w:rPr>
          <w:color w:val="000000" w:themeColor="text1"/>
          <w:lang w:val="uk-UA"/>
        </w:rPr>
      </w:pPr>
      <w:r w:rsidRPr="00B7305F">
        <w:rPr>
          <w:b/>
          <w:bCs/>
          <w:color w:val="000000" w:themeColor="text1"/>
          <w:lang w:val="uk-UA"/>
        </w:rPr>
        <w:lastRenderedPageBreak/>
        <w:t xml:space="preserve">        </w:t>
      </w:r>
      <w:r w:rsidR="00D6710D" w:rsidRPr="00B7305F">
        <w:rPr>
          <w:b/>
          <w:bCs/>
          <w:color w:val="000000" w:themeColor="text1"/>
          <w:lang w:val="uk-UA"/>
        </w:rPr>
        <w:t>По-друге</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театральне</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кінематографічне</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поєднує</w:t>
      </w:r>
      <w:r w:rsidRPr="00B7305F">
        <w:rPr>
          <w:color w:val="000000" w:themeColor="text1"/>
          <w:lang w:val="uk-UA"/>
        </w:rPr>
        <w:t xml:space="preserve"> </w:t>
      </w:r>
      <w:r w:rsidR="00D6710D" w:rsidRPr="00B7305F">
        <w:rPr>
          <w:color w:val="000000" w:themeColor="text1"/>
          <w:lang w:val="uk-UA"/>
        </w:rPr>
        <w:t>драматургічна</w:t>
      </w:r>
      <w:r w:rsidRPr="00B7305F">
        <w:rPr>
          <w:color w:val="000000" w:themeColor="text1"/>
          <w:lang w:val="uk-UA"/>
        </w:rPr>
        <w:t xml:space="preserve"> </w:t>
      </w:r>
      <w:r w:rsidR="00D6710D" w:rsidRPr="00B7305F">
        <w:rPr>
          <w:color w:val="000000" w:themeColor="text1"/>
          <w:lang w:val="uk-UA"/>
        </w:rPr>
        <w:t>природа.</w:t>
      </w:r>
      <w:r w:rsidRPr="00B7305F">
        <w:rPr>
          <w:color w:val="000000" w:themeColor="text1"/>
          <w:lang w:val="uk-UA"/>
        </w:rPr>
        <w:t xml:space="preserve"> </w:t>
      </w:r>
      <w:r w:rsidR="00D6710D" w:rsidRPr="00B7305F">
        <w:rPr>
          <w:color w:val="000000" w:themeColor="text1"/>
          <w:lang w:val="uk-UA"/>
        </w:rPr>
        <w:t>Конфлікт,</w:t>
      </w:r>
      <w:r w:rsidRPr="00B7305F">
        <w:rPr>
          <w:color w:val="000000" w:themeColor="text1"/>
          <w:lang w:val="uk-UA"/>
        </w:rPr>
        <w:t xml:space="preserve"> </w:t>
      </w:r>
      <w:r w:rsidR="00D6710D" w:rsidRPr="00B7305F">
        <w:rPr>
          <w:color w:val="000000" w:themeColor="text1"/>
          <w:lang w:val="uk-UA"/>
        </w:rPr>
        <w:t>сюжетна</w:t>
      </w:r>
      <w:r w:rsidRPr="00B7305F">
        <w:rPr>
          <w:color w:val="000000" w:themeColor="text1"/>
          <w:lang w:val="uk-UA"/>
        </w:rPr>
        <w:t xml:space="preserve"> </w:t>
      </w:r>
      <w:r w:rsidR="00D6710D" w:rsidRPr="00B7305F">
        <w:rPr>
          <w:color w:val="000000" w:themeColor="text1"/>
          <w:lang w:val="uk-UA"/>
        </w:rPr>
        <w:t>напруга,</w:t>
      </w:r>
      <w:r w:rsidRPr="00B7305F">
        <w:rPr>
          <w:color w:val="000000" w:themeColor="text1"/>
          <w:lang w:val="uk-UA"/>
        </w:rPr>
        <w:t xml:space="preserve"> </w:t>
      </w:r>
      <w:r w:rsidR="00D6710D" w:rsidRPr="00B7305F">
        <w:rPr>
          <w:color w:val="000000" w:themeColor="text1"/>
          <w:lang w:val="uk-UA"/>
        </w:rPr>
        <w:t>розвиток</w:t>
      </w:r>
      <w:r w:rsidRPr="00B7305F">
        <w:rPr>
          <w:color w:val="000000" w:themeColor="text1"/>
          <w:lang w:val="uk-UA"/>
        </w:rPr>
        <w:t xml:space="preserve"> </w:t>
      </w:r>
      <w:r w:rsidR="00D6710D" w:rsidRPr="00B7305F">
        <w:rPr>
          <w:color w:val="000000" w:themeColor="text1"/>
          <w:lang w:val="uk-UA"/>
        </w:rPr>
        <w:t>події,</w:t>
      </w:r>
      <w:r w:rsidRPr="00B7305F">
        <w:rPr>
          <w:color w:val="000000" w:themeColor="text1"/>
          <w:lang w:val="uk-UA"/>
        </w:rPr>
        <w:t xml:space="preserve"> </w:t>
      </w:r>
      <w:r w:rsidR="00D6710D" w:rsidRPr="00B7305F">
        <w:rPr>
          <w:color w:val="000000" w:themeColor="text1"/>
          <w:lang w:val="uk-UA"/>
        </w:rPr>
        <w:t>перетворення</w:t>
      </w:r>
      <w:r w:rsidRPr="00B7305F">
        <w:rPr>
          <w:color w:val="000000" w:themeColor="text1"/>
          <w:lang w:val="uk-UA"/>
        </w:rPr>
        <w:t xml:space="preserve"> </w:t>
      </w:r>
      <w:r w:rsidR="00D6710D" w:rsidRPr="00B7305F">
        <w:rPr>
          <w:color w:val="000000" w:themeColor="text1"/>
          <w:lang w:val="uk-UA"/>
        </w:rPr>
        <w:t>героя</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ці</w:t>
      </w:r>
      <w:r w:rsidRPr="00B7305F">
        <w:rPr>
          <w:color w:val="000000" w:themeColor="text1"/>
          <w:lang w:val="uk-UA"/>
        </w:rPr>
        <w:t xml:space="preserve"> </w:t>
      </w:r>
      <w:r w:rsidR="00D6710D" w:rsidRPr="00B7305F">
        <w:rPr>
          <w:color w:val="000000" w:themeColor="text1"/>
          <w:lang w:val="uk-UA"/>
        </w:rPr>
        <w:t>елементи</w:t>
      </w:r>
      <w:r w:rsidRPr="00B7305F">
        <w:rPr>
          <w:color w:val="000000" w:themeColor="text1"/>
          <w:lang w:val="uk-UA"/>
        </w:rPr>
        <w:t xml:space="preserve"> </w:t>
      </w:r>
      <w:r w:rsidR="00D6710D" w:rsidRPr="00B7305F">
        <w:rPr>
          <w:color w:val="000000" w:themeColor="text1"/>
          <w:lang w:val="uk-UA"/>
        </w:rPr>
        <w:t>стали</w:t>
      </w:r>
      <w:r w:rsidRPr="00B7305F">
        <w:rPr>
          <w:color w:val="000000" w:themeColor="text1"/>
          <w:lang w:val="uk-UA"/>
        </w:rPr>
        <w:t xml:space="preserve"> </w:t>
      </w:r>
      <w:r w:rsidR="00D6710D" w:rsidRPr="00B7305F">
        <w:rPr>
          <w:color w:val="000000" w:themeColor="text1"/>
          <w:lang w:val="uk-UA"/>
        </w:rPr>
        <w:t>універсальними</w:t>
      </w:r>
      <w:r w:rsidRPr="00B7305F">
        <w:rPr>
          <w:color w:val="000000" w:themeColor="text1"/>
          <w:lang w:val="uk-UA"/>
        </w:rPr>
        <w:t xml:space="preserve"> </w:t>
      </w:r>
      <w:r w:rsidR="00D6710D" w:rsidRPr="00B7305F">
        <w:rPr>
          <w:color w:val="000000" w:themeColor="text1"/>
          <w:lang w:val="uk-UA"/>
        </w:rPr>
        <w:t>для</w:t>
      </w:r>
      <w:r w:rsidRPr="00B7305F">
        <w:rPr>
          <w:color w:val="000000" w:themeColor="text1"/>
          <w:lang w:val="uk-UA"/>
        </w:rPr>
        <w:t xml:space="preserve"> </w:t>
      </w:r>
      <w:r w:rsidR="00D6710D" w:rsidRPr="00B7305F">
        <w:rPr>
          <w:color w:val="000000" w:themeColor="text1"/>
          <w:lang w:val="uk-UA"/>
        </w:rPr>
        <w:t>сценічної</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екранної</w:t>
      </w:r>
      <w:r w:rsidRPr="00B7305F">
        <w:rPr>
          <w:color w:val="000000" w:themeColor="text1"/>
          <w:lang w:val="uk-UA"/>
        </w:rPr>
        <w:t xml:space="preserve"> </w:t>
      </w:r>
      <w:r w:rsidR="00D6710D" w:rsidRPr="00B7305F">
        <w:rPr>
          <w:color w:val="000000" w:themeColor="text1"/>
          <w:lang w:val="uk-UA"/>
        </w:rPr>
        <w:t>форми.</w:t>
      </w:r>
      <w:r w:rsidRPr="00B7305F">
        <w:rPr>
          <w:color w:val="000000" w:themeColor="text1"/>
          <w:lang w:val="uk-UA"/>
        </w:rPr>
        <w:t xml:space="preserve"> </w:t>
      </w:r>
      <w:r w:rsidR="00D6710D" w:rsidRPr="00B7305F">
        <w:rPr>
          <w:color w:val="000000" w:themeColor="text1"/>
          <w:lang w:val="uk-UA"/>
        </w:rPr>
        <w:t>Навіть</w:t>
      </w:r>
      <w:r w:rsidRPr="00B7305F">
        <w:rPr>
          <w:color w:val="000000" w:themeColor="text1"/>
          <w:lang w:val="uk-UA"/>
        </w:rPr>
        <w:t xml:space="preserve"> </w:t>
      </w:r>
      <w:r w:rsidR="00D6710D" w:rsidRPr="00B7305F">
        <w:rPr>
          <w:color w:val="000000" w:themeColor="text1"/>
          <w:lang w:val="uk-UA"/>
        </w:rPr>
        <w:t>коли</w:t>
      </w:r>
      <w:r w:rsidRPr="00B7305F">
        <w:rPr>
          <w:color w:val="000000" w:themeColor="text1"/>
          <w:lang w:val="uk-UA"/>
        </w:rPr>
        <w:t xml:space="preserve"> </w:t>
      </w:r>
      <w:r w:rsidR="00D6710D" w:rsidRPr="00B7305F">
        <w:rPr>
          <w:color w:val="000000" w:themeColor="text1"/>
          <w:lang w:val="uk-UA"/>
        </w:rPr>
        <w:t>кінематограф</w:t>
      </w:r>
      <w:r w:rsidRPr="00B7305F">
        <w:rPr>
          <w:color w:val="000000" w:themeColor="text1"/>
          <w:lang w:val="uk-UA"/>
        </w:rPr>
        <w:t xml:space="preserve"> </w:t>
      </w:r>
      <w:r w:rsidR="00D6710D" w:rsidRPr="00B7305F">
        <w:rPr>
          <w:color w:val="000000" w:themeColor="text1"/>
          <w:lang w:val="uk-UA"/>
        </w:rPr>
        <w:t>почав</w:t>
      </w:r>
      <w:r w:rsidRPr="00B7305F">
        <w:rPr>
          <w:color w:val="000000" w:themeColor="text1"/>
          <w:lang w:val="uk-UA"/>
        </w:rPr>
        <w:t xml:space="preserve"> </w:t>
      </w:r>
      <w:r w:rsidR="00D6710D" w:rsidRPr="00B7305F">
        <w:rPr>
          <w:color w:val="000000" w:themeColor="text1"/>
          <w:lang w:val="uk-UA"/>
        </w:rPr>
        <w:t>активно</w:t>
      </w:r>
      <w:r w:rsidRPr="00B7305F">
        <w:rPr>
          <w:color w:val="000000" w:themeColor="text1"/>
          <w:lang w:val="uk-UA"/>
        </w:rPr>
        <w:t xml:space="preserve"> </w:t>
      </w:r>
      <w:r w:rsidR="00D6710D" w:rsidRPr="00B7305F">
        <w:rPr>
          <w:color w:val="000000" w:themeColor="text1"/>
          <w:lang w:val="uk-UA"/>
        </w:rPr>
        <w:t>розвивати</w:t>
      </w:r>
      <w:r w:rsidRPr="00B7305F">
        <w:rPr>
          <w:color w:val="000000" w:themeColor="text1"/>
          <w:lang w:val="uk-UA"/>
        </w:rPr>
        <w:t xml:space="preserve"> </w:t>
      </w:r>
      <w:r w:rsidR="00D6710D" w:rsidRPr="00B7305F">
        <w:rPr>
          <w:color w:val="000000" w:themeColor="text1"/>
          <w:lang w:val="uk-UA"/>
        </w:rPr>
        <w:t>власну</w:t>
      </w:r>
      <w:r w:rsidRPr="00B7305F">
        <w:rPr>
          <w:color w:val="000000" w:themeColor="text1"/>
          <w:lang w:val="uk-UA"/>
        </w:rPr>
        <w:t xml:space="preserve"> </w:t>
      </w:r>
      <w:r w:rsidR="00D6710D" w:rsidRPr="00B7305F">
        <w:rPr>
          <w:color w:val="000000" w:themeColor="text1"/>
          <w:lang w:val="uk-UA"/>
        </w:rPr>
        <w:t>мову</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монтаж,</w:t>
      </w:r>
      <w:r w:rsidRPr="00B7305F">
        <w:rPr>
          <w:color w:val="000000" w:themeColor="text1"/>
          <w:lang w:val="uk-UA"/>
        </w:rPr>
        <w:t xml:space="preserve"> </w:t>
      </w:r>
      <w:r w:rsidR="00D6710D" w:rsidRPr="00B7305F">
        <w:rPr>
          <w:color w:val="000000" w:themeColor="text1"/>
          <w:lang w:val="uk-UA"/>
        </w:rPr>
        <w:t>крупний</w:t>
      </w:r>
      <w:r w:rsidRPr="00B7305F">
        <w:rPr>
          <w:color w:val="000000" w:themeColor="text1"/>
          <w:lang w:val="uk-UA"/>
        </w:rPr>
        <w:t xml:space="preserve"> </w:t>
      </w:r>
      <w:r w:rsidR="00D6710D" w:rsidRPr="00B7305F">
        <w:rPr>
          <w:color w:val="000000" w:themeColor="text1"/>
          <w:lang w:val="uk-UA"/>
        </w:rPr>
        <w:t>план,</w:t>
      </w:r>
      <w:r w:rsidRPr="00B7305F">
        <w:rPr>
          <w:color w:val="000000" w:themeColor="text1"/>
          <w:lang w:val="uk-UA"/>
        </w:rPr>
        <w:t xml:space="preserve"> </w:t>
      </w:r>
      <w:r w:rsidR="00D6710D" w:rsidRPr="00B7305F">
        <w:rPr>
          <w:color w:val="000000" w:themeColor="text1"/>
          <w:lang w:val="uk-UA"/>
        </w:rPr>
        <w:t>динаміку</w:t>
      </w:r>
      <w:r w:rsidRPr="00B7305F">
        <w:rPr>
          <w:color w:val="000000" w:themeColor="text1"/>
          <w:lang w:val="uk-UA"/>
        </w:rPr>
        <w:t xml:space="preserve"> </w:t>
      </w:r>
      <w:r w:rsidR="00D6710D" w:rsidRPr="00B7305F">
        <w:rPr>
          <w:color w:val="000000" w:themeColor="text1"/>
          <w:lang w:val="uk-UA"/>
        </w:rPr>
        <w:t>кадру</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він</w:t>
      </w:r>
      <w:r w:rsidRPr="00B7305F">
        <w:rPr>
          <w:color w:val="000000" w:themeColor="text1"/>
          <w:lang w:val="uk-UA"/>
        </w:rPr>
        <w:t xml:space="preserve"> </w:t>
      </w:r>
      <w:r w:rsidR="00D6710D" w:rsidRPr="00B7305F">
        <w:rPr>
          <w:color w:val="000000" w:themeColor="text1"/>
          <w:lang w:val="uk-UA"/>
        </w:rPr>
        <w:t>продовжував</w:t>
      </w:r>
      <w:r w:rsidRPr="00B7305F">
        <w:rPr>
          <w:color w:val="000000" w:themeColor="text1"/>
          <w:lang w:val="uk-UA"/>
        </w:rPr>
        <w:t xml:space="preserve"> </w:t>
      </w:r>
      <w:r w:rsidR="00D6710D" w:rsidRPr="00B7305F">
        <w:rPr>
          <w:color w:val="000000" w:themeColor="text1"/>
          <w:lang w:val="uk-UA"/>
        </w:rPr>
        <w:t>опиратися</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закони</w:t>
      </w:r>
      <w:r w:rsidRPr="00B7305F">
        <w:rPr>
          <w:color w:val="000000" w:themeColor="text1"/>
          <w:lang w:val="uk-UA"/>
        </w:rPr>
        <w:t xml:space="preserve"> </w:t>
      </w:r>
      <w:r w:rsidR="00D6710D" w:rsidRPr="00B7305F">
        <w:rPr>
          <w:color w:val="000000" w:themeColor="text1"/>
          <w:lang w:val="uk-UA"/>
        </w:rPr>
        <w:t>драматичної</w:t>
      </w:r>
      <w:r w:rsidRPr="00B7305F">
        <w:rPr>
          <w:color w:val="000000" w:themeColor="text1"/>
          <w:lang w:val="uk-UA"/>
        </w:rPr>
        <w:t xml:space="preserve"> </w:t>
      </w:r>
      <w:r w:rsidR="00D6710D" w:rsidRPr="00B7305F">
        <w:rPr>
          <w:color w:val="000000" w:themeColor="text1"/>
          <w:lang w:val="uk-UA"/>
        </w:rPr>
        <w:t>дії,</w:t>
      </w:r>
      <w:r w:rsidRPr="00B7305F">
        <w:rPr>
          <w:color w:val="000000" w:themeColor="text1"/>
          <w:lang w:val="uk-UA"/>
        </w:rPr>
        <w:t xml:space="preserve"> </w:t>
      </w:r>
      <w:r w:rsidR="00D6710D" w:rsidRPr="00B7305F">
        <w:rPr>
          <w:color w:val="000000" w:themeColor="text1"/>
          <w:lang w:val="uk-UA"/>
        </w:rPr>
        <w:t>сформовані</w:t>
      </w:r>
      <w:r w:rsidRPr="00B7305F">
        <w:rPr>
          <w:color w:val="000000" w:themeColor="text1"/>
          <w:lang w:val="uk-UA"/>
        </w:rPr>
        <w:t xml:space="preserve"> </w:t>
      </w:r>
      <w:r w:rsidR="00D6710D" w:rsidRPr="00B7305F">
        <w:rPr>
          <w:color w:val="000000" w:themeColor="text1"/>
          <w:lang w:val="uk-UA"/>
        </w:rPr>
        <w:t>театром.</w:t>
      </w:r>
    </w:p>
    <w:p w14:paraId="43B9B5FF" w14:textId="1677D446" w:rsidR="00D6710D" w:rsidRPr="00B7305F" w:rsidRDefault="00480420" w:rsidP="00051784">
      <w:pPr>
        <w:spacing w:after="0"/>
        <w:ind w:left="0" w:firstLine="709"/>
        <w:jc w:val="both"/>
        <w:rPr>
          <w:color w:val="000000" w:themeColor="text1"/>
          <w:lang w:val="uk-UA"/>
        </w:rPr>
      </w:pPr>
      <w:r w:rsidRPr="00B7305F">
        <w:rPr>
          <w:b/>
          <w:bCs/>
          <w:color w:val="000000" w:themeColor="text1"/>
          <w:lang w:val="uk-UA"/>
        </w:rPr>
        <w:t xml:space="preserve">         </w:t>
      </w:r>
      <w:r w:rsidR="00D6710D" w:rsidRPr="00B7305F">
        <w:rPr>
          <w:b/>
          <w:bCs/>
          <w:color w:val="000000" w:themeColor="text1"/>
          <w:lang w:val="uk-UA"/>
        </w:rPr>
        <w:t>По-третє</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обидва</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мають</w:t>
      </w:r>
      <w:r w:rsidRPr="00B7305F">
        <w:rPr>
          <w:color w:val="000000" w:themeColor="text1"/>
          <w:lang w:val="uk-UA"/>
        </w:rPr>
        <w:t xml:space="preserve"> </w:t>
      </w:r>
      <w:r w:rsidR="00D6710D" w:rsidRPr="00B7305F">
        <w:rPr>
          <w:color w:val="000000" w:themeColor="text1"/>
          <w:lang w:val="uk-UA"/>
        </w:rPr>
        <w:t>спільне</w:t>
      </w:r>
      <w:r w:rsidRPr="00B7305F">
        <w:rPr>
          <w:color w:val="000000" w:themeColor="text1"/>
          <w:lang w:val="uk-UA"/>
        </w:rPr>
        <w:t xml:space="preserve"> </w:t>
      </w:r>
      <w:r w:rsidR="00D6710D" w:rsidRPr="00B7305F">
        <w:rPr>
          <w:color w:val="000000" w:themeColor="text1"/>
          <w:lang w:val="uk-UA"/>
        </w:rPr>
        <w:t>завдання</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створення</w:t>
      </w:r>
      <w:r w:rsidRPr="00B7305F">
        <w:rPr>
          <w:color w:val="000000" w:themeColor="text1"/>
          <w:lang w:val="uk-UA"/>
        </w:rPr>
        <w:t xml:space="preserve"> </w:t>
      </w:r>
      <w:r w:rsidR="00D6710D" w:rsidRPr="00B7305F">
        <w:rPr>
          <w:color w:val="000000" w:themeColor="text1"/>
          <w:lang w:val="uk-UA"/>
        </w:rPr>
        <w:t>емоційного</w:t>
      </w:r>
      <w:r w:rsidRPr="00B7305F">
        <w:rPr>
          <w:color w:val="000000" w:themeColor="text1"/>
          <w:lang w:val="uk-UA"/>
        </w:rPr>
        <w:t xml:space="preserve"> </w:t>
      </w:r>
      <w:r w:rsidR="00D6710D" w:rsidRPr="00B7305F">
        <w:rPr>
          <w:color w:val="000000" w:themeColor="text1"/>
          <w:lang w:val="uk-UA"/>
        </w:rPr>
        <w:t>впливу</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глядача.</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театрі</w:t>
      </w:r>
      <w:r w:rsidRPr="00B7305F">
        <w:rPr>
          <w:color w:val="000000" w:themeColor="text1"/>
          <w:lang w:val="uk-UA"/>
        </w:rPr>
        <w:t xml:space="preserve"> </w:t>
      </w:r>
      <w:r w:rsidR="00D6710D" w:rsidRPr="00B7305F">
        <w:rPr>
          <w:color w:val="000000" w:themeColor="text1"/>
          <w:lang w:val="uk-UA"/>
        </w:rPr>
        <w:t>цей</w:t>
      </w:r>
      <w:r w:rsidRPr="00B7305F">
        <w:rPr>
          <w:color w:val="000000" w:themeColor="text1"/>
          <w:lang w:val="uk-UA"/>
        </w:rPr>
        <w:t xml:space="preserve"> </w:t>
      </w:r>
      <w:r w:rsidR="00D6710D" w:rsidRPr="00B7305F">
        <w:rPr>
          <w:color w:val="000000" w:themeColor="text1"/>
          <w:lang w:val="uk-UA"/>
        </w:rPr>
        <w:t>вплив</w:t>
      </w:r>
      <w:r w:rsidRPr="00B7305F">
        <w:rPr>
          <w:color w:val="000000" w:themeColor="text1"/>
          <w:lang w:val="uk-UA"/>
        </w:rPr>
        <w:t xml:space="preserve"> </w:t>
      </w:r>
      <w:r w:rsidR="00D6710D" w:rsidRPr="00B7305F">
        <w:rPr>
          <w:color w:val="000000" w:themeColor="text1"/>
          <w:lang w:val="uk-UA"/>
        </w:rPr>
        <w:t>виникає</w:t>
      </w:r>
      <w:r w:rsidRPr="00B7305F">
        <w:rPr>
          <w:color w:val="000000" w:themeColor="text1"/>
          <w:lang w:val="uk-UA"/>
        </w:rPr>
        <w:t xml:space="preserve"> </w:t>
      </w:r>
      <w:r w:rsidR="00D6710D" w:rsidRPr="00B7305F">
        <w:rPr>
          <w:color w:val="000000" w:themeColor="text1"/>
          <w:lang w:val="uk-UA"/>
        </w:rPr>
        <w:t>завдяки</w:t>
      </w:r>
      <w:r w:rsidRPr="00B7305F">
        <w:rPr>
          <w:color w:val="000000" w:themeColor="text1"/>
          <w:lang w:val="uk-UA"/>
        </w:rPr>
        <w:t xml:space="preserve"> </w:t>
      </w:r>
      <w:r w:rsidR="00D6710D" w:rsidRPr="00B7305F">
        <w:rPr>
          <w:color w:val="000000" w:themeColor="text1"/>
          <w:lang w:val="uk-UA"/>
        </w:rPr>
        <w:t>ефекту</w:t>
      </w:r>
      <w:r w:rsidRPr="00B7305F">
        <w:rPr>
          <w:color w:val="000000" w:themeColor="text1"/>
          <w:lang w:val="uk-UA"/>
        </w:rPr>
        <w:t xml:space="preserve"> </w:t>
      </w:r>
      <w:r w:rsidR="00D6710D" w:rsidRPr="00B7305F">
        <w:rPr>
          <w:color w:val="000000" w:themeColor="text1"/>
          <w:lang w:val="uk-UA"/>
        </w:rPr>
        <w:t>присутності,</w:t>
      </w:r>
      <w:r w:rsidRPr="00B7305F">
        <w:rPr>
          <w:color w:val="000000" w:themeColor="text1"/>
          <w:lang w:val="uk-UA"/>
        </w:rPr>
        <w:t xml:space="preserve"> </w:t>
      </w:r>
      <w:r w:rsidR="00D6710D" w:rsidRPr="00B7305F">
        <w:rPr>
          <w:color w:val="000000" w:themeColor="text1"/>
          <w:lang w:val="uk-UA"/>
        </w:rPr>
        <w:t>співпереживанню,</w:t>
      </w:r>
      <w:r w:rsidRPr="00B7305F">
        <w:rPr>
          <w:color w:val="000000" w:themeColor="text1"/>
          <w:lang w:val="uk-UA"/>
        </w:rPr>
        <w:t xml:space="preserve"> </w:t>
      </w:r>
      <w:r w:rsidR="00D6710D" w:rsidRPr="00B7305F">
        <w:rPr>
          <w:color w:val="000000" w:themeColor="text1"/>
          <w:lang w:val="uk-UA"/>
        </w:rPr>
        <w:t>живому</w:t>
      </w:r>
      <w:r w:rsidRPr="00B7305F">
        <w:rPr>
          <w:color w:val="000000" w:themeColor="text1"/>
          <w:lang w:val="uk-UA"/>
        </w:rPr>
        <w:t xml:space="preserve"> </w:t>
      </w:r>
      <w:r w:rsidR="00D6710D" w:rsidRPr="00B7305F">
        <w:rPr>
          <w:color w:val="000000" w:themeColor="text1"/>
          <w:lang w:val="uk-UA"/>
        </w:rPr>
        <w:t>диханню</w:t>
      </w:r>
      <w:r w:rsidRPr="00B7305F">
        <w:rPr>
          <w:color w:val="000000" w:themeColor="text1"/>
          <w:lang w:val="uk-UA"/>
        </w:rPr>
        <w:t xml:space="preserve"> </w:t>
      </w:r>
      <w:r w:rsidR="00D6710D" w:rsidRPr="00B7305F">
        <w:rPr>
          <w:color w:val="000000" w:themeColor="text1"/>
          <w:lang w:val="uk-UA"/>
        </w:rPr>
        <w:t>акторів.</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кіно</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за</w:t>
      </w:r>
      <w:r w:rsidRPr="00B7305F">
        <w:rPr>
          <w:color w:val="000000" w:themeColor="text1"/>
          <w:lang w:val="uk-UA"/>
        </w:rPr>
        <w:t xml:space="preserve"> </w:t>
      </w:r>
      <w:r w:rsidR="00D6710D" w:rsidRPr="00B7305F">
        <w:rPr>
          <w:color w:val="000000" w:themeColor="text1"/>
          <w:lang w:val="uk-UA"/>
        </w:rPr>
        <w:t>рахунок</w:t>
      </w:r>
      <w:r w:rsidRPr="00B7305F">
        <w:rPr>
          <w:color w:val="000000" w:themeColor="text1"/>
          <w:lang w:val="uk-UA"/>
        </w:rPr>
        <w:t xml:space="preserve"> </w:t>
      </w:r>
      <w:r w:rsidR="00D6710D" w:rsidRPr="00B7305F">
        <w:rPr>
          <w:color w:val="000000" w:themeColor="text1"/>
          <w:lang w:val="uk-UA"/>
        </w:rPr>
        <w:t>можливості</w:t>
      </w:r>
      <w:r w:rsidRPr="00B7305F">
        <w:rPr>
          <w:color w:val="000000" w:themeColor="text1"/>
          <w:lang w:val="uk-UA"/>
        </w:rPr>
        <w:t xml:space="preserve"> </w:t>
      </w:r>
      <w:r w:rsidR="00D6710D" w:rsidRPr="00B7305F">
        <w:rPr>
          <w:color w:val="000000" w:themeColor="text1"/>
          <w:lang w:val="uk-UA"/>
        </w:rPr>
        <w:t>загострити</w:t>
      </w:r>
      <w:r w:rsidRPr="00B7305F">
        <w:rPr>
          <w:color w:val="000000" w:themeColor="text1"/>
          <w:lang w:val="uk-UA"/>
        </w:rPr>
        <w:t xml:space="preserve"> </w:t>
      </w:r>
      <w:r w:rsidR="00D6710D" w:rsidRPr="00B7305F">
        <w:rPr>
          <w:color w:val="000000" w:themeColor="text1"/>
          <w:lang w:val="uk-UA"/>
        </w:rPr>
        <w:t>найменші</w:t>
      </w:r>
      <w:r w:rsidRPr="00B7305F">
        <w:rPr>
          <w:color w:val="000000" w:themeColor="text1"/>
          <w:lang w:val="uk-UA"/>
        </w:rPr>
        <w:t xml:space="preserve"> </w:t>
      </w:r>
      <w:r w:rsidR="00D6710D" w:rsidRPr="00B7305F">
        <w:rPr>
          <w:color w:val="000000" w:themeColor="text1"/>
          <w:lang w:val="uk-UA"/>
        </w:rPr>
        <w:t>нюанси</w:t>
      </w:r>
      <w:r w:rsidRPr="00B7305F">
        <w:rPr>
          <w:color w:val="000000" w:themeColor="text1"/>
          <w:lang w:val="uk-UA"/>
        </w:rPr>
        <w:t xml:space="preserve"> </w:t>
      </w:r>
      <w:r w:rsidR="00D6710D" w:rsidRPr="00B7305F">
        <w:rPr>
          <w:color w:val="000000" w:themeColor="text1"/>
          <w:lang w:val="uk-UA"/>
        </w:rPr>
        <w:t>почуття:</w:t>
      </w:r>
      <w:r w:rsidRPr="00B7305F">
        <w:rPr>
          <w:color w:val="000000" w:themeColor="text1"/>
          <w:lang w:val="uk-UA"/>
        </w:rPr>
        <w:t xml:space="preserve"> </w:t>
      </w:r>
      <w:r w:rsidR="00D6710D" w:rsidRPr="00B7305F">
        <w:rPr>
          <w:color w:val="000000" w:themeColor="text1"/>
          <w:lang w:val="uk-UA"/>
        </w:rPr>
        <w:t>жест,</w:t>
      </w:r>
      <w:r w:rsidRPr="00B7305F">
        <w:rPr>
          <w:color w:val="000000" w:themeColor="text1"/>
          <w:lang w:val="uk-UA"/>
        </w:rPr>
        <w:t xml:space="preserve"> </w:t>
      </w:r>
      <w:r w:rsidR="00D6710D" w:rsidRPr="00B7305F">
        <w:rPr>
          <w:color w:val="000000" w:themeColor="text1"/>
          <w:lang w:val="uk-UA"/>
        </w:rPr>
        <w:t>погляд,</w:t>
      </w:r>
      <w:r w:rsidRPr="00B7305F">
        <w:rPr>
          <w:color w:val="000000" w:themeColor="text1"/>
          <w:lang w:val="uk-UA"/>
        </w:rPr>
        <w:t xml:space="preserve"> </w:t>
      </w:r>
      <w:r w:rsidR="00D6710D" w:rsidRPr="00B7305F">
        <w:rPr>
          <w:color w:val="000000" w:themeColor="text1"/>
          <w:lang w:val="uk-UA"/>
        </w:rPr>
        <w:t>мікрорух.</w:t>
      </w:r>
      <w:r w:rsidRPr="00B7305F">
        <w:rPr>
          <w:color w:val="000000" w:themeColor="text1"/>
          <w:lang w:val="uk-UA"/>
        </w:rPr>
        <w:t xml:space="preserve"> </w:t>
      </w:r>
      <w:r w:rsidR="00D6710D" w:rsidRPr="00B7305F">
        <w:rPr>
          <w:color w:val="000000" w:themeColor="text1"/>
          <w:lang w:val="uk-UA"/>
        </w:rPr>
        <w:t>Екранне</w:t>
      </w:r>
      <w:r w:rsidRPr="00B7305F">
        <w:rPr>
          <w:color w:val="000000" w:themeColor="text1"/>
          <w:lang w:val="uk-UA"/>
        </w:rPr>
        <w:t xml:space="preserve"> </w:t>
      </w:r>
      <w:r w:rsidR="00D6710D" w:rsidRPr="00B7305F">
        <w:rPr>
          <w:color w:val="000000" w:themeColor="text1"/>
          <w:lang w:val="uk-UA"/>
        </w:rPr>
        <w:t>мистецтво</w:t>
      </w:r>
      <w:r w:rsidRPr="00B7305F">
        <w:rPr>
          <w:color w:val="000000" w:themeColor="text1"/>
          <w:lang w:val="uk-UA"/>
        </w:rPr>
        <w:t xml:space="preserve"> </w:t>
      </w:r>
      <w:r w:rsidR="00D6710D" w:rsidRPr="00B7305F">
        <w:rPr>
          <w:color w:val="000000" w:themeColor="text1"/>
          <w:lang w:val="uk-UA"/>
        </w:rPr>
        <w:t>розширює</w:t>
      </w:r>
      <w:r w:rsidRPr="00B7305F">
        <w:rPr>
          <w:color w:val="000000" w:themeColor="text1"/>
          <w:lang w:val="uk-UA"/>
        </w:rPr>
        <w:t xml:space="preserve"> </w:t>
      </w:r>
      <w:r w:rsidR="00D6710D" w:rsidRPr="00B7305F">
        <w:rPr>
          <w:color w:val="000000" w:themeColor="text1"/>
          <w:lang w:val="uk-UA"/>
        </w:rPr>
        <w:t>межі</w:t>
      </w:r>
      <w:r w:rsidRPr="00B7305F">
        <w:rPr>
          <w:color w:val="000000" w:themeColor="text1"/>
          <w:lang w:val="uk-UA"/>
        </w:rPr>
        <w:t xml:space="preserve"> </w:t>
      </w:r>
      <w:r w:rsidR="00D6710D" w:rsidRPr="00B7305F">
        <w:rPr>
          <w:color w:val="000000" w:themeColor="text1"/>
          <w:lang w:val="uk-UA"/>
        </w:rPr>
        <w:t>акторської</w:t>
      </w:r>
      <w:r w:rsidRPr="00B7305F">
        <w:rPr>
          <w:color w:val="000000" w:themeColor="text1"/>
          <w:lang w:val="uk-UA"/>
        </w:rPr>
        <w:t xml:space="preserve"> </w:t>
      </w:r>
      <w:r w:rsidR="00D6710D" w:rsidRPr="00B7305F">
        <w:rPr>
          <w:color w:val="000000" w:themeColor="text1"/>
          <w:lang w:val="uk-UA"/>
        </w:rPr>
        <w:t>психології,</w:t>
      </w:r>
      <w:r w:rsidRPr="00B7305F">
        <w:rPr>
          <w:color w:val="000000" w:themeColor="text1"/>
          <w:lang w:val="uk-UA"/>
        </w:rPr>
        <w:t xml:space="preserve"> </w:t>
      </w:r>
      <w:r w:rsidR="00D6710D" w:rsidRPr="00B7305F">
        <w:rPr>
          <w:color w:val="000000" w:themeColor="text1"/>
          <w:lang w:val="uk-UA"/>
        </w:rPr>
        <w:t>дозволяючи</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лише</w:t>
      </w:r>
      <w:r w:rsidRPr="00B7305F">
        <w:rPr>
          <w:color w:val="000000" w:themeColor="text1"/>
          <w:lang w:val="uk-UA"/>
        </w:rPr>
        <w:t xml:space="preserve"> </w:t>
      </w:r>
      <w:r w:rsidR="00D6710D" w:rsidRPr="00B7305F">
        <w:rPr>
          <w:color w:val="000000" w:themeColor="text1"/>
          <w:lang w:val="uk-UA"/>
        </w:rPr>
        <w:t>спостерігати</w:t>
      </w:r>
      <w:r w:rsidRPr="00B7305F">
        <w:rPr>
          <w:color w:val="000000" w:themeColor="text1"/>
          <w:lang w:val="uk-UA"/>
        </w:rPr>
        <w:t xml:space="preserve"> </w:t>
      </w:r>
      <w:r w:rsidR="00D6710D" w:rsidRPr="00B7305F">
        <w:rPr>
          <w:color w:val="000000" w:themeColor="text1"/>
          <w:lang w:val="uk-UA"/>
        </w:rPr>
        <w:t>дію,</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й</w:t>
      </w:r>
      <w:r w:rsidRPr="00B7305F">
        <w:rPr>
          <w:color w:val="000000" w:themeColor="text1"/>
          <w:lang w:val="uk-UA"/>
        </w:rPr>
        <w:t xml:space="preserve"> </w:t>
      </w:r>
      <w:r w:rsidR="00D6710D" w:rsidRPr="00B7305F">
        <w:rPr>
          <w:color w:val="000000" w:themeColor="text1"/>
          <w:lang w:val="uk-UA"/>
        </w:rPr>
        <w:t>проникати</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внутрішній</w:t>
      </w:r>
      <w:r w:rsidRPr="00B7305F">
        <w:rPr>
          <w:color w:val="000000" w:themeColor="text1"/>
          <w:lang w:val="uk-UA"/>
        </w:rPr>
        <w:t xml:space="preserve"> </w:t>
      </w:r>
      <w:r w:rsidR="00D6710D" w:rsidRPr="00B7305F">
        <w:rPr>
          <w:color w:val="000000" w:themeColor="text1"/>
          <w:lang w:val="uk-UA"/>
        </w:rPr>
        <w:t>стан</w:t>
      </w:r>
      <w:r w:rsidRPr="00B7305F">
        <w:rPr>
          <w:color w:val="000000" w:themeColor="text1"/>
          <w:lang w:val="uk-UA"/>
        </w:rPr>
        <w:t xml:space="preserve"> </w:t>
      </w:r>
      <w:r w:rsidR="00D6710D" w:rsidRPr="00B7305F">
        <w:rPr>
          <w:color w:val="000000" w:themeColor="text1"/>
          <w:lang w:val="uk-UA"/>
        </w:rPr>
        <w:t>персонажа.</w:t>
      </w:r>
    </w:p>
    <w:p w14:paraId="4687D260" w14:textId="5C2D3163" w:rsidR="00D6710D" w:rsidRPr="00B7305F" w:rsidRDefault="00D6710D" w:rsidP="00051784">
      <w:pPr>
        <w:spacing w:after="0"/>
        <w:ind w:left="0" w:firstLine="709"/>
        <w:jc w:val="both"/>
        <w:rPr>
          <w:color w:val="000000" w:themeColor="text1"/>
          <w:lang w:val="uk-UA"/>
        </w:rPr>
      </w:pPr>
      <w:r w:rsidRPr="00B7305F">
        <w:rPr>
          <w:color w:val="000000" w:themeColor="text1"/>
          <w:lang w:val="uk-UA"/>
        </w:rPr>
        <w:t>Розвиток</w:t>
      </w:r>
      <w:r w:rsidR="00480420" w:rsidRPr="00B7305F">
        <w:rPr>
          <w:color w:val="000000" w:themeColor="text1"/>
          <w:lang w:val="uk-UA"/>
        </w:rPr>
        <w:t xml:space="preserve"> </w:t>
      </w:r>
      <w:r w:rsidRPr="00B7305F">
        <w:rPr>
          <w:color w:val="000000" w:themeColor="text1"/>
          <w:lang w:val="uk-UA"/>
        </w:rPr>
        <w:t>кінематографу</w:t>
      </w:r>
      <w:r w:rsidR="00480420" w:rsidRPr="00B7305F">
        <w:rPr>
          <w:color w:val="000000" w:themeColor="text1"/>
          <w:lang w:val="uk-UA"/>
        </w:rPr>
        <w:t xml:space="preserve"> </w:t>
      </w:r>
      <w:r w:rsidRPr="00B7305F">
        <w:rPr>
          <w:color w:val="000000" w:themeColor="text1"/>
          <w:lang w:val="uk-UA"/>
        </w:rPr>
        <w:t>ставить</w:t>
      </w:r>
      <w:r w:rsidR="00480420" w:rsidRPr="00B7305F">
        <w:rPr>
          <w:color w:val="000000" w:themeColor="text1"/>
          <w:lang w:val="uk-UA"/>
        </w:rPr>
        <w:t xml:space="preserve"> </w:t>
      </w:r>
      <w:r w:rsidRPr="00B7305F">
        <w:rPr>
          <w:color w:val="000000" w:themeColor="text1"/>
          <w:lang w:val="uk-UA"/>
        </w:rPr>
        <w:t>перед</w:t>
      </w:r>
      <w:r w:rsidR="00480420" w:rsidRPr="00B7305F">
        <w:rPr>
          <w:color w:val="000000" w:themeColor="text1"/>
          <w:lang w:val="uk-UA"/>
        </w:rPr>
        <w:t xml:space="preserve"> </w:t>
      </w:r>
      <w:r w:rsidRPr="00B7305F">
        <w:rPr>
          <w:color w:val="000000" w:themeColor="text1"/>
          <w:lang w:val="uk-UA"/>
        </w:rPr>
        <w:t>актором</w:t>
      </w:r>
      <w:r w:rsidR="00480420" w:rsidRPr="00B7305F">
        <w:rPr>
          <w:color w:val="000000" w:themeColor="text1"/>
          <w:lang w:val="uk-UA"/>
        </w:rPr>
        <w:t xml:space="preserve"> </w:t>
      </w:r>
      <w:r w:rsidRPr="00B7305F">
        <w:rPr>
          <w:color w:val="000000" w:themeColor="text1"/>
          <w:lang w:val="uk-UA"/>
        </w:rPr>
        <w:t>нові</w:t>
      </w:r>
      <w:r w:rsidR="00480420" w:rsidRPr="00B7305F">
        <w:rPr>
          <w:color w:val="000000" w:themeColor="text1"/>
          <w:lang w:val="uk-UA"/>
        </w:rPr>
        <w:t xml:space="preserve"> </w:t>
      </w:r>
      <w:r w:rsidRPr="00B7305F">
        <w:rPr>
          <w:color w:val="000000" w:themeColor="text1"/>
          <w:lang w:val="uk-UA"/>
        </w:rPr>
        <w:t>вимоги,</w:t>
      </w:r>
      <w:r w:rsidR="00480420" w:rsidRPr="00B7305F">
        <w:rPr>
          <w:color w:val="000000" w:themeColor="text1"/>
          <w:lang w:val="uk-UA"/>
        </w:rPr>
        <w:t xml:space="preserve"> </w:t>
      </w:r>
      <w:r w:rsidRPr="00B7305F">
        <w:rPr>
          <w:color w:val="000000" w:themeColor="text1"/>
          <w:lang w:val="uk-UA"/>
        </w:rPr>
        <w:t>але</w:t>
      </w:r>
      <w:r w:rsidR="00480420" w:rsidRPr="00B7305F">
        <w:rPr>
          <w:color w:val="000000" w:themeColor="text1"/>
          <w:lang w:val="uk-UA"/>
        </w:rPr>
        <w:t xml:space="preserve"> </w:t>
      </w:r>
      <w:r w:rsidRPr="00B7305F">
        <w:rPr>
          <w:color w:val="000000" w:themeColor="text1"/>
          <w:lang w:val="uk-UA"/>
        </w:rPr>
        <w:t>не</w:t>
      </w:r>
      <w:r w:rsidR="00480420" w:rsidRPr="00B7305F">
        <w:rPr>
          <w:color w:val="000000" w:themeColor="text1"/>
          <w:lang w:val="uk-UA"/>
        </w:rPr>
        <w:t xml:space="preserve"> </w:t>
      </w:r>
      <w:r w:rsidRPr="00B7305F">
        <w:rPr>
          <w:color w:val="000000" w:themeColor="text1"/>
          <w:lang w:val="uk-UA"/>
        </w:rPr>
        <w:t>заперечує</w:t>
      </w:r>
      <w:r w:rsidR="00480420" w:rsidRPr="00B7305F">
        <w:rPr>
          <w:color w:val="000000" w:themeColor="text1"/>
          <w:lang w:val="uk-UA"/>
        </w:rPr>
        <w:t xml:space="preserve"> </w:t>
      </w:r>
      <w:r w:rsidRPr="00B7305F">
        <w:rPr>
          <w:color w:val="000000" w:themeColor="text1"/>
          <w:lang w:val="uk-UA"/>
        </w:rPr>
        <w:t>сценічної</w:t>
      </w:r>
      <w:r w:rsidR="00480420" w:rsidRPr="00B7305F">
        <w:rPr>
          <w:color w:val="000000" w:themeColor="text1"/>
          <w:lang w:val="uk-UA"/>
        </w:rPr>
        <w:t xml:space="preserve"> </w:t>
      </w:r>
      <w:r w:rsidRPr="00B7305F">
        <w:rPr>
          <w:color w:val="000000" w:themeColor="text1"/>
          <w:lang w:val="uk-UA"/>
        </w:rPr>
        <w:t>традиції.</w:t>
      </w:r>
      <w:r w:rsidR="00480420" w:rsidRPr="00B7305F">
        <w:rPr>
          <w:color w:val="000000" w:themeColor="text1"/>
          <w:lang w:val="uk-UA"/>
        </w:rPr>
        <w:t xml:space="preserve"> </w:t>
      </w:r>
      <w:r w:rsidRPr="00B7305F">
        <w:rPr>
          <w:color w:val="000000" w:themeColor="text1"/>
          <w:lang w:val="uk-UA"/>
        </w:rPr>
        <w:t>Навпаки,</w:t>
      </w:r>
      <w:r w:rsidR="00480420" w:rsidRPr="00B7305F">
        <w:rPr>
          <w:color w:val="000000" w:themeColor="text1"/>
          <w:lang w:val="uk-UA"/>
        </w:rPr>
        <w:t xml:space="preserve"> </w:t>
      </w:r>
      <w:r w:rsidRPr="00B7305F">
        <w:rPr>
          <w:color w:val="000000" w:themeColor="text1"/>
          <w:lang w:val="uk-UA"/>
        </w:rPr>
        <w:t>багато</w:t>
      </w:r>
      <w:r w:rsidR="00480420" w:rsidRPr="00B7305F">
        <w:rPr>
          <w:color w:val="000000" w:themeColor="text1"/>
          <w:lang w:val="uk-UA"/>
        </w:rPr>
        <w:t xml:space="preserve"> </w:t>
      </w:r>
      <w:r w:rsidRPr="00B7305F">
        <w:rPr>
          <w:color w:val="000000" w:themeColor="text1"/>
          <w:lang w:val="uk-UA"/>
        </w:rPr>
        <w:t>технік</w:t>
      </w:r>
      <w:r w:rsidR="00480420" w:rsidRPr="00B7305F">
        <w:rPr>
          <w:color w:val="000000" w:themeColor="text1"/>
          <w:lang w:val="uk-UA"/>
        </w:rPr>
        <w:t xml:space="preserve"> </w:t>
      </w:r>
      <w:r w:rsidRPr="00B7305F">
        <w:rPr>
          <w:color w:val="000000" w:themeColor="text1"/>
          <w:lang w:val="uk-UA"/>
        </w:rPr>
        <w:t>—</w:t>
      </w:r>
      <w:r w:rsidR="00480420" w:rsidRPr="00B7305F">
        <w:rPr>
          <w:color w:val="000000" w:themeColor="text1"/>
          <w:lang w:val="uk-UA"/>
        </w:rPr>
        <w:t xml:space="preserve"> </w:t>
      </w:r>
      <w:r w:rsidRPr="00B7305F">
        <w:rPr>
          <w:color w:val="000000" w:themeColor="text1"/>
          <w:lang w:val="uk-UA"/>
        </w:rPr>
        <w:t>від</w:t>
      </w:r>
      <w:r w:rsidR="00480420" w:rsidRPr="00B7305F">
        <w:rPr>
          <w:color w:val="000000" w:themeColor="text1"/>
          <w:lang w:val="uk-UA"/>
        </w:rPr>
        <w:t xml:space="preserve"> </w:t>
      </w:r>
      <w:r w:rsidRPr="00B7305F">
        <w:rPr>
          <w:color w:val="000000" w:themeColor="text1"/>
          <w:lang w:val="uk-UA"/>
        </w:rPr>
        <w:t>роботи</w:t>
      </w:r>
      <w:r w:rsidR="00480420" w:rsidRPr="00B7305F">
        <w:rPr>
          <w:color w:val="000000" w:themeColor="text1"/>
          <w:lang w:val="uk-UA"/>
        </w:rPr>
        <w:t xml:space="preserve"> </w:t>
      </w:r>
      <w:r w:rsidRPr="00B7305F">
        <w:rPr>
          <w:color w:val="000000" w:themeColor="text1"/>
          <w:lang w:val="uk-UA"/>
        </w:rPr>
        <w:t>з</w:t>
      </w:r>
      <w:r w:rsidR="00480420" w:rsidRPr="00B7305F">
        <w:rPr>
          <w:color w:val="000000" w:themeColor="text1"/>
          <w:lang w:val="uk-UA"/>
        </w:rPr>
        <w:t xml:space="preserve"> </w:t>
      </w:r>
      <w:r w:rsidRPr="00B7305F">
        <w:rPr>
          <w:color w:val="000000" w:themeColor="text1"/>
          <w:lang w:val="uk-UA"/>
        </w:rPr>
        <w:t>емоційною</w:t>
      </w:r>
      <w:r w:rsidR="00480420" w:rsidRPr="00B7305F">
        <w:rPr>
          <w:color w:val="000000" w:themeColor="text1"/>
          <w:lang w:val="uk-UA"/>
        </w:rPr>
        <w:t xml:space="preserve"> </w:t>
      </w:r>
      <w:r w:rsidRPr="00B7305F">
        <w:rPr>
          <w:color w:val="000000" w:themeColor="text1"/>
          <w:lang w:val="uk-UA"/>
        </w:rPr>
        <w:t>пам’яттю</w:t>
      </w:r>
      <w:r w:rsidR="00480420" w:rsidRPr="00B7305F">
        <w:rPr>
          <w:color w:val="000000" w:themeColor="text1"/>
          <w:lang w:val="uk-UA"/>
        </w:rPr>
        <w:t xml:space="preserve"> </w:t>
      </w:r>
      <w:r w:rsidRPr="00B7305F">
        <w:rPr>
          <w:color w:val="000000" w:themeColor="text1"/>
          <w:lang w:val="uk-UA"/>
        </w:rPr>
        <w:t>до</w:t>
      </w:r>
      <w:r w:rsidR="00480420" w:rsidRPr="00B7305F">
        <w:rPr>
          <w:color w:val="000000" w:themeColor="text1"/>
          <w:lang w:val="uk-UA"/>
        </w:rPr>
        <w:t xml:space="preserve"> </w:t>
      </w:r>
      <w:r w:rsidRPr="00B7305F">
        <w:rPr>
          <w:color w:val="000000" w:themeColor="text1"/>
          <w:lang w:val="uk-UA"/>
        </w:rPr>
        <w:t>побудови</w:t>
      </w:r>
      <w:r w:rsidR="00480420" w:rsidRPr="00B7305F">
        <w:rPr>
          <w:color w:val="000000" w:themeColor="text1"/>
          <w:lang w:val="uk-UA"/>
        </w:rPr>
        <w:t xml:space="preserve"> </w:t>
      </w:r>
      <w:r w:rsidRPr="00B7305F">
        <w:rPr>
          <w:color w:val="000000" w:themeColor="text1"/>
          <w:lang w:val="uk-UA"/>
        </w:rPr>
        <w:t>фізичної</w:t>
      </w:r>
      <w:r w:rsidR="00480420" w:rsidRPr="00B7305F">
        <w:rPr>
          <w:color w:val="000000" w:themeColor="text1"/>
          <w:lang w:val="uk-UA"/>
        </w:rPr>
        <w:t xml:space="preserve"> </w:t>
      </w:r>
      <w:r w:rsidRPr="00B7305F">
        <w:rPr>
          <w:color w:val="000000" w:themeColor="text1"/>
          <w:lang w:val="uk-UA"/>
        </w:rPr>
        <w:t>дії</w:t>
      </w:r>
      <w:r w:rsidR="00480420" w:rsidRPr="00B7305F">
        <w:rPr>
          <w:color w:val="000000" w:themeColor="text1"/>
          <w:lang w:val="uk-UA"/>
        </w:rPr>
        <w:t xml:space="preserve"> </w:t>
      </w:r>
      <w:r w:rsidRPr="00B7305F">
        <w:rPr>
          <w:color w:val="000000" w:themeColor="text1"/>
          <w:lang w:val="uk-UA"/>
        </w:rPr>
        <w:t>—</w:t>
      </w:r>
      <w:r w:rsidR="00480420" w:rsidRPr="00B7305F">
        <w:rPr>
          <w:color w:val="000000" w:themeColor="text1"/>
          <w:lang w:val="uk-UA"/>
        </w:rPr>
        <w:t xml:space="preserve"> </w:t>
      </w:r>
      <w:r w:rsidRPr="00B7305F">
        <w:rPr>
          <w:color w:val="000000" w:themeColor="text1"/>
          <w:lang w:val="uk-UA"/>
        </w:rPr>
        <w:t>трансформуються,</w:t>
      </w:r>
      <w:r w:rsidR="00480420" w:rsidRPr="00B7305F">
        <w:rPr>
          <w:color w:val="000000" w:themeColor="text1"/>
          <w:lang w:val="uk-UA"/>
        </w:rPr>
        <w:t xml:space="preserve"> </w:t>
      </w:r>
      <w:r w:rsidRPr="00B7305F">
        <w:rPr>
          <w:color w:val="000000" w:themeColor="text1"/>
          <w:lang w:val="uk-UA"/>
        </w:rPr>
        <w:t>пристосовуючись</w:t>
      </w:r>
      <w:r w:rsidR="00480420" w:rsidRPr="00B7305F">
        <w:rPr>
          <w:color w:val="000000" w:themeColor="text1"/>
          <w:lang w:val="uk-UA"/>
        </w:rPr>
        <w:t xml:space="preserve"> </w:t>
      </w:r>
      <w:r w:rsidRPr="00B7305F">
        <w:rPr>
          <w:color w:val="000000" w:themeColor="text1"/>
          <w:lang w:val="uk-UA"/>
        </w:rPr>
        <w:t>до</w:t>
      </w:r>
      <w:r w:rsidR="00480420" w:rsidRPr="00B7305F">
        <w:rPr>
          <w:color w:val="000000" w:themeColor="text1"/>
          <w:lang w:val="uk-UA"/>
        </w:rPr>
        <w:t xml:space="preserve"> </w:t>
      </w:r>
      <w:r w:rsidRPr="00B7305F">
        <w:rPr>
          <w:color w:val="000000" w:themeColor="text1"/>
          <w:lang w:val="uk-UA"/>
        </w:rPr>
        <w:t>умов</w:t>
      </w:r>
      <w:r w:rsidR="00480420" w:rsidRPr="00B7305F">
        <w:rPr>
          <w:color w:val="000000" w:themeColor="text1"/>
          <w:lang w:val="uk-UA"/>
        </w:rPr>
        <w:t xml:space="preserve"> </w:t>
      </w:r>
      <w:r w:rsidRPr="00B7305F">
        <w:rPr>
          <w:color w:val="000000" w:themeColor="text1"/>
          <w:lang w:val="uk-UA"/>
        </w:rPr>
        <w:t>знімального</w:t>
      </w:r>
      <w:r w:rsidR="00480420" w:rsidRPr="00B7305F">
        <w:rPr>
          <w:color w:val="000000" w:themeColor="text1"/>
          <w:lang w:val="uk-UA"/>
        </w:rPr>
        <w:t xml:space="preserve"> </w:t>
      </w:r>
      <w:r w:rsidRPr="00B7305F">
        <w:rPr>
          <w:color w:val="000000" w:themeColor="text1"/>
          <w:lang w:val="uk-UA"/>
        </w:rPr>
        <w:t>майданчика.</w:t>
      </w:r>
      <w:r w:rsidR="00480420" w:rsidRPr="00B7305F">
        <w:rPr>
          <w:color w:val="000000" w:themeColor="text1"/>
          <w:lang w:val="uk-UA"/>
        </w:rPr>
        <w:t xml:space="preserve"> </w:t>
      </w:r>
      <w:r w:rsidRPr="00B7305F">
        <w:rPr>
          <w:color w:val="000000" w:themeColor="text1"/>
          <w:lang w:val="uk-UA"/>
        </w:rPr>
        <w:t>Театр</w:t>
      </w:r>
      <w:r w:rsidR="00480420" w:rsidRPr="00B7305F">
        <w:rPr>
          <w:color w:val="000000" w:themeColor="text1"/>
          <w:lang w:val="uk-UA"/>
        </w:rPr>
        <w:t xml:space="preserve"> </w:t>
      </w:r>
      <w:r w:rsidRPr="00B7305F">
        <w:rPr>
          <w:color w:val="000000" w:themeColor="text1"/>
          <w:lang w:val="uk-UA"/>
        </w:rPr>
        <w:t>навчає</w:t>
      </w:r>
      <w:r w:rsidR="00480420" w:rsidRPr="00B7305F">
        <w:rPr>
          <w:color w:val="000000" w:themeColor="text1"/>
          <w:lang w:val="uk-UA"/>
        </w:rPr>
        <w:t xml:space="preserve"> </w:t>
      </w:r>
      <w:r w:rsidRPr="00B7305F">
        <w:rPr>
          <w:color w:val="000000" w:themeColor="text1"/>
          <w:lang w:val="uk-UA"/>
        </w:rPr>
        <w:t>акторів</w:t>
      </w:r>
      <w:r w:rsidR="00480420" w:rsidRPr="00B7305F">
        <w:rPr>
          <w:color w:val="000000" w:themeColor="text1"/>
          <w:lang w:val="uk-UA"/>
        </w:rPr>
        <w:t xml:space="preserve"> </w:t>
      </w:r>
      <w:r w:rsidRPr="00B7305F">
        <w:rPr>
          <w:color w:val="000000" w:themeColor="text1"/>
          <w:lang w:val="uk-UA"/>
        </w:rPr>
        <w:t>органічності,</w:t>
      </w:r>
      <w:r w:rsidR="00480420" w:rsidRPr="00B7305F">
        <w:rPr>
          <w:color w:val="000000" w:themeColor="text1"/>
          <w:lang w:val="uk-UA"/>
        </w:rPr>
        <w:t xml:space="preserve"> </w:t>
      </w:r>
      <w:r w:rsidRPr="00B7305F">
        <w:rPr>
          <w:color w:val="000000" w:themeColor="text1"/>
          <w:lang w:val="uk-UA"/>
        </w:rPr>
        <w:t>концентрації,</w:t>
      </w:r>
      <w:r w:rsidR="00480420" w:rsidRPr="00B7305F">
        <w:rPr>
          <w:color w:val="000000" w:themeColor="text1"/>
          <w:lang w:val="uk-UA"/>
        </w:rPr>
        <w:t xml:space="preserve"> </w:t>
      </w:r>
      <w:r w:rsidRPr="00B7305F">
        <w:rPr>
          <w:color w:val="000000" w:themeColor="text1"/>
          <w:lang w:val="uk-UA"/>
        </w:rPr>
        <w:t>творчому</w:t>
      </w:r>
      <w:r w:rsidR="00480420" w:rsidRPr="00B7305F">
        <w:rPr>
          <w:color w:val="000000" w:themeColor="text1"/>
          <w:lang w:val="uk-UA"/>
        </w:rPr>
        <w:t xml:space="preserve"> </w:t>
      </w:r>
      <w:r w:rsidRPr="00B7305F">
        <w:rPr>
          <w:color w:val="000000" w:themeColor="text1"/>
          <w:lang w:val="uk-UA"/>
        </w:rPr>
        <w:t>мисленню,</w:t>
      </w:r>
      <w:r w:rsidR="00480420" w:rsidRPr="00B7305F">
        <w:rPr>
          <w:color w:val="000000" w:themeColor="text1"/>
          <w:lang w:val="uk-UA"/>
        </w:rPr>
        <w:t xml:space="preserve"> </w:t>
      </w:r>
      <w:r w:rsidRPr="00B7305F">
        <w:rPr>
          <w:color w:val="000000" w:themeColor="text1"/>
          <w:lang w:val="uk-UA"/>
        </w:rPr>
        <w:t>а</w:t>
      </w:r>
      <w:r w:rsidR="00480420" w:rsidRPr="00B7305F">
        <w:rPr>
          <w:color w:val="000000" w:themeColor="text1"/>
          <w:lang w:val="uk-UA"/>
        </w:rPr>
        <w:t xml:space="preserve"> </w:t>
      </w:r>
      <w:r w:rsidRPr="00B7305F">
        <w:rPr>
          <w:color w:val="000000" w:themeColor="text1"/>
          <w:lang w:val="uk-UA"/>
        </w:rPr>
        <w:t>кіно</w:t>
      </w:r>
      <w:r w:rsidR="00480420" w:rsidRPr="00B7305F">
        <w:rPr>
          <w:color w:val="000000" w:themeColor="text1"/>
          <w:lang w:val="uk-UA"/>
        </w:rPr>
        <w:t xml:space="preserve"> </w:t>
      </w:r>
      <w:r w:rsidRPr="00B7305F">
        <w:rPr>
          <w:color w:val="000000" w:themeColor="text1"/>
          <w:lang w:val="uk-UA"/>
        </w:rPr>
        <w:t>вимагає</w:t>
      </w:r>
      <w:r w:rsidR="00480420" w:rsidRPr="00B7305F">
        <w:rPr>
          <w:color w:val="000000" w:themeColor="text1"/>
          <w:lang w:val="uk-UA"/>
        </w:rPr>
        <w:t xml:space="preserve"> </w:t>
      </w:r>
      <w:r w:rsidRPr="00B7305F">
        <w:rPr>
          <w:color w:val="000000" w:themeColor="text1"/>
          <w:lang w:val="uk-UA"/>
        </w:rPr>
        <w:t>точності,</w:t>
      </w:r>
      <w:r w:rsidR="00480420" w:rsidRPr="00B7305F">
        <w:rPr>
          <w:color w:val="000000" w:themeColor="text1"/>
          <w:lang w:val="uk-UA"/>
        </w:rPr>
        <w:t xml:space="preserve"> </w:t>
      </w:r>
      <w:r w:rsidRPr="00B7305F">
        <w:rPr>
          <w:color w:val="000000" w:themeColor="text1"/>
          <w:lang w:val="uk-UA"/>
        </w:rPr>
        <w:t>природності,</w:t>
      </w:r>
      <w:r w:rsidR="00480420" w:rsidRPr="00B7305F">
        <w:rPr>
          <w:color w:val="000000" w:themeColor="text1"/>
          <w:lang w:val="uk-UA"/>
        </w:rPr>
        <w:t xml:space="preserve"> </w:t>
      </w:r>
      <w:r w:rsidRPr="00B7305F">
        <w:rPr>
          <w:color w:val="000000" w:themeColor="text1"/>
          <w:lang w:val="uk-UA"/>
        </w:rPr>
        <w:t>тонкості</w:t>
      </w:r>
      <w:r w:rsidR="00480420" w:rsidRPr="00B7305F">
        <w:rPr>
          <w:color w:val="000000" w:themeColor="text1"/>
          <w:lang w:val="uk-UA"/>
        </w:rPr>
        <w:t xml:space="preserve"> </w:t>
      </w:r>
      <w:r w:rsidRPr="00B7305F">
        <w:rPr>
          <w:color w:val="000000" w:themeColor="text1"/>
          <w:lang w:val="uk-UA"/>
        </w:rPr>
        <w:t>внутрішніх</w:t>
      </w:r>
      <w:r w:rsidR="00480420" w:rsidRPr="00B7305F">
        <w:rPr>
          <w:color w:val="000000" w:themeColor="text1"/>
          <w:lang w:val="uk-UA"/>
        </w:rPr>
        <w:t xml:space="preserve"> </w:t>
      </w:r>
      <w:r w:rsidRPr="00B7305F">
        <w:rPr>
          <w:color w:val="000000" w:themeColor="text1"/>
          <w:lang w:val="uk-UA"/>
        </w:rPr>
        <w:t>процесів.</w:t>
      </w:r>
      <w:r w:rsidR="00480420" w:rsidRPr="00B7305F">
        <w:rPr>
          <w:color w:val="000000" w:themeColor="text1"/>
          <w:lang w:val="uk-UA"/>
        </w:rPr>
        <w:t xml:space="preserve"> </w:t>
      </w:r>
      <w:r w:rsidRPr="00B7305F">
        <w:rPr>
          <w:color w:val="000000" w:themeColor="text1"/>
          <w:lang w:val="uk-UA"/>
        </w:rPr>
        <w:t>Ця</w:t>
      </w:r>
      <w:r w:rsidR="00480420" w:rsidRPr="00B7305F">
        <w:rPr>
          <w:color w:val="000000" w:themeColor="text1"/>
          <w:lang w:val="uk-UA"/>
        </w:rPr>
        <w:t xml:space="preserve"> </w:t>
      </w:r>
      <w:r w:rsidRPr="00B7305F">
        <w:rPr>
          <w:color w:val="000000" w:themeColor="text1"/>
          <w:lang w:val="uk-UA"/>
        </w:rPr>
        <w:t>взаємодія</w:t>
      </w:r>
      <w:r w:rsidR="00480420" w:rsidRPr="00B7305F">
        <w:rPr>
          <w:color w:val="000000" w:themeColor="text1"/>
          <w:lang w:val="uk-UA"/>
        </w:rPr>
        <w:t xml:space="preserve"> </w:t>
      </w:r>
      <w:r w:rsidRPr="00B7305F">
        <w:rPr>
          <w:color w:val="000000" w:themeColor="text1"/>
          <w:lang w:val="uk-UA"/>
        </w:rPr>
        <w:t>двох</w:t>
      </w:r>
      <w:r w:rsidR="00480420" w:rsidRPr="00B7305F">
        <w:rPr>
          <w:color w:val="000000" w:themeColor="text1"/>
          <w:lang w:val="uk-UA"/>
        </w:rPr>
        <w:t xml:space="preserve"> </w:t>
      </w:r>
      <w:r w:rsidRPr="00B7305F">
        <w:rPr>
          <w:color w:val="000000" w:themeColor="text1"/>
          <w:lang w:val="uk-UA"/>
        </w:rPr>
        <w:t>мистецтв</w:t>
      </w:r>
      <w:r w:rsidR="00480420" w:rsidRPr="00B7305F">
        <w:rPr>
          <w:color w:val="000000" w:themeColor="text1"/>
          <w:lang w:val="uk-UA"/>
        </w:rPr>
        <w:t xml:space="preserve"> </w:t>
      </w:r>
      <w:r w:rsidRPr="00B7305F">
        <w:rPr>
          <w:color w:val="000000" w:themeColor="text1"/>
          <w:lang w:val="uk-UA"/>
        </w:rPr>
        <w:t>створює</w:t>
      </w:r>
      <w:r w:rsidR="00480420" w:rsidRPr="00B7305F">
        <w:rPr>
          <w:color w:val="000000" w:themeColor="text1"/>
          <w:lang w:val="uk-UA"/>
        </w:rPr>
        <w:t xml:space="preserve"> </w:t>
      </w:r>
      <w:r w:rsidRPr="00B7305F">
        <w:rPr>
          <w:color w:val="000000" w:themeColor="text1"/>
          <w:lang w:val="uk-UA"/>
        </w:rPr>
        <w:t>синтетичний</w:t>
      </w:r>
      <w:r w:rsidR="00480420" w:rsidRPr="00B7305F">
        <w:rPr>
          <w:color w:val="000000" w:themeColor="text1"/>
          <w:lang w:val="uk-UA"/>
        </w:rPr>
        <w:t xml:space="preserve"> </w:t>
      </w:r>
      <w:r w:rsidRPr="00B7305F">
        <w:rPr>
          <w:color w:val="000000" w:themeColor="text1"/>
          <w:lang w:val="uk-UA"/>
        </w:rPr>
        <w:t>простір,</w:t>
      </w:r>
      <w:r w:rsidR="00480420" w:rsidRPr="00B7305F">
        <w:rPr>
          <w:color w:val="000000" w:themeColor="text1"/>
          <w:lang w:val="uk-UA"/>
        </w:rPr>
        <w:t xml:space="preserve"> </w:t>
      </w:r>
      <w:r w:rsidRPr="00B7305F">
        <w:rPr>
          <w:color w:val="000000" w:themeColor="text1"/>
          <w:lang w:val="uk-UA"/>
        </w:rPr>
        <w:t>у</w:t>
      </w:r>
      <w:r w:rsidR="00480420" w:rsidRPr="00B7305F">
        <w:rPr>
          <w:color w:val="000000" w:themeColor="text1"/>
          <w:lang w:val="uk-UA"/>
        </w:rPr>
        <w:t xml:space="preserve"> </w:t>
      </w:r>
      <w:r w:rsidRPr="00B7305F">
        <w:rPr>
          <w:color w:val="000000" w:themeColor="text1"/>
          <w:lang w:val="uk-UA"/>
        </w:rPr>
        <w:t>якому</w:t>
      </w:r>
      <w:r w:rsidR="00480420" w:rsidRPr="00B7305F">
        <w:rPr>
          <w:color w:val="000000" w:themeColor="text1"/>
          <w:lang w:val="uk-UA"/>
        </w:rPr>
        <w:t xml:space="preserve"> </w:t>
      </w:r>
      <w:r w:rsidRPr="00B7305F">
        <w:rPr>
          <w:color w:val="000000" w:themeColor="text1"/>
          <w:lang w:val="uk-UA"/>
        </w:rPr>
        <w:t>акторська</w:t>
      </w:r>
      <w:r w:rsidR="00480420" w:rsidRPr="00B7305F">
        <w:rPr>
          <w:color w:val="000000" w:themeColor="text1"/>
          <w:lang w:val="uk-UA"/>
        </w:rPr>
        <w:t xml:space="preserve"> </w:t>
      </w:r>
      <w:r w:rsidRPr="00B7305F">
        <w:rPr>
          <w:color w:val="000000" w:themeColor="text1"/>
          <w:lang w:val="uk-UA"/>
        </w:rPr>
        <w:t>техніка</w:t>
      </w:r>
      <w:r w:rsidR="00480420" w:rsidRPr="00B7305F">
        <w:rPr>
          <w:color w:val="000000" w:themeColor="text1"/>
          <w:lang w:val="uk-UA"/>
        </w:rPr>
        <w:t xml:space="preserve"> </w:t>
      </w:r>
      <w:r w:rsidRPr="00B7305F">
        <w:rPr>
          <w:color w:val="000000" w:themeColor="text1"/>
          <w:lang w:val="uk-UA"/>
        </w:rPr>
        <w:t>набуває</w:t>
      </w:r>
      <w:r w:rsidR="00480420" w:rsidRPr="00B7305F">
        <w:rPr>
          <w:color w:val="000000" w:themeColor="text1"/>
          <w:lang w:val="uk-UA"/>
        </w:rPr>
        <w:t xml:space="preserve"> </w:t>
      </w:r>
      <w:r w:rsidRPr="00B7305F">
        <w:rPr>
          <w:color w:val="000000" w:themeColor="text1"/>
          <w:lang w:val="uk-UA"/>
        </w:rPr>
        <w:t>нових</w:t>
      </w:r>
      <w:r w:rsidR="00480420" w:rsidRPr="00B7305F">
        <w:rPr>
          <w:color w:val="000000" w:themeColor="text1"/>
          <w:lang w:val="uk-UA"/>
        </w:rPr>
        <w:t xml:space="preserve"> </w:t>
      </w:r>
      <w:r w:rsidRPr="00B7305F">
        <w:rPr>
          <w:color w:val="000000" w:themeColor="text1"/>
          <w:lang w:val="uk-UA"/>
        </w:rPr>
        <w:t>можливостей.</w:t>
      </w:r>
    </w:p>
    <w:p w14:paraId="29A8F590" w14:textId="209D49D8" w:rsidR="00903E07" w:rsidRPr="00B7305F" w:rsidRDefault="00D6710D" w:rsidP="00051784">
      <w:pPr>
        <w:spacing w:after="0"/>
        <w:ind w:left="0" w:firstLine="709"/>
        <w:jc w:val="both"/>
        <w:rPr>
          <w:rFonts w:cs="Times New Roman"/>
          <w:b/>
          <w:bCs/>
          <w:color w:val="000000" w:themeColor="text1"/>
          <w:lang w:val="uk-UA"/>
        </w:rPr>
      </w:pPr>
      <w:r w:rsidRPr="00B7305F">
        <w:rPr>
          <w:color w:val="000000" w:themeColor="text1"/>
          <w:lang w:val="uk-UA"/>
        </w:rPr>
        <w:t>Таким</w:t>
      </w:r>
      <w:r w:rsidR="00480420" w:rsidRPr="00B7305F">
        <w:rPr>
          <w:color w:val="000000" w:themeColor="text1"/>
          <w:lang w:val="uk-UA"/>
        </w:rPr>
        <w:t xml:space="preserve"> </w:t>
      </w:r>
      <w:r w:rsidRPr="00B7305F">
        <w:rPr>
          <w:color w:val="000000" w:themeColor="text1"/>
          <w:lang w:val="uk-UA"/>
        </w:rPr>
        <w:t>чином,</w:t>
      </w:r>
      <w:r w:rsidR="00480420" w:rsidRPr="00B7305F">
        <w:rPr>
          <w:color w:val="000000" w:themeColor="text1"/>
          <w:lang w:val="uk-UA"/>
        </w:rPr>
        <w:t xml:space="preserve"> </w:t>
      </w:r>
      <w:r w:rsidRPr="00B7305F">
        <w:rPr>
          <w:color w:val="000000" w:themeColor="text1"/>
          <w:lang w:val="uk-UA"/>
        </w:rPr>
        <w:t>витоки</w:t>
      </w:r>
      <w:r w:rsidR="00480420" w:rsidRPr="00B7305F">
        <w:rPr>
          <w:color w:val="000000" w:themeColor="text1"/>
          <w:lang w:val="uk-UA"/>
        </w:rPr>
        <w:t xml:space="preserve"> </w:t>
      </w:r>
      <w:r w:rsidRPr="00B7305F">
        <w:rPr>
          <w:color w:val="000000" w:themeColor="text1"/>
          <w:lang w:val="uk-UA"/>
        </w:rPr>
        <w:t>та</w:t>
      </w:r>
      <w:r w:rsidR="00480420" w:rsidRPr="00B7305F">
        <w:rPr>
          <w:color w:val="000000" w:themeColor="text1"/>
          <w:lang w:val="uk-UA"/>
        </w:rPr>
        <w:t xml:space="preserve"> </w:t>
      </w:r>
      <w:r w:rsidRPr="00B7305F">
        <w:rPr>
          <w:color w:val="000000" w:themeColor="text1"/>
          <w:lang w:val="uk-UA"/>
        </w:rPr>
        <w:t>розвиток</w:t>
      </w:r>
      <w:r w:rsidR="00480420" w:rsidRPr="00B7305F">
        <w:rPr>
          <w:color w:val="000000" w:themeColor="text1"/>
          <w:lang w:val="uk-UA"/>
        </w:rPr>
        <w:t xml:space="preserve"> </w:t>
      </w:r>
      <w:r w:rsidRPr="00B7305F">
        <w:rPr>
          <w:color w:val="000000" w:themeColor="text1"/>
          <w:lang w:val="uk-UA"/>
        </w:rPr>
        <w:t>театру</w:t>
      </w:r>
      <w:r w:rsidR="00480420" w:rsidRPr="00B7305F">
        <w:rPr>
          <w:color w:val="000000" w:themeColor="text1"/>
          <w:lang w:val="uk-UA"/>
        </w:rPr>
        <w:t xml:space="preserve"> </w:t>
      </w:r>
      <w:r w:rsidRPr="00B7305F">
        <w:rPr>
          <w:color w:val="000000" w:themeColor="text1"/>
          <w:lang w:val="uk-UA"/>
        </w:rPr>
        <w:t>й</w:t>
      </w:r>
      <w:r w:rsidR="00480420" w:rsidRPr="00B7305F">
        <w:rPr>
          <w:color w:val="000000" w:themeColor="text1"/>
          <w:lang w:val="uk-UA"/>
        </w:rPr>
        <w:t xml:space="preserve"> </w:t>
      </w:r>
      <w:r w:rsidRPr="00B7305F">
        <w:rPr>
          <w:color w:val="000000" w:themeColor="text1"/>
          <w:lang w:val="uk-UA"/>
        </w:rPr>
        <w:t>кінематографу</w:t>
      </w:r>
      <w:r w:rsidR="00480420" w:rsidRPr="00B7305F">
        <w:rPr>
          <w:color w:val="000000" w:themeColor="text1"/>
          <w:lang w:val="uk-UA"/>
        </w:rPr>
        <w:t xml:space="preserve"> </w:t>
      </w:r>
      <w:r w:rsidRPr="00B7305F">
        <w:rPr>
          <w:color w:val="000000" w:themeColor="text1"/>
          <w:lang w:val="uk-UA"/>
        </w:rPr>
        <w:t>засвідчують</w:t>
      </w:r>
      <w:r w:rsidR="00480420" w:rsidRPr="00B7305F">
        <w:rPr>
          <w:color w:val="000000" w:themeColor="text1"/>
          <w:lang w:val="uk-UA"/>
        </w:rPr>
        <w:t xml:space="preserve"> </w:t>
      </w:r>
      <w:r w:rsidRPr="00B7305F">
        <w:rPr>
          <w:color w:val="000000" w:themeColor="text1"/>
          <w:lang w:val="uk-UA"/>
        </w:rPr>
        <w:t>їхню</w:t>
      </w:r>
      <w:r w:rsidR="00480420" w:rsidRPr="00B7305F">
        <w:rPr>
          <w:color w:val="000000" w:themeColor="text1"/>
          <w:lang w:val="uk-UA"/>
        </w:rPr>
        <w:t xml:space="preserve"> </w:t>
      </w:r>
      <w:r w:rsidRPr="00B7305F">
        <w:rPr>
          <w:color w:val="000000" w:themeColor="text1"/>
          <w:lang w:val="uk-UA"/>
        </w:rPr>
        <w:t>глибоку</w:t>
      </w:r>
      <w:r w:rsidR="00480420" w:rsidRPr="00B7305F">
        <w:rPr>
          <w:color w:val="000000" w:themeColor="text1"/>
          <w:lang w:val="uk-UA"/>
        </w:rPr>
        <w:t xml:space="preserve"> </w:t>
      </w:r>
      <w:r w:rsidRPr="00B7305F">
        <w:rPr>
          <w:color w:val="000000" w:themeColor="text1"/>
          <w:lang w:val="uk-UA"/>
        </w:rPr>
        <w:t>історичну</w:t>
      </w:r>
      <w:r w:rsidR="00480420" w:rsidRPr="00B7305F">
        <w:rPr>
          <w:color w:val="000000" w:themeColor="text1"/>
          <w:lang w:val="uk-UA"/>
        </w:rPr>
        <w:t xml:space="preserve"> </w:t>
      </w:r>
      <w:r w:rsidRPr="00B7305F">
        <w:rPr>
          <w:color w:val="000000" w:themeColor="text1"/>
          <w:lang w:val="uk-UA"/>
        </w:rPr>
        <w:t>пов’язаність.</w:t>
      </w:r>
      <w:r w:rsidR="00480420" w:rsidRPr="00B7305F">
        <w:rPr>
          <w:color w:val="000000" w:themeColor="text1"/>
          <w:lang w:val="uk-UA"/>
        </w:rPr>
        <w:t xml:space="preserve"> </w:t>
      </w:r>
      <w:r w:rsidRPr="00B7305F">
        <w:rPr>
          <w:color w:val="000000" w:themeColor="text1"/>
          <w:lang w:val="uk-UA"/>
        </w:rPr>
        <w:t>Театр</w:t>
      </w:r>
      <w:r w:rsidR="00480420" w:rsidRPr="00B7305F">
        <w:rPr>
          <w:color w:val="000000" w:themeColor="text1"/>
          <w:lang w:val="uk-UA"/>
        </w:rPr>
        <w:t xml:space="preserve"> </w:t>
      </w:r>
      <w:r w:rsidRPr="00B7305F">
        <w:rPr>
          <w:color w:val="000000" w:themeColor="text1"/>
          <w:lang w:val="uk-UA"/>
        </w:rPr>
        <w:t>став</w:t>
      </w:r>
      <w:r w:rsidR="00480420" w:rsidRPr="00B7305F">
        <w:rPr>
          <w:color w:val="000000" w:themeColor="text1"/>
          <w:lang w:val="uk-UA"/>
        </w:rPr>
        <w:t xml:space="preserve"> </w:t>
      </w:r>
      <w:r w:rsidRPr="00B7305F">
        <w:rPr>
          <w:color w:val="000000" w:themeColor="text1"/>
          <w:lang w:val="uk-UA"/>
        </w:rPr>
        <w:t>концептуальною</w:t>
      </w:r>
      <w:r w:rsidR="00480420" w:rsidRPr="00B7305F">
        <w:rPr>
          <w:color w:val="000000" w:themeColor="text1"/>
          <w:lang w:val="uk-UA"/>
        </w:rPr>
        <w:t xml:space="preserve"> </w:t>
      </w:r>
      <w:r w:rsidRPr="00B7305F">
        <w:rPr>
          <w:color w:val="000000" w:themeColor="text1"/>
          <w:lang w:val="uk-UA"/>
        </w:rPr>
        <w:t>основою</w:t>
      </w:r>
      <w:r w:rsidR="00480420" w:rsidRPr="00B7305F">
        <w:rPr>
          <w:color w:val="000000" w:themeColor="text1"/>
          <w:lang w:val="uk-UA"/>
        </w:rPr>
        <w:t xml:space="preserve"> </w:t>
      </w:r>
      <w:r w:rsidRPr="00B7305F">
        <w:rPr>
          <w:color w:val="000000" w:themeColor="text1"/>
          <w:lang w:val="uk-UA"/>
        </w:rPr>
        <w:t>для</w:t>
      </w:r>
      <w:r w:rsidR="00480420" w:rsidRPr="00B7305F">
        <w:rPr>
          <w:color w:val="000000" w:themeColor="text1"/>
          <w:lang w:val="uk-UA"/>
        </w:rPr>
        <w:t xml:space="preserve"> </w:t>
      </w:r>
      <w:r w:rsidRPr="00B7305F">
        <w:rPr>
          <w:color w:val="000000" w:themeColor="text1"/>
          <w:lang w:val="uk-UA"/>
        </w:rPr>
        <w:t>формування</w:t>
      </w:r>
      <w:r w:rsidR="00480420" w:rsidRPr="00B7305F">
        <w:rPr>
          <w:color w:val="000000" w:themeColor="text1"/>
          <w:lang w:val="uk-UA"/>
        </w:rPr>
        <w:t xml:space="preserve"> </w:t>
      </w:r>
      <w:r w:rsidRPr="00B7305F">
        <w:rPr>
          <w:color w:val="000000" w:themeColor="text1"/>
          <w:lang w:val="uk-UA"/>
        </w:rPr>
        <w:t>кіномистецтва,</w:t>
      </w:r>
      <w:r w:rsidR="00480420" w:rsidRPr="00B7305F">
        <w:rPr>
          <w:color w:val="000000" w:themeColor="text1"/>
          <w:lang w:val="uk-UA"/>
        </w:rPr>
        <w:t xml:space="preserve"> </w:t>
      </w:r>
      <w:r w:rsidRPr="00B7305F">
        <w:rPr>
          <w:color w:val="000000" w:themeColor="text1"/>
          <w:lang w:val="uk-UA"/>
        </w:rPr>
        <w:t>а</w:t>
      </w:r>
      <w:r w:rsidR="00480420" w:rsidRPr="00B7305F">
        <w:rPr>
          <w:color w:val="000000" w:themeColor="text1"/>
          <w:lang w:val="uk-UA"/>
        </w:rPr>
        <w:t xml:space="preserve"> </w:t>
      </w:r>
      <w:r w:rsidRPr="00B7305F">
        <w:rPr>
          <w:color w:val="000000" w:themeColor="text1"/>
          <w:lang w:val="uk-UA"/>
        </w:rPr>
        <w:t>кіно,</w:t>
      </w:r>
      <w:r w:rsidR="00480420" w:rsidRPr="00B7305F">
        <w:rPr>
          <w:color w:val="000000" w:themeColor="text1"/>
          <w:lang w:val="uk-UA"/>
        </w:rPr>
        <w:t xml:space="preserve"> </w:t>
      </w:r>
      <w:r w:rsidRPr="00B7305F">
        <w:rPr>
          <w:color w:val="000000" w:themeColor="text1"/>
          <w:lang w:val="uk-UA"/>
        </w:rPr>
        <w:t>у</w:t>
      </w:r>
      <w:r w:rsidR="00480420" w:rsidRPr="00B7305F">
        <w:rPr>
          <w:color w:val="000000" w:themeColor="text1"/>
          <w:lang w:val="uk-UA"/>
        </w:rPr>
        <w:t xml:space="preserve"> </w:t>
      </w:r>
      <w:r w:rsidRPr="00B7305F">
        <w:rPr>
          <w:color w:val="000000" w:themeColor="text1"/>
          <w:lang w:val="uk-UA"/>
        </w:rPr>
        <w:t>свою</w:t>
      </w:r>
      <w:r w:rsidR="00480420" w:rsidRPr="00B7305F">
        <w:rPr>
          <w:color w:val="000000" w:themeColor="text1"/>
          <w:lang w:val="uk-UA"/>
        </w:rPr>
        <w:t xml:space="preserve"> </w:t>
      </w:r>
      <w:r w:rsidRPr="00B7305F">
        <w:rPr>
          <w:color w:val="000000" w:themeColor="text1"/>
          <w:lang w:val="uk-UA"/>
        </w:rPr>
        <w:t>чергу,</w:t>
      </w:r>
      <w:r w:rsidR="00480420" w:rsidRPr="00B7305F">
        <w:rPr>
          <w:color w:val="000000" w:themeColor="text1"/>
          <w:lang w:val="uk-UA"/>
        </w:rPr>
        <w:t xml:space="preserve"> </w:t>
      </w:r>
      <w:r w:rsidRPr="00B7305F">
        <w:rPr>
          <w:color w:val="000000" w:themeColor="text1"/>
          <w:lang w:val="uk-UA"/>
        </w:rPr>
        <w:t>розширило</w:t>
      </w:r>
      <w:r w:rsidR="00480420" w:rsidRPr="00B7305F">
        <w:rPr>
          <w:color w:val="000000" w:themeColor="text1"/>
          <w:lang w:val="uk-UA"/>
        </w:rPr>
        <w:t xml:space="preserve"> </w:t>
      </w:r>
      <w:r w:rsidRPr="00B7305F">
        <w:rPr>
          <w:color w:val="000000" w:themeColor="text1"/>
          <w:lang w:val="uk-UA"/>
        </w:rPr>
        <w:t>межі</w:t>
      </w:r>
      <w:r w:rsidR="00480420" w:rsidRPr="00B7305F">
        <w:rPr>
          <w:color w:val="000000" w:themeColor="text1"/>
          <w:lang w:val="uk-UA"/>
        </w:rPr>
        <w:t xml:space="preserve"> </w:t>
      </w:r>
      <w:r w:rsidRPr="00B7305F">
        <w:rPr>
          <w:color w:val="000000" w:themeColor="text1"/>
          <w:lang w:val="uk-UA"/>
        </w:rPr>
        <w:t>сценічної</w:t>
      </w:r>
      <w:r w:rsidR="00480420" w:rsidRPr="00B7305F">
        <w:rPr>
          <w:color w:val="000000" w:themeColor="text1"/>
          <w:lang w:val="uk-UA"/>
        </w:rPr>
        <w:t xml:space="preserve"> </w:t>
      </w:r>
      <w:r w:rsidRPr="00B7305F">
        <w:rPr>
          <w:color w:val="000000" w:themeColor="text1"/>
          <w:lang w:val="uk-UA"/>
        </w:rPr>
        <w:t>дії,</w:t>
      </w:r>
      <w:r w:rsidR="00480420" w:rsidRPr="00B7305F">
        <w:rPr>
          <w:color w:val="000000" w:themeColor="text1"/>
          <w:lang w:val="uk-UA"/>
        </w:rPr>
        <w:t xml:space="preserve"> </w:t>
      </w:r>
      <w:r w:rsidRPr="00B7305F">
        <w:rPr>
          <w:color w:val="000000" w:themeColor="text1"/>
          <w:lang w:val="uk-UA"/>
        </w:rPr>
        <w:t>запропонувавши</w:t>
      </w:r>
      <w:r w:rsidR="00480420" w:rsidRPr="00B7305F">
        <w:rPr>
          <w:color w:val="000000" w:themeColor="text1"/>
          <w:lang w:val="uk-UA"/>
        </w:rPr>
        <w:t xml:space="preserve"> </w:t>
      </w:r>
      <w:r w:rsidRPr="00B7305F">
        <w:rPr>
          <w:color w:val="000000" w:themeColor="text1"/>
          <w:lang w:val="uk-UA"/>
        </w:rPr>
        <w:t>нові</w:t>
      </w:r>
      <w:r w:rsidR="00480420" w:rsidRPr="00B7305F">
        <w:rPr>
          <w:color w:val="000000" w:themeColor="text1"/>
          <w:lang w:val="uk-UA"/>
        </w:rPr>
        <w:t xml:space="preserve"> </w:t>
      </w:r>
      <w:r w:rsidRPr="00B7305F">
        <w:rPr>
          <w:color w:val="000000" w:themeColor="text1"/>
          <w:lang w:val="uk-UA"/>
        </w:rPr>
        <w:t>способи</w:t>
      </w:r>
      <w:r w:rsidR="00480420" w:rsidRPr="00B7305F">
        <w:rPr>
          <w:color w:val="000000" w:themeColor="text1"/>
          <w:lang w:val="uk-UA"/>
        </w:rPr>
        <w:t xml:space="preserve"> </w:t>
      </w:r>
      <w:r w:rsidRPr="00B7305F">
        <w:rPr>
          <w:color w:val="000000" w:themeColor="text1"/>
          <w:lang w:val="uk-UA"/>
        </w:rPr>
        <w:t>вираження.</w:t>
      </w:r>
      <w:r w:rsidR="00480420" w:rsidRPr="00B7305F">
        <w:rPr>
          <w:color w:val="000000" w:themeColor="text1"/>
          <w:lang w:val="uk-UA"/>
        </w:rPr>
        <w:t xml:space="preserve"> </w:t>
      </w:r>
      <w:r w:rsidRPr="00B7305F">
        <w:rPr>
          <w:color w:val="000000" w:themeColor="text1"/>
          <w:lang w:val="uk-UA"/>
        </w:rPr>
        <w:t>Обидва</w:t>
      </w:r>
      <w:r w:rsidR="00480420" w:rsidRPr="00B7305F">
        <w:rPr>
          <w:color w:val="000000" w:themeColor="text1"/>
          <w:lang w:val="uk-UA"/>
        </w:rPr>
        <w:t xml:space="preserve"> </w:t>
      </w:r>
      <w:r w:rsidRPr="00B7305F">
        <w:rPr>
          <w:color w:val="000000" w:themeColor="text1"/>
          <w:lang w:val="uk-UA"/>
        </w:rPr>
        <w:t>мистецтва</w:t>
      </w:r>
      <w:r w:rsidR="00480420" w:rsidRPr="00B7305F">
        <w:rPr>
          <w:color w:val="000000" w:themeColor="text1"/>
          <w:lang w:val="uk-UA"/>
        </w:rPr>
        <w:t xml:space="preserve"> </w:t>
      </w:r>
      <w:r w:rsidRPr="00B7305F">
        <w:rPr>
          <w:color w:val="000000" w:themeColor="text1"/>
          <w:lang w:val="uk-UA"/>
        </w:rPr>
        <w:t>продовжують</w:t>
      </w:r>
      <w:r w:rsidR="00480420" w:rsidRPr="00B7305F">
        <w:rPr>
          <w:color w:val="000000" w:themeColor="text1"/>
          <w:lang w:val="uk-UA"/>
        </w:rPr>
        <w:t xml:space="preserve"> </w:t>
      </w:r>
      <w:r w:rsidRPr="00B7305F">
        <w:rPr>
          <w:color w:val="000000" w:themeColor="text1"/>
          <w:lang w:val="uk-UA"/>
        </w:rPr>
        <w:t>взаємно</w:t>
      </w:r>
      <w:r w:rsidR="00480420" w:rsidRPr="00B7305F">
        <w:rPr>
          <w:color w:val="000000" w:themeColor="text1"/>
          <w:lang w:val="uk-UA"/>
        </w:rPr>
        <w:t xml:space="preserve"> </w:t>
      </w:r>
      <w:r w:rsidRPr="00B7305F">
        <w:rPr>
          <w:color w:val="000000" w:themeColor="text1"/>
          <w:lang w:val="uk-UA"/>
        </w:rPr>
        <w:t>впливати</w:t>
      </w:r>
      <w:r w:rsidR="00480420" w:rsidRPr="00B7305F">
        <w:rPr>
          <w:color w:val="000000" w:themeColor="text1"/>
          <w:lang w:val="uk-UA"/>
        </w:rPr>
        <w:t xml:space="preserve"> </w:t>
      </w:r>
      <w:r w:rsidRPr="00B7305F">
        <w:rPr>
          <w:color w:val="000000" w:themeColor="text1"/>
          <w:lang w:val="uk-UA"/>
        </w:rPr>
        <w:t>одне</w:t>
      </w:r>
      <w:r w:rsidR="00480420" w:rsidRPr="00B7305F">
        <w:rPr>
          <w:color w:val="000000" w:themeColor="text1"/>
          <w:lang w:val="uk-UA"/>
        </w:rPr>
        <w:t xml:space="preserve"> </w:t>
      </w:r>
      <w:r w:rsidRPr="00B7305F">
        <w:rPr>
          <w:color w:val="000000" w:themeColor="text1"/>
          <w:lang w:val="uk-UA"/>
        </w:rPr>
        <w:t>на</w:t>
      </w:r>
      <w:r w:rsidR="00480420" w:rsidRPr="00B7305F">
        <w:rPr>
          <w:color w:val="000000" w:themeColor="text1"/>
          <w:lang w:val="uk-UA"/>
        </w:rPr>
        <w:t xml:space="preserve"> </w:t>
      </w:r>
      <w:r w:rsidRPr="00B7305F">
        <w:rPr>
          <w:color w:val="000000" w:themeColor="text1"/>
          <w:lang w:val="uk-UA"/>
        </w:rPr>
        <w:t>одного,</w:t>
      </w:r>
      <w:r w:rsidR="00480420" w:rsidRPr="00B7305F">
        <w:rPr>
          <w:color w:val="000000" w:themeColor="text1"/>
          <w:lang w:val="uk-UA"/>
        </w:rPr>
        <w:t xml:space="preserve"> </w:t>
      </w:r>
      <w:r w:rsidRPr="00B7305F">
        <w:rPr>
          <w:color w:val="000000" w:themeColor="text1"/>
          <w:lang w:val="uk-UA"/>
        </w:rPr>
        <w:t>формуючи</w:t>
      </w:r>
      <w:r w:rsidR="00480420" w:rsidRPr="00B7305F">
        <w:rPr>
          <w:color w:val="000000" w:themeColor="text1"/>
          <w:lang w:val="uk-UA"/>
        </w:rPr>
        <w:t xml:space="preserve"> </w:t>
      </w:r>
      <w:r w:rsidRPr="00B7305F">
        <w:rPr>
          <w:color w:val="000000" w:themeColor="text1"/>
          <w:lang w:val="uk-UA"/>
        </w:rPr>
        <w:t>сучасний</w:t>
      </w:r>
      <w:r w:rsidR="00480420" w:rsidRPr="00B7305F">
        <w:rPr>
          <w:color w:val="000000" w:themeColor="text1"/>
          <w:lang w:val="uk-UA"/>
        </w:rPr>
        <w:t xml:space="preserve"> </w:t>
      </w:r>
      <w:r w:rsidRPr="00B7305F">
        <w:rPr>
          <w:color w:val="000000" w:themeColor="text1"/>
          <w:lang w:val="uk-UA"/>
        </w:rPr>
        <w:t>простір</w:t>
      </w:r>
      <w:r w:rsidR="00480420" w:rsidRPr="00B7305F">
        <w:rPr>
          <w:color w:val="000000" w:themeColor="text1"/>
          <w:lang w:val="uk-UA"/>
        </w:rPr>
        <w:t xml:space="preserve"> </w:t>
      </w:r>
      <w:r w:rsidRPr="00B7305F">
        <w:rPr>
          <w:color w:val="000000" w:themeColor="text1"/>
          <w:lang w:val="uk-UA"/>
        </w:rPr>
        <w:t>акторських</w:t>
      </w:r>
      <w:r w:rsidR="00480420" w:rsidRPr="00B7305F">
        <w:rPr>
          <w:color w:val="000000" w:themeColor="text1"/>
          <w:lang w:val="uk-UA"/>
        </w:rPr>
        <w:t xml:space="preserve"> </w:t>
      </w:r>
      <w:r w:rsidRPr="00B7305F">
        <w:rPr>
          <w:color w:val="000000" w:themeColor="text1"/>
          <w:lang w:val="uk-UA"/>
        </w:rPr>
        <w:t>технік</w:t>
      </w:r>
      <w:r w:rsidR="00480420" w:rsidRPr="00B7305F">
        <w:rPr>
          <w:color w:val="000000" w:themeColor="text1"/>
          <w:lang w:val="uk-UA"/>
        </w:rPr>
        <w:t xml:space="preserve"> </w:t>
      </w:r>
      <w:r w:rsidRPr="00B7305F">
        <w:rPr>
          <w:color w:val="000000" w:themeColor="text1"/>
          <w:lang w:val="uk-UA"/>
        </w:rPr>
        <w:t>і</w:t>
      </w:r>
      <w:r w:rsidR="00480420" w:rsidRPr="00B7305F">
        <w:rPr>
          <w:color w:val="000000" w:themeColor="text1"/>
          <w:lang w:val="uk-UA"/>
        </w:rPr>
        <w:t xml:space="preserve"> </w:t>
      </w:r>
      <w:r w:rsidRPr="00B7305F">
        <w:rPr>
          <w:color w:val="000000" w:themeColor="text1"/>
          <w:lang w:val="uk-UA"/>
        </w:rPr>
        <w:t>сценічних</w:t>
      </w:r>
      <w:r w:rsidR="00480420" w:rsidRPr="00B7305F">
        <w:rPr>
          <w:color w:val="000000" w:themeColor="text1"/>
          <w:lang w:val="uk-UA"/>
        </w:rPr>
        <w:t xml:space="preserve"> </w:t>
      </w:r>
      <w:r w:rsidRPr="00B7305F">
        <w:rPr>
          <w:color w:val="000000" w:themeColor="text1"/>
          <w:lang w:val="uk-UA"/>
        </w:rPr>
        <w:t>форм,</w:t>
      </w:r>
      <w:r w:rsidR="00480420" w:rsidRPr="00B7305F">
        <w:rPr>
          <w:color w:val="000000" w:themeColor="text1"/>
          <w:lang w:val="uk-UA"/>
        </w:rPr>
        <w:t xml:space="preserve"> </w:t>
      </w:r>
      <w:r w:rsidRPr="00B7305F">
        <w:rPr>
          <w:color w:val="000000" w:themeColor="text1"/>
          <w:lang w:val="uk-UA"/>
        </w:rPr>
        <w:t>у</w:t>
      </w:r>
      <w:r w:rsidR="00480420" w:rsidRPr="00B7305F">
        <w:rPr>
          <w:color w:val="000000" w:themeColor="text1"/>
          <w:lang w:val="uk-UA"/>
        </w:rPr>
        <w:t xml:space="preserve"> </w:t>
      </w:r>
      <w:r w:rsidRPr="00B7305F">
        <w:rPr>
          <w:color w:val="000000" w:themeColor="text1"/>
          <w:lang w:val="uk-UA"/>
        </w:rPr>
        <w:t>якому</w:t>
      </w:r>
      <w:r w:rsidR="00480420" w:rsidRPr="00B7305F">
        <w:rPr>
          <w:color w:val="000000" w:themeColor="text1"/>
          <w:lang w:val="uk-UA"/>
        </w:rPr>
        <w:t xml:space="preserve"> </w:t>
      </w:r>
      <w:r w:rsidRPr="00B7305F">
        <w:rPr>
          <w:color w:val="000000" w:themeColor="text1"/>
          <w:lang w:val="uk-UA"/>
        </w:rPr>
        <w:t>виконавська</w:t>
      </w:r>
      <w:r w:rsidR="00480420" w:rsidRPr="00B7305F">
        <w:rPr>
          <w:color w:val="000000" w:themeColor="text1"/>
          <w:lang w:val="uk-UA"/>
        </w:rPr>
        <w:t xml:space="preserve"> </w:t>
      </w:r>
      <w:r w:rsidRPr="00B7305F">
        <w:rPr>
          <w:color w:val="000000" w:themeColor="text1"/>
          <w:lang w:val="uk-UA"/>
        </w:rPr>
        <w:t>творчість</w:t>
      </w:r>
      <w:r w:rsidR="00480420" w:rsidRPr="00B7305F">
        <w:rPr>
          <w:color w:val="000000" w:themeColor="text1"/>
          <w:lang w:val="uk-UA"/>
        </w:rPr>
        <w:t xml:space="preserve"> </w:t>
      </w:r>
      <w:r w:rsidRPr="00B7305F">
        <w:rPr>
          <w:color w:val="000000" w:themeColor="text1"/>
          <w:lang w:val="uk-UA"/>
        </w:rPr>
        <w:t>розвивається</w:t>
      </w:r>
      <w:r w:rsidR="00480420" w:rsidRPr="00B7305F">
        <w:rPr>
          <w:color w:val="000000" w:themeColor="text1"/>
          <w:lang w:val="uk-UA"/>
        </w:rPr>
        <w:t xml:space="preserve"> </w:t>
      </w:r>
      <w:r w:rsidRPr="00B7305F">
        <w:rPr>
          <w:color w:val="000000" w:themeColor="text1"/>
          <w:lang w:val="uk-UA"/>
        </w:rPr>
        <w:t>як</w:t>
      </w:r>
      <w:r w:rsidR="00480420" w:rsidRPr="00B7305F">
        <w:rPr>
          <w:color w:val="000000" w:themeColor="text1"/>
          <w:lang w:val="uk-UA"/>
        </w:rPr>
        <w:t xml:space="preserve"> </w:t>
      </w:r>
      <w:r w:rsidRPr="00B7305F">
        <w:rPr>
          <w:color w:val="000000" w:themeColor="text1"/>
          <w:lang w:val="uk-UA"/>
        </w:rPr>
        <w:t>у</w:t>
      </w:r>
      <w:r w:rsidR="00480420" w:rsidRPr="00B7305F">
        <w:rPr>
          <w:color w:val="000000" w:themeColor="text1"/>
          <w:lang w:val="uk-UA"/>
        </w:rPr>
        <w:t xml:space="preserve"> </w:t>
      </w:r>
      <w:r w:rsidRPr="00B7305F">
        <w:rPr>
          <w:color w:val="000000" w:themeColor="text1"/>
          <w:lang w:val="uk-UA"/>
        </w:rPr>
        <w:t>напрямі</w:t>
      </w:r>
      <w:r w:rsidR="00480420" w:rsidRPr="00B7305F">
        <w:rPr>
          <w:color w:val="000000" w:themeColor="text1"/>
          <w:lang w:val="uk-UA"/>
        </w:rPr>
        <w:t xml:space="preserve"> </w:t>
      </w:r>
      <w:r w:rsidRPr="00B7305F">
        <w:rPr>
          <w:color w:val="000000" w:themeColor="text1"/>
          <w:lang w:val="uk-UA"/>
        </w:rPr>
        <w:t>традиції,</w:t>
      </w:r>
      <w:r w:rsidR="00480420" w:rsidRPr="00B7305F">
        <w:rPr>
          <w:color w:val="000000" w:themeColor="text1"/>
          <w:lang w:val="uk-UA"/>
        </w:rPr>
        <w:t xml:space="preserve"> </w:t>
      </w:r>
      <w:r w:rsidRPr="00B7305F">
        <w:rPr>
          <w:color w:val="000000" w:themeColor="text1"/>
          <w:lang w:val="uk-UA"/>
        </w:rPr>
        <w:t>так</w:t>
      </w:r>
      <w:r w:rsidR="00480420" w:rsidRPr="00B7305F">
        <w:rPr>
          <w:color w:val="000000" w:themeColor="text1"/>
          <w:lang w:val="uk-UA"/>
        </w:rPr>
        <w:t xml:space="preserve"> </w:t>
      </w:r>
      <w:r w:rsidRPr="00B7305F">
        <w:rPr>
          <w:color w:val="000000" w:themeColor="text1"/>
          <w:lang w:val="uk-UA"/>
        </w:rPr>
        <w:t>і</w:t>
      </w:r>
      <w:r w:rsidR="00480420" w:rsidRPr="00B7305F">
        <w:rPr>
          <w:color w:val="000000" w:themeColor="text1"/>
          <w:lang w:val="uk-UA"/>
        </w:rPr>
        <w:t xml:space="preserve"> </w:t>
      </w:r>
      <w:r w:rsidRPr="00B7305F">
        <w:rPr>
          <w:color w:val="000000" w:themeColor="text1"/>
          <w:lang w:val="uk-UA"/>
        </w:rPr>
        <w:t>у</w:t>
      </w:r>
      <w:r w:rsidR="00480420" w:rsidRPr="00B7305F">
        <w:rPr>
          <w:color w:val="000000" w:themeColor="text1"/>
          <w:lang w:val="uk-UA"/>
        </w:rPr>
        <w:t xml:space="preserve"> </w:t>
      </w:r>
      <w:r w:rsidRPr="00B7305F">
        <w:rPr>
          <w:color w:val="000000" w:themeColor="text1"/>
          <w:lang w:val="uk-UA"/>
        </w:rPr>
        <w:t>напрямі</w:t>
      </w:r>
      <w:r w:rsidR="00480420" w:rsidRPr="00B7305F">
        <w:rPr>
          <w:color w:val="000000" w:themeColor="text1"/>
          <w:lang w:val="uk-UA"/>
        </w:rPr>
        <w:t xml:space="preserve"> </w:t>
      </w:r>
      <w:r w:rsidRPr="00B7305F">
        <w:rPr>
          <w:color w:val="000000" w:themeColor="text1"/>
          <w:lang w:val="uk-UA"/>
        </w:rPr>
        <w:t>новітніх</w:t>
      </w:r>
      <w:r w:rsidR="00480420" w:rsidRPr="00B7305F">
        <w:rPr>
          <w:color w:val="000000" w:themeColor="text1"/>
          <w:lang w:val="uk-UA"/>
        </w:rPr>
        <w:t xml:space="preserve"> </w:t>
      </w:r>
      <w:r w:rsidRPr="00B7305F">
        <w:rPr>
          <w:color w:val="000000" w:themeColor="text1"/>
          <w:lang w:val="uk-UA"/>
        </w:rPr>
        <w:t>технологічних</w:t>
      </w:r>
      <w:r w:rsidR="00480420" w:rsidRPr="00B7305F">
        <w:rPr>
          <w:color w:val="000000" w:themeColor="text1"/>
          <w:lang w:val="uk-UA"/>
        </w:rPr>
        <w:t xml:space="preserve"> </w:t>
      </w:r>
      <w:r w:rsidRPr="00B7305F">
        <w:rPr>
          <w:color w:val="000000" w:themeColor="text1"/>
          <w:lang w:val="uk-UA"/>
        </w:rPr>
        <w:t>рішень.</w:t>
      </w:r>
    </w:p>
    <w:p w14:paraId="2C85FF12" w14:textId="1BC4B6A3" w:rsidR="00D6710D" w:rsidRPr="00B7305F" w:rsidRDefault="00480420" w:rsidP="00051784">
      <w:pPr>
        <w:spacing w:after="0"/>
        <w:ind w:left="0" w:firstLine="709"/>
        <w:jc w:val="both"/>
        <w:rPr>
          <w:color w:val="000000" w:themeColor="text1"/>
          <w:lang w:val="uk-UA"/>
        </w:rPr>
      </w:pPr>
      <w:r w:rsidRPr="00B7305F">
        <w:rPr>
          <w:rFonts w:cs="Times New Roman"/>
          <w:b/>
          <w:bCs/>
          <w:color w:val="000000" w:themeColor="text1"/>
          <w:lang w:val="uk-UA"/>
        </w:rPr>
        <w:lastRenderedPageBreak/>
        <w:t xml:space="preserve"> </w:t>
      </w:r>
      <w:r w:rsidR="00B61686" w:rsidRPr="00B7305F">
        <w:rPr>
          <w:rFonts w:cs="Times New Roman"/>
          <w:b/>
          <w:bCs/>
          <w:color w:val="000000" w:themeColor="text1"/>
          <w:lang w:val="uk-UA"/>
        </w:rPr>
        <w:t>Витоки</w:t>
      </w:r>
      <w:r w:rsidRPr="00B7305F">
        <w:rPr>
          <w:rFonts w:cs="Times New Roman"/>
          <w:b/>
          <w:bCs/>
          <w:color w:val="000000" w:themeColor="text1"/>
          <w:lang w:val="uk-UA"/>
        </w:rPr>
        <w:t xml:space="preserve"> </w:t>
      </w:r>
      <w:r w:rsidR="00B61686" w:rsidRPr="00B7305F">
        <w:rPr>
          <w:rFonts w:cs="Times New Roman"/>
          <w:b/>
          <w:bCs/>
          <w:color w:val="000000" w:themeColor="text1"/>
          <w:lang w:val="uk-UA"/>
        </w:rPr>
        <w:t>театрального</w:t>
      </w:r>
      <w:r w:rsidRPr="00B7305F">
        <w:rPr>
          <w:rFonts w:cs="Times New Roman"/>
          <w:b/>
          <w:bCs/>
          <w:color w:val="000000" w:themeColor="text1"/>
          <w:lang w:val="uk-UA"/>
        </w:rPr>
        <w:t xml:space="preserve"> </w:t>
      </w:r>
      <w:r w:rsidR="00B61686" w:rsidRPr="00B7305F">
        <w:rPr>
          <w:rFonts w:cs="Times New Roman"/>
          <w:b/>
          <w:bCs/>
          <w:color w:val="000000" w:themeColor="text1"/>
          <w:lang w:val="uk-UA"/>
        </w:rPr>
        <w:t>мистецтва</w:t>
      </w:r>
      <w:r w:rsidRPr="00B7305F">
        <w:rPr>
          <w:color w:val="000000" w:themeColor="text1"/>
          <w:lang w:val="uk-UA"/>
        </w:rPr>
        <w:t xml:space="preserve"> </w:t>
      </w:r>
      <w:r w:rsidR="00903E07" w:rsidRPr="00B7305F">
        <w:rPr>
          <w:color w:val="000000" w:themeColor="text1"/>
          <w:lang w:val="uk-UA"/>
        </w:rPr>
        <w:t>п</w:t>
      </w:r>
      <w:r w:rsidR="00D6710D" w:rsidRPr="00B7305F">
        <w:rPr>
          <w:color w:val="000000" w:themeColor="text1"/>
          <w:lang w:val="uk-UA"/>
        </w:rPr>
        <w:t>ерші</w:t>
      </w:r>
      <w:r w:rsidRPr="00B7305F">
        <w:rPr>
          <w:color w:val="000000" w:themeColor="text1"/>
          <w:lang w:val="uk-UA"/>
        </w:rPr>
        <w:t xml:space="preserve"> </w:t>
      </w:r>
      <w:r w:rsidR="00D6710D" w:rsidRPr="00B7305F">
        <w:rPr>
          <w:color w:val="000000" w:themeColor="text1"/>
          <w:lang w:val="uk-UA"/>
        </w:rPr>
        <w:t>форми</w:t>
      </w:r>
      <w:r w:rsidRPr="00B7305F">
        <w:rPr>
          <w:color w:val="000000" w:themeColor="text1"/>
          <w:lang w:val="uk-UA"/>
        </w:rPr>
        <w:t xml:space="preserve"> </w:t>
      </w:r>
      <w:r w:rsidR="00D6710D" w:rsidRPr="00B7305F">
        <w:rPr>
          <w:color w:val="000000" w:themeColor="text1"/>
          <w:lang w:val="uk-UA"/>
        </w:rPr>
        <w:t>театрального</w:t>
      </w:r>
      <w:r w:rsidRPr="00B7305F">
        <w:rPr>
          <w:color w:val="000000" w:themeColor="text1"/>
          <w:lang w:val="uk-UA"/>
        </w:rPr>
        <w:t xml:space="preserve"> </w:t>
      </w:r>
      <w:r w:rsidR="00D6710D" w:rsidRPr="00B7305F">
        <w:rPr>
          <w:color w:val="000000" w:themeColor="text1"/>
          <w:lang w:val="uk-UA"/>
        </w:rPr>
        <w:t>дійства</w:t>
      </w:r>
      <w:r w:rsidRPr="00B7305F">
        <w:rPr>
          <w:color w:val="000000" w:themeColor="text1"/>
          <w:lang w:val="uk-UA"/>
        </w:rPr>
        <w:t xml:space="preserve"> </w:t>
      </w:r>
      <w:r w:rsidR="00D6710D" w:rsidRPr="00B7305F">
        <w:rPr>
          <w:color w:val="000000" w:themeColor="text1"/>
          <w:lang w:val="uk-UA"/>
        </w:rPr>
        <w:t>постали</w:t>
      </w:r>
      <w:r w:rsidRPr="00B7305F">
        <w:rPr>
          <w:color w:val="000000" w:themeColor="text1"/>
          <w:lang w:val="uk-UA"/>
        </w:rPr>
        <w:t xml:space="preserve"> </w:t>
      </w:r>
      <w:r w:rsidR="00D6710D" w:rsidRPr="00B7305F">
        <w:rPr>
          <w:color w:val="000000" w:themeColor="text1"/>
          <w:lang w:val="uk-UA"/>
        </w:rPr>
        <w:t>ще</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ритуальних</w:t>
      </w:r>
      <w:r w:rsidRPr="00B7305F">
        <w:rPr>
          <w:color w:val="000000" w:themeColor="text1"/>
          <w:lang w:val="uk-UA"/>
        </w:rPr>
        <w:t xml:space="preserve"> </w:t>
      </w:r>
      <w:r w:rsidR="00D6710D" w:rsidRPr="00B7305F">
        <w:rPr>
          <w:color w:val="000000" w:themeColor="text1"/>
          <w:lang w:val="uk-UA"/>
        </w:rPr>
        <w:t>практиках</w:t>
      </w:r>
      <w:r w:rsidRPr="00B7305F">
        <w:rPr>
          <w:color w:val="000000" w:themeColor="text1"/>
          <w:lang w:val="uk-UA"/>
        </w:rPr>
        <w:t xml:space="preserve"> </w:t>
      </w:r>
      <w:r w:rsidR="00D6710D" w:rsidRPr="00B7305F">
        <w:rPr>
          <w:color w:val="000000" w:themeColor="text1"/>
          <w:lang w:val="uk-UA"/>
        </w:rPr>
        <w:t>давніх</w:t>
      </w:r>
      <w:r w:rsidRPr="00B7305F">
        <w:rPr>
          <w:color w:val="000000" w:themeColor="text1"/>
          <w:lang w:val="uk-UA"/>
        </w:rPr>
        <w:t xml:space="preserve"> </w:t>
      </w:r>
      <w:r w:rsidR="00D6710D" w:rsidRPr="00B7305F">
        <w:rPr>
          <w:color w:val="000000" w:themeColor="text1"/>
          <w:lang w:val="uk-UA"/>
        </w:rPr>
        <w:t>народів,</w:t>
      </w:r>
      <w:r w:rsidRPr="00B7305F">
        <w:rPr>
          <w:color w:val="000000" w:themeColor="text1"/>
          <w:lang w:val="uk-UA"/>
        </w:rPr>
        <w:t xml:space="preserve"> </w:t>
      </w:r>
      <w:r w:rsidR="00D6710D" w:rsidRPr="00B7305F">
        <w:rPr>
          <w:color w:val="000000" w:themeColor="text1"/>
          <w:lang w:val="uk-UA"/>
        </w:rPr>
        <w:t>однак</w:t>
      </w:r>
      <w:r w:rsidRPr="00B7305F">
        <w:rPr>
          <w:color w:val="000000" w:themeColor="text1"/>
          <w:lang w:val="uk-UA"/>
        </w:rPr>
        <w:t xml:space="preserve"> </w:t>
      </w:r>
      <w:r w:rsidR="00D6710D" w:rsidRPr="00B7305F">
        <w:rPr>
          <w:color w:val="000000" w:themeColor="text1"/>
          <w:lang w:val="uk-UA"/>
        </w:rPr>
        <w:t>найбільш</w:t>
      </w:r>
      <w:r w:rsidRPr="00B7305F">
        <w:rPr>
          <w:color w:val="000000" w:themeColor="text1"/>
          <w:lang w:val="uk-UA"/>
        </w:rPr>
        <w:t xml:space="preserve"> </w:t>
      </w:r>
      <w:r w:rsidR="00D6710D" w:rsidRPr="00B7305F">
        <w:rPr>
          <w:color w:val="000000" w:themeColor="text1"/>
          <w:lang w:val="uk-UA"/>
        </w:rPr>
        <w:t>повно</w:t>
      </w:r>
      <w:r w:rsidRPr="00B7305F">
        <w:rPr>
          <w:color w:val="000000" w:themeColor="text1"/>
          <w:lang w:val="uk-UA"/>
        </w:rPr>
        <w:t xml:space="preserve"> </w:t>
      </w:r>
      <w:r w:rsidR="00D6710D" w:rsidRPr="00B7305F">
        <w:rPr>
          <w:color w:val="000000" w:themeColor="text1"/>
          <w:lang w:val="uk-UA"/>
        </w:rPr>
        <w:t>сформувалися</w:t>
      </w:r>
      <w:r w:rsidRPr="00B7305F">
        <w:rPr>
          <w:color w:val="000000" w:themeColor="text1"/>
          <w:lang w:val="uk-UA"/>
        </w:rPr>
        <w:t xml:space="preserve"> </w:t>
      </w:r>
      <w:r w:rsidR="00D6710D" w:rsidRPr="00B7305F">
        <w:rPr>
          <w:color w:val="000000" w:themeColor="text1"/>
          <w:lang w:val="uk-UA"/>
        </w:rPr>
        <w:t>в</w:t>
      </w:r>
      <w:r w:rsidRPr="00B7305F">
        <w:rPr>
          <w:color w:val="000000" w:themeColor="text1"/>
          <w:lang w:val="uk-UA"/>
        </w:rPr>
        <w:t xml:space="preserve"> </w:t>
      </w:r>
      <w:r w:rsidR="00D6710D" w:rsidRPr="00B7305F">
        <w:rPr>
          <w:color w:val="000000" w:themeColor="text1"/>
          <w:lang w:val="uk-UA"/>
        </w:rPr>
        <w:t>античних</w:t>
      </w:r>
      <w:r w:rsidRPr="00B7305F">
        <w:rPr>
          <w:color w:val="000000" w:themeColor="text1"/>
          <w:lang w:val="uk-UA"/>
        </w:rPr>
        <w:t xml:space="preserve"> </w:t>
      </w:r>
      <w:r w:rsidR="00D6710D" w:rsidRPr="00B7305F">
        <w:rPr>
          <w:color w:val="000000" w:themeColor="text1"/>
          <w:lang w:val="uk-UA"/>
        </w:rPr>
        <w:t>грецьких</w:t>
      </w:r>
      <w:r w:rsidRPr="00B7305F">
        <w:rPr>
          <w:color w:val="000000" w:themeColor="text1"/>
          <w:lang w:val="uk-UA"/>
        </w:rPr>
        <w:t xml:space="preserve"> </w:t>
      </w:r>
      <w:r w:rsidR="00D6710D" w:rsidRPr="00B7305F">
        <w:rPr>
          <w:color w:val="000000" w:themeColor="text1"/>
          <w:lang w:val="uk-UA"/>
        </w:rPr>
        <w:t>діонісійських</w:t>
      </w:r>
      <w:r w:rsidRPr="00B7305F">
        <w:rPr>
          <w:color w:val="000000" w:themeColor="text1"/>
          <w:lang w:val="uk-UA"/>
        </w:rPr>
        <w:t xml:space="preserve"> </w:t>
      </w:r>
      <w:r w:rsidR="00D6710D" w:rsidRPr="00B7305F">
        <w:rPr>
          <w:color w:val="000000" w:themeColor="text1"/>
          <w:lang w:val="uk-UA"/>
        </w:rPr>
        <w:t>обрядах,</w:t>
      </w:r>
      <w:r w:rsidRPr="00B7305F">
        <w:rPr>
          <w:color w:val="000000" w:themeColor="text1"/>
          <w:lang w:val="uk-UA"/>
        </w:rPr>
        <w:t xml:space="preserve"> </w:t>
      </w:r>
      <w:r w:rsidR="00D6710D" w:rsidRPr="00B7305F">
        <w:rPr>
          <w:color w:val="000000" w:themeColor="text1"/>
          <w:lang w:val="uk-UA"/>
        </w:rPr>
        <w:t>де</w:t>
      </w:r>
      <w:r w:rsidRPr="00B7305F">
        <w:rPr>
          <w:color w:val="000000" w:themeColor="text1"/>
          <w:lang w:val="uk-UA"/>
        </w:rPr>
        <w:t xml:space="preserve"> </w:t>
      </w:r>
      <w:r w:rsidR="00D6710D" w:rsidRPr="00B7305F">
        <w:rPr>
          <w:color w:val="000000" w:themeColor="text1"/>
          <w:lang w:val="uk-UA"/>
        </w:rPr>
        <w:t>слово,</w:t>
      </w:r>
      <w:r w:rsidRPr="00B7305F">
        <w:rPr>
          <w:color w:val="000000" w:themeColor="text1"/>
          <w:lang w:val="uk-UA"/>
        </w:rPr>
        <w:t xml:space="preserve"> </w:t>
      </w:r>
      <w:r w:rsidR="00D6710D" w:rsidRPr="00B7305F">
        <w:rPr>
          <w:color w:val="000000" w:themeColor="text1"/>
          <w:lang w:val="uk-UA"/>
        </w:rPr>
        <w:t>рух,</w:t>
      </w:r>
      <w:r w:rsidRPr="00B7305F">
        <w:rPr>
          <w:color w:val="000000" w:themeColor="text1"/>
          <w:lang w:val="uk-UA"/>
        </w:rPr>
        <w:t xml:space="preserve"> </w:t>
      </w:r>
      <w:r w:rsidR="00D6710D" w:rsidRPr="00B7305F">
        <w:rPr>
          <w:color w:val="000000" w:themeColor="text1"/>
          <w:lang w:val="uk-UA"/>
        </w:rPr>
        <w:t>ритм</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спів</w:t>
      </w:r>
      <w:r w:rsidRPr="00B7305F">
        <w:rPr>
          <w:color w:val="000000" w:themeColor="text1"/>
          <w:lang w:val="uk-UA"/>
        </w:rPr>
        <w:t xml:space="preserve"> </w:t>
      </w:r>
      <w:r w:rsidR="00D6710D" w:rsidRPr="00B7305F">
        <w:rPr>
          <w:color w:val="000000" w:themeColor="text1"/>
          <w:lang w:val="uk-UA"/>
        </w:rPr>
        <w:t>становили</w:t>
      </w:r>
      <w:r w:rsidRPr="00B7305F">
        <w:rPr>
          <w:color w:val="000000" w:themeColor="text1"/>
          <w:lang w:val="uk-UA"/>
        </w:rPr>
        <w:t xml:space="preserve"> </w:t>
      </w:r>
      <w:r w:rsidR="00D6710D" w:rsidRPr="00B7305F">
        <w:rPr>
          <w:color w:val="000000" w:themeColor="text1"/>
          <w:lang w:val="uk-UA"/>
        </w:rPr>
        <w:t>єдність.</w:t>
      </w:r>
      <w:r w:rsidRPr="00B7305F">
        <w:rPr>
          <w:color w:val="000000" w:themeColor="text1"/>
          <w:lang w:val="uk-UA"/>
        </w:rPr>
        <w:t xml:space="preserve"> </w:t>
      </w:r>
      <w:r w:rsidR="00D6710D" w:rsidRPr="00B7305F">
        <w:rPr>
          <w:color w:val="000000" w:themeColor="text1"/>
          <w:lang w:val="uk-UA"/>
        </w:rPr>
        <w:t>Саме</w:t>
      </w:r>
      <w:r w:rsidRPr="00B7305F">
        <w:rPr>
          <w:color w:val="000000" w:themeColor="text1"/>
          <w:lang w:val="uk-UA"/>
        </w:rPr>
        <w:t xml:space="preserve"> </w:t>
      </w:r>
      <w:r w:rsidR="00D6710D" w:rsidRPr="00B7305F">
        <w:rPr>
          <w:color w:val="000000" w:themeColor="text1"/>
          <w:lang w:val="uk-UA"/>
        </w:rPr>
        <w:t>там</w:t>
      </w:r>
      <w:r w:rsidRPr="00B7305F">
        <w:rPr>
          <w:color w:val="000000" w:themeColor="text1"/>
          <w:lang w:val="uk-UA"/>
        </w:rPr>
        <w:t xml:space="preserve"> </w:t>
      </w:r>
      <w:r w:rsidR="00D6710D" w:rsidRPr="00B7305F">
        <w:rPr>
          <w:color w:val="000000" w:themeColor="text1"/>
          <w:lang w:val="uk-UA"/>
        </w:rPr>
        <w:t>зародилися</w:t>
      </w:r>
      <w:r w:rsidRPr="00B7305F">
        <w:rPr>
          <w:color w:val="000000" w:themeColor="text1"/>
          <w:lang w:val="uk-UA"/>
        </w:rPr>
        <w:t xml:space="preserve"> </w:t>
      </w:r>
      <w:r w:rsidR="00D6710D" w:rsidRPr="00B7305F">
        <w:rPr>
          <w:color w:val="000000" w:themeColor="text1"/>
          <w:lang w:val="uk-UA"/>
        </w:rPr>
        <w:t>первинні</w:t>
      </w:r>
      <w:r w:rsidRPr="00B7305F">
        <w:rPr>
          <w:color w:val="000000" w:themeColor="text1"/>
          <w:lang w:val="uk-UA"/>
        </w:rPr>
        <w:t xml:space="preserve"> </w:t>
      </w:r>
      <w:r w:rsidR="00D6710D" w:rsidRPr="00B7305F">
        <w:rPr>
          <w:color w:val="000000" w:themeColor="text1"/>
          <w:lang w:val="uk-UA"/>
        </w:rPr>
        <w:t>механізми</w:t>
      </w:r>
      <w:r w:rsidRPr="00B7305F">
        <w:rPr>
          <w:color w:val="000000" w:themeColor="text1"/>
          <w:lang w:val="uk-UA"/>
        </w:rPr>
        <w:t xml:space="preserve"> </w:t>
      </w:r>
      <w:r w:rsidR="00D6710D" w:rsidRPr="00B7305F">
        <w:rPr>
          <w:color w:val="000000" w:themeColor="text1"/>
          <w:lang w:val="uk-UA"/>
        </w:rPr>
        <w:t>акторської</w:t>
      </w:r>
      <w:r w:rsidRPr="00B7305F">
        <w:rPr>
          <w:color w:val="000000" w:themeColor="text1"/>
          <w:lang w:val="uk-UA"/>
        </w:rPr>
        <w:t xml:space="preserve"> </w:t>
      </w:r>
      <w:r w:rsidR="00D6710D" w:rsidRPr="00B7305F">
        <w:rPr>
          <w:color w:val="000000" w:themeColor="text1"/>
          <w:lang w:val="uk-UA"/>
        </w:rPr>
        <w:t>дії</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здатність</w:t>
      </w:r>
      <w:r w:rsidRPr="00B7305F">
        <w:rPr>
          <w:color w:val="000000" w:themeColor="text1"/>
          <w:lang w:val="uk-UA"/>
        </w:rPr>
        <w:t xml:space="preserve"> </w:t>
      </w:r>
      <w:r w:rsidR="00D6710D" w:rsidRPr="00B7305F">
        <w:rPr>
          <w:color w:val="000000" w:themeColor="text1"/>
          <w:lang w:val="uk-UA"/>
        </w:rPr>
        <w:t>через</w:t>
      </w:r>
      <w:r w:rsidRPr="00B7305F">
        <w:rPr>
          <w:color w:val="000000" w:themeColor="text1"/>
          <w:lang w:val="uk-UA"/>
        </w:rPr>
        <w:t xml:space="preserve"> </w:t>
      </w:r>
      <w:r w:rsidR="00D6710D" w:rsidRPr="00B7305F">
        <w:rPr>
          <w:color w:val="000000" w:themeColor="text1"/>
          <w:lang w:val="uk-UA"/>
        </w:rPr>
        <w:t>тілесну</w:t>
      </w:r>
      <w:r w:rsidRPr="00B7305F">
        <w:rPr>
          <w:color w:val="000000" w:themeColor="text1"/>
          <w:lang w:val="uk-UA"/>
        </w:rPr>
        <w:t xml:space="preserve"> </w:t>
      </w:r>
      <w:r w:rsidR="00D6710D" w:rsidRPr="00B7305F">
        <w:rPr>
          <w:color w:val="000000" w:themeColor="text1"/>
          <w:lang w:val="uk-UA"/>
        </w:rPr>
        <w:t>пластику,</w:t>
      </w:r>
      <w:r w:rsidRPr="00B7305F">
        <w:rPr>
          <w:color w:val="000000" w:themeColor="text1"/>
          <w:lang w:val="uk-UA"/>
        </w:rPr>
        <w:t xml:space="preserve"> </w:t>
      </w:r>
      <w:r w:rsidR="00D6710D" w:rsidRPr="00B7305F">
        <w:rPr>
          <w:color w:val="000000" w:themeColor="text1"/>
          <w:lang w:val="uk-UA"/>
        </w:rPr>
        <w:t>інтонацію</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внутрішню</w:t>
      </w:r>
      <w:r w:rsidRPr="00B7305F">
        <w:rPr>
          <w:color w:val="000000" w:themeColor="text1"/>
          <w:lang w:val="uk-UA"/>
        </w:rPr>
        <w:t xml:space="preserve"> </w:t>
      </w:r>
      <w:r w:rsidR="00D6710D" w:rsidRPr="00B7305F">
        <w:rPr>
          <w:color w:val="000000" w:themeColor="text1"/>
          <w:lang w:val="uk-UA"/>
        </w:rPr>
        <w:t>емоційну</w:t>
      </w:r>
      <w:r w:rsidRPr="00B7305F">
        <w:rPr>
          <w:color w:val="000000" w:themeColor="text1"/>
          <w:lang w:val="uk-UA"/>
        </w:rPr>
        <w:t xml:space="preserve"> </w:t>
      </w:r>
      <w:r w:rsidR="00D6710D" w:rsidRPr="00B7305F">
        <w:rPr>
          <w:color w:val="000000" w:themeColor="text1"/>
          <w:lang w:val="uk-UA"/>
        </w:rPr>
        <w:t>налаштованість</w:t>
      </w:r>
      <w:r w:rsidRPr="00B7305F">
        <w:rPr>
          <w:color w:val="000000" w:themeColor="text1"/>
          <w:lang w:val="uk-UA"/>
        </w:rPr>
        <w:t xml:space="preserve"> </w:t>
      </w:r>
      <w:r w:rsidR="00D6710D" w:rsidRPr="00B7305F">
        <w:rPr>
          <w:color w:val="000000" w:themeColor="text1"/>
          <w:lang w:val="uk-UA"/>
        </w:rPr>
        <w:t>передавати</w:t>
      </w:r>
      <w:r w:rsidRPr="00B7305F">
        <w:rPr>
          <w:color w:val="000000" w:themeColor="text1"/>
          <w:lang w:val="uk-UA"/>
        </w:rPr>
        <w:t xml:space="preserve"> </w:t>
      </w:r>
      <w:r w:rsidR="00D6710D" w:rsidRPr="00B7305F">
        <w:rPr>
          <w:color w:val="000000" w:themeColor="text1"/>
          <w:lang w:val="uk-UA"/>
        </w:rPr>
        <w:t>переживання</w:t>
      </w:r>
      <w:r w:rsidRPr="00B7305F">
        <w:rPr>
          <w:color w:val="000000" w:themeColor="text1"/>
          <w:lang w:val="uk-UA"/>
        </w:rPr>
        <w:t xml:space="preserve"> </w:t>
      </w:r>
      <w:r w:rsidR="00D6710D" w:rsidRPr="00B7305F">
        <w:rPr>
          <w:color w:val="000000" w:themeColor="text1"/>
          <w:lang w:val="uk-UA"/>
        </w:rPr>
        <w:t>персонажа.</w:t>
      </w:r>
      <w:r w:rsidRPr="00B7305F">
        <w:rPr>
          <w:color w:val="000000" w:themeColor="text1"/>
          <w:lang w:val="uk-UA"/>
        </w:rPr>
        <w:t xml:space="preserve"> </w:t>
      </w:r>
      <w:r w:rsidR="00D6710D" w:rsidRPr="00B7305F">
        <w:rPr>
          <w:color w:val="000000" w:themeColor="text1"/>
          <w:lang w:val="uk-UA"/>
        </w:rPr>
        <w:t>Для</w:t>
      </w:r>
      <w:r w:rsidRPr="00B7305F">
        <w:rPr>
          <w:color w:val="000000" w:themeColor="text1"/>
          <w:lang w:val="uk-UA"/>
        </w:rPr>
        <w:t xml:space="preserve"> </w:t>
      </w:r>
      <w:r w:rsidR="00D6710D" w:rsidRPr="00B7305F">
        <w:rPr>
          <w:color w:val="000000" w:themeColor="text1"/>
          <w:lang w:val="uk-UA"/>
        </w:rPr>
        <w:t>античного</w:t>
      </w:r>
      <w:r w:rsidRPr="00B7305F">
        <w:rPr>
          <w:color w:val="000000" w:themeColor="text1"/>
          <w:lang w:val="uk-UA"/>
        </w:rPr>
        <w:t xml:space="preserve"> </w:t>
      </w:r>
      <w:r w:rsidR="00D6710D" w:rsidRPr="00B7305F">
        <w:rPr>
          <w:color w:val="000000" w:themeColor="text1"/>
          <w:lang w:val="uk-UA"/>
        </w:rPr>
        <w:t>актора</w:t>
      </w:r>
      <w:r w:rsidRPr="00B7305F">
        <w:rPr>
          <w:color w:val="000000" w:themeColor="text1"/>
          <w:lang w:val="uk-UA"/>
        </w:rPr>
        <w:t xml:space="preserve"> </w:t>
      </w:r>
      <w:r w:rsidR="00D6710D" w:rsidRPr="00B7305F">
        <w:rPr>
          <w:color w:val="000000" w:themeColor="text1"/>
          <w:lang w:val="uk-UA"/>
        </w:rPr>
        <w:t>важливою</w:t>
      </w:r>
      <w:r w:rsidRPr="00B7305F">
        <w:rPr>
          <w:color w:val="000000" w:themeColor="text1"/>
          <w:lang w:val="uk-UA"/>
        </w:rPr>
        <w:t xml:space="preserve"> </w:t>
      </w:r>
      <w:r w:rsidR="00D6710D" w:rsidRPr="00B7305F">
        <w:rPr>
          <w:color w:val="000000" w:themeColor="text1"/>
          <w:lang w:val="uk-UA"/>
        </w:rPr>
        <w:t>була</w:t>
      </w:r>
      <w:r w:rsidRPr="00B7305F">
        <w:rPr>
          <w:color w:val="000000" w:themeColor="text1"/>
          <w:lang w:val="uk-UA"/>
        </w:rPr>
        <w:t xml:space="preserve"> </w:t>
      </w:r>
      <w:r w:rsidR="00D6710D" w:rsidRPr="00B7305F">
        <w:rPr>
          <w:color w:val="000000" w:themeColor="text1"/>
          <w:lang w:val="uk-UA"/>
        </w:rPr>
        <w:t>гармонія</w:t>
      </w:r>
      <w:r w:rsidRPr="00B7305F">
        <w:rPr>
          <w:color w:val="000000" w:themeColor="text1"/>
          <w:lang w:val="uk-UA"/>
        </w:rPr>
        <w:t xml:space="preserve"> </w:t>
      </w:r>
      <w:r w:rsidR="00D6710D" w:rsidRPr="00B7305F">
        <w:rPr>
          <w:color w:val="000000" w:themeColor="text1"/>
          <w:lang w:val="uk-UA"/>
        </w:rPr>
        <w:t>між</w:t>
      </w:r>
      <w:r w:rsidRPr="00B7305F">
        <w:rPr>
          <w:color w:val="000000" w:themeColor="text1"/>
          <w:lang w:val="uk-UA"/>
        </w:rPr>
        <w:t xml:space="preserve"> </w:t>
      </w:r>
      <w:r w:rsidR="00D6710D" w:rsidRPr="00B7305F">
        <w:rPr>
          <w:color w:val="000000" w:themeColor="text1"/>
          <w:lang w:val="uk-UA"/>
        </w:rPr>
        <w:t>тілом,</w:t>
      </w:r>
      <w:r w:rsidRPr="00B7305F">
        <w:rPr>
          <w:color w:val="000000" w:themeColor="text1"/>
          <w:lang w:val="uk-UA"/>
        </w:rPr>
        <w:t xml:space="preserve"> </w:t>
      </w:r>
      <w:r w:rsidR="00D6710D" w:rsidRPr="00B7305F">
        <w:rPr>
          <w:color w:val="000000" w:themeColor="text1"/>
          <w:lang w:val="uk-UA"/>
        </w:rPr>
        <w:t>голосом</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духовним</w:t>
      </w:r>
      <w:r w:rsidRPr="00B7305F">
        <w:rPr>
          <w:color w:val="000000" w:themeColor="text1"/>
          <w:lang w:val="uk-UA"/>
        </w:rPr>
        <w:t xml:space="preserve"> </w:t>
      </w:r>
      <w:r w:rsidR="00D6710D" w:rsidRPr="00B7305F">
        <w:rPr>
          <w:color w:val="000000" w:themeColor="text1"/>
          <w:lang w:val="uk-UA"/>
        </w:rPr>
        <w:t>станом.</w:t>
      </w:r>
      <w:r w:rsidRPr="00B7305F">
        <w:rPr>
          <w:color w:val="000000" w:themeColor="text1"/>
          <w:lang w:val="uk-UA"/>
        </w:rPr>
        <w:t xml:space="preserve"> </w:t>
      </w:r>
      <w:r w:rsidR="00D6710D" w:rsidRPr="00B7305F">
        <w:rPr>
          <w:color w:val="000000" w:themeColor="text1"/>
          <w:lang w:val="uk-UA"/>
        </w:rPr>
        <w:t>Він</w:t>
      </w:r>
      <w:r w:rsidRPr="00B7305F">
        <w:rPr>
          <w:color w:val="000000" w:themeColor="text1"/>
          <w:lang w:val="uk-UA"/>
        </w:rPr>
        <w:t xml:space="preserve"> </w:t>
      </w:r>
      <w:r w:rsidR="00D6710D" w:rsidRPr="00B7305F">
        <w:rPr>
          <w:color w:val="000000" w:themeColor="text1"/>
          <w:lang w:val="uk-UA"/>
        </w:rPr>
        <w:t>виступав</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просто</w:t>
      </w:r>
      <w:r w:rsidRPr="00B7305F">
        <w:rPr>
          <w:color w:val="000000" w:themeColor="text1"/>
          <w:lang w:val="uk-UA"/>
        </w:rPr>
        <w:t xml:space="preserve"> </w:t>
      </w:r>
      <w:r w:rsidR="00D6710D" w:rsidRPr="00B7305F">
        <w:rPr>
          <w:color w:val="000000" w:themeColor="text1"/>
          <w:lang w:val="uk-UA"/>
        </w:rPr>
        <w:t>виконавцем,</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медіатором</w:t>
      </w:r>
      <w:r w:rsidRPr="00B7305F">
        <w:rPr>
          <w:color w:val="000000" w:themeColor="text1"/>
          <w:lang w:val="uk-UA"/>
        </w:rPr>
        <w:t xml:space="preserve"> </w:t>
      </w:r>
      <w:r w:rsidR="00D6710D" w:rsidRPr="00B7305F">
        <w:rPr>
          <w:color w:val="000000" w:themeColor="text1"/>
          <w:lang w:val="uk-UA"/>
        </w:rPr>
        <w:t>між</w:t>
      </w:r>
      <w:r w:rsidRPr="00B7305F">
        <w:rPr>
          <w:color w:val="000000" w:themeColor="text1"/>
          <w:lang w:val="uk-UA"/>
        </w:rPr>
        <w:t xml:space="preserve"> </w:t>
      </w:r>
      <w:r w:rsidR="00D6710D" w:rsidRPr="00B7305F">
        <w:rPr>
          <w:color w:val="000000" w:themeColor="text1"/>
          <w:lang w:val="uk-UA"/>
        </w:rPr>
        <w:t>світом</w:t>
      </w:r>
      <w:r w:rsidRPr="00B7305F">
        <w:rPr>
          <w:color w:val="000000" w:themeColor="text1"/>
          <w:lang w:val="uk-UA"/>
        </w:rPr>
        <w:t xml:space="preserve"> </w:t>
      </w:r>
      <w:r w:rsidR="00D6710D" w:rsidRPr="00B7305F">
        <w:rPr>
          <w:color w:val="000000" w:themeColor="text1"/>
          <w:lang w:val="uk-UA"/>
        </w:rPr>
        <w:t>людей</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світом</w:t>
      </w:r>
      <w:r w:rsidRPr="00B7305F">
        <w:rPr>
          <w:color w:val="000000" w:themeColor="text1"/>
          <w:lang w:val="uk-UA"/>
        </w:rPr>
        <w:t xml:space="preserve"> </w:t>
      </w:r>
      <w:r w:rsidR="00D6710D" w:rsidRPr="00B7305F">
        <w:rPr>
          <w:color w:val="000000" w:themeColor="text1"/>
          <w:lang w:val="uk-UA"/>
        </w:rPr>
        <w:t>міфу,</w:t>
      </w:r>
      <w:r w:rsidRPr="00B7305F">
        <w:rPr>
          <w:color w:val="000000" w:themeColor="text1"/>
          <w:lang w:val="uk-UA"/>
        </w:rPr>
        <w:t xml:space="preserve"> </w:t>
      </w:r>
      <w:r w:rsidR="00D6710D" w:rsidRPr="00B7305F">
        <w:rPr>
          <w:color w:val="000000" w:themeColor="text1"/>
          <w:lang w:val="uk-UA"/>
        </w:rPr>
        <w:t>уособленням</w:t>
      </w:r>
      <w:r w:rsidRPr="00B7305F">
        <w:rPr>
          <w:color w:val="000000" w:themeColor="text1"/>
          <w:lang w:val="uk-UA"/>
        </w:rPr>
        <w:t xml:space="preserve"> </w:t>
      </w:r>
      <w:r w:rsidR="00D6710D" w:rsidRPr="00B7305F">
        <w:rPr>
          <w:color w:val="000000" w:themeColor="text1"/>
          <w:lang w:val="uk-UA"/>
        </w:rPr>
        <w:t>здатності</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торкатися</w:t>
      </w:r>
      <w:r w:rsidRPr="00B7305F">
        <w:rPr>
          <w:color w:val="000000" w:themeColor="text1"/>
          <w:lang w:val="uk-UA"/>
        </w:rPr>
        <w:t xml:space="preserve"> </w:t>
      </w:r>
      <w:r w:rsidR="00D6710D" w:rsidRPr="00B7305F">
        <w:rPr>
          <w:color w:val="000000" w:themeColor="text1"/>
          <w:lang w:val="uk-UA"/>
        </w:rPr>
        <w:t>фундаментальних</w:t>
      </w:r>
      <w:r w:rsidRPr="00B7305F">
        <w:rPr>
          <w:color w:val="000000" w:themeColor="text1"/>
          <w:lang w:val="uk-UA"/>
        </w:rPr>
        <w:t xml:space="preserve"> </w:t>
      </w:r>
      <w:r w:rsidR="00D6710D" w:rsidRPr="00B7305F">
        <w:rPr>
          <w:color w:val="000000" w:themeColor="text1"/>
          <w:lang w:val="uk-UA"/>
        </w:rPr>
        <w:t>істин</w:t>
      </w:r>
      <w:r w:rsidRPr="00B7305F">
        <w:rPr>
          <w:color w:val="000000" w:themeColor="text1"/>
          <w:lang w:val="uk-UA"/>
        </w:rPr>
        <w:t xml:space="preserve"> </w:t>
      </w:r>
      <w:r w:rsidR="00D6710D" w:rsidRPr="00B7305F">
        <w:rPr>
          <w:color w:val="000000" w:themeColor="text1"/>
          <w:lang w:val="uk-UA"/>
        </w:rPr>
        <w:t>буття.</w:t>
      </w:r>
      <w:r w:rsidRPr="00B7305F">
        <w:rPr>
          <w:color w:val="000000" w:themeColor="text1"/>
          <w:lang w:val="uk-UA"/>
        </w:rPr>
        <w:t xml:space="preserve"> </w:t>
      </w:r>
      <w:r w:rsidR="00D6710D" w:rsidRPr="00B7305F">
        <w:rPr>
          <w:color w:val="000000" w:themeColor="text1"/>
          <w:lang w:val="uk-UA"/>
        </w:rPr>
        <w:t>Акторська</w:t>
      </w:r>
      <w:r w:rsidRPr="00B7305F">
        <w:rPr>
          <w:color w:val="000000" w:themeColor="text1"/>
          <w:lang w:val="uk-UA"/>
        </w:rPr>
        <w:t xml:space="preserve"> </w:t>
      </w:r>
      <w:r w:rsidR="00D6710D" w:rsidRPr="00B7305F">
        <w:rPr>
          <w:color w:val="000000" w:themeColor="text1"/>
          <w:lang w:val="uk-UA"/>
        </w:rPr>
        <w:t>майстерність</w:t>
      </w:r>
      <w:r w:rsidRPr="00B7305F">
        <w:rPr>
          <w:color w:val="000000" w:themeColor="text1"/>
          <w:lang w:val="uk-UA"/>
        </w:rPr>
        <w:t xml:space="preserve"> </w:t>
      </w:r>
      <w:r w:rsidR="00D6710D" w:rsidRPr="00B7305F">
        <w:rPr>
          <w:color w:val="000000" w:themeColor="text1"/>
          <w:lang w:val="uk-UA"/>
        </w:rPr>
        <w:t>розглядалася</w:t>
      </w:r>
      <w:r w:rsidRPr="00B7305F">
        <w:rPr>
          <w:color w:val="000000" w:themeColor="text1"/>
          <w:lang w:val="uk-UA"/>
        </w:rPr>
        <w:t xml:space="preserve"> </w:t>
      </w:r>
      <w:r w:rsidR="00D6710D" w:rsidRPr="00B7305F">
        <w:rPr>
          <w:color w:val="000000" w:themeColor="text1"/>
          <w:lang w:val="uk-UA"/>
        </w:rPr>
        <w:t>як</w:t>
      </w:r>
      <w:r w:rsidRPr="00B7305F">
        <w:rPr>
          <w:color w:val="000000" w:themeColor="text1"/>
          <w:lang w:val="uk-UA"/>
        </w:rPr>
        <w:t xml:space="preserve"> </w:t>
      </w:r>
      <w:r w:rsidR="00D6710D" w:rsidRPr="00B7305F">
        <w:rPr>
          <w:color w:val="000000" w:themeColor="text1"/>
          <w:lang w:val="uk-UA"/>
        </w:rPr>
        <w:t>процес,</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поєднує</w:t>
      </w:r>
      <w:r w:rsidRPr="00B7305F">
        <w:rPr>
          <w:color w:val="000000" w:themeColor="text1"/>
          <w:lang w:val="uk-UA"/>
        </w:rPr>
        <w:t xml:space="preserve"> </w:t>
      </w:r>
      <w:r w:rsidR="00D6710D" w:rsidRPr="00B7305F">
        <w:rPr>
          <w:color w:val="000000" w:themeColor="text1"/>
          <w:lang w:val="uk-UA"/>
        </w:rPr>
        <w:t>дисципліну,</w:t>
      </w:r>
      <w:r w:rsidRPr="00B7305F">
        <w:rPr>
          <w:color w:val="000000" w:themeColor="text1"/>
          <w:lang w:val="uk-UA"/>
        </w:rPr>
        <w:t xml:space="preserve"> </w:t>
      </w:r>
      <w:r w:rsidR="00D6710D" w:rsidRPr="00B7305F">
        <w:rPr>
          <w:color w:val="000000" w:themeColor="text1"/>
          <w:lang w:val="uk-UA"/>
        </w:rPr>
        <w:t>уяву,</w:t>
      </w:r>
      <w:r w:rsidRPr="00B7305F">
        <w:rPr>
          <w:color w:val="000000" w:themeColor="text1"/>
          <w:lang w:val="uk-UA"/>
        </w:rPr>
        <w:t xml:space="preserve"> </w:t>
      </w:r>
      <w:r w:rsidR="00D6710D" w:rsidRPr="00B7305F">
        <w:rPr>
          <w:color w:val="000000" w:themeColor="text1"/>
          <w:lang w:val="uk-UA"/>
        </w:rPr>
        <w:t>етичну</w:t>
      </w:r>
      <w:r w:rsidRPr="00B7305F">
        <w:rPr>
          <w:color w:val="000000" w:themeColor="text1"/>
          <w:lang w:val="uk-UA"/>
        </w:rPr>
        <w:t xml:space="preserve"> </w:t>
      </w:r>
      <w:r w:rsidR="00D6710D" w:rsidRPr="00B7305F">
        <w:rPr>
          <w:color w:val="000000" w:themeColor="text1"/>
          <w:lang w:val="uk-UA"/>
        </w:rPr>
        <w:t>відповідальність</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віру</w:t>
      </w:r>
      <w:r w:rsidRPr="00B7305F">
        <w:rPr>
          <w:color w:val="000000" w:themeColor="text1"/>
          <w:lang w:val="uk-UA"/>
        </w:rPr>
        <w:t xml:space="preserve"> </w:t>
      </w:r>
      <w:r w:rsidR="00D6710D" w:rsidRPr="00B7305F">
        <w:rPr>
          <w:color w:val="000000" w:themeColor="text1"/>
          <w:lang w:val="uk-UA"/>
        </w:rPr>
        <w:t>в</w:t>
      </w:r>
      <w:r w:rsidRPr="00B7305F">
        <w:rPr>
          <w:color w:val="000000" w:themeColor="text1"/>
          <w:lang w:val="uk-UA"/>
        </w:rPr>
        <w:t xml:space="preserve"> </w:t>
      </w:r>
      <w:r w:rsidR="00D6710D" w:rsidRPr="00B7305F">
        <w:rPr>
          <w:color w:val="000000" w:themeColor="text1"/>
          <w:lang w:val="uk-UA"/>
        </w:rPr>
        <w:t>правду</w:t>
      </w:r>
      <w:r w:rsidRPr="00B7305F">
        <w:rPr>
          <w:color w:val="000000" w:themeColor="text1"/>
          <w:lang w:val="uk-UA"/>
        </w:rPr>
        <w:t xml:space="preserve"> </w:t>
      </w:r>
      <w:r w:rsidR="00D6710D" w:rsidRPr="00B7305F">
        <w:rPr>
          <w:color w:val="000000" w:themeColor="text1"/>
          <w:lang w:val="uk-UA"/>
        </w:rPr>
        <w:t>сценічного</w:t>
      </w:r>
      <w:r w:rsidRPr="00B7305F">
        <w:rPr>
          <w:color w:val="000000" w:themeColor="text1"/>
          <w:lang w:val="uk-UA"/>
        </w:rPr>
        <w:t xml:space="preserve"> </w:t>
      </w:r>
      <w:r w:rsidR="00D6710D" w:rsidRPr="00B7305F">
        <w:rPr>
          <w:color w:val="000000" w:themeColor="text1"/>
          <w:lang w:val="uk-UA"/>
        </w:rPr>
        <w:t>образу.</w:t>
      </w:r>
    </w:p>
    <w:p w14:paraId="2B971382" w14:textId="5131B571"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Середньовіччя</w:t>
      </w:r>
      <w:r w:rsidRPr="00B7305F">
        <w:rPr>
          <w:color w:val="000000" w:themeColor="text1"/>
          <w:lang w:val="uk-UA"/>
        </w:rPr>
        <w:t xml:space="preserve"> </w:t>
      </w:r>
      <w:r w:rsidR="00D6710D" w:rsidRPr="00B7305F">
        <w:rPr>
          <w:color w:val="000000" w:themeColor="text1"/>
          <w:lang w:val="uk-UA"/>
        </w:rPr>
        <w:t>принесло</w:t>
      </w:r>
      <w:r w:rsidRPr="00B7305F">
        <w:rPr>
          <w:color w:val="000000" w:themeColor="text1"/>
          <w:lang w:val="uk-UA"/>
        </w:rPr>
        <w:t xml:space="preserve"> </w:t>
      </w:r>
      <w:r w:rsidR="00D6710D" w:rsidRPr="00B7305F">
        <w:rPr>
          <w:color w:val="000000" w:themeColor="text1"/>
          <w:lang w:val="uk-UA"/>
        </w:rPr>
        <w:t>театрові</w:t>
      </w:r>
      <w:r w:rsidRPr="00B7305F">
        <w:rPr>
          <w:color w:val="000000" w:themeColor="text1"/>
          <w:lang w:val="uk-UA"/>
        </w:rPr>
        <w:t xml:space="preserve"> </w:t>
      </w:r>
      <w:r w:rsidR="00D6710D" w:rsidRPr="00B7305F">
        <w:rPr>
          <w:color w:val="000000" w:themeColor="text1"/>
          <w:lang w:val="uk-UA"/>
        </w:rPr>
        <w:t>сакральну</w:t>
      </w:r>
      <w:r w:rsidRPr="00B7305F">
        <w:rPr>
          <w:color w:val="000000" w:themeColor="text1"/>
          <w:lang w:val="uk-UA"/>
        </w:rPr>
        <w:t xml:space="preserve"> </w:t>
      </w:r>
      <w:r w:rsidR="00D6710D" w:rsidRPr="00B7305F">
        <w:rPr>
          <w:color w:val="000000" w:themeColor="text1"/>
          <w:lang w:val="uk-UA"/>
        </w:rPr>
        <w:t>трансформацію:</w:t>
      </w:r>
      <w:r w:rsidRPr="00B7305F">
        <w:rPr>
          <w:color w:val="000000" w:themeColor="text1"/>
          <w:lang w:val="uk-UA"/>
        </w:rPr>
        <w:t xml:space="preserve"> </w:t>
      </w:r>
      <w:r w:rsidR="00D6710D" w:rsidRPr="00B7305F">
        <w:rPr>
          <w:color w:val="000000" w:themeColor="text1"/>
          <w:lang w:val="uk-UA"/>
        </w:rPr>
        <w:t>літургійні</w:t>
      </w:r>
      <w:r w:rsidRPr="00B7305F">
        <w:rPr>
          <w:color w:val="000000" w:themeColor="text1"/>
          <w:lang w:val="uk-UA"/>
        </w:rPr>
        <w:t xml:space="preserve"> </w:t>
      </w:r>
      <w:r w:rsidR="00D6710D" w:rsidRPr="00B7305F">
        <w:rPr>
          <w:color w:val="000000" w:themeColor="text1"/>
          <w:lang w:val="uk-UA"/>
        </w:rPr>
        <w:t>драми</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містерії</w:t>
      </w:r>
      <w:r w:rsidRPr="00B7305F">
        <w:rPr>
          <w:color w:val="000000" w:themeColor="text1"/>
          <w:lang w:val="uk-UA"/>
        </w:rPr>
        <w:t xml:space="preserve"> </w:t>
      </w:r>
      <w:r w:rsidR="00D6710D" w:rsidRPr="00B7305F">
        <w:rPr>
          <w:color w:val="000000" w:themeColor="text1"/>
          <w:lang w:val="uk-UA"/>
        </w:rPr>
        <w:t>перетворили</w:t>
      </w:r>
      <w:r w:rsidRPr="00B7305F">
        <w:rPr>
          <w:color w:val="000000" w:themeColor="text1"/>
          <w:lang w:val="uk-UA"/>
        </w:rPr>
        <w:t xml:space="preserve"> </w:t>
      </w:r>
      <w:r w:rsidR="00D6710D" w:rsidRPr="00B7305F">
        <w:rPr>
          <w:color w:val="000000" w:themeColor="text1"/>
          <w:lang w:val="uk-UA"/>
        </w:rPr>
        <w:t>сценічний</w:t>
      </w:r>
      <w:r w:rsidRPr="00B7305F">
        <w:rPr>
          <w:color w:val="000000" w:themeColor="text1"/>
          <w:lang w:val="uk-UA"/>
        </w:rPr>
        <w:t xml:space="preserve"> </w:t>
      </w:r>
      <w:r w:rsidR="00D6710D" w:rsidRPr="00B7305F">
        <w:rPr>
          <w:color w:val="000000" w:themeColor="text1"/>
          <w:lang w:val="uk-UA"/>
        </w:rPr>
        <w:t>простір</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духовний</w:t>
      </w:r>
      <w:r w:rsidRPr="00B7305F">
        <w:rPr>
          <w:color w:val="000000" w:themeColor="text1"/>
          <w:lang w:val="uk-UA"/>
        </w:rPr>
        <w:t xml:space="preserve"> </w:t>
      </w:r>
      <w:r w:rsidR="00D6710D" w:rsidRPr="00B7305F">
        <w:rPr>
          <w:color w:val="000000" w:themeColor="text1"/>
          <w:lang w:val="uk-UA"/>
        </w:rPr>
        <w:t>осередок,</w:t>
      </w:r>
      <w:r w:rsidRPr="00B7305F">
        <w:rPr>
          <w:color w:val="000000" w:themeColor="text1"/>
          <w:lang w:val="uk-UA"/>
        </w:rPr>
        <w:t xml:space="preserve"> </w:t>
      </w:r>
      <w:r w:rsidR="00D6710D" w:rsidRPr="00B7305F">
        <w:rPr>
          <w:color w:val="000000" w:themeColor="text1"/>
          <w:lang w:val="uk-UA"/>
        </w:rPr>
        <w:t>де</w:t>
      </w:r>
      <w:r w:rsidRPr="00B7305F">
        <w:rPr>
          <w:color w:val="000000" w:themeColor="text1"/>
          <w:lang w:val="uk-UA"/>
        </w:rPr>
        <w:t xml:space="preserve"> </w:t>
      </w:r>
      <w:r w:rsidR="00D6710D" w:rsidRPr="00B7305F">
        <w:rPr>
          <w:color w:val="000000" w:themeColor="text1"/>
          <w:lang w:val="uk-UA"/>
        </w:rPr>
        <w:t>дія</w:t>
      </w:r>
      <w:r w:rsidRPr="00B7305F">
        <w:rPr>
          <w:color w:val="000000" w:themeColor="text1"/>
          <w:lang w:val="uk-UA"/>
        </w:rPr>
        <w:t xml:space="preserve"> </w:t>
      </w:r>
      <w:r w:rsidR="00D6710D" w:rsidRPr="00B7305F">
        <w:rPr>
          <w:color w:val="000000" w:themeColor="text1"/>
          <w:lang w:val="uk-UA"/>
        </w:rPr>
        <w:t>набувала</w:t>
      </w:r>
      <w:r w:rsidRPr="00B7305F">
        <w:rPr>
          <w:color w:val="000000" w:themeColor="text1"/>
          <w:lang w:val="uk-UA"/>
        </w:rPr>
        <w:t xml:space="preserve"> </w:t>
      </w:r>
      <w:r w:rsidR="00D6710D" w:rsidRPr="00B7305F">
        <w:rPr>
          <w:color w:val="000000" w:themeColor="text1"/>
          <w:lang w:val="uk-UA"/>
        </w:rPr>
        <w:t>ритуального</w:t>
      </w:r>
      <w:r w:rsidRPr="00B7305F">
        <w:rPr>
          <w:color w:val="000000" w:themeColor="text1"/>
          <w:lang w:val="uk-UA"/>
        </w:rPr>
        <w:t xml:space="preserve"> </w:t>
      </w:r>
      <w:r w:rsidR="00D6710D" w:rsidRPr="00B7305F">
        <w:rPr>
          <w:color w:val="000000" w:themeColor="text1"/>
          <w:lang w:val="uk-UA"/>
        </w:rPr>
        <w:t>змісту.</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цей</w:t>
      </w:r>
      <w:r w:rsidRPr="00B7305F">
        <w:rPr>
          <w:color w:val="000000" w:themeColor="text1"/>
          <w:lang w:val="uk-UA"/>
        </w:rPr>
        <w:t xml:space="preserve"> </w:t>
      </w:r>
      <w:r w:rsidR="00D6710D" w:rsidRPr="00B7305F">
        <w:rPr>
          <w:color w:val="000000" w:themeColor="text1"/>
          <w:lang w:val="uk-UA"/>
        </w:rPr>
        <w:t>період</w:t>
      </w:r>
      <w:r w:rsidRPr="00B7305F">
        <w:rPr>
          <w:color w:val="000000" w:themeColor="text1"/>
          <w:lang w:val="uk-UA"/>
        </w:rPr>
        <w:t xml:space="preserve"> </w:t>
      </w:r>
      <w:r w:rsidR="00D6710D" w:rsidRPr="00B7305F">
        <w:rPr>
          <w:color w:val="000000" w:themeColor="text1"/>
          <w:lang w:val="uk-UA"/>
        </w:rPr>
        <w:t>актор</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прагнув</w:t>
      </w:r>
      <w:r w:rsidRPr="00B7305F">
        <w:rPr>
          <w:color w:val="000000" w:themeColor="text1"/>
          <w:lang w:val="uk-UA"/>
        </w:rPr>
        <w:t xml:space="preserve"> </w:t>
      </w:r>
      <w:r w:rsidR="00D6710D" w:rsidRPr="00B7305F">
        <w:rPr>
          <w:color w:val="000000" w:themeColor="text1"/>
          <w:lang w:val="uk-UA"/>
        </w:rPr>
        <w:t>психологічної</w:t>
      </w:r>
      <w:r w:rsidRPr="00B7305F">
        <w:rPr>
          <w:color w:val="000000" w:themeColor="text1"/>
          <w:lang w:val="uk-UA"/>
        </w:rPr>
        <w:t xml:space="preserve"> </w:t>
      </w:r>
      <w:r w:rsidR="00D6710D" w:rsidRPr="00B7305F">
        <w:rPr>
          <w:color w:val="000000" w:themeColor="text1"/>
          <w:lang w:val="uk-UA"/>
        </w:rPr>
        <w:t>глибини</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головним</w:t>
      </w:r>
      <w:r w:rsidRPr="00B7305F">
        <w:rPr>
          <w:color w:val="000000" w:themeColor="text1"/>
          <w:lang w:val="uk-UA"/>
        </w:rPr>
        <w:t xml:space="preserve"> </w:t>
      </w:r>
      <w:r w:rsidR="00D6710D" w:rsidRPr="00B7305F">
        <w:rPr>
          <w:color w:val="000000" w:themeColor="text1"/>
          <w:lang w:val="uk-UA"/>
        </w:rPr>
        <w:t>було</w:t>
      </w:r>
      <w:r w:rsidRPr="00B7305F">
        <w:rPr>
          <w:color w:val="000000" w:themeColor="text1"/>
          <w:lang w:val="uk-UA"/>
        </w:rPr>
        <w:t xml:space="preserve"> </w:t>
      </w:r>
      <w:r w:rsidR="00D6710D" w:rsidRPr="00B7305F">
        <w:rPr>
          <w:color w:val="000000" w:themeColor="text1"/>
          <w:lang w:val="uk-UA"/>
        </w:rPr>
        <w:t>передати</w:t>
      </w:r>
      <w:r w:rsidRPr="00B7305F">
        <w:rPr>
          <w:color w:val="000000" w:themeColor="text1"/>
          <w:lang w:val="uk-UA"/>
        </w:rPr>
        <w:t xml:space="preserve"> </w:t>
      </w:r>
      <w:r w:rsidR="00D6710D" w:rsidRPr="00B7305F">
        <w:rPr>
          <w:color w:val="000000" w:themeColor="text1"/>
          <w:lang w:val="uk-UA"/>
        </w:rPr>
        <w:t>моральний</w:t>
      </w:r>
      <w:r w:rsidRPr="00B7305F">
        <w:rPr>
          <w:color w:val="000000" w:themeColor="text1"/>
          <w:lang w:val="uk-UA"/>
        </w:rPr>
        <w:t xml:space="preserve"> </w:t>
      </w:r>
      <w:r w:rsidR="00D6710D" w:rsidRPr="00B7305F">
        <w:rPr>
          <w:color w:val="000000" w:themeColor="text1"/>
          <w:lang w:val="uk-UA"/>
        </w:rPr>
        <w:t>смисл,</w:t>
      </w:r>
      <w:r w:rsidRPr="00B7305F">
        <w:rPr>
          <w:color w:val="000000" w:themeColor="text1"/>
          <w:lang w:val="uk-UA"/>
        </w:rPr>
        <w:t xml:space="preserve"> </w:t>
      </w:r>
      <w:r w:rsidR="00D6710D" w:rsidRPr="00B7305F">
        <w:rPr>
          <w:color w:val="000000" w:themeColor="text1"/>
          <w:lang w:val="uk-UA"/>
        </w:rPr>
        <w:t>утвердити</w:t>
      </w:r>
      <w:r w:rsidRPr="00B7305F">
        <w:rPr>
          <w:color w:val="000000" w:themeColor="text1"/>
          <w:lang w:val="uk-UA"/>
        </w:rPr>
        <w:t xml:space="preserve"> </w:t>
      </w:r>
      <w:r w:rsidR="00D6710D" w:rsidRPr="00B7305F">
        <w:rPr>
          <w:color w:val="000000" w:themeColor="text1"/>
          <w:lang w:val="uk-UA"/>
        </w:rPr>
        <w:t>віру</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створити</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глядача</w:t>
      </w:r>
      <w:r w:rsidRPr="00B7305F">
        <w:rPr>
          <w:color w:val="000000" w:themeColor="text1"/>
          <w:lang w:val="uk-UA"/>
        </w:rPr>
        <w:t xml:space="preserve"> </w:t>
      </w:r>
      <w:r w:rsidR="00D6710D" w:rsidRPr="00B7305F">
        <w:rPr>
          <w:color w:val="000000" w:themeColor="text1"/>
          <w:lang w:val="uk-UA"/>
        </w:rPr>
        <w:t>стан</w:t>
      </w:r>
      <w:r w:rsidRPr="00B7305F">
        <w:rPr>
          <w:color w:val="000000" w:themeColor="text1"/>
          <w:lang w:val="uk-UA"/>
        </w:rPr>
        <w:t xml:space="preserve"> </w:t>
      </w:r>
      <w:r w:rsidR="00D6710D" w:rsidRPr="00B7305F">
        <w:rPr>
          <w:color w:val="000000" w:themeColor="text1"/>
          <w:lang w:val="uk-UA"/>
        </w:rPr>
        <w:t>духовного</w:t>
      </w:r>
      <w:r w:rsidRPr="00B7305F">
        <w:rPr>
          <w:color w:val="000000" w:themeColor="text1"/>
          <w:lang w:val="uk-UA"/>
        </w:rPr>
        <w:t xml:space="preserve"> </w:t>
      </w:r>
      <w:r w:rsidR="00D6710D" w:rsidRPr="00B7305F">
        <w:rPr>
          <w:color w:val="000000" w:themeColor="text1"/>
          <w:lang w:val="uk-UA"/>
        </w:rPr>
        <w:t>очищення.</w:t>
      </w:r>
      <w:r w:rsidRPr="00B7305F">
        <w:rPr>
          <w:color w:val="000000" w:themeColor="text1"/>
          <w:lang w:val="uk-UA"/>
        </w:rPr>
        <w:t xml:space="preserve"> </w:t>
      </w:r>
      <w:r w:rsidR="00D6710D" w:rsidRPr="00B7305F">
        <w:rPr>
          <w:color w:val="000000" w:themeColor="text1"/>
          <w:lang w:val="uk-UA"/>
        </w:rPr>
        <w:t>Хоча</w:t>
      </w:r>
      <w:r w:rsidRPr="00B7305F">
        <w:rPr>
          <w:color w:val="000000" w:themeColor="text1"/>
          <w:lang w:val="uk-UA"/>
        </w:rPr>
        <w:t xml:space="preserve"> </w:t>
      </w:r>
      <w:r w:rsidR="00D6710D" w:rsidRPr="00B7305F">
        <w:rPr>
          <w:color w:val="000000" w:themeColor="text1"/>
          <w:lang w:val="uk-UA"/>
        </w:rPr>
        <w:t>з</w:t>
      </w:r>
      <w:r w:rsidRPr="00B7305F">
        <w:rPr>
          <w:color w:val="000000" w:themeColor="text1"/>
          <w:lang w:val="uk-UA"/>
        </w:rPr>
        <w:t xml:space="preserve"> </w:t>
      </w:r>
      <w:r w:rsidR="00D6710D" w:rsidRPr="00B7305F">
        <w:rPr>
          <w:color w:val="000000" w:themeColor="text1"/>
          <w:lang w:val="uk-UA"/>
        </w:rPr>
        <w:t>сучасної</w:t>
      </w:r>
      <w:r w:rsidRPr="00B7305F">
        <w:rPr>
          <w:color w:val="000000" w:themeColor="text1"/>
          <w:lang w:val="uk-UA"/>
        </w:rPr>
        <w:t xml:space="preserve"> </w:t>
      </w:r>
      <w:r w:rsidR="00D6710D" w:rsidRPr="00B7305F">
        <w:rPr>
          <w:color w:val="000000" w:themeColor="text1"/>
          <w:lang w:val="uk-UA"/>
        </w:rPr>
        <w:t>позиції</w:t>
      </w:r>
      <w:r w:rsidRPr="00B7305F">
        <w:rPr>
          <w:color w:val="000000" w:themeColor="text1"/>
          <w:lang w:val="uk-UA"/>
        </w:rPr>
        <w:t xml:space="preserve"> </w:t>
      </w:r>
      <w:r w:rsidR="00D6710D" w:rsidRPr="00B7305F">
        <w:rPr>
          <w:color w:val="000000" w:themeColor="text1"/>
          <w:lang w:val="uk-UA"/>
        </w:rPr>
        <w:t>середньовічна</w:t>
      </w:r>
      <w:r w:rsidRPr="00B7305F">
        <w:rPr>
          <w:color w:val="000000" w:themeColor="text1"/>
          <w:lang w:val="uk-UA"/>
        </w:rPr>
        <w:t xml:space="preserve"> </w:t>
      </w:r>
      <w:r w:rsidR="00D6710D" w:rsidRPr="00B7305F">
        <w:rPr>
          <w:color w:val="000000" w:themeColor="text1"/>
          <w:lang w:val="uk-UA"/>
        </w:rPr>
        <w:t>сцена</w:t>
      </w:r>
      <w:r w:rsidRPr="00B7305F">
        <w:rPr>
          <w:color w:val="000000" w:themeColor="text1"/>
          <w:lang w:val="uk-UA"/>
        </w:rPr>
        <w:t xml:space="preserve"> </w:t>
      </w:r>
      <w:r w:rsidR="00D6710D" w:rsidRPr="00B7305F">
        <w:rPr>
          <w:color w:val="000000" w:themeColor="text1"/>
          <w:lang w:val="uk-UA"/>
        </w:rPr>
        <w:t>може</w:t>
      </w:r>
      <w:r w:rsidRPr="00B7305F">
        <w:rPr>
          <w:color w:val="000000" w:themeColor="text1"/>
          <w:lang w:val="uk-UA"/>
        </w:rPr>
        <w:t xml:space="preserve"> </w:t>
      </w:r>
      <w:r w:rsidR="00D6710D" w:rsidRPr="00B7305F">
        <w:rPr>
          <w:color w:val="000000" w:themeColor="text1"/>
          <w:lang w:val="uk-UA"/>
        </w:rPr>
        <w:t>здаватися</w:t>
      </w:r>
      <w:r w:rsidRPr="00B7305F">
        <w:rPr>
          <w:color w:val="000000" w:themeColor="text1"/>
          <w:lang w:val="uk-UA"/>
        </w:rPr>
        <w:t xml:space="preserve"> </w:t>
      </w:r>
      <w:r w:rsidR="00D6710D" w:rsidRPr="00B7305F">
        <w:rPr>
          <w:color w:val="000000" w:themeColor="text1"/>
          <w:lang w:val="uk-UA"/>
        </w:rPr>
        <w:t>статичною,</w:t>
      </w:r>
      <w:r w:rsidRPr="00B7305F">
        <w:rPr>
          <w:color w:val="000000" w:themeColor="text1"/>
          <w:lang w:val="uk-UA"/>
        </w:rPr>
        <w:t xml:space="preserve"> </w:t>
      </w:r>
      <w:r w:rsidR="00D6710D" w:rsidRPr="00B7305F">
        <w:rPr>
          <w:color w:val="000000" w:themeColor="text1"/>
          <w:lang w:val="uk-UA"/>
        </w:rPr>
        <w:t>саме</w:t>
      </w:r>
      <w:r w:rsidRPr="00B7305F">
        <w:rPr>
          <w:color w:val="000000" w:themeColor="text1"/>
          <w:lang w:val="uk-UA"/>
        </w:rPr>
        <w:t xml:space="preserve"> </w:t>
      </w:r>
      <w:r w:rsidR="00D6710D" w:rsidRPr="00B7305F">
        <w:rPr>
          <w:color w:val="000000" w:themeColor="text1"/>
          <w:lang w:val="uk-UA"/>
        </w:rPr>
        <w:t>вона</w:t>
      </w:r>
      <w:r w:rsidRPr="00B7305F">
        <w:rPr>
          <w:color w:val="000000" w:themeColor="text1"/>
          <w:lang w:val="uk-UA"/>
        </w:rPr>
        <w:t xml:space="preserve"> </w:t>
      </w:r>
      <w:r w:rsidR="00D6710D" w:rsidRPr="00B7305F">
        <w:rPr>
          <w:color w:val="000000" w:themeColor="text1"/>
          <w:lang w:val="uk-UA"/>
        </w:rPr>
        <w:t>започаткувала</w:t>
      </w:r>
      <w:r w:rsidRPr="00B7305F">
        <w:rPr>
          <w:color w:val="000000" w:themeColor="text1"/>
          <w:lang w:val="uk-UA"/>
        </w:rPr>
        <w:t xml:space="preserve"> </w:t>
      </w:r>
      <w:r w:rsidR="00D6710D" w:rsidRPr="00B7305F">
        <w:rPr>
          <w:color w:val="000000" w:themeColor="text1"/>
          <w:lang w:val="uk-UA"/>
        </w:rPr>
        <w:t>важливу</w:t>
      </w:r>
      <w:r w:rsidRPr="00B7305F">
        <w:rPr>
          <w:color w:val="000000" w:themeColor="text1"/>
          <w:lang w:val="uk-UA"/>
        </w:rPr>
        <w:t xml:space="preserve"> </w:t>
      </w:r>
      <w:r w:rsidR="00D6710D" w:rsidRPr="00B7305F">
        <w:rPr>
          <w:color w:val="000000" w:themeColor="text1"/>
          <w:lang w:val="uk-UA"/>
        </w:rPr>
        <w:t>рису</w:t>
      </w:r>
      <w:r w:rsidRPr="00B7305F">
        <w:rPr>
          <w:color w:val="000000" w:themeColor="text1"/>
          <w:lang w:val="uk-UA"/>
        </w:rPr>
        <w:t xml:space="preserve"> </w:t>
      </w:r>
      <w:r w:rsidR="00D6710D" w:rsidRPr="00B7305F">
        <w:rPr>
          <w:color w:val="000000" w:themeColor="text1"/>
          <w:lang w:val="uk-UA"/>
        </w:rPr>
        <w:t>для</w:t>
      </w:r>
      <w:r w:rsidRPr="00B7305F">
        <w:rPr>
          <w:color w:val="000000" w:themeColor="text1"/>
          <w:lang w:val="uk-UA"/>
        </w:rPr>
        <w:t xml:space="preserve"> </w:t>
      </w:r>
      <w:r w:rsidR="00D6710D" w:rsidRPr="00B7305F">
        <w:rPr>
          <w:color w:val="000000" w:themeColor="text1"/>
          <w:lang w:val="uk-UA"/>
        </w:rPr>
        <w:t>майбутніх</w:t>
      </w:r>
      <w:r w:rsidRPr="00B7305F">
        <w:rPr>
          <w:color w:val="000000" w:themeColor="text1"/>
          <w:lang w:val="uk-UA"/>
        </w:rPr>
        <w:t xml:space="preserve"> </w:t>
      </w:r>
      <w:r w:rsidR="00D6710D" w:rsidRPr="00B7305F">
        <w:rPr>
          <w:color w:val="000000" w:themeColor="text1"/>
          <w:lang w:val="uk-UA"/>
        </w:rPr>
        <w:t>акторських</w:t>
      </w:r>
      <w:r w:rsidRPr="00B7305F">
        <w:rPr>
          <w:color w:val="000000" w:themeColor="text1"/>
          <w:lang w:val="uk-UA"/>
        </w:rPr>
        <w:t xml:space="preserve"> </w:t>
      </w:r>
      <w:r w:rsidR="00D6710D" w:rsidRPr="00B7305F">
        <w:rPr>
          <w:color w:val="000000" w:themeColor="text1"/>
          <w:lang w:val="uk-UA"/>
        </w:rPr>
        <w:t>технік:</w:t>
      </w:r>
      <w:r w:rsidRPr="00B7305F">
        <w:rPr>
          <w:color w:val="000000" w:themeColor="text1"/>
          <w:lang w:val="uk-UA"/>
        </w:rPr>
        <w:t xml:space="preserve"> </w:t>
      </w:r>
      <w:r w:rsidR="00D6710D" w:rsidRPr="00B7305F">
        <w:rPr>
          <w:color w:val="000000" w:themeColor="text1"/>
          <w:lang w:val="uk-UA"/>
        </w:rPr>
        <w:t>значення</w:t>
      </w:r>
      <w:r w:rsidRPr="00B7305F">
        <w:rPr>
          <w:color w:val="000000" w:themeColor="text1"/>
          <w:lang w:val="uk-UA"/>
        </w:rPr>
        <w:t xml:space="preserve"> </w:t>
      </w:r>
      <w:r w:rsidR="00D6710D" w:rsidRPr="00B7305F">
        <w:rPr>
          <w:color w:val="000000" w:themeColor="text1"/>
          <w:lang w:val="uk-UA"/>
        </w:rPr>
        <w:t>символічного</w:t>
      </w:r>
      <w:r w:rsidRPr="00B7305F">
        <w:rPr>
          <w:color w:val="000000" w:themeColor="text1"/>
          <w:lang w:val="uk-UA"/>
        </w:rPr>
        <w:t xml:space="preserve"> </w:t>
      </w:r>
      <w:r w:rsidR="00D6710D" w:rsidRPr="00B7305F">
        <w:rPr>
          <w:color w:val="000000" w:themeColor="text1"/>
          <w:lang w:val="uk-UA"/>
        </w:rPr>
        <w:t>жесту</w:t>
      </w:r>
      <w:r w:rsidRPr="00B7305F">
        <w:rPr>
          <w:color w:val="000000" w:themeColor="text1"/>
          <w:lang w:val="uk-UA"/>
        </w:rPr>
        <w:t xml:space="preserve"> </w:t>
      </w:r>
      <w:r w:rsidR="00D6710D" w:rsidRPr="00B7305F">
        <w:rPr>
          <w:color w:val="000000" w:themeColor="text1"/>
          <w:lang w:val="uk-UA"/>
        </w:rPr>
        <w:t>й</w:t>
      </w:r>
      <w:r w:rsidRPr="00B7305F">
        <w:rPr>
          <w:color w:val="000000" w:themeColor="text1"/>
          <w:lang w:val="uk-UA"/>
        </w:rPr>
        <w:t xml:space="preserve"> </w:t>
      </w:r>
      <w:r w:rsidR="00D6710D" w:rsidRPr="00B7305F">
        <w:rPr>
          <w:color w:val="000000" w:themeColor="text1"/>
          <w:lang w:val="uk-UA"/>
        </w:rPr>
        <w:t>архетипного</w:t>
      </w:r>
      <w:r w:rsidRPr="00B7305F">
        <w:rPr>
          <w:color w:val="000000" w:themeColor="text1"/>
          <w:lang w:val="uk-UA"/>
        </w:rPr>
        <w:t xml:space="preserve"> </w:t>
      </w:r>
      <w:r w:rsidR="00D6710D" w:rsidRPr="00B7305F">
        <w:rPr>
          <w:color w:val="000000" w:themeColor="text1"/>
          <w:lang w:val="uk-UA"/>
        </w:rPr>
        <w:t>образу,</w:t>
      </w:r>
      <w:r w:rsidRPr="00B7305F">
        <w:rPr>
          <w:color w:val="000000" w:themeColor="text1"/>
          <w:lang w:val="uk-UA"/>
        </w:rPr>
        <w:t xml:space="preserve"> </w:t>
      </w:r>
      <w:r w:rsidR="00D6710D" w:rsidRPr="00B7305F">
        <w:rPr>
          <w:color w:val="000000" w:themeColor="text1"/>
          <w:lang w:val="uk-UA"/>
        </w:rPr>
        <w:t>які</w:t>
      </w:r>
      <w:r w:rsidRPr="00B7305F">
        <w:rPr>
          <w:color w:val="000000" w:themeColor="text1"/>
          <w:lang w:val="uk-UA"/>
        </w:rPr>
        <w:t xml:space="preserve"> </w:t>
      </w:r>
      <w:r w:rsidR="00D6710D" w:rsidRPr="00B7305F">
        <w:rPr>
          <w:color w:val="000000" w:themeColor="text1"/>
          <w:lang w:val="uk-UA"/>
        </w:rPr>
        <w:t>згодом</w:t>
      </w:r>
      <w:r w:rsidRPr="00B7305F">
        <w:rPr>
          <w:color w:val="000000" w:themeColor="text1"/>
          <w:lang w:val="uk-UA"/>
        </w:rPr>
        <w:t xml:space="preserve"> </w:t>
      </w:r>
      <w:r w:rsidR="00D6710D" w:rsidRPr="00B7305F">
        <w:rPr>
          <w:color w:val="000000" w:themeColor="text1"/>
          <w:lang w:val="uk-UA"/>
        </w:rPr>
        <w:t>вплинуть</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кіномову,</w:t>
      </w:r>
      <w:r w:rsidRPr="00B7305F">
        <w:rPr>
          <w:color w:val="000000" w:themeColor="text1"/>
          <w:lang w:val="uk-UA"/>
        </w:rPr>
        <w:t xml:space="preserve"> </w:t>
      </w:r>
      <w:r w:rsidR="00D6710D" w:rsidRPr="00B7305F">
        <w:rPr>
          <w:color w:val="000000" w:themeColor="text1"/>
          <w:lang w:val="uk-UA"/>
        </w:rPr>
        <w:t>зокрема</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експресивні</w:t>
      </w:r>
      <w:r w:rsidRPr="00B7305F">
        <w:rPr>
          <w:color w:val="000000" w:themeColor="text1"/>
          <w:lang w:val="uk-UA"/>
        </w:rPr>
        <w:t xml:space="preserve"> </w:t>
      </w:r>
      <w:r w:rsidR="00D6710D" w:rsidRPr="00B7305F">
        <w:rPr>
          <w:color w:val="000000" w:themeColor="text1"/>
          <w:lang w:val="uk-UA"/>
        </w:rPr>
        <w:t>форми</w:t>
      </w:r>
      <w:r w:rsidRPr="00B7305F">
        <w:rPr>
          <w:color w:val="000000" w:themeColor="text1"/>
          <w:lang w:val="uk-UA"/>
        </w:rPr>
        <w:t xml:space="preserve"> </w:t>
      </w:r>
      <w:r w:rsidR="00D6710D" w:rsidRPr="00B7305F">
        <w:rPr>
          <w:color w:val="000000" w:themeColor="text1"/>
          <w:lang w:val="uk-UA"/>
        </w:rPr>
        <w:t>німого</w:t>
      </w:r>
      <w:r w:rsidRPr="00B7305F">
        <w:rPr>
          <w:color w:val="000000" w:themeColor="text1"/>
          <w:lang w:val="uk-UA"/>
        </w:rPr>
        <w:t xml:space="preserve"> </w:t>
      </w:r>
      <w:r w:rsidR="00D6710D" w:rsidRPr="00B7305F">
        <w:rPr>
          <w:color w:val="000000" w:themeColor="text1"/>
          <w:lang w:val="uk-UA"/>
        </w:rPr>
        <w:t>кіно.</w:t>
      </w:r>
    </w:p>
    <w:p w14:paraId="5DD41E05" w14:textId="1549A5EF"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Епоха</w:t>
      </w:r>
      <w:r w:rsidRPr="00B7305F">
        <w:rPr>
          <w:color w:val="000000" w:themeColor="text1"/>
          <w:lang w:val="uk-UA"/>
        </w:rPr>
        <w:t xml:space="preserve"> </w:t>
      </w:r>
      <w:r w:rsidR="00D6710D" w:rsidRPr="00B7305F">
        <w:rPr>
          <w:color w:val="000000" w:themeColor="text1"/>
          <w:lang w:val="uk-UA"/>
        </w:rPr>
        <w:t>Ренесансу</w:t>
      </w:r>
      <w:r w:rsidRPr="00B7305F">
        <w:rPr>
          <w:color w:val="000000" w:themeColor="text1"/>
          <w:lang w:val="uk-UA"/>
        </w:rPr>
        <w:t xml:space="preserve"> </w:t>
      </w:r>
      <w:r w:rsidR="00D6710D" w:rsidRPr="00B7305F">
        <w:rPr>
          <w:color w:val="000000" w:themeColor="text1"/>
          <w:lang w:val="uk-UA"/>
        </w:rPr>
        <w:t>відродила</w:t>
      </w:r>
      <w:r w:rsidRPr="00B7305F">
        <w:rPr>
          <w:color w:val="000000" w:themeColor="text1"/>
          <w:lang w:val="uk-UA"/>
        </w:rPr>
        <w:t xml:space="preserve"> </w:t>
      </w:r>
      <w:r w:rsidR="00D6710D" w:rsidRPr="00B7305F">
        <w:rPr>
          <w:color w:val="000000" w:themeColor="text1"/>
          <w:lang w:val="uk-UA"/>
        </w:rPr>
        <w:t>інтерес</w:t>
      </w:r>
      <w:r w:rsidRPr="00B7305F">
        <w:rPr>
          <w:color w:val="000000" w:themeColor="text1"/>
          <w:lang w:val="uk-UA"/>
        </w:rPr>
        <w:t xml:space="preserve"> </w:t>
      </w:r>
      <w:r w:rsidR="00D6710D" w:rsidRPr="00B7305F">
        <w:rPr>
          <w:color w:val="000000" w:themeColor="text1"/>
          <w:lang w:val="uk-UA"/>
        </w:rPr>
        <w:t>до</w:t>
      </w:r>
      <w:r w:rsidRPr="00B7305F">
        <w:rPr>
          <w:color w:val="000000" w:themeColor="text1"/>
          <w:lang w:val="uk-UA"/>
        </w:rPr>
        <w:t xml:space="preserve"> </w:t>
      </w:r>
      <w:r w:rsidR="00D6710D" w:rsidRPr="00B7305F">
        <w:rPr>
          <w:color w:val="000000" w:themeColor="text1"/>
          <w:lang w:val="uk-UA"/>
        </w:rPr>
        <w:t>людини</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її</w:t>
      </w:r>
      <w:r w:rsidRPr="00B7305F">
        <w:rPr>
          <w:color w:val="000000" w:themeColor="text1"/>
          <w:lang w:val="uk-UA"/>
        </w:rPr>
        <w:t xml:space="preserve"> </w:t>
      </w:r>
      <w:r w:rsidR="00D6710D" w:rsidRPr="00B7305F">
        <w:rPr>
          <w:color w:val="000000" w:themeColor="text1"/>
          <w:lang w:val="uk-UA"/>
        </w:rPr>
        <w:t>індивідуальності,</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позначилося</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природі</w:t>
      </w:r>
      <w:r w:rsidRPr="00B7305F">
        <w:rPr>
          <w:color w:val="000000" w:themeColor="text1"/>
          <w:lang w:val="uk-UA"/>
        </w:rPr>
        <w:t xml:space="preserve"> </w:t>
      </w:r>
      <w:r w:rsidR="00D6710D" w:rsidRPr="00B7305F">
        <w:rPr>
          <w:color w:val="000000" w:themeColor="text1"/>
          <w:lang w:val="uk-UA"/>
        </w:rPr>
        <w:t>акторської</w:t>
      </w:r>
      <w:r w:rsidRPr="00B7305F">
        <w:rPr>
          <w:color w:val="000000" w:themeColor="text1"/>
          <w:lang w:val="uk-UA"/>
        </w:rPr>
        <w:t xml:space="preserve"> </w:t>
      </w:r>
      <w:r w:rsidR="00D6710D" w:rsidRPr="00B7305F">
        <w:rPr>
          <w:color w:val="000000" w:themeColor="text1"/>
          <w:lang w:val="uk-UA"/>
        </w:rPr>
        <w:t>професії.</w:t>
      </w:r>
      <w:r w:rsidRPr="00B7305F">
        <w:rPr>
          <w:color w:val="000000" w:themeColor="text1"/>
          <w:lang w:val="uk-UA"/>
        </w:rPr>
        <w:t xml:space="preserve"> </w:t>
      </w:r>
      <w:r w:rsidR="00D6710D" w:rsidRPr="00B7305F">
        <w:rPr>
          <w:color w:val="000000" w:themeColor="text1"/>
          <w:lang w:val="uk-UA"/>
        </w:rPr>
        <w:t>Формуються</w:t>
      </w:r>
      <w:r w:rsidRPr="00B7305F">
        <w:rPr>
          <w:color w:val="000000" w:themeColor="text1"/>
          <w:lang w:val="uk-UA"/>
        </w:rPr>
        <w:t xml:space="preserve"> </w:t>
      </w:r>
      <w:r w:rsidR="00D6710D" w:rsidRPr="00B7305F">
        <w:rPr>
          <w:color w:val="000000" w:themeColor="text1"/>
          <w:lang w:val="uk-UA"/>
        </w:rPr>
        <w:t>перші</w:t>
      </w:r>
      <w:r w:rsidRPr="00B7305F">
        <w:rPr>
          <w:color w:val="000000" w:themeColor="text1"/>
          <w:lang w:val="uk-UA"/>
        </w:rPr>
        <w:t xml:space="preserve"> </w:t>
      </w:r>
      <w:r w:rsidR="00D6710D" w:rsidRPr="00B7305F">
        <w:rPr>
          <w:color w:val="000000" w:themeColor="text1"/>
          <w:lang w:val="uk-UA"/>
        </w:rPr>
        <w:t>уявлення</w:t>
      </w:r>
      <w:r w:rsidRPr="00B7305F">
        <w:rPr>
          <w:color w:val="000000" w:themeColor="text1"/>
          <w:lang w:val="uk-UA"/>
        </w:rPr>
        <w:t xml:space="preserve"> </w:t>
      </w:r>
      <w:r w:rsidR="00D6710D" w:rsidRPr="00B7305F">
        <w:rPr>
          <w:color w:val="000000" w:themeColor="text1"/>
          <w:lang w:val="uk-UA"/>
        </w:rPr>
        <w:t>про</w:t>
      </w:r>
      <w:r w:rsidRPr="00B7305F">
        <w:rPr>
          <w:color w:val="000000" w:themeColor="text1"/>
          <w:lang w:val="uk-UA"/>
        </w:rPr>
        <w:t xml:space="preserve"> </w:t>
      </w:r>
      <w:r w:rsidR="00D6710D" w:rsidRPr="00B7305F">
        <w:rPr>
          <w:color w:val="000000" w:themeColor="text1"/>
          <w:lang w:val="uk-UA"/>
        </w:rPr>
        <w:t>акторську</w:t>
      </w:r>
      <w:r w:rsidRPr="00B7305F">
        <w:rPr>
          <w:color w:val="000000" w:themeColor="text1"/>
          <w:lang w:val="uk-UA"/>
        </w:rPr>
        <w:t xml:space="preserve"> </w:t>
      </w:r>
      <w:r w:rsidR="00D6710D" w:rsidRPr="00B7305F">
        <w:rPr>
          <w:color w:val="000000" w:themeColor="text1"/>
          <w:lang w:val="uk-UA"/>
        </w:rPr>
        <w:t>психологію,</w:t>
      </w:r>
      <w:r w:rsidRPr="00B7305F">
        <w:rPr>
          <w:color w:val="000000" w:themeColor="text1"/>
          <w:lang w:val="uk-UA"/>
        </w:rPr>
        <w:t xml:space="preserve"> </w:t>
      </w:r>
      <w:r w:rsidR="00D6710D" w:rsidRPr="00B7305F">
        <w:rPr>
          <w:color w:val="000000" w:themeColor="text1"/>
          <w:lang w:val="uk-UA"/>
        </w:rPr>
        <w:t>про</w:t>
      </w:r>
      <w:r w:rsidRPr="00B7305F">
        <w:rPr>
          <w:color w:val="000000" w:themeColor="text1"/>
          <w:lang w:val="uk-UA"/>
        </w:rPr>
        <w:t xml:space="preserve"> </w:t>
      </w:r>
      <w:r w:rsidR="00D6710D" w:rsidRPr="00B7305F">
        <w:rPr>
          <w:color w:val="000000" w:themeColor="text1"/>
          <w:lang w:val="uk-UA"/>
        </w:rPr>
        <w:t>внутрішні</w:t>
      </w:r>
      <w:r w:rsidRPr="00B7305F">
        <w:rPr>
          <w:color w:val="000000" w:themeColor="text1"/>
          <w:lang w:val="uk-UA"/>
        </w:rPr>
        <w:t xml:space="preserve"> </w:t>
      </w:r>
      <w:r w:rsidR="00D6710D" w:rsidRPr="00B7305F">
        <w:rPr>
          <w:color w:val="000000" w:themeColor="text1"/>
          <w:lang w:val="uk-UA"/>
        </w:rPr>
        <w:t>мотиви</w:t>
      </w:r>
      <w:r w:rsidRPr="00B7305F">
        <w:rPr>
          <w:color w:val="000000" w:themeColor="text1"/>
          <w:lang w:val="uk-UA"/>
        </w:rPr>
        <w:t xml:space="preserve"> </w:t>
      </w:r>
      <w:r w:rsidR="00D6710D" w:rsidRPr="00B7305F">
        <w:rPr>
          <w:color w:val="000000" w:themeColor="text1"/>
          <w:lang w:val="uk-UA"/>
        </w:rPr>
        <w:t>персонажа,</w:t>
      </w:r>
      <w:r w:rsidRPr="00B7305F">
        <w:rPr>
          <w:color w:val="000000" w:themeColor="text1"/>
          <w:lang w:val="uk-UA"/>
        </w:rPr>
        <w:t xml:space="preserve"> </w:t>
      </w:r>
      <w:r w:rsidR="00D6710D" w:rsidRPr="00B7305F">
        <w:rPr>
          <w:color w:val="000000" w:themeColor="text1"/>
          <w:lang w:val="uk-UA"/>
        </w:rPr>
        <w:t>про</w:t>
      </w:r>
      <w:r w:rsidRPr="00B7305F">
        <w:rPr>
          <w:color w:val="000000" w:themeColor="text1"/>
          <w:lang w:val="uk-UA"/>
        </w:rPr>
        <w:t xml:space="preserve"> </w:t>
      </w:r>
      <w:r w:rsidR="00D6710D" w:rsidRPr="00B7305F">
        <w:rPr>
          <w:color w:val="000000" w:themeColor="text1"/>
          <w:lang w:val="uk-UA"/>
        </w:rPr>
        <w:t>логічність</w:t>
      </w:r>
      <w:r w:rsidRPr="00B7305F">
        <w:rPr>
          <w:color w:val="000000" w:themeColor="text1"/>
          <w:lang w:val="uk-UA"/>
        </w:rPr>
        <w:t xml:space="preserve"> </w:t>
      </w:r>
      <w:r w:rsidR="00D6710D" w:rsidRPr="00B7305F">
        <w:rPr>
          <w:color w:val="000000" w:themeColor="text1"/>
          <w:lang w:val="uk-UA"/>
        </w:rPr>
        <w:t>дії.</w:t>
      </w:r>
      <w:r w:rsidRPr="00B7305F">
        <w:rPr>
          <w:color w:val="000000" w:themeColor="text1"/>
          <w:lang w:val="uk-UA"/>
        </w:rPr>
        <w:t xml:space="preserve"> </w:t>
      </w:r>
      <w:r w:rsidR="00D6710D" w:rsidRPr="00B7305F">
        <w:rPr>
          <w:color w:val="000000" w:themeColor="text1"/>
          <w:lang w:val="uk-UA"/>
        </w:rPr>
        <w:t>Актор</w:t>
      </w:r>
      <w:r w:rsidRPr="00B7305F">
        <w:rPr>
          <w:color w:val="000000" w:themeColor="text1"/>
          <w:lang w:val="uk-UA"/>
        </w:rPr>
        <w:t xml:space="preserve"> </w:t>
      </w:r>
      <w:r w:rsidR="00D6710D" w:rsidRPr="00B7305F">
        <w:rPr>
          <w:color w:val="000000" w:themeColor="text1"/>
          <w:lang w:val="uk-UA"/>
        </w:rPr>
        <w:t>стає</w:t>
      </w:r>
      <w:r w:rsidRPr="00B7305F">
        <w:rPr>
          <w:color w:val="000000" w:themeColor="text1"/>
          <w:lang w:val="uk-UA"/>
        </w:rPr>
        <w:t xml:space="preserve"> </w:t>
      </w:r>
      <w:r w:rsidR="00D6710D" w:rsidRPr="00B7305F">
        <w:rPr>
          <w:color w:val="000000" w:themeColor="text1"/>
          <w:lang w:val="uk-UA"/>
        </w:rPr>
        <w:t>особистістю,</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лише</w:t>
      </w:r>
      <w:r w:rsidRPr="00B7305F">
        <w:rPr>
          <w:color w:val="000000" w:themeColor="text1"/>
          <w:lang w:val="uk-UA"/>
        </w:rPr>
        <w:t xml:space="preserve"> </w:t>
      </w:r>
      <w:r w:rsidR="00D6710D" w:rsidRPr="00B7305F">
        <w:rPr>
          <w:color w:val="000000" w:themeColor="text1"/>
          <w:lang w:val="uk-UA"/>
        </w:rPr>
        <w:t>носієм</w:t>
      </w:r>
      <w:r w:rsidRPr="00B7305F">
        <w:rPr>
          <w:color w:val="000000" w:themeColor="text1"/>
          <w:lang w:val="uk-UA"/>
        </w:rPr>
        <w:t xml:space="preserve"> </w:t>
      </w:r>
      <w:r w:rsidR="00D6710D" w:rsidRPr="00B7305F">
        <w:rPr>
          <w:color w:val="000000" w:themeColor="text1"/>
          <w:lang w:val="uk-UA"/>
        </w:rPr>
        <w:t>ритуальної</w:t>
      </w:r>
      <w:r w:rsidRPr="00B7305F">
        <w:rPr>
          <w:color w:val="000000" w:themeColor="text1"/>
          <w:lang w:val="uk-UA"/>
        </w:rPr>
        <w:t xml:space="preserve"> </w:t>
      </w:r>
      <w:r w:rsidR="00D6710D" w:rsidRPr="00B7305F">
        <w:rPr>
          <w:color w:val="000000" w:themeColor="text1"/>
          <w:lang w:val="uk-UA"/>
        </w:rPr>
        <w:t>функції.</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сценах</w:t>
      </w:r>
      <w:r w:rsidRPr="00B7305F">
        <w:rPr>
          <w:color w:val="000000" w:themeColor="text1"/>
          <w:lang w:val="uk-UA"/>
        </w:rPr>
        <w:t xml:space="preserve"> </w:t>
      </w:r>
      <w:r w:rsidR="00D6710D" w:rsidRPr="00B7305F">
        <w:rPr>
          <w:color w:val="000000" w:themeColor="text1"/>
          <w:lang w:val="uk-UA"/>
        </w:rPr>
        <w:t>Європи</w:t>
      </w:r>
      <w:r w:rsidRPr="00B7305F">
        <w:rPr>
          <w:color w:val="000000" w:themeColor="text1"/>
          <w:lang w:val="uk-UA"/>
        </w:rPr>
        <w:t xml:space="preserve"> </w:t>
      </w:r>
      <w:r w:rsidR="00D6710D" w:rsidRPr="00B7305F">
        <w:rPr>
          <w:color w:val="000000" w:themeColor="text1"/>
          <w:lang w:val="uk-UA"/>
        </w:rPr>
        <w:t>з’являються</w:t>
      </w:r>
      <w:r w:rsidRPr="00B7305F">
        <w:rPr>
          <w:color w:val="000000" w:themeColor="text1"/>
          <w:lang w:val="uk-UA"/>
        </w:rPr>
        <w:t xml:space="preserve"> </w:t>
      </w:r>
      <w:r w:rsidR="00D6710D" w:rsidRPr="00B7305F">
        <w:rPr>
          <w:color w:val="000000" w:themeColor="text1"/>
          <w:lang w:val="uk-UA"/>
        </w:rPr>
        <w:t>трупи,</w:t>
      </w:r>
      <w:r w:rsidRPr="00B7305F">
        <w:rPr>
          <w:color w:val="000000" w:themeColor="text1"/>
          <w:lang w:val="uk-UA"/>
        </w:rPr>
        <w:t xml:space="preserve"> </w:t>
      </w:r>
      <w:r w:rsidR="00D6710D" w:rsidRPr="00B7305F">
        <w:rPr>
          <w:color w:val="000000" w:themeColor="text1"/>
          <w:lang w:val="uk-UA"/>
        </w:rPr>
        <w:t>які</w:t>
      </w:r>
      <w:r w:rsidRPr="00B7305F">
        <w:rPr>
          <w:color w:val="000000" w:themeColor="text1"/>
          <w:lang w:val="uk-UA"/>
        </w:rPr>
        <w:t xml:space="preserve"> </w:t>
      </w:r>
      <w:r w:rsidR="00D6710D" w:rsidRPr="00B7305F">
        <w:rPr>
          <w:color w:val="000000" w:themeColor="text1"/>
          <w:lang w:val="uk-UA"/>
        </w:rPr>
        <w:t>ставлять</w:t>
      </w:r>
      <w:r w:rsidRPr="00B7305F">
        <w:rPr>
          <w:color w:val="000000" w:themeColor="text1"/>
          <w:lang w:val="uk-UA"/>
        </w:rPr>
        <w:t xml:space="preserve"> </w:t>
      </w:r>
      <w:r w:rsidR="00D6710D" w:rsidRPr="00B7305F">
        <w:rPr>
          <w:color w:val="000000" w:themeColor="text1"/>
          <w:lang w:val="uk-UA"/>
        </w:rPr>
        <w:t>світські</w:t>
      </w:r>
      <w:r w:rsidRPr="00B7305F">
        <w:rPr>
          <w:color w:val="000000" w:themeColor="text1"/>
          <w:lang w:val="uk-UA"/>
        </w:rPr>
        <w:t xml:space="preserve"> </w:t>
      </w:r>
      <w:r w:rsidR="00D6710D" w:rsidRPr="00B7305F">
        <w:rPr>
          <w:color w:val="000000" w:themeColor="text1"/>
          <w:lang w:val="uk-UA"/>
        </w:rPr>
        <w:t>сюжети,</w:t>
      </w:r>
      <w:r w:rsidRPr="00B7305F">
        <w:rPr>
          <w:color w:val="000000" w:themeColor="text1"/>
          <w:lang w:val="uk-UA"/>
        </w:rPr>
        <w:t xml:space="preserve"> </w:t>
      </w:r>
      <w:r w:rsidR="00D6710D" w:rsidRPr="00B7305F">
        <w:rPr>
          <w:color w:val="000000" w:themeColor="text1"/>
          <w:lang w:val="uk-UA"/>
        </w:rPr>
        <w:t>досліджуючи</w:t>
      </w:r>
      <w:r w:rsidRPr="00B7305F">
        <w:rPr>
          <w:color w:val="000000" w:themeColor="text1"/>
          <w:lang w:val="uk-UA"/>
        </w:rPr>
        <w:t xml:space="preserve"> </w:t>
      </w:r>
      <w:r w:rsidR="00D6710D" w:rsidRPr="00B7305F">
        <w:rPr>
          <w:color w:val="000000" w:themeColor="text1"/>
          <w:lang w:val="uk-UA"/>
        </w:rPr>
        <w:t>людську</w:t>
      </w:r>
      <w:r w:rsidRPr="00B7305F">
        <w:rPr>
          <w:color w:val="000000" w:themeColor="text1"/>
          <w:lang w:val="uk-UA"/>
        </w:rPr>
        <w:t xml:space="preserve"> </w:t>
      </w:r>
      <w:r w:rsidR="00D6710D" w:rsidRPr="00B7305F">
        <w:rPr>
          <w:color w:val="000000" w:themeColor="text1"/>
          <w:lang w:val="uk-UA"/>
        </w:rPr>
        <w:t>природу</w:t>
      </w:r>
      <w:r w:rsidRPr="00B7305F">
        <w:rPr>
          <w:color w:val="000000" w:themeColor="text1"/>
          <w:lang w:val="uk-UA"/>
        </w:rPr>
        <w:t xml:space="preserve"> </w:t>
      </w:r>
      <w:r w:rsidR="00D6710D" w:rsidRPr="00B7305F">
        <w:rPr>
          <w:color w:val="000000" w:themeColor="text1"/>
          <w:lang w:val="uk-UA"/>
        </w:rPr>
        <w:t>через</w:t>
      </w:r>
      <w:r w:rsidRPr="00B7305F">
        <w:rPr>
          <w:color w:val="000000" w:themeColor="text1"/>
          <w:lang w:val="uk-UA"/>
        </w:rPr>
        <w:t xml:space="preserve"> </w:t>
      </w:r>
      <w:r w:rsidR="00D6710D" w:rsidRPr="00B7305F">
        <w:rPr>
          <w:color w:val="000000" w:themeColor="text1"/>
          <w:lang w:val="uk-UA"/>
        </w:rPr>
        <w:t>драму</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комедію.</w:t>
      </w:r>
    </w:p>
    <w:p w14:paraId="2D907DB5" w14:textId="578EFA3A" w:rsidR="00D6710D" w:rsidRPr="00EB2868" w:rsidRDefault="00480420" w:rsidP="00051784">
      <w:pPr>
        <w:spacing w:after="0"/>
        <w:ind w:left="0" w:firstLine="709"/>
        <w:jc w:val="both"/>
        <w:rPr>
          <w:lang w:val="uk-UA"/>
        </w:rPr>
      </w:pPr>
      <w:r w:rsidRPr="00B7305F">
        <w:rPr>
          <w:color w:val="000000" w:themeColor="text1"/>
          <w:lang w:val="uk-UA"/>
        </w:rPr>
        <w:t xml:space="preserve">      </w:t>
      </w:r>
      <w:r w:rsidR="00D6710D" w:rsidRPr="00B7305F">
        <w:rPr>
          <w:color w:val="000000" w:themeColor="text1"/>
          <w:lang w:val="uk-UA"/>
        </w:rPr>
        <w:t>Комедія</w:t>
      </w:r>
      <w:r w:rsidRPr="00B7305F">
        <w:rPr>
          <w:color w:val="000000" w:themeColor="text1"/>
          <w:lang w:val="uk-UA"/>
        </w:rPr>
        <w:t xml:space="preserve"> </w:t>
      </w:r>
      <w:r w:rsidR="00D6710D" w:rsidRPr="00B7305F">
        <w:rPr>
          <w:color w:val="000000" w:themeColor="text1"/>
          <w:lang w:val="uk-UA"/>
        </w:rPr>
        <w:t>дель</w:t>
      </w:r>
      <w:r w:rsidRPr="00B7305F">
        <w:rPr>
          <w:color w:val="000000" w:themeColor="text1"/>
          <w:lang w:val="uk-UA"/>
        </w:rPr>
        <w:t xml:space="preserve"> </w:t>
      </w:r>
      <w:r w:rsidR="00D6710D" w:rsidRPr="00B7305F">
        <w:rPr>
          <w:color w:val="000000" w:themeColor="text1"/>
          <w:lang w:val="uk-UA"/>
        </w:rPr>
        <w:t>арте</w:t>
      </w:r>
      <w:r w:rsidRPr="00B7305F">
        <w:rPr>
          <w:color w:val="000000" w:themeColor="text1"/>
          <w:lang w:val="uk-UA"/>
        </w:rPr>
        <w:t xml:space="preserve"> </w:t>
      </w:r>
      <w:r w:rsidR="00D6710D" w:rsidRPr="00B7305F">
        <w:rPr>
          <w:color w:val="000000" w:themeColor="text1"/>
          <w:lang w:val="uk-UA"/>
        </w:rPr>
        <w:t>стала</w:t>
      </w:r>
      <w:r w:rsidRPr="00B7305F">
        <w:rPr>
          <w:color w:val="000000" w:themeColor="text1"/>
          <w:lang w:val="uk-UA"/>
        </w:rPr>
        <w:t xml:space="preserve"> </w:t>
      </w:r>
      <w:r w:rsidR="00D6710D" w:rsidRPr="00B7305F">
        <w:rPr>
          <w:color w:val="000000" w:themeColor="text1"/>
          <w:lang w:val="uk-UA"/>
        </w:rPr>
        <w:t>особливо</w:t>
      </w:r>
      <w:r w:rsidRPr="00B7305F">
        <w:rPr>
          <w:color w:val="000000" w:themeColor="text1"/>
          <w:lang w:val="uk-UA"/>
        </w:rPr>
        <w:t xml:space="preserve"> </w:t>
      </w:r>
      <w:r w:rsidR="00D6710D" w:rsidRPr="00B7305F">
        <w:rPr>
          <w:color w:val="000000" w:themeColor="text1"/>
          <w:lang w:val="uk-UA"/>
        </w:rPr>
        <w:t>вагомим</w:t>
      </w:r>
      <w:r w:rsidRPr="00B7305F">
        <w:rPr>
          <w:color w:val="000000" w:themeColor="text1"/>
          <w:lang w:val="uk-UA"/>
        </w:rPr>
        <w:t xml:space="preserve"> </w:t>
      </w:r>
      <w:r w:rsidR="00D6710D" w:rsidRPr="00B7305F">
        <w:rPr>
          <w:color w:val="000000" w:themeColor="text1"/>
          <w:lang w:val="uk-UA"/>
        </w:rPr>
        <w:t>етапом</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розвитку</w:t>
      </w:r>
      <w:r w:rsidRPr="00B7305F">
        <w:rPr>
          <w:color w:val="000000" w:themeColor="text1"/>
          <w:lang w:val="uk-UA"/>
        </w:rPr>
        <w:t xml:space="preserve"> </w:t>
      </w:r>
      <w:r w:rsidR="00D6710D" w:rsidRPr="00B7305F">
        <w:rPr>
          <w:color w:val="000000" w:themeColor="text1"/>
          <w:lang w:val="uk-UA"/>
        </w:rPr>
        <w:t>виконавського</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Її</w:t>
      </w:r>
      <w:r w:rsidRPr="00B7305F">
        <w:rPr>
          <w:color w:val="000000" w:themeColor="text1"/>
          <w:lang w:val="uk-UA"/>
        </w:rPr>
        <w:t xml:space="preserve"> </w:t>
      </w:r>
      <w:r w:rsidR="00D6710D" w:rsidRPr="00B7305F">
        <w:rPr>
          <w:color w:val="000000" w:themeColor="text1"/>
          <w:lang w:val="uk-UA"/>
        </w:rPr>
        <w:t>імпровізаційний</w:t>
      </w:r>
      <w:r w:rsidRPr="00B7305F">
        <w:rPr>
          <w:color w:val="000000" w:themeColor="text1"/>
          <w:lang w:val="uk-UA"/>
        </w:rPr>
        <w:t xml:space="preserve"> </w:t>
      </w:r>
      <w:r w:rsidR="00D6710D" w:rsidRPr="00B7305F">
        <w:rPr>
          <w:color w:val="000000" w:themeColor="text1"/>
          <w:lang w:val="uk-UA"/>
        </w:rPr>
        <w:t>характер,</w:t>
      </w:r>
      <w:r w:rsidRPr="00B7305F">
        <w:rPr>
          <w:color w:val="000000" w:themeColor="text1"/>
          <w:lang w:val="uk-UA"/>
        </w:rPr>
        <w:t xml:space="preserve"> </w:t>
      </w:r>
      <w:r w:rsidR="00D6710D" w:rsidRPr="00B7305F">
        <w:rPr>
          <w:color w:val="000000" w:themeColor="text1"/>
          <w:lang w:val="uk-UA"/>
        </w:rPr>
        <w:t>орієнтація</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партнерську</w:t>
      </w:r>
      <w:r w:rsidRPr="00B7305F">
        <w:rPr>
          <w:color w:val="000000" w:themeColor="text1"/>
          <w:lang w:val="uk-UA"/>
        </w:rPr>
        <w:t xml:space="preserve"> </w:t>
      </w:r>
      <w:r w:rsidR="00D6710D" w:rsidRPr="00B7305F">
        <w:rPr>
          <w:color w:val="000000" w:themeColor="text1"/>
          <w:lang w:val="uk-UA"/>
        </w:rPr>
        <w:lastRenderedPageBreak/>
        <w:t>взаємодію,</w:t>
      </w:r>
      <w:r w:rsidRPr="00B7305F">
        <w:rPr>
          <w:color w:val="000000" w:themeColor="text1"/>
          <w:lang w:val="uk-UA"/>
        </w:rPr>
        <w:t xml:space="preserve"> </w:t>
      </w:r>
      <w:r w:rsidR="00D6710D" w:rsidRPr="00B7305F">
        <w:rPr>
          <w:color w:val="000000" w:themeColor="text1"/>
          <w:lang w:val="uk-UA"/>
        </w:rPr>
        <w:t>робота</w:t>
      </w:r>
      <w:r w:rsidRPr="00B7305F">
        <w:rPr>
          <w:color w:val="000000" w:themeColor="text1"/>
          <w:lang w:val="uk-UA"/>
        </w:rPr>
        <w:t xml:space="preserve"> </w:t>
      </w:r>
      <w:r w:rsidR="00D6710D" w:rsidRPr="00B7305F">
        <w:rPr>
          <w:color w:val="000000" w:themeColor="text1"/>
          <w:lang w:val="uk-UA"/>
        </w:rPr>
        <w:t>з</w:t>
      </w:r>
      <w:r w:rsidRPr="00B7305F">
        <w:rPr>
          <w:color w:val="000000" w:themeColor="text1"/>
          <w:lang w:val="uk-UA"/>
        </w:rPr>
        <w:t xml:space="preserve"> </w:t>
      </w:r>
      <w:r w:rsidR="00D6710D" w:rsidRPr="00B7305F">
        <w:rPr>
          <w:color w:val="000000" w:themeColor="text1"/>
          <w:lang w:val="uk-UA"/>
        </w:rPr>
        <w:t>маскою,</w:t>
      </w:r>
      <w:r w:rsidRPr="00B7305F">
        <w:rPr>
          <w:color w:val="000000" w:themeColor="text1"/>
          <w:lang w:val="uk-UA"/>
        </w:rPr>
        <w:t xml:space="preserve"> </w:t>
      </w:r>
      <w:r w:rsidR="00D6710D" w:rsidRPr="00B7305F">
        <w:rPr>
          <w:color w:val="000000" w:themeColor="text1"/>
          <w:lang w:val="uk-UA"/>
        </w:rPr>
        <w:t>гіперболізований</w:t>
      </w:r>
      <w:r w:rsidRPr="00B7305F">
        <w:rPr>
          <w:color w:val="000000" w:themeColor="text1"/>
          <w:lang w:val="uk-UA"/>
        </w:rPr>
        <w:t xml:space="preserve"> </w:t>
      </w:r>
      <w:r w:rsidR="00D6710D" w:rsidRPr="00B7305F">
        <w:rPr>
          <w:color w:val="000000" w:themeColor="text1"/>
          <w:lang w:val="uk-UA"/>
        </w:rPr>
        <w:t>фізичний</w:t>
      </w:r>
      <w:r w:rsidRPr="00B7305F">
        <w:rPr>
          <w:color w:val="000000" w:themeColor="text1"/>
          <w:lang w:val="uk-UA"/>
        </w:rPr>
        <w:t xml:space="preserve"> </w:t>
      </w:r>
      <w:r w:rsidR="00D6710D" w:rsidRPr="00B7305F">
        <w:rPr>
          <w:color w:val="000000" w:themeColor="text1"/>
          <w:lang w:val="uk-UA"/>
        </w:rPr>
        <w:t>малюнок</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усе</w:t>
      </w:r>
      <w:r w:rsidRPr="00B7305F">
        <w:rPr>
          <w:color w:val="000000" w:themeColor="text1"/>
          <w:lang w:val="uk-UA"/>
        </w:rPr>
        <w:t xml:space="preserve"> </w:t>
      </w:r>
      <w:r w:rsidR="00D6710D" w:rsidRPr="00B7305F">
        <w:rPr>
          <w:color w:val="000000" w:themeColor="text1"/>
          <w:lang w:val="uk-UA"/>
        </w:rPr>
        <w:t>це</w:t>
      </w:r>
      <w:r w:rsidRPr="00B7305F">
        <w:rPr>
          <w:color w:val="000000" w:themeColor="text1"/>
          <w:lang w:val="uk-UA"/>
        </w:rPr>
        <w:t xml:space="preserve"> </w:t>
      </w:r>
      <w:r w:rsidR="00D6710D" w:rsidRPr="00B7305F">
        <w:rPr>
          <w:color w:val="000000" w:themeColor="text1"/>
          <w:lang w:val="uk-UA"/>
        </w:rPr>
        <w:t>сформувало</w:t>
      </w:r>
      <w:r w:rsidRPr="00B7305F">
        <w:rPr>
          <w:color w:val="000000" w:themeColor="text1"/>
          <w:lang w:val="uk-UA"/>
        </w:rPr>
        <w:t xml:space="preserve"> </w:t>
      </w:r>
      <w:r w:rsidR="00D6710D" w:rsidRPr="00B7305F">
        <w:rPr>
          <w:color w:val="000000" w:themeColor="text1"/>
          <w:lang w:val="uk-UA"/>
        </w:rPr>
        <w:t>принципи,</w:t>
      </w:r>
      <w:r w:rsidRPr="00B7305F">
        <w:rPr>
          <w:color w:val="000000" w:themeColor="text1"/>
          <w:lang w:val="uk-UA"/>
        </w:rPr>
        <w:t xml:space="preserve"> </w:t>
      </w:r>
      <w:r w:rsidR="00D6710D" w:rsidRPr="00B7305F">
        <w:rPr>
          <w:color w:val="000000" w:themeColor="text1"/>
          <w:lang w:val="uk-UA"/>
        </w:rPr>
        <w:t>що</w:t>
      </w:r>
      <w:r w:rsidRPr="00B7305F">
        <w:rPr>
          <w:color w:val="000000" w:themeColor="text1"/>
          <w:lang w:val="uk-UA"/>
        </w:rPr>
        <w:t xml:space="preserve"> </w:t>
      </w:r>
      <w:r w:rsidR="00D6710D" w:rsidRPr="00B7305F">
        <w:rPr>
          <w:color w:val="000000" w:themeColor="text1"/>
          <w:lang w:val="uk-UA"/>
        </w:rPr>
        <w:t>згодом</w:t>
      </w:r>
      <w:r w:rsidRPr="00B7305F">
        <w:rPr>
          <w:color w:val="000000" w:themeColor="text1"/>
          <w:lang w:val="uk-UA"/>
        </w:rPr>
        <w:t xml:space="preserve"> </w:t>
      </w:r>
      <w:r w:rsidR="00D6710D" w:rsidRPr="00B7305F">
        <w:rPr>
          <w:color w:val="000000" w:themeColor="text1"/>
          <w:lang w:val="uk-UA"/>
        </w:rPr>
        <w:t>ляжуть</w:t>
      </w:r>
      <w:r w:rsidRPr="00B7305F">
        <w:rPr>
          <w:color w:val="000000" w:themeColor="text1"/>
          <w:lang w:val="uk-UA"/>
        </w:rPr>
        <w:t xml:space="preserve"> </w:t>
      </w:r>
      <w:r w:rsidR="00D6710D" w:rsidRPr="00B7305F">
        <w:rPr>
          <w:color w:val="000000" w:themeColor="text1"/>
          <w:lang w:val="uk-UA"/>
        </w:rPr>
        <w:t>в</w:t>
      </w:r>
      <w:r w:rsidRPr="00B7305F">
        <w:rPr>
          <w:color w:val="000000" w:themeColor="text1"/>
          <w:lang w:val="uk-UA"/>
        </w:rPr>
        <w:t xml:space="preserve"> </w:t>
      </w:r>
      <w:r w:rsidR="00D6710D" w:rsidRPr="00B7305F">
        <w:rPr>
          <w:color w:val="000000" w:themeColor="text1"/>
          <w:lang w:val="uk-UA"/>
        </w:rPr>
        <w:t>основу</w:t>
      </w:r>
      <w:r w:rsidRPr="00B7305F">
        <w:rPr>
          <w:color w:val="000000" w:themeColor="text1"/>
          <w:lang w:val="uk-UA"/>
        </w:rPr>
        <w:t xml:space="preserve"> </w:t>
      </w:r>
      <w:r w:rsidR="00D6710D" w:rsidRPr="00B7305F">
        <w:rPr>
          <w:color w:val="000000" w:themeColor="text1"/>
          <w:lang w:val="uk-UA"/>
        </w:rPr>
        <w:t>акторських</w:t>
      </w:r>
      <w:r w:rsidRPr="00B7305F">
        <w:rPr>
          <w:color w:val="000000" w:themeColor="text1"/>
          <w:lang w:val="uk-UA"/>
        </w:rPr>
        <w:t xml:space="preserve"> </w:t>
      </w:r>
      <w:r w:rsidR="00D6710D" w:rsidRPr="00B7305F">
        <w:rPr>
          <w:color w:val="000000" w:themeColor="text1"/>
          <w:lang w:val="uk-UA"/>
        </w:rPr>
        <w:t>технік</w:t>
      </w:r>
      <w:r w:rsidRPr="00B7305F">
        <w:rPr>
          <w:color w:val="000000" w:themeColor="text1"/>
          <w:lang w:val="uk-UA"/>
        </w:rPr>
        <w:t xml:space="preserve"> </w:t>
      </w:r>
      <w:r w:rsidR="00D6710D" w:rsidRPr="00B7305F">
        <w:rPr>
          <w:color w:val="000000" w:themeColor="text1"/>
          <w:lang w:val="uk-UA"/>
        </w:rPr>
        <w:t>модерного</w:t>
      </w:r>
      <w:r w:rsidRPr="00B7305F">
        <w:rPr>
          <w:color w:val="000000" w:themeColor="text1"/>
          <w:lang w:val="uk-UA"/>
        </w:rPr>
        <w:t xml:space="preserve"> </w:t>
      </w:r>
      <w:r w:rsidR="00D6710D" w:rsidRPr="00B7305F">
        <w:rPr>
          <w:color w:val="000000" w:themeColor="text1"/>
          <w:lang w:val="uk-UA"/>
        </w:rPr>
        <w:t>мистецтва.</w:t>
      </w:r>
      <w:r w:rsidRPr="00B7305F">
        <w:rPr>
          <w:color w:val="000000" w:themeColor="text1"/>
          <w:lang w:val="uk-UA"/>
        </w:rPr>
        <w:t xml:space="preserve"> </w:t>
      </w:r>
      <w:r w:rsidR="00D6710D" w:rsidRPr="00B7305F">
        <w:rPr>
          <w:color w:val="000000" w:themeColor="text1"/>
          <w:lang w:val="uk-UA"/>
        </w:rPr>
        <w:t>Свобода</w:t>
      </w:r>
      <w:r w:rsidRPr="00B7305F">
        <w:rPr>
          <w:color w:val="000000" w:themeColor="text1"/>
          <w:lang w:val="uk-UA"/>
        </w:rPr>
        <w:t xml:space="preserve"> </w:t>
      </w:r>
      <w:r w:rsidR="00D6710D" w:rsidRPr="00B7305F">
        <w:rPr>
          <w:color w:val="000000" w:themeColor="text1"/>
          <w:lang w:val="uk-UA"/>
        </w:rPr>
        <w:t>імпровізації,</w:t>
      </w:r>
      <w:r w:rsidRPr="00B7305F">
        <w:rPr>
          <w:color w:val="000000" w:themeColor="text1"/>
          <w:lang w:val="uk-UA"/>
        </w:rPr>
        <w:t xml:space="preserve"> </w:t>
      </w:r>
      <w:r w:rsidR="00D6710D" w:rsidRPr="00B7305F">
        <w:rPr>
          <w:color w:val="000000" w:themeColor="text1"/>
          <w:lang w:val="uk-UA"/>
        </w:rPr>
        <w:t>пластична</w:t>
      </w:r>
      <w:r w:rsidRPr="00B7305F">
        <w:rPr>
          <w:color w:val="000000" w:themeColor="text1"/>
          <w:lang w:val="uk-UA"/>
        </w:rPr>
        <w:t xml:space="preserve"> </w:t>
      </w:r>
      <w:r w:rsidR="00D6710D" w:rsidRPr="00B7305F">
        <w:rPr>
          <w:color w:val="000000" w:themeColor="text1"/>
          <w:lang w:val="uk-UA"/>
        </w:rPr>
        <w:t>виразність,</w:t>
      </w:r>
      <w:r w:rsidRPr="00B7305F">
        <w:rPr>
          <w:color w:val="000000" w:themeColor="text1"/>
          <w:lang w:val="uk-UA"/>
        </w:rPr>
        <w:t xml:space="preserve"> </w:t>
      </w:r>
      <w:r w:rsidR="00D6710D" w:rsidRPr="00B7305F">
        <w:rPr>
          <w:color w:val="000000" w:themeColor="text1"/>
          <w:lang w:val="uk-UA"/>
        </w:rPr>
        <w:t>створення</w:t>
      </w:r>
      <w:r w:rsidRPr="00B7305F">
        <w:rPr>
          <w:color w:val="000000" w:themeColor="text1"/>
          <w:lang w:val="uk-UA"/>
        </w:rPr>
        <w:t xml:space="preserve"> </w:t>
      </w:r>
      <w:r w:rsidR="00D6710D" w:rsidRPr="00B7305F">
        <w:rPr>
          <w:color w:val="000000" w:themeColor="text1"/>
          <w:lang w:val="uk-UA"/>
        </w:rPr>
        <w:t>образу</w:t>
      </w:r>
      <w:r w:rsidRPr="00B7305F">
        <w:rPr>
          <w:color w:val="000000" w:themeColor="text1"/>
          <w:lang w:val="uk-UA"/>
        </w:rPr>
        <w:t xml:space="preserve"> </w:t>
      </w:r>
      <w:r w:rsidR="00D6710D" w:rsidRPr="00B7305F">
        <w:rPr>
          <w:color w:val="000000" w:themeColor="text1"/>
          <w:lang w:val="uk-UA"/>
        </w:rPr>
        <w:t>через</w:t>
      </w:r>
      <w:r w:rsidRPr="00B7305F">
        <w:rPr>
          <w:color w:val="000000" w:themeColor="text1"/>
          <w:lang w:val="uk-UA"/>
        </w:rPr>
        <w:t xml:space="preserve"> </w:t>
      </w:r>
      <w:r w:rsidR="00D6710D" w:rsidRPr="00B7305F">
        <w:rPr>
          <w:color w:val="000000" w:themeColor="text1"/>
          <w:lang w:val="uk-UA"/>
        </w:rPr>
        <w:t>швидку</w:t>
      </w:r>
      <w:r w:rsidRPr="00B7305F">
        <w:rPr>
          <w:color w:val="000000" w:themeColor="text1"/>
          <w:lang w:val="uk-UA"/>
        </w:rPr>
        <w:t xml:space="preserve"> </w:t>
      </w:r>
      <w:r w:rsidR="00D6710D" w:rsidRPr="00B7305F">
        <w:rPr>
          <w:color w:val="000000" w:themeColor="text1"/>
          <w:lang w:val="uk-UA"/>
        </w:rPr>
        <w:t>реакцію</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ситуацію</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саме</w:t>
      </w:r>
      <w:r w:rsidRPr="00B7305F">
        <w:rPr>
          <w:color w:val="000000" w:themeColor="text1"/>
          <w:lang w:val="uk-UA"/>
        </w:rPr>
        <w:t xml:space="preserve"> </w:t>
      </w:r>
      <w:r w:rsidR="00D6710D" w:rsidRPr="00B7305F">
        <w:rPr>
          <w:color w:val="000000" w:themeColor="text1"/>
          <w:lang w:val="uk-UA"/>
        </w:rPr>
        <w:t>ці</w:t>
      </w:r>
      <w:r w:rsidRPr="00B7305F">
        <w:rPr>
          <w:color w:val="000000" w:themeColor="text1"/>
          <w:lang w:val="uk-UA"/>
        </w:rPr>
        <w:t xml:space="preserve"> </w:t>
      </w:r>
      <w:r w:rsidR="00D6710D" w:rsidRPr="00B7305F">
        <w:rPr>
          <w:color w:val="000000" w:themeColor="text1"/>
          <w:lang w:val="uk-UA"/>
        </w:rPr>
        <w:t>елементи</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XX</w:t>
      </w:r>
      <w:r w:rsidRPr="00B7305F">
        <w:rPr>
          <w:color w:val="000000" w:themeColor="text1"/>
          <w:lang w:val="uk-UA"/>
        </w:rPr>
        <w:t xml:space="preserve"> </w:t>
      </w:r>
      <w:r w:rsidR="00D6710D" w:rsidRPr="00B7305F">
        <w:rPr>
          <w:color w:val="000000" w:themeColor="text1"/>
          <w:lang w:val="uk-UA"/>
        </w:rPr>
        <w:t>столітті</w:t>
      </w:r>
      <w:r w:rsidRPr="00B7305F">
        <w:rPr>
          <w:color w:val="000000" w:themeColor="text1"/>
          <w:lang w:val="uk-UA"/>
        </w:rPr>
        <w:t xml:space="preserve"> </w:t>
      </w:r>
      <w:r w:rsidR="00D6710D" w:rsidRPr="00B7305F">
        <w:rPr>
          <w:color w:val="000000" w:themeColor="text1"/>
          <w:lang w:val="uk-UA"/>
        </w:rPr>
        <w:t>активно</w:t>
      </w:r>
      <w:r w:rsidRPr="00B7305F">
        <w:rPr>
          <w:color w:val="000000" w:themeColor="text1"/>
          <w:lang w:val="uk-UA"/>
        </w:rPr>
        <w:t xml:space="preserve"> </w:t>
      </w:r>
      <w:r w:rsidR="00D6710D" w:rsidRPr="00B7305F">
        <w:rPr>
          <w:color w:val="000000" w:themeColor="text1"/>
          <w:lang w:val="uk-UA"/>
        </w:rPr>
        <w:t>адаптуватимуть</w:t>
      </w:r>
      <w:r w:rsidRPr="00B7305F">
        <w:rPr>
          <w:color w:val="000000" w:themeColor="text1"/>
          <w:lang w:val="uk-UA"/>
        </w:rPr>
        <w:t xml:space="preserve"> </w:t>
      </w:r>
      <w:r w:rsidR="00D6710D" w:rsidRPr="00B7305F">
        <w:rPr>
          <w:color w:val="000000" w:themeColor="text1"/>
          <w:lang w:val="uk-UA"/>
        </w:rPr>
        <w:t>як</w:t>
      </w:r>
      <w:r w:rsidRPr="00B7305F">
        <w:rPr>
          <w:color w:val="000000" w:themeColor="text1"/>
          <w:lang w:val="uk-UA"/>
        </w:rPr>
        <w:t xml:space="preserve"> </w:t>
      </w:r>
      <w:r w:rsidR="00D6710D" w:rsidRPr="00B7305F">
        <w:rPr>
          <w:color w:val="000000" w:themeColor="text1"/>
          <w:lang w:val="uk-UA"/>
        </w:rPr>
        <w:t>театральні</w:t>
      </w:r>
      <w:r w:rsidRPr="00B7305F">
        <w:rPr>
          <w:color w:val="000000" w:themeColor="text1"/>
          <w:lang w:val="uk-UA"/>
        </w:rPr>
        <w:t xml:space="preserve"> </w:t>
      </w:r>
      <w:r w:rsidR="00D6710D" w:rsidRPr="00B7305F">
        <w:rPr>
          <w:color w:val="000000" w:themeColor="text1"/>
          <w:lang w:val="uk-UA"/>
        </w:rPr>
        <w:t>реформатори</w:t>
      </w:r>
      <w:r w:rsidRPr="00B7305F">
        <w:rPr>
          <w:color w:val="000000" w:themeColor="text1"/>
          <w:lang w:val="uk-UA"/>
        </w:rPr>
        <w:t xml:space="preserve"> </w:t>
      </w:r>
      <w:r w:rsidR="00D6710D" w:rsidRPr="00EB2868">
        <w:rPr>
          <w:lang w:val="uk-UA"/>
        </w:rPr>
        <w:t>(</w:t>
      </w:r>
      <w:r w:rsidR="00AD4B7E" w:rsidRPr="00EB2868">
        <w:rPr>
          <w:lang w:val="uk-UA"/>
        </w:rPr>
        <w:t>К.</w:t>
      </w:r>
      <w:r w:rsidR="00D6710D" w:rsidRPr="00EB2868">
        <w:rPr>
          <w:lang w:val="uk-UA"/>
        </w:rPr>
        <w:t>Станіславський,</w:t>
      </w:r>
      <w:r w:rsidRPr="00EB2868">
        <w:rPr>
          <w:lang w:val="uk-UA"/>
        </w:rPr>
        <w:t xml:space="preserve"> </w:t>
      </w:r>
      <w:r w:rsidR="00AD4B7E" w:rsidRPr="00EB2868">
        <w:rPr>
          <w:lang w:val="uk-UA"/>
        </w:rPr>
        <w:t>В.</w:t>
      </w:r>
      <w:r w:rsidR="00D6710D" w:rsidRPr="00EB2868">
        <w:rPr>
          <w:lang w:val="uk-UA"/>
        </w:rPr>
        <w:t>Мейєрхольд,</w:t>
      </w:r>
      <w:r w:rsidRPr="00EB2868">
        <w:rPr>
          <w:lang w:val="uk-UA"/>
        </w:rPr>
        <w:t xml:space="preserve"> </w:t>
      </w:r>
      <w:r w:rsidR="00AD4B7E" w:rsidRPr="00EB2868">
        <w:rPr>
          <w:lang w:val="uk-UA"/>
        </w:rPr>
        <w:t>Є.</w:t>
      </w:r>
      <w:r w:rsidR="00D6710D" w:rsidRPr="00EB2868">
        <w:rPr>
          <w:lang w:val="uk-UA"/>
        </w:rPr>
        <w:t>Вахтангов),</w:t>
      </w:r>
      <w:r w:rsidRPr="00EB2868">
        <w:rPr>
          <w:lang w:val="uk-UA"/>
        </w:rPr>
        <w:t xml:space="preserve"> </w:t>
      </w:r>
      <w:r w:rsidR="00D6710D" w:rsidRPr="00EB2868">
        <w:rPr>
          <w:lang w:val="uk-UA"/>
        </w:rPr>
        <w:t>так</w:t>
      </w:r>
      <w:r w:rsidRPr="00EB2868">
        <w:rPr>
          <w:lang w:val="uk-UA"/>
        </w:rPr>
        <w:t xml:space="preserve"> </w:t>
      </w:r>
      <w:r w:rsidR="00D6710D" w:rsidRPr="00EB2868">
        <w:rPr>
          <w:lang w:val="uk-UA"/>
        </w:rPr>
        <w:t>і</w:t>
      </w:r>
      <w:r w:rsidRPr="00EB2868">
        <w:rPr>
          <w:lang w:val="uk-UA"/>
        </w:rPr>
        <w:t xml:space="preserve"> </w:t>
      </w:r>
      <w:r w:rsidR="00D6710D" w:rsidRPr="00EB2868">
        <w:rPr>
          <w:lang w:val="uk-UA"/>
        </w:rPr>
        <w:t>кінорежисери,</w:t>
      </w:r>
      <w:r w:rsidRPr="00EB2868">
        <w:rPr>
          <w:lang w:val="uk-UA"/>
        </w:rPr>
        <w:t xml:space="preserve"> </w:t>
      </w:r>
      <w:r w:rsidR="00D6710D" w:rsidRPr="00EB2868">
        <w:rPr>
          <w:lang w:val="uk-UA"/>
        </w:rPr>
        <w:t>які</w:t>
      </w:r>
      <w:r w:rsidRPr="00EB2868">
        <w:rPr>
          <w:lang w:val="uk-UA"/>
        </w:rPr>
        <w:t xml:space="preserve"> </w:t>
      </w:r>
      <w:r w:rsidR="00D6710D" w:rsidRPr="00EB2868">
        <w:rPr>
          <w:lang w:val="uk-UA"/>
        </w:rPr>
        <w:t>прагнули</w:t>
      </w:r>
      <w:r w:rsidRPr="00EB2868">
        <w:rPr>
          <w:lang w:val="uk-UA"/>
        </w:rPr>
        <w:t xml:space="preserve"> </w:t>
      </w:r>
      <w:r w:rsidR="00D6710D" w:rsidRPr="00EB2868">
        <w:rPr>
          <w:lang w:val="uk-UA"/>
        </w:rPr>
        <w:t>правдивої,</w:t>
      </w:r>
      <w:r w:rsidRPr="00EB2868">
        <w:rPr>
          <w:lang w:val="uk-UA"/>
        </w:rPr>
        <w:t xml:space="preserve"> </w:t>
      </w:r>
      <w:r w:rsidR="00D6710D" w:rsidRPr="00EB2868">
        <w:rPr>
          <w:lang w:val="uk-UA"/>
        </w:rPr>
        <w:t>живої</w:t>
      </w:r>
      <w:r w:rsidRPr="00EB2868">
        <w:rPr>
          <w:lang w:val="uk-UA"/>
        </w:rPr>
        <w:t xml:space="preserve"> </w:t>
      </w:r>
      <w:r w:rsidR="00D6710D" w:rsidRPr="00EB2868">
        <w:rPr>
          <w:lang w:val="uk-UA"/>
        </w:rPr>
        <w:t>гри</w:t>
      </w:r>
      <w:r w:rsidRPr="00EB2868">
        <w:rPr>
          <w:lang w:val="uk-UA"/>
        </w:rPr>
        <w:t xml:space="preserve"> </w:t>
      </w:r>
      <w:r w:rsidR="00D6710D" w:rsidRPr="00EB2868">
        <w:rPr>
          <w:lang w:val="uk-UA"/>
        </w:rPr>
        <w:t>перед</w:t>
      </w:r>
      <w:r w:rsidRPr="00EB2868">
        <w:rPr>
          <w:lang w:val="uk-UA"/>
        </w:rPr>
        <w:t xml:space="preserve"> </w:t>
      </w:r>
      <w:r w:rsidR="00D6710D" w:rsidRPr="00EB2868">
        <w:rPr>
          <w:lang w:val="uk-UA"/>
        </w:rPr>
        <w:t>камерою.</w:t>
      </w:r>
    </w:p>
    <w:p w14:paraId="1B336511" w14:textId="5E3B4C02" w:rsidR="00D6710D" w:rsidRPr="00B7305F" w:rsidRDefault="00480420" w:rsidP="00051784">
      <w:pPr>
        <w:spacing w:after="0"/>
        <w:ind w:left="0" w:firstLine="709"/>
        <w:jc w:val="both"/>
        <w:rPr>
          <w:color w:val="000000" w:themeColor="text1"/>
          <w:lang w:val="uk-UA"/>
        </w:rPr>
      </w:pPr>
      <w:r w:rsidRPr="00EB2868">
        <w:rPr>
          <w:lang w:val="uk-UA"/>
        </w:rPr>
        <w:t xml:space="preserve">       </w:t>
      </w:r>
      <w:r w:rsidR="00D6710D" w:rsidRPr="00EB2868">
        <w:rPr>
          <w:lang w:val="uk-UA"/>
        </w:rPr>
        <w:t>Досвід,</w:t>
      </w:r>
      <w:r w:rsidRPr="00EB2868">
        <w:rPr>
          <w:lang w:val="uk-UA"/>
        </w:rPr>
        <w:t xml:space="preserve"> </w:t>
      </w:r>
      <w:r w:rsidR="00D6710D" w:rsidRPr="00EB2868">
        <w:rPr>
          <w:lang w:val="uk-UA"/>
        </w:rPr>
        <w:t>накопичений</w:t>
      </w:r>
      <w:r w:rsidRPr="00EB2868">
        <w:rPr>
          <w:lang w:val="uk-UA"/>
        </w:rPr>
        <w:t xml:space="preserve"> </w:t>
      </w:r>
      <w:r w:rsidR="00D6710D" w:rsidRPr="00EB2868">
        <w:rPr>
          <w:lang w:val="uk-UA"/>
        </w:rPr>
        <w:t>театром</w:t>
      </w:r>
      <w:r w:rsidRPr="00EB2868">
        <w:rPr>
          <w:lang w:val="uk-UA"/>
        </w:rPr>
        <w:t xml:space="preserve"> </w:t>
      </w:r>
      <w:r w:rsidR="00D6710D" w:rsidRPr="00EB2868">
        <w:rPr>
          <w:lang w:val="uk-UA"/>
        </w:rPr>
        <w:t>протягом</w:t>
      </w:r>
      <w:r w:rsidRPr="00EB2868">
        <w:rPr>
          <w:lang w:val="uk-UA"/>
        </w:rPr>
        <w:t xml:space="preserve"> </w:t>
      </w:r>
      <w:r w:rsidR="00D6710D" w:rsidRPr="00EB2868">
        <w:rPr>
          <w:lang w:val="uk-UA"/>
        </w:rPr>
        <w:t>багатьох</w:t>
      </w:r>
      <w:r w:rsidRPr="00EB2868">
        <w:rPr>
          <w:lang w:val="uk-UA"/>
        </w:rPr>
        <w:t xml:space="preserve"> </w:t>
      </w:r>
      <w:r w:rsidR="00D6710D" w:rsidRPr="00EB2868">
        <w:rPr>
          <w:lang w:val="uk-UA"/>
        </w:rPr>
        <w:t>століть</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сформував</w:t>
      </w:r>
      <w:r w:rsidRPr="00B7305F">
        <w:rPr>
          <w:color w:val="000000" w:themeColor="text1"/>
          <w:lang w:val="uk-UA"/>
        </w:rPr>
        <w:t xml:space="preserve"> </w:t>
      </w:r>
      <w:r w:rsidR="00D6710D" w:rsidRPr="00B7305F">
        <w:rPr>
          <w:color w:val="000000" w:themeColor="text1"/>
          <w:lang w:val="uk-UA"/>
        </w:rPr>
        <w:t>фундаментальні</w:t>
      </w:r>
      <w:r w:rsidRPr="00B7305F">
        <w:rPr>
          <w:color w:val="000000" w:themeColor="text1"/>
          <w:lang w:val="uk-UA"/>
        </w:rPr>
        <w:t xml:space="preserve"> </w:t>
      </w:r>
      <w:r w:rsidR="00D6710D" w:rsidRPr="00B7305F">
        <w:rPr>
          <w:color w:val="000000" w:themeColor="text1"/>
          <w:lang w:val="uk-UA"/>
        </w:rPr>
        <w:t>принципи</w:t>
      </w:r>
      <w:r w:rsidRPr="00B7305F">
        <w:rPr>
          <w:color w:val="000000" w:themeColor="text1"/>
          <w:lang w:val="uk-UA"/>
        </w:rPr>
        <w:t xml:space="preserve"> </w:t>
      </w:r>
      <w:r w:rsidR="00D6710D" w:rsidRPr="00B7305F">
        <w:rPr>
          <w:color w:val="000000" w:themeColor="text1"/>
          <w:lang w:val="uk-UA"/>
        </w:rPr>
        <w:t>сценічної</w:t>
      </w:r>
      <w:r w:rsidRPr="00B7305F">
        <w:rPr>
          <w:color w:val="000000" w:themeColor="text1"/>
          <w:lang w:val="uk-UA"/>
        </w:rPr>
        <w:t xml:space="preserve"> </w:t>
      </w:r>
      <w:r w:rsidR="00D6710D" w:rsidRPr="00B7305F">
        <w:rPr>
          <w:color w:val="000000" w:themeColor="text1"/>
          <w:lang w:val="uk-UA"/>
        </w:rPr>
        <w:t>дії:</w:t>
      </w:r>
      <w:r w:rsidRPr="00B7305F">
        <w:rPr>
          <w:color w:val="000000" w:themeColor="text1"/>
          <w:lang w:val="uk-UA"/>
        </w:rPr>
        <w:t xml:space="preserve"> </w:t>
      </w:r>
      <w:r w:rsidR="00D6710D" w:rsidRPr="00B7305F">
        <w:rPr>
          <w:color w:val="000000" w:themeColor="text1"/>
          <w:lang w:val="uk-UA"/>
        </w:rPr>
        <w:t>логіку</w:t>
      </w:r>
      <w:r w:rsidRPr="00B7305F">
        <w:rPr>
          <w:color w:val="000000" w:themeColor="text1"/>
          <w:lang w:val="uk-UA"/>
        </w:rPr>
        <w:t xml:space="preserve"> </w:t>
      </w:r>
      <w:r w:rsidR="00D6710D" w:rsidRPr="00B7305F">
        <w:rPr>
          <w:color w:val="000000" w:themeColor="text1"/>
          <w:lang w:val="uk-UA"/>
        </w:rPr>
        <w:t>внутрішнього</w:t>
      </w:r>
      <w:r w:rsidRPr="00B7305F">
        <w:rPr>
          <w:color w:val="000000" w:themeColor="text1"/>
          <w:lang w:val="uk-UA"/>
        </w:rPr>
        <w:t xml:space="preserve"> </w:t>
      </w:r>
      <w:r w:rsidR="00D6710D" w:rsidRPr="00B7305F">
        <w:rPr>
          <w:color w:val="000000" w:themeColor="text1"/>
          <w:lang w:val="uk-UA"/>
        </w:rPr>
        <w:t>існування,</w:t>
      </w:r>
      <w:r w:rsidRPr="00B7305F">
        <w:rPr>
          <w:color w:val="000000" w:themeColor="text1"/>
          <w:lang w:val="uk-UA"/>
        </w:rPr>
        <w:t xml:space="preserve"> </w:t>
      </w:r>
      <w:r w:rsidR="00D6710D" w:rsidRPr="00B7305F">
        <w:rPr>
          <w:color w:val="000000" w:themeColor="text1"/>
          <w:lang w:val="uk-UA"/>
        </w:rPr>
        <w:t>динаміку</w:t>
      </w:r>
      <w:r w:rsidRPr="00B7305F">
        <w:rPr>
          <w:color w:val="000000" w:themeColor="text1"/>
          <w:lang w:val="uk-UA"/>
        </w:rPr>
        <w:t xml:space="preserve"> </w:t>
      </w:r>
      <w:r w:rsidR="00D6710D" w:rsidRPr="00B7305F">
        <w:rPr>
          <w:color w:val="000000" w:themeColor="text1"/>
          <w:lang w:val="uk-UA"/>
        </w:rPr>
        <w:t>конфлікту,</w:t>
      </w:r>
      <w:r w:rsidRPr="00B7305F">
        <w:rPr>
          <w:color w:val="000000" w:themeColor="text1"/>
          <w:lang w:val="uk-UA"/>
        </w:rPr>
        <w:t xml:space="preserve"> </w:t>
      </w:r>
      <w:r w:rsidR="00D6710D" w:rsidRPr="00B7305F">
        <w:rPr>
          <w:color w:val="000000" w:themeColor="text1"/>
          <w:lang w:val="uk-UA"/>
        </w:rPr>
        <w:t>виражальні</w:t>
      </w:r>
      <w:r w:rsidRPr="00B7305F">
        <w:rPr>
          <w:color w:val="000000" w:themeColor="text1"/>
          <w:lang w:val="uk-UA"/>
        </w:rPr>
        <w:t xml:space="preserve"> </w:t>
      </w:r>
      <w:r w:rsidR="00D6710D" w:rsidRPr="00B7305F">
        <w:rPr>
          <w:color w:val="000000" w:themeColor="text1"/>
          <w:lang w:val="uk-UA"/>
        </w:rPr>
        <w:t>можливості</w:t>
      </w:r>
      <w:r w:rsidRPr="00B7305F">
        <w:rPr>
          <w:color w:val="000000" w:themeColor="text1"/>
          <w:lang w:val="uk-UA"/>
        </w:rPr>
        <w:t xml:space="preserve"> </w:t>
      </w:r>
      <w:r w:rsidR="00D6710D" w:rsidRPr="00B7305F">
        <w:rPr>
          <w:color w:val="000000" w:themeColor="text1"/>
          <w:lang w:val="uk-UA"/>
        </w:rPr>
        <w:t>тіла</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голосу.</w:t>
      </w:r>
      <w:r w:rsidRPr="00B7305F">
        <w:rPr>
          <w:color w:val="000000" w:themeColor="text1"/>
          <w:lang w:val="uk-UA"/>
        </w:rPr>
        <w:t xml:space="preserve"> </w:t>
      </w:r>
      <w:r w:rsidR="00D6710D" w:rsidRPr="00B7305F">
        <w:rPr>
          <w:color w:val="000000" w:themeColor="text1"/>
          <w:lang w:val="uk-UA"/>
        </w:rPr>
        <w:t>Саме</w:t>
      </w:r>
      <w:r w:rsidRPr="00B7305F">
        <w:rPr>
          <w:color w:val="000000" w:themeColor="text1"/>
          <w:lang w:val="uk-UA"/>
        </w:rPr>
        <w:t xml:space="preserve"> </w:t>
      </w:r>
      <w:r w:rsidR="00D6710D" w:rsidRPr="00B7305F">
        <w:rPr>
          <w:color w:val="000000" w:themeColor="text1"/>
          <w:lang w:val="uk-UA"/>
        </w:rPr>
        <w:t>ці</w:t>
      </w:r>
      <w:r w:rsidRPr="00B7305F">
        <w:rPr>
          <w:color w:val="000000" w:themeColor="text1"/>
          <w:lang w:val="uk-UA"/>
        </w:rPr>
        <w:t xml:space="preserve"> </w:t>
      </w:r>
      <w:r w:rsidR="00D6710D" w:rsidRPr="00B7305F">
        <w:rPr>
          <w:color w:val="000000" w:themeColor="text1"/>
          <w:lang w:val="uk-UA"/>
        </w:rPr>
        <w:t>принципи</w:t>
      </w:r>
      <w:r w:rsidRPr="00B7305F">
        <w:rPr>
          <w:color w:val="000000" w:themeColor="text1"/>
          <w:lang w:val="uk-UA"/>
        </w:rPr>
        <w:t xml:space="preserve"> </w:t>
      </w:r>
      <w:r w:rsidR="00D6710D" w:rsidRPr="00B7305F">
        <w:rPr>
          <w:color w:val="000000" w:themeColor="text1"/>
          <w:lang w:val="uk-UA"/>
        </w:rPr>
        <w:t>стануть</w:t>
      </w:r>
      <w:r w:rsidRPr="00B7305F">
        <w:rPr>
          <w:color w:val="000000" w:themeColor="text1"/>
          <w:lang w:val="uk-UA"/>
        </w:rPr>
        <w:t xml:space="preserve"> </w:t>
      </w:r>
      <w:r w:rsidR="00D6710D" w:rsidRPr="00B7305F">
        <w:rPr>
          <w:color w:val="000000" w:themeColor="text1"/>
          <w:lang w:val="uk-UA"/>
        </w:rPr>
        <w:t>відправною</w:t>
      </w:r>
      <w:r w:rsidRPr="00B7305F">
        <w:rPr>
          <w:color w:val="000000" w:themeColor="text1"/>
          <w:lang w:val="uk-UA"/>
        </w:rPr>
        <w:t xml:space="preserve"> </w:t>
      </w:r>
      <w:r w:rsidR="00D6710D" w:rsidRPr="00B7305F">
        <w:rPr>
          <w:color w:val="000000" w:themeColor="text1"/>
          <w:lang w:val="uk-UA"/>
        </w:rPr>
        <w:t>точкою</w:t>
      </w:r>
      <w:r w:rsidRPr="00B7305F">
        <w:rPr>
          <w:color w:val="000000" w:themeColor="text1"/>
          <w:lang w:val="uk-UA"/>
        </w:rPr>
        <w:t xml:space="preserve"> </w:t>
      </w:r>
      <w:r w:rsidR="00D6710D" w:rsidRPr="00B7305F">
        <w:rPr>
          <w:color w:val="000000" w:themeColor="text1"/>
          <w:lang w:val="uk-UA"/>
        </w:rPr>
        <w:t>для</w:t>
      </w:r>
      <w:r w:rsidRPr="00B7305F">
        <w:rPr>
          <w:color w:val="000000" w:themeColor="text1"/>
          <w:lang w:val="uk-UA"/>
        </w:rPr>
        <w:t xml:space="preserve"> </w:t>
      </w:r>
      <w:r w:rsidR="00D6710D" w:rsidRPr="00B7305F">
        <w:rPr>
          <w:color w:val="000000" w:themeColor="text1"/>
          <w:lang w:val="uk-UA"/>
        </w:rPr>
        <w:t>майбутнього</w:t>
      </w:r>
      <w:r w:rsidRPr="00B7305F">
        <w:rPr>
          <w:color w:val="000000" w:themeColor="text1"/>
          <w:lang w:val="uk-UA"/>
        </w:rPr>
        <w:t xml:space="preserve"> </w:t>
      </w:r>
      <w:r w:rsidR="00D6710D" w:rsidRPr="00B7305F">
        <w:rPr>
          <w:color w:val="000000" w:themeColor="text1"/>
          <w:lang w:val="uk-UA"/>
        </w:rPr>
        <w:t>кінематографа.</w:t>
      </w:r>
      <w:r w:rsidRPr="00B7305F">
        <w:rPr>
          <w:color w:val="000000" w:themeColor="text1"/>
          <w:lang w:val="uk-UA"/>
        </w:rPr>
        <w:t xml:space="preserve"> </w:t>
      </w:r>
      <w:r w:rsidR="00D6710D" w:rsidRPr="00B7305F">
        <w:rPr>
          <w:color w:val="000000" w:themeColor="text1"/>
          <w:lang w:val="uk-UA"/>
        </w:rPr>
        <w:t>Коли</w:t>
      </w:r>
      <w:r w:rsidRPr="00B7305F">
        <w:rPr>
          <w:color w:val="000000" w:themeColor="text1"/>
          <w:lang w:val="uk-UA"/>
        </w:rPr>
        <w:t xml:space="preserve"> </w:t>
      </w:r>
      <w:r w:rsidR="00D6710D" w:rsidRPr="00B7305F">
        <w:rPr>
          <w:color w:val="000000" w:themeColor="text1"/>
          <w:lang w:val="uk-UA"/>
        </w:rPr>
        <w:t>актор</w:t>
      </w:r>
      <w:r w:rsidRPr="00B7305F">
        <w:rPr>
          <w:color w:val="000000" w:themeColor="text1"/>
          <w:lang w:val="uk-UA"/>
        </w:rPr>
        <w:t xml:space="preserve"> </w:t>
      </w:r>
      <w:r w:rsidR="00D6710D" w:rsidRPr="00B7305F">
        <w:rPr>
          <w:color w:val="000000" w:themeColor="text1"/>
          <w:lang w:val="uk-UA"/>
        </w:rPr>
        <w:t>переходить</w:t>
      </w:r>
      <w:r w:rsidRPr="00B7305F">
        <w:rPr>
          <w:color w:val="000000" w:themeColor="text1"/>
          <w:lang w:val="uk-UA"/>
        </w:rPr>
        <w:t xml:space="preserve"> </w:t>
      </w:r>
      <w:r w:rsidR="00D6710D" w:rsidRPr="00B7305F">
        <w:rPr>
          <w:color w:val="000000" w:themeColor="text1"/>
          <w:lang w:val="uk-UA"/>
        </w:rPr>
        <w:t>зі</w:t>
      </w:r>
      <w:r w:rsidRPr="00B7305F">
        <w:rPr>
          <w:color w:val="000000" w:themeColor="text1"/>
          <w:lang w:val="uk-UA"/>
        </w:rPr>
        <w:t xml:space="preserve"> </w:t>
      </w:r>
      <w:r w:rsidR="00D6710D" w:rsidRPr="00B7305F">
        <w:rPr>
          <w:color w:val="000000" w:themeColor="text1"/>
          <w:lang w:val="uk-UA"/>
        </w:rPr>
        <w:t>сцени</w:t>
      </w:r>
      <w:r w:rsidRPr="00B7305F">
        <w:rPr>
          <w:color w:val="000000" w:themeColor="text1"/>
          <w:lang w:val="uk-UA"/>
        </w:rPr>
        <w:t xml:space="preserve"> </w:t>
      </w:r>
      <w:r w:rsidR="00D6710D" w:rsidRPr="00B7305F">
        <w:rPr>
          <w:color w:val="000000" w:themeColor="text1"/>
          <w:lang w:val="uk-UA"/>
        </w:rPr>
        <w:t>до</w:t>
      </w:r>
      <w:r w:rsidRPr="00B7305F">
        <w:rPr>
          <w:color w:val="000000" w:themeColor="text1"/>
          <w:lang w:val="uk-UA"/>
        </w:rPr>
        <w:t xml:space="preserve"> </w:t>
      </w:r>
      <w:r w:rsidR="00D6710D" w:rsidRPr="00B7305F">
        <w:rPr>
          <w:color w:val="000000" w:themeColor="text1"/>
          <w:lang w:val="uk-UA"/>
        </w:rPr>
        <w:t>камери,</w:t>
      </w:r>
      <w:r w:rsidRPr="00B7305F">
        <w:rPr>
          <w:color w:val="000000" w:themeColor="text1"/>
          <w:lang w:val="uk-UA"/>
        </w:rPr>
        <w:t xml:space="preserve"> </w:t>
      </w:r>
      <w:r w:rsidR="00D6710D" w:rsidRPr="00B7305F">
        <w:rPr>
          <w:color w:val="000000" w:themeColor="text1"/>
          <w:lang w:val="uk-UA"/>
        </w:rPr>
        <w:t>він</w:t>
      </w:r>
      <w:r w:rsidRPr="00B7305F">
        <w:rPr>
          <w:color w:val="000000" w:themeColor="text1"/>
          <w:lang w:val="uk-UA"/>
        </w:rPr>
        <w:t xml:space="preserve"> </w:t>
      </w:r>
      <w:r w:rsidR="00D6710D" w:rsidRPr="00B7305F">
        <w:rPr>
          <w:color w:val="000000" w:themeColor="text1"/>
          <w:lang w:val="uk-UA"/>
        </w:rPr>
        <w:t>переносить</w:t>
      </w:r>
      <w:r w:rsidRPr="00B7305F">
        <w:rPr>
          <w:color w:val="000000" w:themeColor="text1"/>
          <w:lang w:val="uk-UA"/>
        </w:rPr>
        <w:t xml:space="preserve"> </w:t>
      </w:r>
      <w:r w:rsidR="00D6710D" w:rsidRPr="00B7305F">
        <w:rPr>
          <w:color w:val="000000" w:themeColor="text1"/>
          <w:lang w:val="uk-UA"/>
        </w:rPr>
        <w:t>із</w:t>
      </w:r>
      <w:r w:rsidRPr="00B7305F">
        <w:rPr>
          <w:color w:val="000000" w:themeColor="text1"/>
          <w:lang w:val="uk-UA"/>
        </w:rPr>
        <w:t xml:space="preserve"> </w:t>
      </w:r>
      <w:r w:rsidR="00D6710D" w:rsidRPr="00B7305F">
        <w:rPr>
          <w:color w:val="000000" w:themeColor="text1"/>
          <w:lang w:val="uk-UA"/>
        </w:rPr>
        <w:t>собою</w:t>
      </w:r>
      <w:r w:rsidRPr="00B7305F">
        <w:rPr>
          <w:color w:val="000000" w:themeColor="text1"/>
          <w:lang w:val="uk-UA"/>
        </w:rPr>
        <w:t xml:space="preserve"> </w:t>
      </w:r>
      <w:r w:rsidR="00D6710D" w:rsidRPr="00B7305F">
        <w:rPr>
          <w:color w:val="000000" w:themeColor="text1"/>
          <w:lang w:val="uk-UA"/>
        </w:rPr>
        <w:t>глибину</w:t>
      </w:r>
      <w:r w:rsidRPr="00B7305F">
        <w:rPr>
          <w:color w:val="000000" w:themeColor="text1"/>
          <w:lang w:val="uk-UA"/>
        </w:rPr>
        <w:t xml:space="preserve"> </w:t>
      </w:r>
      <w:r w:rsidR="00D6710D" w:rsidRPr="00B7305F">
        <w:rPr>
          <w:color w:val="000000" w:themeColor="text1"/>
          <w:lang w:val="uk-UA"/>
        </w:rPr>
        <w:t>театральної</w:t>
      </w:r>
      <w:r w:rsidRPr="00B7305F">
        <w:rPr>
          <w:color w:val="000000" w:themeColor="text1"/>
          <w:lang w:val="uk-UA"/>
        </w:rPr>
        <w:t xml:space="preserve"> </w:t>
      </w:r>
      <w:r w:rsidR="00D6710D" w:rsidRPr="00B7305F">
        <w:rPr>
          <w:color w:val="000000" w:themeColor="text1"/>
          <w:lang w:val="uk-UA"/>
        </w:rPr>
        <w:t>традиції</w:t>
      </w:r>
      <w:r w:rsidRPr="00B7305F">
        <w:rPr>
          <w:color w:val="000000" w:themeColor="text1"/>
          <w:lang w:val="uk-UA"/>
        </w:rPr>
        <w:t xml:space="preserve"> </w:t>
      </w:r>
      <w:r w:rsidR="00D6710D" w:rsidRPr="00B7305F">
        <w:rPr>
          <w:color w:val="000000" w:themeColor="text1"/>
          <w:lang w:val="uk-UA"/>
        </w:rPr>
        <w:t>—</w:t>
      </w:r>
      <w:r w:rsidRPr="00B7305F">
        <w:rPr>
          <w:color w:val="000000" w:themeColor="text1"/>
          <w:lang w:val="uk-UA"/>
        </w:rPr>
        <w:t xml:space="preserve"> </w:t>
      </w:r>
      <w:r w:rsidR="00D6710D" w:rsidRPr="00B7305F">
        <w:rPr>
          <w:color w:val="000000" w:themeColor="text1"/>
          <w:lang w:val="uk-UA"/>
        </w:rPr>
        <w:t>але</w:t>
      </w:r>
      <w:r w:rsidRPr="00B7305F">
        <w:rPr>
          <w:color w:val="000000" w:themeColor="text1"/>
          <w:lang w:val="uk-UA"/>
        </w:rPr>
        <w:t xml:space="preserve"> </w:t>
      </w:r>
      <w:r w:rsidR="00D6710D" w:rsidRPr="00B7305F">
        <w:rPr>
          <w:color w:val="000000" w:themeColor="text1"/>
          <w:lang w:val="uk-UA"/>
        </w:rPr>
        <w:t>тепер</w:t>
      </w:r>
      <w:r w:rsidRPr="00B7305F">
        <w:rPr>
          <w:color w:val="000000" w:themeColor="text1"/>
          <w:lang w:val="uk-UA"/>
        </w:rPr>
        <w:t xml:space="preserve"> </w:t>
      </w:r>
      <w:r w:rsidR="00D6710D" w:rsidRPr="00B7305F">
        <w:rPr>
          <w:color w:val="000000" w:themeColor="text1"/>
          <w:lang w:val="uk-UA"/>
        </w:rPr>
        <w:t>має</w:t>
      </w:r>
      <w:r w:rsidRPr="00B7305F">
        <w:rPr>
          <w:color w:val="000000" w:themeColor="text1"/>
          <w:lang w:val="uk-UA"/>
        </w:rPr>
        <w:t xml:space="preserve"> </w:t>
      </w:r>
      <w:r w:rsidR="00D6710D" w:rsidRPr="00B7305F">
        <w:rPr>
          <w:color w:val="000000" w:themeColor="text1"/>
          <w:lang w:val="uk-UA"/>
        </w:rPr>
        <w:t>адаптувати</w:t>
      </w:r>
      <w:r w:rsidRPr="00B7305F">
        <w:rPr>
          <w:color w:val="000000" w:themeColor="text1"/>
          <w:lang w:val="uk-UA"/>
        </w:rPr>
        <w:t xml:space="preserve"> </w:t>
      </w:r>
      <w:r w:rsidR="00D6710D" w:rsidRPr="00B7305F">
        <w:rPr>
          <w:color w:val="000000" w:themeColor="text1"/>
          <w:lang w:val="uk-UA"/>
        </w:rPr>
        <w:t>її</w:t>
      </w:r>
      <w:r w:rsidRPr="00B7305F">
        <w:rPr>
          <w:color w:val="000000" w:themeColor="text1"/>
          <w:lang w:val="uk-UA"/>
        </w:rPr>
        <w:t xml:space="preserve"> </w:t>
      </w:r>
      <w:r w:rsidR="00D6710D" w:rsidRPr="00B7305F">
        <w:rPr>
          <w:color w:val="000000" w:themeColor="text1"/>
          <w:lang w:val="uk-UA"/>
        </w:rPr>
        <w:t>до</w:t>
      </w:r>
      <w:r w:rsidRPr="00B7305F">
        <w:rPr>
          <w:color w:val="000000" w:themeColor="text1"/>
          <w:lang w:val="uk-UA"/>
        </w:rPr>
        <w:t xml:space="preserve"> </w:t>
      </w:r>
      <w:r w:rsidR="00D6710D" w:rsidRPr="00B7305F">
        <w:rPr>
          <w:color w:val="000000" w:themeColor="text1"/>
          <w:lang w:val="uk-UA"/>
        </w:rPr>
        <w:t>нових</w:t>
      </w:r>
      <w:r w:rsidRPr="00B7305F">
        <w:rPr>
          <w:color w:val="000000" w:themeColor="text1"/>
          <w:lang w:val="uk-UA"/>
        </w:rPr>
        <w:t xml:space="preserve"> </w:t>
      </w:r>
      <w:r w:rsidR="00D6710D" w:rsidRPr="00B7305F">
        <w:rPr>
          <w:color w:val="000000" w:themeColor="text1"/>
          <w:lang w:val="uk-UA"/>
        </w:rPr>
        <w:t>умов,</w:t>
      </w:r>
      <w:r w:rsidRPr="00B7305F">
        <w:rPr>
          <w:color w:val="000000" w:themeColor="text1"/>
          <w:lang w:val="uk-UA"/>
        </w:rPr>
        <w:t xml:space="preserve"> </w:t>
      </w:r>
      <w:r w:rsidR="00D6710D" w:rsidRPr="00B7305F">
        <w:rPr>
          <w:color w:val="000000" w:themeColor="text1"/>
          <w:lang w:val="uk-UA"/>
        </w:rPr>
        <w:t>досягати</w:t>
      </w:r>
      <w:r w:rsidRPr="00B7305F">
        <w:rPr>
          <w:color w:val="000000" w:themeColor="text1"/>
          <w:lang w:val="uk-UA"/>
        </w:rPr>
        <w:t xml:space="preserve"> </w:t>
      </w:r>
      <w:r w:rsidR="00D6710D" w:rsidRPr="00B7305F">
        <w:rPr>
          <w:color w:val="000000" w:themeColor="text1"/>
          <w:lang w:val="uk-UA"/>
        </w:rPr>
        <w:t>виразності</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масштабом</w:t>
      </w:r>
      <w:r w:rsidRPr="00B7305F">
        <w:rPr>
          <w:color w:val="000000" w:themeColor="text1"/>
          <w:lang w:val="uk-UA"/>
        </w:rPr>
        <w:t xml:space="preserve"> </w:t>
      </w:r>
      <w:r w:rsidR="00D6710D" w:rsidRPr="00B7305F">
        <w:rPr>
          <w:color w:val="000000" w:themeColor="text1"/>
          <w:lang w:val="uk-UA"/>
        </w:rPr>
        <w:t>жесту,</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точністю</w:t>
      </w:r>
      <w:r w:rsidRPr="00B7305F">
        <w:rPr>
          <w:color w:val="000000" w:themeColor="text1"/>
          <w:lang w:val="uk-UA"/>
        </w:rPr>
        <w:t xml:space="preserve"> </w:t>
      </w:r>
      <w:r w:rsidR="00D6710D" w:rsidRPr="00B7305F">
        <w:rPr>
          <w:color w:val="000000" w:themeColor="text1"/>
          <w:lang w:val="uk-UA"/>
        </w:rPr>
        <w:t>внутрішнього</w:t>
      </w:r>
      <w:r w:rsidRPr="00B7305F">
        <w:rPr>
          <w:color w:val="000000" w:themeColor="text1"/>
          <w:lang w:val="uk-UA"/>
        </w:rPr>
        <w:t xml:space="preserve"> </w:t>
      </w:r>
      <w:r w:rsidR="00D6710D" w:rsidRPr="00B7305F">
        <w:rPr>
          <w:color w:val="000000" w:themeColor="text1"/>
          <w:lang w:val="uk-UA"/>
        </w:rPr>
        <w:t>переживання.</w:t>
      </w:r>
    </w:p>
    <w:p w14:paraId="1DB90EA0" w14:textId="64E77182" w:rsidR="00D6710D"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D6710D" w:rsidRPr="00B7305F">
        <w:rPr>
          <w:color w:val="000000" w:themeColor="text1"/>
          <w:lang w:val="uk-UA"/>
        </w:rPr>
        <w:t>Таким</w:t>
      </w:r>
      <w:r w:rsidRPr="00B7305F">
        <w:rPr>
          <w:color w:val="000000" w:themeColor="text1"/>
          <w:lang w:val="uk-UA"/>
        </w:rPr>
        <w:t xml:space="preserve"> </w:t>
      </w:r>
      <w:r w:rsidR="00D6710D" w:rsidRPr="00B7305F">
        <w:rPr>
          <w:color w:val="000000" w:themeColor="text1"/>
          <w:lang w:val="uk-UA"/>
        </w:rPr>
        <w:t>чином,</w:t>
      </w:r>
      <w:r w:rsidRPr="00B7305F">
        <w:rPr>
          <w:color w:val="000000" w:themeColor="text1"/>
          <w:lang w:val="uk-UA"/>
        </w:rPr>
        <w:t xml:space="preserve"> </w:t>
      </w:r>
      <w:r w:rsidR="00D6710D" w:rsidRPr="00B7305F">
        <w:rPr>
          <w:color w:val="000000" w:themeColor="text1"/>
          <w:lang w:val="uk-UA"/>
        </w:rPr>
        <w:t>витоки</w:t>
      </w:r>
      <w:r w:rsidRPr="00B7305F">
        <w:rPr>
          <w:color w:val="000000" w:themeColor="text1"/>
          <w:lang w:val="uk-UA"/>
        </w:rPr>
        <w:t xml:space="preserve"> </w:t>
      </w:r>
      <w:r w:rsidR="00D6710D" w:rsidRPr="00B7305F">
        <w:rPr>
          <w:color w:val="000000" w:themeColor="text1"/>
          <w:lang w:val="uk-UA"/>
        </w:rPr>
        <w:t>театру</w:t>
      </w:r>
      <w:r w:rsidRPr="00B7305F">
        <w:rPr>
          <w:color w:val="000000" w:themeColor="text1"/>
          <w:lang w:val="uk-UA"/>
        </w:rPr>
        <w:t xml:space="preserve"> </w:t>
      </w:r>
      <w:r w:rsidR="00D6710D" w:rsidRPr="00B7305F">
        <w:rPr>
          <w:color w:val="000000" w:themeColor="text1"/>
          <w:lang w:val="uk-UA"/>
        </w:rPr>
        <w:t>сформували</w:t>
      </w:r>
      <w:r w:rsidRPr="00B7305F">
        <w:rPr>
          <w:color w:val="000000" w:themeColor="text1"/>
          <w:lang w:val="uk-UA"/>
        </w:rPr>
        <w:t xml:space="preserve"> </w:t>
      </w:r>
      <w:r w:rsidR="00D6710D" w:rsidRPr="00B7305F">
        <w:rPr>
          <w:color w:val="000000" w:themeColor="text1"/>
          <w:lang w:val="uk-UA"/>
        </w:rPr>
        <w:t>не</w:t>
      </w:r>
      <w:r w:rsidRPr="00B7305F">
        <w:rPr>
          <w:color w:val="000000" w:themeColor="text1"/>
          <w:lang w:val="uk-UA"/>
        </w:rPr>
        <w:t xml:space="preserve"> </w:t>
      </w:r>
      <w:r w:rsidR="00D6710D" w:rsidRPr="00B7305F">
        <w:rPr>
          <w:color w:val="000000" w:themeColor="text1"/>
          <w:lang w:val="uk-UA"/>
        </w:rPr>
        <w:t>лише</w:t>
      </w:r>
      <w:r w:rsidRPr="00B7305F">
        <w:rPr>
          <w:color w:val="000000" w:themeColor="text1"/>
          <w:lang w:val="uk-UA"/>
        </w:rPr>
        <w:t xml:space="preserve"> </w:t>
      </w:r>
      <w:r w:rsidR="00D6710D" w:rsidRPr="00B7305F">
        <w:rPr>
          <w:color w:val="000000" w:themeColor="text1"/>
          <w:lang w:val="uk-UA"/>
        </w:rPr>
        <w:t>структуру</w:t>
      </w:r>
      <w:r w:rsidRPr="00B7305F">
        <w:rPr>
          <w:color w:val="000000" w:themeColor="text1"/>
          <w:lang w:val="uk-UA"/>
        </w:rPr>
        <w:t xml:space="preserve"> </w:t>
      </w:r>
      <w:r w:rsidR="00D6710D" w:rsidRPr="00B7305F">
        <w:rPr>
          <w:color w:val="000000" w:themeColor="text1"/>
          <w:lang w:val="uk-UA"/>
        </w:rPr>
        <w:t>сценічної</w:t>
      </w:r>
      <w:r w:rsidRPr="00B7305F">
        <w:rPr>
          <w:color w:val="000000" w:themeColor="text1"/>
          <w:lang w:val="uk-UA"/>
        </w:rPr>
        <w:t xml:space="preserve"> </w:t>
      </w:r>
      <w:r w:rsidR="00D6710D" w:rsidRPr="00B7305F">
        <w:rPr>
          <w:color w:val="000000" w:themeColor="text1"/>
          <w:lang w:val="uk-UA"/>
        </w:rPr>
        <w:t>дії,</w:t>
      </w:r>
      <w:r w:rsidRPr="00B7305F">
        <w:rPr>
          <w:color w:val="000000" w:themeColor="text1"/>
          <w:lang w:val="uk-UA"/>
        </w:rPr>
        <w:t xml:space="preserve"> </w:t>
      </w:r>
      <w:r w:rsidR="00D6710D" w:rsidRPr="00B7305F">
        <w:rPr>
          <w:color w:val="000000" w:themeColor="text1"/>
          <w:lang w:val="uk-UA"/>
        </w:rPr>
        <w:t>а</w:t>
      </w:r>
      <w:r w:rsidRPr="00B7305F">
        <w:rPr>
          <w:color w:val="000000" w:themeColor="text1"/>
          <w:lang w:val="uk-UA"/>
        </w:rPr>
        <w:t xml:space="preserve"> </w:t>
      </w:r>
      <w:r w:rsidR="00D6710D" w:rsidRPr="00B7305F">
        <w:rPr>
          <w:color w:val="000000" w:themeColor="text1"/>
          <w:lang w:val="uk-UA"/>
        </w:rPr>
        <w:t>й</w:t>
      </w:r>
      <w:r w:rsidRPr="00B7305F">
        <w:rPr>
          <w:color w:val="000000" w:themeColor="text1"/>
          <w:lang w:val="uk-UA"/>
        </w:rPr>
        <w:t xml:space="preserve"> </w:t>
      </w:r>
      <w:r w:rsidR="00D6710D" w:rsidRPr="00B7305F">
        <w:rPr>
          <w:color w:val="000000" w:themeColor="text1"/>
          <w:lang w:val="uk-UA"/>
        </w:rPr>
        <w:t>саму</w:t>
      </w:r>
      <w:r w:rsidRPr="00B7305F">
        <w:rPr>
          <w:color w:val="000000" w:themeColor="text1"/>
          <w:lang w:val="uk-UA"/>
        </w:rPr>
        <w:t xml:space="preserve"> </w:t>
      </w:r>
      <w:r w:rsidR="00D6710D" w:rsidRPr="00B7305F">
        <w:rPr>
          <w:color w:val="000000" w:themeColor="text1"/>
          <w:lang w:val="uk-UA"/>
        </w:rPr>
        <w:t>логіку</w:t>
      </w:r>
      <w:r w:rsidRPr="00B7305F">
        <w:rPr>
          <w:color w:val="000000" w:themeColor="text1"/>
          <w:lang w:val="uk-UA"/>
        </w:rPr>
        <w:t xml:space="preserve"> </w:t>
      </w:r>
      <w:r w:rsidR="00D6710D" w:rsidRPr="00B7305F">
        <w:rPr>
          <w:color w:val="000000" w:themeColor="text1"/>
          <w:lang w:val="uk-UA"/>
        </w:rPr>
        <w:t>акторського</w:t>
      </w:r>
      <w:r w:rsidRPr="00B7305F">
        <w:rPr>
          <w:color w:val="000000" w:themeColor="text1"/>
          <w:lang w:val="uk-UA"/>
        </w:rPr>
        <w:t xml:space="preserve"> </w:t>
      </w:r>
      <w:r w:rsidR="00D6710D" w:rsidRPr="00B7305F">
        <w:rPr>
          <w:color w:val="000000" w:themeColor="text1"/>
          <w:lang w:val="uk-UA"/>
        </w:rPr>
        <w:t>мислення.</w:t>
      </w:r>
      <w:r w:rsidRPr="00B7305F">
        <w:rPr>
          <w:color w:val="000000" w:themeColor="text1"/>
          <w:lang w:val="uk-UA"/>
        </w:rPr>
        <w:t xml:space="preserve"> </w:t>
      </w:r>
      <w:r w:rsidR="00D6710D" w:rsidRPr="00B7305F">
        <w:rPr>
          <w:color w:val="000000" w:themeColor="text1"/>
          <w:lang w:val="uk-UA"/>
        </w:rPr>
        <w:t>Це</w:t>
      </w:r>
      <w:r w:rsidRPr="00B7305F">
        <w:rPr>
          <w:color w:val="000000" w:themeColor="text1"/>
          <w:lang w:val="uk-UA"/>
        </w:rPr>
        <w:t xml:space="preserve"> </w:t>
      </w:r>
      <w:r w:rsidR="00D6710D" w:rsidRPr="00B7305F">
        <w:rPr>
          <w:color w:val="000000" w:themeColor="text1"/>
          <w:lang w:val="uk-UA"/>
        </w:rPr>
        <w:t>стане</w:t>
      </w:r>
      <w:r w:rsidRPr="00B7305F">
        <w:rPr>
          <w:color w:val="000000" w:themeColor="text1"/>
          <w:lang w:val="uk-UA"/>
        </w:rPr>
        <w:t xml:space="preserve"> </w:t>
      </w:r>
      <w:r w:rsidR="00D6710D" w:rsidRPr="00B7305F">
        <w:rPr>
          <w:color w:val="000000" w:themeColor="text1"/>
          <w:lang w:val="uk-UA"/>
        </w:rPr>
        <w:t>визначальним</w:t>
      </w:r>
      <w:r w:rsidRPr="00B7305F">
        <w:rPr>
          <w:color w:val="000000" w:themeColor="text1"/>
          <w:lang w:val="uk-UA"/>
        </w:rPr>
        <w:t xml:space="preserve"> </w:t>
      </w:r>
      <w:r w:rsidR="00D6710D" w:rsidRPr="00B7305F">
        <w:rPr>
          <w:color w:val="000000" w:themeColor="text1"/>
          <w:lang w:val="uk-UA"/>
        </w:rPr>
        <w:t>для</w:t>
      </w:r>
      <w:r w:rsidRPr="00B7305F">
        <w:rPr>
          <w:color w:val="000000" w:themeColor="text1"/>
          <w:lang w:val="uk-UA"/>
        </w:rPr>
        <w:t xml:space="preserve"> </w:t>
      </w:r>
      <w:r w:rsidR="00D6710D" w:rsidRPr="00B7305F">
        <w:rPr>
          <w:color w:val="000000" w:themeColor="text1"/>
          <w:lang w:val="uk-UA"/>
        </w:rPr>
        <w:t>подальшої</w:t>
      </w:r>
      <w:r w:rsidRPr="00B7305F">
        <w:rPr>
          <w:color w:val="000000" w:themeColor="text1"/>
          <w:lang w:val="uk-UA"/>
        </w:rPr>
        <w:t xml:space="preserve"> </w:t>
      </w:r>
      <w:r w:rsidR="00D6710D" w:rsidRPr="00B7305F">
        <w:rPr>
          <w:color w:val="000000" w:themeColor="text1"/>
          <w:lang w:val="uk-UA"/>
        </w:rPr>
        <w:t>взаємодії</w:t>
      </w:r>
      <w:r w:rsidRPr="00B7305F">
        <w:rPr>
          <w:color w:val="000000" w:themeColor="text1"/>
          <w:lang w:val="uk-UA"/>
        </w:rPr>
        <w:t xml:space="preserve"> </w:t>
      </w:r>
      <w:r w:rsidR="00D6710D" w:rsidRPr="00B7305F">
        <w:rPr>
          <w:color w:val="000000" w:themeColor="text1"/>
          <w:lang w:val="uk-UA"/>
        </w:rPr>
        <w:t>театру</w:t>
      </w:r>
      <w:r w:rsidRPr="00B7305F">
        <w:rPr>
          <w:color w:val="000000" w:themeColor="text1"/>
          <w:lang w:val="uk-UA"/>
        </w:rPr>
        <w:t xml:space="preserve"> </w:t>
      </w:r>
      <w:r w:rsidR="00D6710D" w:rsidRPr="00B7305F">
        <w:rPr>
          <w:color w:val="000000" w:themeColor="text1"/>
          <w:lang w:val="uk-UA"/>
        </w:rPr>
        <w:t>й</w:t>
      </w:r>
      <w:r w:rsidRPr="00B7305F">
        <w:rPr>
          <w:color w:val="000000" w:themeColor="text1"/>
          <w:lang w:val="uk-UA"/>
        </w:rPr>
        <w:t xml:space="preserve"> </w:t>
      </w:r>
      <w:r w:rsidR="00D6710D" w:rsidRPr="00B7305F">
        <w:rPr>
          <w:color w:val="000000" w:themeColor="text1"/>
          <w:lang w:val="uk-UA"/>
        </w:rPr>
        <w:t>кіномистецтва,</w:t>
      </w:r>
      <w:r w:rsidRPr="00B7305F">
        <w:rPr>
          <w:color w:val="000000" w:themeColor="text1"/>
          <w:lang w:val="uk-UA"/>
        </w:rPr>
        <w:t xml:space="preserve"> </w:t>
      </w:r>
      <w:r w:rsidR="00D6710D" w:rsidRPr="00B7305F">
        <w:rPr>
          <w:color w:val="000000" w:themeColor="text1"/>
          <w:lang w:val="uk-UA"/>
        </w:rPr>
        <w:t>де</w:t>
      </w:r>
      <w:r w:rsidRPr="00B7305F">
        <w:rPr>
          <w:color w:val="000000" w:themeColor="text1"/>
          <w:lang w:val="uk-UA"/>
        </w:rPr>
        <w:t xml:space="preserve"> </w:t>
      </w:r>
      <w:r w:rsidR="00D6710D" w:rsidRPr="00B7305F">
        <w:rPr>
          <w:color w:val="000000" w:themeColor="text1"/>
          <w:lang w:val="uk-UA"/>
        </w:rPr>
        <w:t>джерела</w:t>
      </w:r>
      <w:r w:rsidRPr="00B7305F">
        <w:rPr>
          <w:color w:val="000000" w:themeColor="text1"/>
          <w:lang w:val="uk-UA"/>
        </w:rPr>
        <w:t xml:space="preserve"> </w:t>
      </w:r>
      <w:r w:rsidR="00D6710D" w:rsidRPr="00B7305F">
        <w:rPr>
          <w:color w:val="000000" w:themeColor="text1"/>
          <w:lang w:val="uk-UA"/>
        </w:rPr>
        <w:t>давніх</w:t>
      </w:r>
      <w:r w:rsidRPr="00B7305F">
        <w:rPr>
          <w:color w:val="000000" w:themeColor="text1"/>
          <w:lang w:val="uk-UA"/>
        </w:rPr>
        <w:t xml:space="preserve"> </w:t>
      </w:r>
      <w:r w:rsidR="00D6710D" w:rsidRPr="00B7305F">
        <w:rPr>
          <w:color w:val="000000" w:themeColor="text1"/>
          <w:lang w:val="uk-UA"/>
        </w:rPr>
        <w:t>ритуалів,</w:t>
      </w:r>
      <w:r w:rsidRPr="00B7305F">
        <w:rPr>
          <w:color w:val="000000" w:themeColor="text1"/>
          <w:lang w:val="uk-UA"/>
        </w:rPr>
        <w:t xml:space="preserve"> </w:t>
      </w:r>
      <w:r w:rsidR="00D6710D" w:rsidRPr="00B7305F">
        <w:rPr>
          <w:color w:val="000000" w:themeColor="text1"/>
          <w:lang w:val="uk-UA"/>
        </w:rPr>
        <w:t>античного</w:t>
      </w:r>
      <w:r w:rsidRPr="00B7305F">
        <w:rPr>
          <w:color w:val="000000" w:themeColor="text1"/>
          <w:lang w:val="uk-UA"/>
        </w:rPr>
        <w:t xml:space="preserve"> </w:t>
      </w:r>
      <w:r w:rsidR="00D6710D" w:rsidRPr="00B7305F">
        <w:rPr>
          <w:color w:val="000000" w:themeColor="text1"/>
          <w:lang w:val="uk-UA"/>
        </w:rPr>
        <w:t>сценічного</w:t>
      </w:r>
      <w:r w:rsidRPr="00B7305F">
        <w:rPr>
          <w:color w:val="000000" w:themeColor="text1"/>
          <w:lang w:val="uk-UA"/>
        </w:rPr>
        <w:t xml:space="preserve"> </w:t>
      </w:r>
      <w:r w:rsidR="00D6710D" w:rsidRPr="00B7305F">
        <w:rPr>
          <w:color w:val="000000" w:themeColor="text1"/>
          <w:lang w:val="uk-UA"/>
        </w:rPr>
        <w:t>канону</w:t>
      </w:r>
      <w:r w:rsidRPr="00B7305F">
        <w:rPr>
          <w:color w:val="000000" w:themeColor="text1"/>
          <w:lang w:val="uk-UA"/>
        </w:rPr>
        <w:t xml:space="preserve"> </w:t>
      </w:r>
      <w:r w:rsidR="00D6710D" w:rsidRPr="00B7305F">
        <w:rPr>
          <w:color w:val="000000" w:themeColor="text1"/>
          <w:lang w:val="uk-UA"/>
        </w:rPr>
        <w:t>та</w:t>
      </w:r>
      <w:r w:rsidRPr="00B7305F">
        <w:rPr>
          <w:color w:val="000000" w:themeColor="text1"/>
          <w:lang w:val="uk-UA"/>
        </w:rPr>
        <w:t xml:space="preserve"> </w:t>
      </w:r>
      <w:r w:rsidR="00D6710D" w:rsidRPr="00B7305F">
        <w:rPr>
          <w:color w:val="000000" w:themeColor="text1"/>
          <w:lang w:val="uk-UA"/>
        </w:rPr>
        <w:t>імпровізаційного</w:t>
      </w:r>
      <w:r w:rsidRPr="00B7305F">
        <w:rPr>
          <w:color w:val="000000" w:themeColor="text1"/>
          <w:lang w:val="uk-UA"/>
        </w:rPr>
        <w:t xml:space="preserve"> </w:t>
      </w:r>
      <w:r w:rsidR="00D6710D" w:rsidRPr="00B7305F">
        <w:rPr>
          <w:color w:val="000000" w:themeColor="text1"/>
          <w:lang w:val="uk-UA"/>
        </w:rPr>
        <w:t>досвіду</w:t>
      </w:r>
      <w:r w:rsidRPr="00B7305F">
        <w:rPr>
          <w:color w:val="000000" w:themeColor="text1"/>
          <w:lang w:val="uk-UA"/>
        </w:rPr>
        <w:t xml:space="preserve"> </w:t>
      </w:r>
      <w:r w:rsidR="00D6710D" w:rsidRPr="00B7305F">
        <w:rPr>
          <w:color w:val="000000" w:themeColor="text1"/>
          <w:lang w:val="uk-UA"/>
        </w:rPr>
        <w:t>Ренесансу</w:t>
      </w:r>
      <w:r w:rsidRPr="00B7305F">
        <w:rPr>
          <w:color w:val="000000" w:themeColor="text1"/>
          <w:lang w:val="uk-UA"/>
        </w:rPr>
        <w:t xml:space="preserve"> </w:t>
      </w:r>
      <w:r w:rsidR="00D6710D" w:rsidRPr="00B7305F">
        <w:rPr>
          <w:color w:val="000000" w:themeColor="text1"/>
          <w:lang w:val="uk-UA"/>
        </w:rPr>
        <w:t>трансформуються</w:t>
      </w:r>
      <w:r w:rsidRPr="00B7305F">
        <w:rPr>
          <w:color w:val="000000" w:themeColor="text1"/>
          <w:lang w:val="uk-UA"/>
        </w:rPr>
        <w:t xml:space="preserve"> </w:t>
      </w:r>
      <w:r w:rsidR="00D6710D" w:rsidRPr="00B7305F">
        <w:rPr>
          <w:color w:val="000000" w:themeColor="text1"/>
          <w:lang w:val="uk-UA"/>
        </w:rPr>
        <w:t>у</w:t>
      </w:r>
      <w:r w:rsidRPr="00B7305F">
        <w:rPr>
          <w:color w:val="000000" w:themeColor="text1"/>
          <w:lang w:val="uk-UA"/>
        </w:rPr>
        <w:t xml:space="preserve"> </w:t>
      </w:r>
      <w:r w:rsidR="00D6710D" w:rsidRPr="00B7305F">
        <w:rPr>
          <w:color w:val="000000" w:themeColor="text1"/>
          <w:lang w:val="uk-UA"/>
        </w:rPr>
        <w:t>сучасні</w:t>
      </w:r>
      <w:r w:rsidRPr="00B7305F">
        <w:rPr>
          <w:color w:val="000000" w:themeColor="text1"/>
          <w:lang w:val="uk-UA"/>
        </w:rPr>
        <w:t xml:space="preserve"> </w:t>
      </w:r>
      <w:r w:rsidR="00D6710D" w:rsidRPr="00B7305F">
        <w:rPr>
          <w:color w:val="000000" w:themeColor="text1"/>
          <w:lang w:val="uk-UA"/>
        </w:rPr>
        <w:t>акторські</w:t>
      </w:r>
      <w:r w:rsidRPr="00B7305F">
        <w:rPr>
          <w:color w:val="000000" w:themeColor="text1"/>
          <w:lang w:val="uk-UA"/>
        </w:rPr>
        <w:t xml:space="preserve"> </w:t>
      </w:r>
      <w:r w:rsidR="00D6710D" w:rsidRPr="00B7305F">
        <w:rPr>
          <w:color w:val="000000" w:themeColor="text1"/>
          <w:lang w:val="uk-UA"/>
        </w:rPr>
        <w:t>техніки</w:t>
      </w:r>
      <w:r w:rsidRPr="00B7305F">
        <w:rPr>
          <w:color w:val="000000" w:themeColor="text1"/>
          <w:lang w:val="uk-UA"/>
        </w:rPr>
        <w:t xml:space="preserve"> </w:t>
      </w:r>
      <w:r w:rsidR="00D6710D" w:rsidRPr="00B7305F">
        <w:rPr>
          <w:color w:val="000000" w:themeColor="text1"/>
          <w:lang w:val="uk-UA"/>
        </w:rPr>
        <w:t>як</w:t>
      </w:r>
      <w:r w:rsidRPr="00B7305F">
        <w:rPr>
          <w:color w:val="000000" w:themeColor="text1"/>
          <w:lang w:val="uk-UA"/>
        </w:rPr>
        <w:t xml:space="preserve"> </w:t>
      </w:r>
      <w:r w:rsidR="00D6710D" w:rsidRPr="00B7305F">
        <w:rPr>
          <w:color w:val="000000" w:themeColor="text1"/>
          <w:lang w:val="uk-UA"/>
        </w:rPr>
        <w:t>на</w:t>
      </w:r>
      <w:r w:rsidRPr="00B7305F">
        <w:rPr>
          <w:color w:val="000000" w:themeColor="text1"/>
          <w:lang w:val="uk-UA"/>
        </w:rPr>
        <w:t xml:space="preserve"> </w:t>
      </w:r>
      <w:r w:rsidR="00D6710D" w:rsidRPr="00B7305F">
        <w:rPr>
          <w:color w:val="000000" w:themeColor="text1"/>
          <w:lang w:val="uk-UA"/>
        </w:rPr>
        <w:t>сцені,</w:t>
      </w:r>
      <w:r w:rsidRPr="00B7305F">
        <w:rPr>
          <w:color w:val="000000" w:themeColor="text1"/>
          <w:lang w:val="uk-UA"/>
        </w:rPr>
        <w:t xml:space="preserve"> </w:t>
      </w:r>
      <w:r w:rsidR="00D6710D" w:rsidRPr="00B7305F">
        <w:rPr>
          <w:color w:val="000000" w:themeColor="text1"/>
          <w:lang w:val="uk-UA"/>
        </w:rPr>
        <w:t>так</w:t>
      </w:r>
      <w:r w:rsidRPr="00B7305F">
        <w:rPr>
          <w:color w:val="000000" w:themeColor="text1"/>
          <w:lang w:val="uk-UA"/>
        </w:rPr>
        <w:t xml:space="preserve"> </w:t>
      </w:r>
      <w:r w:rsidR="00D6710D" w:rsidRPr="00B7305F">
        <w:rPr>
          <w:color w:val="000000" w:themeColor="text1"/>
          <w:lang w:val="uk-UA"/>
        </w:rPr>
        <w:t>і</w:t>
      </w:r>
      <w:r w:rsidRPr="00B7305F">
        <w:rPr>
          <w:color w:val="000000" w:themeColor="text1"/>
          <w:lang w:val="uk-UA"/>
        </w:rPr>
        <w:t xml:space="preserve"> </w:t>
      </w:r>
      <w:r w:rsidR="00D6710D" w:rsidRPr="00B7305F">
        <w:rPr>
          <w:color w:val="000000" w:themeColor="text1"/>
          <w:lang w:val="uk-UA"/>
        </w:rPr>
        <w:t>в</w:t>
      </w:r>
      <w:r w:rsidRPr="00B7305F">
        <w:rPr>
          <w:color w:val="000000" w:themeColor="text1"/>
          <w:lang w:val="uk-UA"/>
        </w:rPr>
        <w:t xml:space="preserve"> </w:t>
      </w:r>
      <w:r w:rsidR="00D6710D" w:rsidRPr="00B7305F">
        <w:rPr>
          <w:color w:val="000000" w:themeColor="text1"/>
          <w:lang w:val="uk-UA"/>
        </w:rPr>
        <w:t>кадрі.</w:t>
      </w:r>
    </w:p>
    <w:p w14:paraId="76AD30AB" w14:textId="2C48988D" w:rsidR="00D6710D" w:rsidRPr="00B7305F" w:rsidRDefault="00D6710D"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Витоки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кінематографу</w:t>
      </w:r>
    </w:p>
    <w:p w14:paraId="3255B489" w14:textId="033D9E13" w:rsidR="00D6710D" w:rsidRPr="00B7305F" w:rsidRDefault="00D6710D"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Виникнення</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кінематографу</w:t>
      </w:r>
      <w:r w:rsidR="00480420" w:rsidRPr="00B7305F">
        <w:rPr>
          <w:rFonts w:cs="Times New Roman"/>
          <w:color w:val="000000" w:themeColor="text1"/>
          <w:lang w:val="uk-UA"/>
        </w:rPr>
        <w:t xml:space="preserve"> </w:t>
      </w:r>
      <w:r w:rsidRPr="00B7305F">
        <w:rPr>
          <w:rFonts w:cs="Times New Roman"/>
          <w:color w:val="000000" w:themeColor="text1"/>
          <w:lang w:val="uk-UA"/>
        </w:rPr>
        <w:t>наприкінці</w:t>
      </w:r>
      <w:r w:rsidR="00480420" w:rsidRPr="00B7305F">
        <w:rPr>
          <w:rFonts w:cs="Times New Roman"/>
          <w:color w:val="000000" w:themeColor="text1"/>
          <w:lang w:val="uk-UA"/>
        </w:rPr>
        <w:t xml:space="preserve"> </w:t>
      </w:r>
      <w:r w:rsidRPr="00B7305F">
        <w:rPr>
          <w:rFonts w:cs="Times New Roman"/>
          <w:color w:val="000000" w:themeColor="text1"/>
          <w:lang w:val="uk-UA"/>
        </w:rPr>
        <w:t>XIX</w:t>
      </w:r>
      <w:r w:rsidR="00480420" w:rsidRPr="00B7305F">
        <w:rPr>
          <w:rFonts w:cs="Times New Roman"/>
          <w:color w:val="000000" w:themeColor="text1"/>
          <w:lang w:val="uk-UA"/>
        </w:rPr>
        <w:t xml:space="preserve"> </w:t>
      </w:r>
      <w:r w:rsidRPr="00B7305F">
        <w:rPr>
          <w:rFonts w:cs="Times New Roman"/>
          <w:color w:val="000000" w:themeColor="text1"/>
          <w:lang w:val="uk-UA"/>
        </w:rPr>
        <w:t>століття</w:t>
      </w:r>
      <w:r w:rsidR="00480420" w:rsidRPr="00B7305F">
        <w:rPr>
          <w:rFonts w:cs="Times New Roman"/>
          <w:color w:val="000000" w:themeColor="text1"/>
          <w:lang w:val="uk-UA"/>
        </w:rPr>
        <w:t xml:space="preserve"> </w:t>
      </w:r>
      <w:r w:rsidRPr="00B7305F">
        <w:rPr>
          <w:rFonts w:cs="Times New Roman"/>
          <w:color w:val="000000" w:themeColor="text1"/>
          <w:lang w:val="uk-UA"/>
        </w:rPr>
        <w:t>стало</w:t>
      </w:r>
      <w:r w:rsidR="00480420" w:rsidRPr="00B7305F">
        <w:rPr>
          <w:rFonts w:cs="Times New Roman"/>
          <w:color w:val="000000" w:themeColor="text1"/>
          <w:lang w:val="uk-UA"/>
        </w:rPr>
        <w:t xml:space="preserve"> </w:t>
      </w:r>
      <w:r w:rsidRPr="00B7305F">
        <w:rPr>
          <w:rFonts w:cs="Times New Roman"/>
          <w:color w:val="000000" w:themeColor="text1"/>
          <w:lang w:val="uk-UA"/>
        </w:rPr>
        <w:t>закономірним</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результатом</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технічних</w:t>
      </w:r>
      <w:r w:rsidR="00480420" w:rsidRPr="00B7305F">
        <w:rPr>
          <w:rFonts w:cs="Times New Roman"/>
          <w:color w:val="000000" w:themeColor="text1"/>
          <w:lang w:val="uk-UA"/>
        </w:rPr>
        <w:t xml:space="preserve"> </w:t>
      </w:r>
      <w:r w:rsidRPr="00B7305F">
        <w:rPr>
          <w:rFonts w:cs="Times New Roman"/>
          <w:color w:val="000000" w:themeColor="text1"/>
          <w:lang w:val="uk-UA"/>
        </w:rPr>
        <w:t>винаходів</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естетичних</w:t>
      </w:r>
      <w:r w:rsidR="00480420" w:rsidRPr="00B7305F">
        <w:rPr>
          <w:rFonts w:cs="Times New Roman"/>
          <w:color w:val="000000" w:themeColor="text1"/>
          <w:lang w:val="uk-UA"/>
        </w:rPr>
        <w:t xml:space="preserve"> </w:t>
      </w:r>
      <w:r w:rsidRPr="00B7305F">
        <w:rPr>
          <w:rFonts w:cs="Times New Roman"/>
          <w:color w:val="000000" w:themeColor="text1"/>
          <w:lang w:val="uk-UA"/>
        </w:rPr>
        <w:t>пошуків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європейській</w:t>
      </w:r>
      <w:r w:rsidR="00480420" w:rsidRPr="00B7305F">
        <w:rPr>
          <w:rFonts w:cs="Times New Roman"/>
          <w:color w:val="000000" w:themeColor="text1"/>
          <w:lang w:val="uk-UA"/>
        </w:rPr>
        <w:t xml:space="preserve"> </w:t>
      </w:r>
      <w:r w:rsidRPr="00B7305F">
        <w:rPr>
          <w:rFonts w:cs="Times New Roman"/>
          <w:color w:val="000000" w:themeColor="text1"/>
          <w:lang w:val="uk-UA"/>
        </w:rPr>
        <w:t>культурі.</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вид</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постав</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перетині</w:t>
      </w:r>
      <w:r w:rsidR="00480420" w:rsidRPr="00B7305F">
        <w:rPr>
          <w:rFonts w:cs="Times New Roman"/>
          <w:color w:val="000000" w:themeColor="text1"/>
          <w:lang w:val="uk-UA"/>
        </w:rPr>
        <w:t xml:space="preserve"> </w:t>
      </w:r>
      <w:r w:rsidRPr="00B7305F">
        <w:rPr>
          <w:rFonts w:cs="Times New Roman"/>
          <w:color w:val="000000" w:themeColor="text1"/>
          <w:lang w:val="uk-UA"/>
        </w:rPr>
        <w:t>кількох</w:t>
      </w:r>
      <w:r w:rsidR="00480420" w:rsidRPr="00B7305F">
        <w:rPr>
          <w:rFonts w:cs="Times New Roman"/>
          <w:color w:val="000000" w:themeColor="text1"/>
          <w:lang w:val="uk-UA"/>
        </w:rPr>
        <w:t xml:space="preserve"> </w:t>
      </w:r>
      <w:r w:rsidRPr="00B7305F">
        <w:rPr>
          <w:rFonts w:cs="Times New Roman"/>
          <w:color w:val="000000" w:themeColor="text1"/>
          <w:lang w:val="uk-UA"/>
        </w:rPr>
        <w:t>сфер</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фотографії,</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літературної</w:t>
      </w:r>
      <w:r w:rsidR="00480420" w:rsidRPr="00B7305F">
        <w:rPr>
          <w:rFonts w:cs="Times New Roman"/>
          <w:color w:val="000000" w:themeColor="text1"/>
          <w:lang w:val="uk-UA"/>
        </w:rPr>
        <w:t xml:space="preserve"> </w:t>
      </w:r>
      <w:r w:rsidRPr="00B7305F">
        <w:rPr>
          <w:rFonts w:cs="Times New Roman"/>
          <w:color w:val="000000" w:themeColor="text1"/>
          <w:lang w:val="uk-UA"/>
        </w:rPr>
        <w:t>оповідності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наукової</w:t>
      </w:r>
      <w:r w:rsidR="00480420" w:rsidRPr="00B7305F">
        <w:rPr>
          <w:rFonts w:cs="Times New Roman"/>
          <w:color w:val="000000" w:themeColor="text1"/>
          <w:lang w:val="uk-UA"/>
        </w:rPr>
        <w:t xml:space="preserve"> </w:t>
      </w:r>
      <w:r w:rsidRPr="00B7305F">
        <w:rPr>
          <w:rFonts w:cs="Times New Roman"/>
          <w:color w:val="000000" w:themeColor="text1"/>
          <w:lang w:val="uk-UA"/>
        </w:rPr>
        <w:t>візуалізації.</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точності</w:t>
      </w:r>
      <w:r w:rsidR="00480420" w:rsidRPr="00B7305F">
        <w:rPr>
          <w:rFonts w:cs="Times New Roman"/>
          <w:color w:val="000000" w:themeColor="text1"/>
          <w:lang w:val="uk-UA"/>
        </w:rPr>
        <w:t xml:space="preserve"> </w:t>
      </w:r>
      <w:r w:rsidRPr="00B7305F">
        <w:rPr>
          <w:rFonts w:cs="Times New Roman"/>
          <w:color w:val="000000" w:themeColor="text1"/>
          <w:lang w:val="uk-UA"/>
        </w:rPr>
        <w:t>механічної</w:t>
      </w:r>
      <w:r w:rsidR="00480420" w:rsidRPr="00B7305F">
        <w:rPr>
          <w:rFonts w:cs="Times New Roman"/>
          <w:color w:val="000000" w:themeColor="text1"/>
          <w:lang w:val="uk-UA"/>
        </w:rPr>
        <w:t xml:space="preserve"> </w:t>
      </w:r>
      <w:r w:rsidRPr="00B7305F">
        <w:rPr>
          <w:rFonts w:cs="Times New Roman"/>
          <w:color w:val="000000" w:themeColor="text1"/>
          <w:lang w:val="uk-UA"/>
        </w:rPr>
        <w:t>фіксації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створило</w:t>
      </w:r>
      <w:r w:rsidR="00480420" w:rsidRPr="00B7305F">
        <w:rPr>
          <w:rFonts w:cs="Times New Roman"/>
          <w:color w:val="000000" w:themeColor="text1"/>
          <w:lang w:val="uk-UA"/>
        </w:rPr>
        <w:t xml:space="preserve"> </w:t>
      </w:r>
      <w:r w:rsidRPr="00B7305F">
        <w:rPr>
          <w:rFonts w:cs="Times New Roman"/>
          <w:color w:val="000000" w:themeColor="text1"/>
          <w:lang w:val="uk-UA"/>
        </w:rPr>
        <w:t>унікальну</w:t>
      </w:r>
      <w:r w:rsidR="00480420" w:rsidRPr="00B7305F">
        <w:rPr>
          <w:rFonts w:cs="Times New Roman"/>
          <w:color w:val="000000" w:themeColor="text1"/>
          <w:lang w:val="uk-UA"/>
        </w:rPr>
        <w:t xml:space="preserve"> </w:t>
      </w:r>
      <w:r w:rsidRPr="00B7305F">
        <w:rPr>
          <w:rFonts w:cs="Times New Roman"/>
          <w:color w:val="000000" w:themeColor="text1"/>
          <w:lang w:val="uk-UA"/>
        </w:rPr>
        <w:t>художню</w:t>
      </w:r>
      <w:r w:rsidR="00480420" w:rsidRPr="00B7305F">
        <w:rPr>
          <w:rFonts w:cs="Times New Roman"/>
          <w:color w:val="000000" w:themeColor="text1"/>
          <w:lang w:val="uk-UA"/>
        </w:rPr>
        <w:t xml:space="preserve"> </w:t>
      </w:r>
      <w:r w:rsidRPr="00B7305F">
        <w:rPr>
          <w:rFonts w:cs="Times New Roman"/>
          <w:color w:val="000000" w:themeColor="text1"/>
          <w:lang w:val="uk-UA"/>
        </w:rPr>
        <w:t>форму,</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самого</w:t>
      </w:r>
      <w:r w:rsidR="00480420" w:rsidRPr="00B7305F">
        <w:rPr>
          <w:rFonts w:cs="Times New Roman"/>
          <w:color w:val="000000" w:themeColor="text1"/>
          <w:lang w:val="uk-UA"/>
        </w:rPr>
        <w:t xml:space="preserve"> </w:t>
      </w:r>
      <w:r w:rsidRPr="00B7305F">
        <w:rPr>
          <w:rFonts w:cs="Times New Roman"/>
          <w:color w:val="000000" w:themeColor="text1"/>
          <w:lang w:val="uk-UA"/>
        </w:rPr>
        <w:t>початку</w:t>
      </w:r>
      <w:r w:rsidR="00480420" w:rsidRPr="00B7305F">
        <w:rPr>
          <w:rFonts w:cs="Times New Roman"/>
          <w:color w:val="000000" w:themeColor="text1"/>
          <w:lang w:val="uk-UA"/>
        </w:rPr>
        <w:t xml:space="preserve"> </w:t>
      </w:r>
      <w:r w:rsidRPr="00B7305F">
        <w:rPr>
          <w:rFonts w:cs="Times New Roman"/>
          <w:color w:val="000000" w:themeColor="text1"/>
          <w:lang w:val="uk-UA"/>
        </w:rPr>
        <w:t>містила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собі</w:t>
      </w:r>
      <w:r w:rsidR="00480420" w:rsidRPr="00B7305F">
        <w:rPr>
          <w:rFonts w:cs="Times New Roman"/>
          <w:color w:val="000000" w:themeColor="text1"/>
          <w:lang w:val="uk-UA"/>
        </w:rPr>
        <w:t xml:space="preserve"> </w:t>
      </w:r>
      <w:r w:rsidRPr="00B7305F">
        <w:rPr>
          <w:rFonts w:cs="Times New Roman"/>
          <w:color w:val="000000" w:themeColor="text1"/>
          <w:lang w:val="uk-UA"/>
        </w:rPr>
        <w:t>риси</w:t>
      </w:r>
      <w:r w:rsidR="00480420" w:rsidRPr="00B7305F">
        <w:rPr>
          <w:rFonts w:cs="Times New Roman"/>
          <w:color w:val="000000" w:themeColor="text1"/>
          <w:lang w:val="uk-UA"/>
        </w:rPr>
        <w:t xml:space="preserve"> </w:t>
      </w:r>
      <w:r w:rsidRPr="00B7305F">
        <w:rPr>
          <w:rFonts w:cs="Times New Roman"/>
          <w:color w:val="000000" w:themeColor="text1"/>
          <w:lang w:val="uk-UA"/>
        </w:rPr>
        <w:t>кількох</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мистецьких</w:t>
      </w:r>
      <w:r w:rsidR="00480420" w:rsidRPr="00B7305F">
        <w:rPr>
          <w:rFonts w:cs="Times New Roman"/>
          <w:color w:val="000000" w:themeColor="text1"/>
          <w:lang w:val="uk-UA"/>
        </w:rPr>
        <w:t xml:space="preserve"> </w:t>
      </w:r>
      <w:r w:rsidRPr="00B7305F">
        <w:rPr>
          <w:rFonts w:cs="Times New Roman"/>
          <w:color w:val="000000" w:themeColor="text1"/>
          <w:lang w:val="uk-UA"/>
        </w:rPr>
        <w:t>традицій.</w:t>
      </w:r>
    </w:p>
    <w:p w14:paraId="1CFBAB89" w14:textId="56EC4FE0" w:rsidR="00D6710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 xml:space="preserve">    </w:t>
      </w:r>
      <w:r w:rsidR="00D6710D" w:rsidRPr="00B7305F">
        <w:rPr>
          <w:rFonts w:cs="Times New Roman"/>
          <w:color w:val="000000" w:themeColor="text1"/>
          <w:lang w:val="uk-UA"/>
        </w:rPr>
        <w:t>Перші</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кінематографічні</w:t>
      </w:r>
      <w:r w:rsidRPr="00B7305F">
        <w:rPr>
          <w:rFonts w:cs="Times New Roman"/>
          <w:color w:val="000000" w:themeColor="text1"/>
          <w:lang w:val="uk-UA"/>
        </w:rPr>
        <w:t xml:space="preserve"> </w:t>
      </w:r>
      <w:r w:rsidR="00D6710D" w:rsidRPr="00B7305F">
        <w:rPr>
          <w:rFonts w:cs="Times New Roman"/>
          <w:color w:val="000000" w:themeColor="text1"/>
          <w:lang w:val="uk-UA"/>
        </w:rPr>
        <w:t>досліди</w:t>
      </w:r>
      <w:r w:rsidRPr="00B7305F">
        <w:rPr>
          <w:rFonts w:cs="Times New Roman"/>
          <w:color w:val="000000" w:themeColor="text1"/>
          <w:lang w:val="uk-UA"/>
        </w:rPr>
        <w:t xml:space="preserve"> </w:t>
      </w:r>
      <w:r w:rsidR="00D6710D" w:rsidRPr="00B7305F">
        <w:rPr>
          <w:rFonts w:cs="Times New Roman"/>
          <w:color w:val="000000" w:themeColor="text1"/>
          <w:lang w:val="uk-UA"/>
        </w:rPr>
        <w:t>братів</w:t>
      </w:r>
      <w:r w:rsidRPr="00B7305F">
        <w:rPr>
          <w:rFonts w:cs="Times New Roman"/>
          <w:color w:val="000000" w:themeColor="text1"/>
          <w:lang w:val="uk-UA"/>
        </w:rPr>
        <w:t xml:space="preserve"> </w:t>
      </w:r>
      <w:r w:rsidR="00D6710D" w:rsidRPr="00B7305F">
        <w:rPr>
          <w:rFonts w:cs="Times New Roman"/>
          <w:color w:val="000000" w:themeColor="text1"/>
          <w:lang w:val="uk-UA"/>
        </w:rPr>
        <w:t>Люм’єр</w:t>
      </w:r>
      <w:r w:rsidRPr="00B7305F">
        <w:rPr>
          <w:rFonts w:cs="Times New Roman"/>
          <w:color w:val="000000" w:themeColor="text1"/>
          <w:lang w:val="uk-UA"/>
        </w:rPr>
        <w:t xml:space="preserve"> </w:t>
      </w:r>
      <w:r w:rsidR="00D6710D" w:rsidRPr="00B7305F">
        <w:rPr>
          <w:rFonts w:cs="Times New Roman"/>
          <w:color w:val="000000" w:themeColor="text1"/>
          <w:lang w:val="uk-UA"/>
        </w:rPr>
        <w:t>мали</w:t>
      </w:r>
      <w:r w:rsidRPr="00B7305F">
        <w:rPr>
          <w:rFonts w:cs="Times New Roman"/>
          <w:color w:val="000000" w:themeColor="text1"/>
          <w:lang w:val="uk-UA"/>
        </w:rPr>
        <w:t xml:space="preserve"> </w:t>
      </w:r>
      <w:r w:rsidR="00D6710D" w:rsidRPr="00B7305F">
        <w:rPr>
          <w:rFonts w:cs="Times New Roman"/>
          <w:color w:val="000000" w:themeColor="text1"/>
          <w:lang w:val="uk-UA"/>
        </w:rPr>
        <w:t>спостережливий,</w:t>
      </w:r>
      <w:r w:rsidRPr="00B7305F">
        <w:rPr>
          <w:rFonts w:cs="Times New Roman"/>
          <w:color w:val="000000" w:themeColor="text1"/>
          <w:lang w:val="uk-UA"/>
        </w:rPr>
        <w:t xml:space="preserve"> </w:t>
      </w:r>
      <w:r w:rsidR="00D6710D" w:rsidRPr="00B7305F">
        <w:rPr>
          <w:rFonts w:cs="Times New Roman"/>
          <w:color w:val="000000" w:themeColor="text1"/>
          <w:lang w:val="uk-UA"/>
        </w:rPr>
        <w:t>документальний</w:t>
      </w:r>
      <w:r w:rsidRPr="00B7305F">
        <w:rPr>
          <w:rFonts w:cs="Times New Roman"/>
          <w:color w:val="000000" w:themeColor="text1"/>
          <w:lang w:val="uk-UA"/>
        </w:rPr>
        <w:t xml:space="preserve"> </w:t>
      </w:r>
      <w:r w:rsidR="00D6710D" w:rsidRPr="00B7305F">
        <w:rPr>
          <w:rFonts w:cs="Times New Roman"/>
          <w:color w:val="000000" w:themeColor="text1"/>
          <w:lang w:val="uk-UA"/>
        </w:rPr>
        <w:t>характер.</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них</w:t>
      </w:r>
      <w:r w:rsidRPr="00B7305F">
        <w:rPr>
          <w:rFonts w:cs="Times New Roman"/>
          <w:color w:val="000000" w:themeColor="text1"/>
          <w:lang w:val="uk-UA"/>
        </w:rPr>
        <w:t xml:space="preserve"> </w:t>
      </w:r>
      <w:r w:rsidR="00D6710D" w:rsidRPr="00B7305F">
        <w:rPr>
          <w:rFonts w:cs="Times New Roman"/>
          <w:color w:val="000000" w:themeColor="text1"/>
          <w:lang w:val="uk-UA"/>
        </w:rPr>
        <w:t>домінував</w:t>
      </w:r>
      <w:r w:rsidRPr="00B7305F">
        <w:rPr>
          <w:rFonts w:cs="Times New Roman"/>
          <w:color w:val="000000" w:themeColor="text1"/>
          <w:lang w:val="uk-UA"/>
        </w:rPr>
        <w:t xml:space="preserve"> </w:t>
      </w:r>
      <w:r w:rsidR="00D6710D" w:rsidRPr="00B7305F">
        <w:rPr>
          <w:rFonts w:cs="Times New Roman"/>
          <w:color w:val="000000" w:themeColor="text1"/>
          <w:lang w:val="uk-UA"/>
        </w:rPr>
        <w:t>принцип</w:t>
      </w:r>
      <w:r w:rsidRPr="00B7305F">
        <w:rPr>
          <w:rFonts w:cs="Times New Roman"/>
          <w:color w:val="000000" w:themeColor="text1"/>
          <w:lang w:val="uk-UA"/>
        </w:rPr>
        <w:t xml:space="preserve"> </w:t>
      </w:r>
      <w:r w:rsidR="00D6710D" w:rsidRPr="00B7305F">
        <w:rPr>
          <w:rFonts w:cs="Times New Roman"/>
          <w:color w:val="000000" w:themeColor="text1"/>
          <w:lang w:val="uk-UA"/>
        </w:rPr>
        <w:t>«фіксації</w:t>
      </w:r>
      <w:r w:rsidRPr="00B7305F">
        <w:rPr>
          <w:rFonts w:cs="Times New Roman"/>
          <w:color w:val="000000" w:themeColor="text1"/>
          <w:lang w:val="uk-UA"/>
        </w:rPr>
        <w:t xml:space="preserve"> </w:t>
      </w:r>
      <w:r w:rsidR="00D6710D" w:rsidRPr="00B7305F">
        <w:rPr>
          <w:rFonts w:cs="Times New Roman"/>
          <w:color w:val="000000" w:themeColor="text1"/>
          <w:lang w:val="uk-UA"/>
        </w:rPr>
        <w:t>реальності»,</w:t>
      </w:r>
      <w:r w:rsidRPr="00B7305F">
        <w:rPr>
          <w:rFonts w:cs="Times New Roman"/>
          <w:color w:val="000000" w:themeColor="text1"/>
          <w:lang w:val="uk-UA"/>
        </w:rPr>
        <w:t xml:space="preserve"> </w:t>
      </w:r>
      <w:r w:rsidR="00D6710D" w:rsidRPr="00B7305F">
        <w:rPr>
          <w:rFonts w:cs="Times New Roman"/>
          <w:color w:val="000000" w:themeColor="text1"/>
          <w:lang w:val="uk-UA"/>
        </w:rPr>
        <w:t>що</w:t>
      </w:r>
      <w:r w:rsidRPr="00B7305F">
        <w:rPr>
          <w:rFonts w:cs="Times New Roman"/>
          <w:color w:val="000000" w:themeColor="text1"/>
          <w:lang w:val="uk-UA"/>
        </w:rPr>
        <w:t xml:space="preserve"> </w:t>
      </w:r>
      <w:r w:rsidR="00D6710D" w:rsidRPr="00B7305F">
        <w:rPr>
          <w:rFonts w:cs="Times New Roman"/>
          <w:color w:val="000000" w:themeColor="text1"/>
          <w:lang w:val="uk-UA"/>
        </w:rPr>
        <w:t>відповідав</w:t>
      </w:r>
      <w:r w:rsidRPr="00B7305F">
        <w:rPr>
          <w:rFonts w:cs="Times New Roman"/>
          <w:color w:val="000000" w:themeColor="text1"/>
          <w:lang w:val="uk-UA"/>
        </w:rPr>
        <w:t xml:space="preserve"> </w:t>
      </w:r>
      <w:r w:rsidR="00D6710D" w:rsidRPr="00B7305F">
        <w:rPr>
          <w:rFonts w:cs="Times New Roman"/>
          <w:color w:val="000000" w:themeColor="text1"/>
          <w:lang w:val="uk-UA"/>
        </w:rPr>
        <w:t>загальній</w:t>
      </w:r>
      <w:r w:rsidRPr="00B7305F">
        <w:rPr>
          <w:rFonts w:cs="Times New Roman"/>
          <w:color w:val="000000" w:themeColor="text1"/>
          <w:lang w:val="uk-UA"/>
        </w:rPr>
        <w:t xml:space="preserve"> </w:t>
      </w:r>
      <w:r w:rsidR="00D6710D" w:rsidRPr="00B7305F">
        <w:rPr>
          <w:rFonts w:cs="Times New Roman"/>
          <w:color w:val="000000" w:themeColor="text1"/>
          <w:lang w:val="uk-UA"/>
        </w:rPr>
        <w:t>логіці</w:t>
      </w:r>
      <w:r w:rsidRPr="00B7305F">
        <w:rPr>
          <w:rFonts w:cs="Times New Roman"/>
          <w:color w:val="000000" w:themeColor="text1"/>
          <w:lang w:val="uk-UA"/>
        </w:rPr>
        <w:t xml:space="preserve"> </w:t>
      </w:r>
      <w:r w:rsidR="00D6710D" w:rsidRPr="00B7305F">
        <w:rPr>
          <w:rFonts w:cs="Times New Roman"/>
          <w:color w:val="000000" w:themeColor="text1"/>
          <w:lang w:val="uk-UA"/>
        </w:rPr>
        <w:t>технічного</w:t>
      </w:r>
      <w:r w:rsidRPr="00B7305F">
        <w:rPr>
          <w:rFonts w:cs="Times New Roman"/>
          <w:color w:val="000000" w:themeColor="text1"/>
          <w:lang w:val="uk-UA"/>
        </w:rPr>
        <w:t xml:space="preserve"> </w:t>
      </w:r>
      <w:r w:rsidR="00D6710D" w:rsidRPr="00B7305F">
        <w:rPr>
          <w:rFonts w:cs="Times New Roman"/>
          <w:color w:val="000000" w:themeColor="text1"/>
          <w:lang w:val="uk-UA"/>
        </w:rPr>
        <w:t>прогресу</w:t>
      </w:r>
      <w:r w:rsidRPr="00B7305F">
        <w:rPr>
          <w:rFonts w:cs="Times New Roman"/>
          <w:color w:val="000000" w:themeColor="text1"/>
          <w:lang w:val="uk-UA"/>
        </w:rPr>
        <w:t xml:space="preserve"> </w:t>
      </w:r>
      <w:r w:rsidR="00D6710D" w:rsidRPr="00B7305F">
        <w:rPr>
          <w:rFonts w:cs="Times New Roman"/>
          <w:color w:val="000000" w:themeColor="text1"/>
          <w:lang w:val="uk-UA"/>
        </w:rPr>
        <w:t>того</w:t>
      </w:r>
      <w:r w:rsidRPr="00B7305F">
        <w:rPr>
          <w:rFonts w:cs="Times New Roman"/>
          <w:color w:val="000000" w:themeColor="text1"/>
          <w:lang w:val="uk-UA"/>
        </w:rPr>
        <w:t xml:space="preserve"> </w:t>
      </w:r>
      <w:r w:rsidR="00D6710D" w:rsidRPr="00B7305F">
        <w:rPr>
          <w:rFonts w:cs="Times New Roman"/>
          <w:color w:val="000000" w:themeColor="text1"/>
          <w:lang w:val="uk-UA"/>
        </w:rPr>
        <w:t>часу.</w:t>
      </w:r>
      <w:r w:rsidRPr="00B7305F">
        <w:rPr>
          <w:rFonts w:cs="Times New Roman"/>
          <w:color w:val="000000" w:themeColor="text1"/>
          <w:lang w:val="uk-UA"/>
        </w:rPr>
        <w:t xml:space="preserve"> </w:t>
      </w:r>
      <w:r w:rsidR="00D6710D" w:rsidRPr="00B7305F">
        <w:rPr>
          <w:rFonts w:cs="Times New Roman"/>
          <w:color w:val="000000" w:themeColor="text1"/>
          <w:lang w:val="uk-UA"/>
        </w:rPr>
        <w:t>Однак</w:t>
      </w:r>
      <w:r w:rsidRPr="00B7305F">
        <w:rPr>
          <w:rFonts w:cs="Times New Roman"/>
          <w:color w:val="000000" w:themeColor="text1"/>
          <w:lang w:val="uk-UA"/>
        </w:rPr>
        <w:t xml:space="preserve"> </w:t>
      </w:r>
      <w:r w:rsidR="00D6710D" w:rsidRPr="00B7305F">
        <w:rPr>
          <w:rFonts w:cs="Times New Roman"/>
          <w:color w:val="000000" w:themeColor="text1"/>
          <w:lang w:val="uk-UA"/>
        </w:rPr>
        <w:t>майже</w:t>
      </w:r>
      <w:r w:rsidRPr="00B7305F">
        <w:rPr>
          <w:rFonts w:cs="Times New Roman"/>
          <w:color w:val="000000" w:themeColor="text1"/>
          <w:lang w:val="uk-UA"/>
        </w:rPr>
        <w:t xml:space="preserve"> </w:t>
      </w:r>
      <w:r w:rsidR="00D6710D" w:rsidRPr="00B7305F">
        <w:rPr>
          <w:rFonts w:cs="Times New Roman"/>
          <w:color w:val="000000" w:themeColor="text1"/>
          <w:lang w:val="uk-UA"/>
        </w:rPr>
        <w:t>паралельно</w:t>
      </w:r>
      <w:r w:rsidRPr="00B7305F">
        <w:rPr>
          <w:rFonts w:cs="Times New Roman"/>
          <w:color w:val="000000" w:themeColor="text1"/>
          <w:lang w:val="uk-UA"/>
        </w:rPr>
        <w:t xml:space="preserve"> </w:t>
      </w:r>
      <w:r w:rsidR="00D6710D" w:rsidRPr="00B7305F">
        <w:rPr>
          <w:rFonts w:cs="Times New Roman"/>
          <w:color w:val="000000" w:themeColor="text1"/>
          <w:lang w:val="uk-UA"/>
        </w:rPr>
        <w:t>з</w:t>
      </w:r>
      <w:r w:rsidRPr="00B7305F">
        <w:rPr>
          <w:rFonts w:cs="Times New Roman"/>
          <w:color w:val="000000" w:themeColor="text1"/>
          <w:lang w:val="uk-UA"/>
        </w:rPr>
        <w:t xml:space="preserve"> </w:t>
      </w:r>
      <w:r w:rsidR="00D6710D" w:rsidRPr="00B7305F">
        <w:rPr>
          <w:rFonts w:cs="Times New Roman"/>
          <w:color w:val="000000" w:themeColor="text1"/>
          <w:lang w:val="uk-UA"/>
        </w:rPr>
        <w:t>цим</w:t>
      </w:r>
      <w:r w:rsidRPr="00B7305F">
        <w:rPr>
          <w:rFonts w:cs="Times New Roman"/>
          <w:color w:val="000000" w:themeColor="text1"/>
          <w:lang w:val="uk-UA"/>
        </w:rPr>
        <w:t xml:space="preserve"> </w:t>
      </w:r>
      <w:r w:rsidR="00D6710D" w:rsidRPr="00B7305F">
        <w:rPr>
          <w:rFonts w:cs="Times New Roman"/>
          <w:color w:val="000000" w:themeColor="text1"/>
          <w:lang w:val="uk-UA"/>
        </w:rPr>
        <w:t>напрямом</w:t>
      </w:r>
      <w:r w:rsidRPr="00B7305F">
        <w:rPr>
          <w:rFonts w:cs="Times New Roman"/>
          <w:color w:val="000000" w:themeColor="text1"/>
          <w:lang w:val="uk-UA"/>
        </w:rPr>
        <w:t xml:space="preserve"> </w:t>
      </w:r>
      <w:r w:rsidR="00D6710D" w:rsidRPr="00B7305F">
        <w:rPr>
          <w:rFonts w:cs="Times New Roman"/>
          <w:color w:val="000000" w:themeColor="text1"/>
          <w:lang w:val="uk-UA"/>
        </w:rPr>
        <w:t>виникає</w:t>
      </w:r>
      <w:r w:rsidRPr="00B7305F">
        <w:rPr>
          <w:rFonts w:cs="Times New Roman"/>
          <w:color w:val="000000" w:themeColor="text1"/>
          <w:lang w:val="uk-UA"/>
        </w:rPr>
        <w:t xml:space="preserve"> </w:t>
      </w:r>
      <w:r w:rsidR="00D6710D" w:rsidRPr="00B7305F">
        <w:rPr>
          <w:rFonts w:cs="Times New Roman"/>
          <w:color w:val="000000" w:themeColor="text1"/>
          <w:lang w:val="uk-UA"/>
        </w:rPr>
        <w:t>протилежна</w:t>
      </w:r>
      <w:r w:rsidRPr="00B7305F">
        <w:rPr>
          <w:rFonts w:cs="Times New Roman"/>
          <w:color w:val="000000" w:themeColor="text1"/>
          <w:lang w:val="uk-UA"/>
        </w:rPr>
        <w:t xml:space="preserve"> </w:t>
      </w:r>
      <w:r w:rsidR="00D6710D" w:rsidRPr="00B7305F">
        <w:rPr>
          <w:rFonts w:cs="Times New Roman"/>
          <w:color w:val="000000" w:themeColor="text1"/>
          <w:lang w:val="uk-UA"/>
        </w:rPr>
        <w:t>тенденція</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прагнення</w:t>
      </w:r>
      <w:r w:rsidRPr="00B7305F">
        <w:rPr>
          <w:rFonts w:cs="Times New Roman"/>
          <w:color w:val="000000" w:themeColor="text1"/>
          <w:lang w:val="uk-UA"/>
        </w:rPr>
        <w:t xml:space="preserve"> </w:t>
      </w:r>
      <w:r w:rsidR="00D6710D" w:rsidRPr="00B7305F">
        <w:rPr>
          <w:rFonts w:cs="Times New Roman"/>
          <w:color w:val="000000" w:themeColor="text1"/>
          <w:lang w:val="uk-UA"/>
        </w:rPr>
        <w:t>перетворити</w:t>
      </w:r>
      <w:r w:rsidRPr="00B7305F">
        <w:rPr>
          <w:rFonts w:cs="Times New Roman"/>
          <w:color w:val="000000" w:themeColor="text1"/>
          <w:lang w:val="uk-UA"/>
        </w:rPr>
        <w:t xml:space="preserve"> </w:t>
      </w:r>
      <w:r w:rsidR="00D6710D" w:rsidRPr="00B7305F">
        <w:rPr>
          <w:rFonts w:cs="Times New Roman"/>
          <w:color w:val="000000" w:themeColor="text1"/>
          <w:lang w:val="uk-UA"/>
        </w:rPr>
        <w:t>рухому</w:t>
      </w:r>
      <w:r w:rsidRPr="00B7305F">
        <w:rPr>
          <w:rFonts w:cs="Times New Roman"/>
          <w:color w:val="000000" w:themeColor="text1"/>
          <w:lang w:val="uk-UA"/>
        </w:rPr>
        <w:t xml:space="preserve"> </w:t>
      </w:r>
      <w:r w:rsidR="00D6710D" w:rsidRPr="00B7305F">
        <w:rPr>
          <w:rFonts w:cs="Times New Roman"/>
          <w:color w:val="000000" w:themeColor="text1"/>
          <w:lang w:val="uk-UA"/>
        </w:rPr>
        <w:t>фотографію</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t>видовищне</w:t>
      </w:r>
      <w:r w:rsidRPr="00B7305F">
        <w:rPr>
          <w:rFonts w:cs="Times New Roman"/>
          <w:color w:val="000000" w:themeColor="text1"/>
          <w:lang w:val="uk-UA"/>
        </w:rPr>
        <w:t xml:space="preserve"> </w:t>
      </w:r>
      <w:r w:rsidR="00D6710D" w:rsidRPr="00B7305F">
        <w:rPr>
          <w:rFonts w:cs="Times New Roman"/>
          <w:color w:val="000000" w:themeColor="text1"/>
          <w:lang w:val="uk-UA"/>
        </w:rPr>
        <w:t>мистецтво.</w:t>
      </w:r>
      <w:r w:rsidRPr="00B7305F">
        <w:rPr>
          <w:rFonts w:cs="Times New Roman"/>
          <w:color w:val="000000" w:themeColor="text1"/>
          <w:lang w:val="uk-UA"/>
        </w:rPr>
        <w:t xml:space="preserve"> </w:t>
      </w:r>
      <w:r w:rsidR="00D6710D" w:rsidRPr="00B7305F">
        <w:rPr>
          <w:rFonts w:cs="Times New Roman"/>
          <w:color w:val="000000" w:themeColor="text1"/>
          <w:lang w:val="uk-UA"/>
        </w:rPr>
        <w:t>Тут</w:t>
      </w:r>
      <w:r w:rsidRPr="00B7305F">
        <w:rPr>
          <w:rFonts w:cs="Times New Roman"/>
          <w:color w:val="000000" w:themeColor="text1"/>
          <w:lang w:val="uk-UA"/>
        </w:rPr>
        <w:t xml:space="preserve"> </w:t>
      </w:r>
      <w:r w:rsidR="00D6710D" w:rsidRPr="00B7305F">
        <w:rPr>
          <w:rFonts w:cs="Times New Roman"/>
          <w:color w:val="000000" w:themeColor="text1"/>
          <w:lang w:val="uk-UA"/>
        </w:rPr>
        <w:t>важливу</w:t>
      </w:r>
      <w:r w:rsidRPr="00B7305F">
        <w:rPr>
          <w:rFonts w:cs="Times New Roman"/>
          <w:color w:val="000000" w:themeColor="text1"/>
          <w:lang w:val="uk-UA"/>
        </w:rPr>
        <w:t xml:space="preserve"> </w:t>
      </w:r>
      <w:r w:rsidR="00D6710D" w:rsidRPr="00B7305F">
        <w:rPr>
          <w:rFonts w:cs="Times New Roman"/>
          <w:color w:val="000000" w:themeColor="text1"/>
          <w:lang w:val="uk-UA"/>
        </w:rPr>
        <w:t>роль</w:t>
      </w:r>
      <w:r w:rsidRPr="00B7305F">
        <w:rPr>
          <w:rFonts w:cs="Times New Roman"/>
          <w:color w:val="000000" w:themeColor="text1"/>
          <w:lang w:val="uk-UA"/>
        </w:rPr>
        <w:t xml:space="preserve"> </w:t>
      </w:r>
      <w:r w:rsidR="00D6710D" w:rsidRPr="00B7305F">
        <w:rPr>
          <w:rFonts w:cs="Times New Roman"/>
          <w:color w:val="000000" w:themeColor="text1"/>
          <w:lang w:val="uk-UA"/>
        </w:rPr>
        <w:t>відіграє</w:t>
      </w:r>
      <w:r w:rsidRPr="00B7305F">
        <w:rPr>
          <w:rFonts w:cs="Times New Roman"/>
          <w:color w:val="000000" w:themeColor="text1"/>
          <w:lang w:val="uk-UA"/>
        </w:rPr>
        <w:t xml:space="preserve"> </w:t>
      </w:r>
      <w:r w:rsidR="00D6710D" w:rsidRPr="00B7305F">
        <w:rPr>
          <w:rFonts w:cs="Times New Roman"/>
          <w:color w:val="000000" w:themeColor="text1"/>
          <w:lang w:val="uk-UA"/>
        </w:rPr>
        <w:t>Жорж</w:t>
      </w:r>
      <w:r w:rsidRPr="00B7305F">
        <w:rPr>
          <w:rFonts w:cs="Times New Roman"/>
          <w:color w:val="000000" w:themeColor="text1"/>
          <w:lang w:val="uk-UA"/>
        </w:rPr>
        <w:t xml:space="preserve"> </w:t>
      </w:r>
      <w:r w:rsidR="00D6710D" w:rsidRPr="00B7305F">
        <w:rPr>
          <w:rFonts w:cs="Times New Roman"/>
          <w:color w:val="000000" w:themeColor="text1"/>
          <w:lang w:val="uk-UA"/>
        </w:rPr>
        <w:t>Мельєс,</w:t>
      </w:r>
      <w:r w:rsidRPr="00B7305F">
        <w:rPr>
          <w:rFonts w:cs="Times New Roman"/>
          <w:color w:val="000000" w:themeColor="text1"/>
          <w:lang w:val="uk-UA"/>
        </w:rPr>
        <w:t xml:space="preserve"> </w:t>
      </w:r>
      <w:r w:rsidR="00D6710D" w:rsidRPr="00B7305F">
        <w:rPr>
          <w:rFonts w:cs="Times New Roman"/>
          <w:color w:val="000000" w:themeColor="text1"/>
          <w:lang w:val="uk-UA"/>
        </w:rPr>
        <w:t>який</w:t>
      </w:r>
      <w:r w:rsidRPr="00B7305F">
        <w:rPr>
          <w:rFonts w:cs="Times New Roman"/>
          <w:color w:val="000000" w:themeColor="text1"/>
          <w:lang w:val="uk-UA"/>
        </w:rPr>
        <w:t xml:space="preserve"> </w:t>
      </w:r>
      <w:r w:rsidR="00D6710D" w:rsidRPr="00B7305F">
        <w:rPr>
          <w:rFonts w:cs="Times New Roman"/>
          <w:color w:val="000000" w:themeColor="text1"/>
          <w:lang w:val="uk-UA"/>
        </w:rPr>
        <w:t>переніс</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D6710D" w:rsidRPr="00B7305F">
        <w:rPr>
          <w:rFonts w:cs="Times New Roman"/>
          <w:color w:val="000000" w:themeColor="text1"/>
          <w:lang w:val="uk-UA"/>
        </w:rPr>
        <w:t>засоби</w:t>
      </w:r>
      <w:r w:rsidRPr="00B7305F">
        <w:rPr>
          <w:rFonts w:cs="Times New Roman"/>
          <w:color w:val="000000" w:themeColor="text1"/>
          <w:lang w:val="uk-UA"/>
        </w:rPr>
        <w:t xml:space="preserve"> </w:t>
      </w:r>
      <w:r w:rsidR="00D6710D" w:rsidRPr="00B7305F">
        <w:rPr>
          <w:rFonts w:cs="Times New Roman"/>
          <w:color w:val="000000" w:themeColor="text1"/>
          <w:lang w:val="uk-UA"/>
        </w:rPr>
        <w:t>театральної</w:t>
      </w:r>
      <w:r w:rsidRPr="00B7305F">
        <w:rPr>
          <w:rFonts w:cs="Times New Roman"/>
          <w:color w:val="000000" w:themeColor="text1"/>
          <w:lang w:val="uk-UA"/>
        </w:rPr>
        <w:t xml:space="preserve"> </w:t>
      </w:r>
      <w:r w:rsidR="00D6710D" w:rsidRPr="00B7305F">
        <w:rPr>
          <w:rFonts w:cs="Times New Roman"/>
          <w:color w:val="000000" w:themeColor="text1"/>
          <w:lang w:val="uk-UA"/>
        </w:rPr>
        <w:t>сцени:</w:t>
      </w:r>
      <w:r w:rsidRPr="00B7305F">
        <w:rPr>
          <w:rFonts w:cs="Times New Roman"/>
          <w:color w:val="000000" w:themeColor="text1"/>
          <w:lang w:val="uk-UA"/>
        </w:rPr>
        <w:t xml:space="preserve"> </w:t>
      </w:r>
      <w:r w:rsidR="00D6710D" w:rsidRPr="00B7305F">
        <w:rPr>
          <w:rFonts w:cs="Times New Roman"/>
          <w:color w:val="000000" w:themeColor="text1"/>
          <w:lang w:val="uk-UA"/>
        </w:rPr>
        <w:t>умовні</w:t>
      </w:r>
      <w:r w:rsidRPr="00B7305F">
        <w:rPr>
          <w:rFonts w:cs="Times New Roman"/>
          <w:color w:val="000000" w:themeColor="text1"/>
          <w:lang w:val="uk-UA"/>
        </w:rPr>
        <w:t xml:space="preserve"> </w:t>
      </w:r>
      <w:r w:rsidR="00D6710D" w:rsidRPr="00B7305F">
        <w:rPr>
          <w:rFonts w:cs="Times New Roman"/>
          <w:color w:val="000000" w:themeColor="text1"/>
          <w:lang w:val="uk-UA"/>
        </w:rPr>
        <w:t>декорації,</w:t>
      </w:r>
      <w:r w:rsidRPr="00B7305F">
        <w:rPr>
          <w:rFonts w:cs="Times New Roman"/>
          <w:color w:val="000000" w:themeColor="text1"/>
          <w:lang w:val="uk-UA"/>
        </w:rPr>
        <w:t xml:space="preserve"> </w:t>
      </w:r>
      <w:r w:rsidR="00D6710D" w:rsidRPr="00B7305F">
        <w:rPr>
          <w:rFonts w:cs="Times New Roman"/>
          <w:color w:val="000000" w:themeColor="text1"/>
          <w:lang w:val="uk-UA"/>
        </w:rPr>
        <w:t>гротескові</w:t>
      </w:r>
      <w:r w:rsidRPr="00B7305F">
        <w:rPr>
          <w:rFonts w:cs="Times New Roman"/>
          <w:color w:val="000000" w:themeColor="text1"/>
          <w:lang w:val="uk-UA"/>
        </w:rPr>
        <w:t xml:space="preserve"> </w:t>
      </w:r>
      <w:r w:rsidR="00D6710D" w:rsidRPr="00B7305F">
        <w:rPr>
          <w:rFonts w:cs="Times New Roman"/>
          <w:color w:val="000000" w:themeColor="text1"/>
          <w:lang w:val="uk-UA"/>
        </w:rPr>
        <w:t>костюми,</w:t>
      </w:r>
      <w:r w:rsidRPr="00B7305F">
        <w:rPr>
          <w:rFonts w:cs="Times New Roman"/>
          <w:color w:val="000000" w:themeColor="text1"/>
          <w:lang w:val="uk-UA"/>
        </w:rPr>
        <w:t xml:space="preserve"> </w:t>
      </w:r>
      <w:r w:rsidR="00D6710D" w:rsidRPr="00B7305F">
        <w:rPr>
          <w:rFonts w:cs="Times New Roman"/>
          <w:color w:val="000000" w:themeColor="text1"/>
          <w:lang w:val="uk-UA"/>
        </w:rPr>
        <w:t>ритмізовану</w:t>
      </w:r>
      <w:r w:rsidRPr="00B7305F">
        <w:rPr>
          <w:rFonts w:cs="Times New Roman"/>
          <w:color w:val="000000" w:themeColor="text1"/>
          <w:lang w:val="uk-UA"/>
        </w:rPr>
        <w:t xml:space="preserve"> </w:t>
      </w:r>
      <w:r w:rsidR="00D6710D" w:rsidRPr="00B7305F">
        <w:rPr>
          <w:rFonts w:cs="Times New Roman"/>
          <w:color w:val="000000" w:themeColor="text1"/>
          <w:lang w:val="uk-UA"/>
        </w:rPr>
        <w:t>пластику</w:t>
      </w:r>
      <w:r w:rsidRPr="00B7305F">
        <w:rPr>
          <w:rFonts w:cs="Times New Roman"/>
          <w:color w:val="000000" w:themeColor="text1"/>
          <w:lang w:val="uk-UA"/>
        </w:rPr>
        <w:t xml:space="preserve"> </w:t>
      </w:r>
      <w:r w:rsidR="00D6710D" w:rsidRPr="00B7305F">
        <w:rPr>
          <w:rFonts w:cs="Times New Roman"/>
          <w:color w:val="000000" w:themeColor="text1"/>
          <w:lang w:val="uk-UA"/>
        </w:rPr>
        <w:t>та</w:t>
      </w:r>
      <w:r w:rsidRPr="00B7305F">
        <w:rPr>
          <w:rFonts w:cs="Times New Roman"/>
          <w:color w:val="000000" w:themeColor="text1"/>
          <w:lang w:val="uk-UA"/>
        </w:rPr>
        <w:t xml:space="preserve"> </w:t>
      </w:r>
      <w:r w:rsidR="00D6710D" w:rsidRPr="00B7305F">
        <w:rPr>
          <w:rFonts w:cs="Times New Roman"/>
          <w:color w:val="000000" w:themeColor="text1"/>
          <w:lang w:val="uk-UA"/>
        </w:rPr>
        <w:t>акторську</w:t>
      </w:r>
      <w:r w:rsidRPr="00B7305F">
        <w:rPr>
          <w:rFonts w:cs="Times New Roman"/>
          <w:color w:val="000000" w:themeColor="text1"/>
          <w:lang w:val="uk-UA"/>
        </w:rPr>
        <w:t xml:space="preserve"> </w:t>
      </w:r>
      <w:r w:rsidR="00D6710D" w:rsidRPr="00B7305F">
        <w:rPr>
          <w:rFonts w:cs="Times New Roman"/>
          <w:color w:val="000000" w:themeColor="text1"/>
          <w:lang w:val="uk-UA"/>
        </w:rPr>
        <w:t>гру,</w:t>
      </w:r>
      <w:r w:rsidRPr="00B7305F">
        <w:rPr>
          <w:rFonts w:cs="Times New Roman"/>
          <w:color w:val="000000" w:themeColor="text1"/>
          <w:lang w:val="uk-UA"/>
        </w:rPr>
        <w:t xml:space="preserve"> </w:t>
      </w:r>
      <w:r w:rsidR="00D6710D" w:rsidRPr="00B7305F">
        <w:rPr>
          <w:rFonts w:cs="Times New Roman"/>
          <w:color w:val="000000" w:themeColor="text1"/>
          <w:lang w:val="uk-UA"/>
        </w:rPr>
        <w:t>побудовану</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t>чіткій</w:t>
      </w:r>
      <w:r w:rsidRPr="00B7305F">
        <w:rPr>
          <w:rFonts w:cs="Times New Roman"/>
          <w:color w:val="000000" w:themeColor="text1"/>
          <w:lang w:val="uk-UA"/>
        </w:rPr>
        <w:t xml:space="preserve"> </w:t>
      </w:r>
      <w:r w:rsidR="00D6710D" w:rsidRPr="00B7305F">
        <w:rPr>
          <w:rFonts w:cs="Times New Roman"/>
          <w:color w:val="000000" w:themeColor="text1"/>
          <w:lang w:val="uk-UA"/>
        </w:rPr>
        <w:t>зовнішній</w:t>
      </w:r>
      <w:r w:rsidRPr="00B7305F">
        <w:rPr>
          <w:rFonts w:cs="Times New Roman"/>
          <w:color w:val="000000" w:themeColor="text1"/>
          <w:lang w:val="uk-UA"/>
        </w:rPr>
        <w:t xml:space="preserve"> </w:t>
      </w:r>
      <w:r w:rsidR="00D6710D" w:rsidRPr="00B7305F">
        <w:rPr>
          <w:rFonts w:cs="Times New Roman"/>
          <w:color w:val="000000" w:themeColor="text1"/>
          <w:lang w:val="uk-UA"/>
        </w:rPr>
        <w:t>виразності.</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ранніх</w:t>
      </w:r>
      <w:r w:rsidRPr="00B7305F">
        <w:rPr>
          <w:rFonts w:cs="Times New Roman"/>
          <w:color w:val="000000" w:themeColor="text1"/>
          <w:lang w:val="uk-UA"/>
        </w:rPr>
        <w:t xml:space="preserve"> </w:t>
      </w:r>
      <w:r w:rsidR="00D6710D" w:rsidRPr="00B7305F">
        <w:rPr>
          <w:rFonts w:cs="Times New Roman"/>
          <w:color w:val="000000" w:themeColor="text1"/>
          <w:lang w:val="uk-UA"/>
        </w:rPr>
        <w:t>фільмах</w:t>
      </w:r>
      <w:r w:rsidRPr="00B7305F">
        <w:rPr>
          <w:rFonts w:cs="Times New Roman"/>
          <w:color w:val="000000" w:themeColor="text1"/>
          <w:lang w:val="uk-UA"/>
        </w:rPr>
        <w:t xml:space="preserve"> </w:t>
      </w:r>
      <w:r w:rsidR="00D6710D" w:rsidRPr="00B7305F">
        <w:rPr>
          <w:rFonts w:cs="Times New Roman"/>
          <w:color w:val="000000" w:themeColor="text1"/>
          <w:lang w:val="uk-UA"/>
        </w:rPr>
        <w:t>Мельєса</w:t>
      </w:r>
      <w:r w:rsidRPr="00B7305F">
        <w:rPr>
          <w:rFonts w:cs="Times New Roman"/>
          <w:color w:val="000000" w:themeColor="text1"/>
          <w:lang w:val="uk-UA"/>
        </w:rPr>
        <w:t xml:space="preserve"> </w:t>
      </w:r>
      <w:r w:rsidR="00D6710D" w:rsidRPr="00B7305F">
        <w:rPr>
          <w:rFonts w:cs="Times New Roman"/>
          <w:color w:val="000000" w:themeColor="text1"/>
          <w:lang w:val="uk-UA"/>
        </w:rPr>
        <w:t>формується</w:t>
      </w:r>
      <w:r w:rsidRPr="00B7305F">
        <w:rPr>
          <w:rFonts w:cs="Times New Roman"/>
          <w:color w:val="000000" w:themeColor="text1"/>
          <w:lang w:val="uk-UA"/>
        </w:rPr>
        <w:t xml:space="preserve"> </w:t>
      </w:r>
      <w:r w:rsidR="00D6710D" w:rsidRPr="00B7305F">
        <w:rPr>
          <w:rFonts w:cs="Times New Roman"/>
          <w:color w:val="000000" w:themeColor="text1"/>
          <w:lang w:val="uk-UA"/>
        </w:rPr>
        <w:t>той</w:t>
      </w:r>
      <w:r w:rsidRPr="00B7305F">
        <w:rPr>
          <w:rFonts w:cs="Times New Roman"/>
          <w:color w:val="000000" w:themeColor="text1"/>
          <w:lang w:val="uk-UA"/>
        </w:rPr>
        <w:t xml:space="preserve"> </w:t>
      </w:r>
      <w:r w:rsidR="00D6710D" w:rsidRPr="00B7305F">
        <w:rPr>
          <w:rFonts w:cs="Times New Roman"/>
          <w:color w:val="000000" w:themeColor="text1"/>
          <w:lang w:val="uk-UA"/>
        </w:rPr>
        <w:t>фундамент,</w:t>
      </w:r>
      <w:r w:rsidRPr="00B7305F">
        <w:rPr>
          <w:rFonts w:cs="Times New Roman"/>
          <w:color w:val="000000" w:themeColor="text1"/>
          <w:lang w:val="uk-UA"/>
        </w:rPr>
        <w:t xml:space="preserve"> </w:t>
      </w:r>
      <w:r w:rsidR="00D6710D" w:rsidRPr="00B7305F">
        <w:rPr>
          <w:rFonts w:cs="Times New Roman"/>
          <w:color w:val="000000" w:themeColor="text1"/>
          <w:lang w:val="uk-UA"/>
        </w:rPr>
        <w:t>який</w:t>
      </w:r>
      <w:r w:rsidRPr="00B7305F">
        <w:rPr>
          <w:rFonts w:cs="Times New Roman"/>
          <w:color w:val="000000" w:themeColor="text1"/>
          <w:lang w:val="uk-UA"/>
        </w:rPr>
        <w:t xml:space="preserve"> </w:t>
      </w:r>
      <w:r w:rsidR="00D6710D" w:rsidRPr="00B7305F">
        <w:rPr>
          <w:rFonts w:cs="Times New Roman"/>
          <w:color w:val="000000" w:themeColor="text1"/>
          <w:lang w:val="uk-UA"/>
        </w:rPr>
        <w:t>можна</w:t>
      </w:r>
      <w:r w:rsidRPr="00B7305F">
        <w:rPr>
          <w:rFonts w:cs="Times New Roman"/>
          <w:color w:val="000000" w:themeColor="text1"/>
          <w:lang w:val="uk-UA"/>
        </w:rPr>
        <w:t xml:space="preserve"> </w:t>
      </w:r>
      <w:r w:rsidR="00D6710D" w:rsidRPr="00B7305F">
        <w:rPr>
          <w:rFonts w:cs="Times New Roman"/>
          <w:color w:val="000000" w:themeColor="text1"/>
          <w:lang w:val="uk-UA"/>
        </w:rPr>
        <w:t>назвати</w:t>
      </w:r>
      <w:r w:rsidRPr="00B7305F">
        <w:rPr>
          <w:rFonts w:cs="Times New Roman"/>
          <w:color w:val="000000" w:themeColor="text1"/>
          <w:lang w:val="uk-UA"/>
        </w:rPr>
        <w:t xml:space="preserve"> </w:t>
      </w:r>
      <w:r w:rsidR="00D6710D" w:rsidRPr="00B7305F">
        <w:rPr>
          <w:rFonts w:cs="Times New Roman"/>
          <w:color w:val="000000" w:themeColor="text1"/>
          <w:lang w:val="uk-UA"/>
        </w:rPr>
        <w:t>«театральним</w:t>
      </w:r>
      <w:r w:rsidRPr="00B7305F">
        <w:rPr>
          <w:rFonts w:cs="Times New Roman"/>
          <w:color w:val="000000" w:themeColor="text1"/>
          <w:lang w:val="uk-UA"/>
        </w:rPr>
        <w:t xml:space="preserve"> </w:t>
      </w:r>
      <w:r w:rsidR="00D6710D" w:rsidRPr="00B7305F">
        <w:rPr>
          <w:rFonts w:cs="Times New Roman"/>
          <w:color w:val="000000" w:themeColor="text1"/>
          <w:lang w:val="uk-UA"/>
        </w:rPr>
        <w:t>геном»</w:t>
      </w:r>
      <w:r w:rsidRPr="00B7305F">
        <w:rPr>
          <w:rFonts w:cs="Times New Roman"/>
          <w:color w:val="000000" w:themeColor="text1"/>
          <w:lang w:val="uk-UA"/>
        </w:rPr>
        <w:t xml:space="preserve"> </w:t>
      </w:r>
      <w:r w:rsidR="00D6710D" w:rsidRPr="00B7305F">
        <w:rPr>
          <w:rFonts w:cs="Times New Roman"/>
          <w:color w:val="000000" w:themeColor="text1"/>
          <w:lang w:val="uk-UA"/>
        </w:rPr>
        <w:t>кіно.</w:t>
      </w:r>
    </w:p>
    <w:p w14:paraId="7DF07058" w14:textId="0E15C918" w:rsidR="00D6710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6710D" w:rsidRPr="00B7305F">
        <w:rPr>
          <w:rFonts w:cs="Times New Roman"/>
          <w:color w:val="000000" w:themeColor="text1"/>
          <w:lang w:val="uk-UA"/>
        </w:rPr>
        <w:t>Театральне</w:t>
      </w:r>
      <w:r w:rsidRPr="00B7305F">
        <w:rPr>
          <w:rFonts w:cs="Times New Roman"/>
          <w:color w:val="000000" w:themeColor="text1"/>
          <w:lang w:val="uk-UA"/>
        </w:rPr>
        <w:t xml:space="preserve"> </w:t>
      </w:r>
      <w:r w:rsidR="00D6710D" w:rsidRPr="00B7305F">
        <w:rPr>
          <w:rFonts w:cs="Times New Roman"/>
          <w:color w:val="000000" w:themeColor="text1"/>
          <w:lang w:val="uk-UA"/>
        </w:rPr>
        <w:t>коріння</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кінематографу</w:t>
      </w:r>
      <w:r w:rsidRPr="00B7305F">
        <w:rPr>
          <w:rFonts w:cs="Times New Roman"/>
          <w:color w:val="000000" w:themeColor="text1"/>
          <w:lang w:val="uk-UA"/>
        </w:rPr>
        <w:t xml:space="preserve"> </w:t>
      </w:r>
      <w:r w:rsidR="00D6710D" w:rsidRPr="00B7305F">
        <w:rPr>
          <w:rFonts w:cs="Times New Roman"/>
          <w:color w:val="000000" w:themeColor="text1"/>
          <w:lang w:val="uk-UA"/>
        </w:rPr>
        <w:t>визначалося</w:t>
      </w:r>
      <w:r w:rsidRPr="00B7305F">
        <w:rPr>
          <w:rFonts w:cs="Times New Roman"/>
          <w:color w:val="000000" w:themeColor="text1"/>
          <w:lang w:val="uk-UA"/>
        </w:rPr>
        <w:t xml:space="preserve"> </w:t>
      </w:r>
      <w:r w:rsidR="00D6710D" w:rsidRPr="00B7305F">
        <w:rPr>
          <w:rFonts w:cs="Times New Roman"/>
          <w:color w:val="000000" w:themeColor="text1"/>
          <w:lang w:val="uk-UA"/>
        </w:rPr>
        <w:t>не</w:t>
      </w:r>
      <w:r w:rsidRPr="00B7305F">
        <w:rPr>
          <w:rFonts w:cs="Times New Roman"/>
          <w:color w:val="000000" w:themeColor="text1"/>
          <w:lang w:val="uk-UA"/>
        </w:rPr>
        <w:t xml:space="preserve"> </w:t>
      </w:r>
      <w:r w:rsidR="00D6710D" w:rsidRPr="00B7305F">
        <w:rPr>
          <w:rFonts w:cs="Times New Roman"/>
          <w:color w:val="000000" w:themeColor="text1"/>
          <w:lang w:val="uk-UA"/>
        </w:rPr>
        <w:t>лише</w:t>
      </w:r>
      <w:r w:rsidRPr="00B7305F">
        <w:rPr>
          <w:rFonts w:cs="Times New Roman"/>
          <w:color w:val="000000" w:themeColor="text1"/>
          <w:lang w:val="uk-UA"/>
        </w:rPr>
        <w:t xml:space="preserve"> </w:t>
      </w:r>
      <w:r w:rsidR="00D6710D" w:rsidRPr="00B7305F">
        <w:rPr>
          <w:rFonts w:cs="Times New Roman"/>
          <w:color w:val="000000" w:themeColor="text1"/>
          <w:lang w:val="uk-UA"/>
        </w:rPr>
        <w:t>зовнішніми</w:t>
      </w:r>
      <w:r w:rsidRPr="00B7305F">
        <w:rPr>
          <w:rFonts w:cs="Times New Roman"/>
          <w:color w:val="000000" w:themeColor="text1"/>
          <w:lang w:val="uk-UA"/>
        </w:rPr>
        <w:t xml:space="preserve"> </w:t>
      </w:r>
      <w:r w:rsidR="00D6710D" w:rsidRPr="00B7305F">
        <w:rPr>
          <w:rFonts w:cs="Times New Roman"/>
          <w:color w:val="000000" w:themeColor="text1"/>
          <w:lang w:val="uk-UA"/>
        </w:rPr>
        <w:t>художніми</w:t>
      </w:r>
      <w:r w:rsidRPr="00B7305F">
        <w:rPr>
          <w:rFonts w:cs="Times New Roman"/>
          <w:color w:val="000000" w:themeColor="text1"/>
          <w:lang w:val="uk-UA"/>
        </w:rPr>
        <w:t xml:space="preserve"> </w:t>
      </w:r>
      <w:r w:rsidR="00D6710D" w:rsidRPr="00B7305F">
        <w:rPr>
          <w:rFonts w:cs="Times New Roman"/>
          <w:color w:val="000000" w:themeColor="text1"/>
          <w:lang w:val="uk-UA"/>
        </w:rPr>
        <w:t>засобами,</w:t>
      </w:r>
      <w:r w:rsidRPr="00B7305F">
        <w:rPr>
          <w:rFonts w:cs="Times New Roman"/>
          <w:color w:val="000000" w:themeColor="text1"/>
          <w:lang w:val="uk-UA"/>
        </w:rPr>
        <w:t xml:space="preserve"> </w:t>
      </w:r>
      <w:r w:rsidR="00D6710D" w:rsidRPr="00B7305F">
        <w:rPr>
          <w:rFonts w:cs="Times New Roman"/>
          <w:color w:val="000000" w:themeColor="text1"/>
          <w:lang w:val="uk-UA"/>
        </w:rPr>
        <w:t>а</w:t>
      </w:r>
      <w:r w:rsidRPr="00B7305F">
        <w:rPr>
          <w:rFonts w:cs="Times New Roman"/>
          <w:color w:val="000000" w:themeColor="text1"/>
          <w:lang w:val="uk-UA"/>
        </w:rPr>
        <w:t xml:space="preserve"> </w:t>
      </w:r>
      <w:r w:rsidR="00D6710D" w:rsidRPr="00B7305F">
        <w:rPr>
          <w:rFonts w:cs="Times New Roman"/>
          <w:color w:val="000000" w:themeColor="text1"/>
          <w:lang w:val="uk-UA"/>
        </w:rPr>
        <w:t>й</w:t>
      </w:r>
      <w:r w:rsidRPr="00B7305F">
        <w:rPr>
          <w:rFonts w:cs="Times New Roman"/>
          <w:color w:val="000000" w:themeColor="text1"/>
          <w:lang w:val="uk-UA"/>
        </w:rPr>
        <w:t xml:space="preserve"> </w:t>
      </w:r>
      <w:r w:rsidR="00D6710D" w:rsidRPr="00B7305F">
        <w:rPr>
          <w:rFonts w:cs="Times New Roman"/>
          <w:color w:val="000000" w:themeColor="text1"/>
          <w:lang w:val="uk-UA"/>
        </w:rPr>
        <w:t>людським</w:t>
      </w:r>
      <w:r w:rsidRPr="00B7305F">
        <w:rPr>
          <w:rFonts w:cs="Times New Roman"/>
          <w:color w:val="000000" w:themeColor="text1"/>
          <w:lang w:val="uk-UA"/>
        </w:rPr>
        <w:t xml:space="preserve"> </w:t>
      </w:r>
      <w:r w:rsidR="00D6710D" w:rsidRPr="00B7305F">
        <w:rPr>
          <w:rFonts w:cs="Times New Roman"/>
          <w:color w:val="000000" w:themeColor="text1"/>
          <w:lang w:val="uk-UA"/>
        </w:rPr>
        <w:t>фактором.</w:t>
      </w:r>
      <w:r w:rsidRPr="00B7305F">
        <w:rPr>
          <w:rFonts w:cs="Times New Roman"/>
          <w:color w:val="000000" w:themeColor="text1"/>
          <w:lang w:val="uk-UA"/>
        </w:rPr>
        <w:t xml:space="preserve"> </w:t>
      </w:r>
      <w:r w:rsidR="00D6710D" w:rsidRPr="00B7305F">
        <w:rPr>
          <w:rFonts w:cs="Times New Roman"/>
          <w:color w:val="000000" w:themeColor="text1"/>
          <w:lang w:val="uk-UA"/>
        </w:rPr>
        <w:t>Перші</w:t>
      </w:r>
      <w:r w:rsidRPr="00B7305F">
        <w:rPr>
          <w:rFonts w:cs="Times New Roman"/>
          <w:color w:val="000000" w:themeColor="text1"/>
          <w:lang w:val="uk-UA"/>
        </w:rPr>
        <w:t xml:space="preserve"> </w:t>
      </w:r>
      <w:r w:rsidR="00D6710D" w:rsidRPr="00B7305F">
        <w:rPr>
          <w:rFonts w:cs="Times New Roman"/>
          <w:color w:val="000000" w:themeColor="text1"/>
          <w:lang w:val="uk-UA"/>
        </w:rPr>
        <w:t>кіноактори</w:t>
      </w:r>
      <w:r w:rsidRPr="00B7305F">
        <w:rPr>
          <w:rFonts w:cs="Times New Roman"/>
          <w:color w:val="000000" w:themeColor="text1"/>
          <w:lang w:val="uk-UA"/>
        </w:rPr>
        <w:t xml:space="preserve"> </w:t>
      </w:r>
      <w:r w:rsidR="00D6710D" w:rsidRPr="00B7305F">
        <w:rPr>
          <w:rFonts w:cs="Times New Roman"/>
          <w:color w:val="000000" w:themeColor="text1"/>
          <w:lang w:val="uk-UA"/>
        </w:rPr>
        <w:t>були</w:t>
      </w:r>
      <w:r w:rsidRPr="00B7305F">
        <w:rPr>
          <w:rFonts w:cs="Times New Roman"/>
          <w:color w:val="000000" w:themeColor="text1"/>
          <w:lang w:val="uk-UA"/>
        </w:rPr>
        <w:t xml:space="preserve"> </w:t>
      </w:r>
      <w:r w:rsidR="00D6710D" w:rsidRPr="00B7305F">
        <w:rPr>
          <w:rFonts w:cs="Times New Roman"/>
          <w:color w:val="000000" w:themeColor="text1"/>
          <w:lang w:val="uk-UA"/>
        </w:rPr>
        <w:t>професійними</w:t>
      </w:r>
      <w:r w:rsidRPr="00B7305F">
        <w:rPr>
          <w:rFonts w:cs="Times New Roman"/>
          <w:color w:val="000000" w:themeColor="text1"/>
          <w:lang w:val="uk-UA"/>
        </w:rPr>
        <w:t xml:space="preserve"> </w:t>
      </w:r>
      <w:r w:rsidR="00D6710D" w:rsidRPr="00B7305F">
        <w:rPr>
          <w:rFonts w:cs="Times New Roman"/>
          <w:color w:val="000000" w:themeColor="text1"/>
          <w:lang w:val="uk-UA"/>
        </w:rPr>
        <w:t>сценічними</w:t>
      </w:r>
      <w:r w:rsidRPr="00B7305F">
        <w:rPr>
          <w:rFonts w:cs="Times New Roman"/>
          <w:color w:val="000000" w:themeColor="text1"/>
          <w:lang w:val="uk-UA"/>
        </w:rPr>
        <w:t xml:space="preserve"> </w:t>
      </w:r>
      <w:r w:rsidR="00D6710D" w:rsidRPr="00B7305F">
        <w:rPr>
          <w:rFonts w:cs="Times New Roman"/>
          <w:color w:val="000000" w:themeColor="text1"/>
          <w:lang w:val="uk-UA"/>
        </w:rPr>
        <w:t>виконавцями,</w:t>
      </w:r>
      <w:r w:rsidRPr="00B7305F">
        <w:rPr>
          <w:rFonts w:cs="Times New Roman"/>
          <w:color w:val="000000" w:themeColor="text1"/>
          <w:lang w:val="uk-UA"/>
        </w:rPr>
        <w:t xml:space="preserve"> </w:t>
      </w:r>
      <w:r w:rsidR="00D6710D" w:rsidRPr="00B7305F">
        <w:rPr>
          <w:rFonts w:cs="Times New Roman"/>
          <w:color w:val="000000" w:themeColor="text1"/>
          <w:lang w:val="uk-UA"/>
        </w:rPr>
        <w:t>які</w:t>
      </w:r>
      <w:r w:rsidRPr="00B7305F">
        <w:rPr>
          <w:rFonts w:cs="Times New Roman"/>
          <w:color w:val="000000" w:themeColor="text1"/>
          <w:lang w:val="uk-UA"/>
        </w:rPr>
        <w:t xml:space="preserve"> </w:t>
      </w:r>
      <w:r w:rsidR="00D6710D" w:rsidRPr="00B7305F">
        <w:rPr>
          <w:rFonts w:cs="Times New Roman"/>
          <w:color w:val="000000" w:themeColor="text1"/>
          <w:lang w:val="uk-UA"/>
        </w:rPr>
        <w:t>переносили</w:t>
      </w:r>
      <w:r w:rsidRPr="00B7305F">
        <w:rPr>
          <w:rFonts w:cs="Times New Roman"/>
          <w:color w:val="000000" w:themeColor="text1"/>
          <w:lang w:val="uk-UA"/>
        </w:rPr>
        <w:t xml:space="preserve"> </w:t>
      </w:r>
      <w:r w:rsidR="00D6710D" w:rsidRPr="00B7305F">
        <w:rPr>
          <w:rFonts w:cs="Times New Roman"/>
          <w:color w:val="000000" w:themeColor="text1"/>
          <w:lang w:val="uk-UA"/>
        </w:rPr>
        <w:t>перед</w:t>
      </w:r>
      <w:r w:rsidRPr="00B7305F">
        <w:rPr>
          <w:rFonts w:cs="Times New Roman"/>
          <w:color w:val="000000" w:themeColor="text1"/>
          <w:lang w:val="uk-UA"/>
        </w:rPr>
        <w:t xml:space="preserve"> </w:t>
      </w:r>
      <w:r w:rsidR="00D6710D" w:rsidRPr="00B7305F">
        <w:rPr>
          <w:rFonts w:cs="Times New Roman"/>
          <w:color w:val="000000" w:themeColor="text1"/>
          <w:lang w:val="uk-UA"/>
        </w:rPr>
        <w:t>об’єктив</w:t>
      </w:r>
      <w:r w:rsidRPr="00B7305F">
        <w:rPr>
          <w:rFonts w:cs="Times New Roman"/>
          <w:color w:val="000000" w:themeColor="text1"/>
          <w:lang w:val="uk-UA"/>
        </w:rPr>
        <w:t xml:space="preserve"> </w:t>
      </w:r>
      <w:r w:rsidR="00D6710D" w:rsidRPr="00B7305F">
        <w:rPr>
          <w:rFonts w:cs="Times New Roman"/>
          <w:color w:val="000000" w:themeColor="text1"/>
          <w:lang w:val="uk-UA"/>
        </w:rPr>
        <w:t>камер</w:t>
      </w:r>
      <w:r w:rsidRPr="00B7305F">
        <w:rPr>
          <w:rFonts w:cs="Times New Roman"/>
          <w:color w:val="000000" w:themeColor="text1"/>
          <w:lang w:val="uk-UA"/>
        </w:rPr>
        <w:t xml:space="preserve"> </w:t>
      </w:r>
      <w:r w:rsidR="00D6710D" w:rsidRPr="00B7305F">
        <w:rPr>
          <w:rFonts w:cs="Times New Roman"/>
          <w:color w:val="000000" w:themeColor="text1"/>
          <w:lang w:val="uk-UA"/>
        </w:rPr>
        <w:t>ті</w:t>
      </w:r>
      <w:r w:rsidRPr="00B7305F">
        <w:rPr>
          <w:rFonts w:cs="Times New Roman"/>
          <w:color w:val="000000" w:themeColor="text1"/>
          <w:lang w:val="uk-UA"/>
        </w:rPr>
        <w:t xml:space="preserve"> </w:t>
      </w:r>
      <w:r w:rsidR="00D6710D" w:rsidRPr="00B7305F">
        <w:rPr>
          <w:rFonts w:cs="Times New Roman"/>
          <w:color w:val="000000" w:themeColor="text1"/>
          <w:lang w:val="uk-UA"/>
        </w:rPr>
        <w:t>ж</w:t>
      </w:r>
      <w:r w:rsidRPr="00B7305F">
        <w:rPr>
          <w:rFonts w:cs="Times New Roman"/>
          <w:color w:val="000000" w:themeColor="text1"/>
          <w:lang w:val="uk-UA"/>
        </w:rPr>
        <w:t xml:space="preserve"> </w:t>
      </w:r>
      <w:r w:rsidR="00D6710D" w:rsidRPr="00B7305F">
        <w:rPr>
          <w:rFonts w:cs="Times New Roman"/>
          <w:color w:val="000000" w:themeColor="text1"/>
          <w:lang w:val="uk-UA"/>
        </w:rPr>
        <w:t>техніки,</w:t>
      </w:r>
      <w:r w:rsidRPr="00B7305F">
        <w:rPr>
          <w:rFonts w:cs="Times New Roman"/>
          <w:color w:val="000000" w:themeColor="text1"/>
          <w:lang w:val="uk-UA"/>
        </w:rPr>
        <w:t xml:space="preserve"> </w:t>
      </w:r>
      <w:r w:rsidR="00D6710D" w:rsidRPr="00B7305F">
        <w:rPr>
          <w:rFonts w:cs="Times New Roman"/>
          <w:color w:val="000000" w:themeColor="text1"/>
          <w:lang w:val="uk-UA"/>
        </w:rPr>
        <w:t>що</w:t>
      </w:r>
      <w:r w:rsidRPr="00B7305F">
        <w:rPr>
          <w:rFonts w:cs="Times New Roman"/>
          <w:color w:val="000000" w:themeColor="text1"/>
          <w:lang w:val="uk-UA"/>
        </w:rPr>
        <w:t xml:space="preserve"> </w:t>
      </w:r>
      <w:r w:rsidR="00D6710D" w:rsidRPr="00B7305F">
        <w:rPr>
          <w:rFonts w:cs="Times New Roman"/>
          <w:color w:val="000000" w:themeColor="text1"/>
          <w:lang w:val="uk-UA"/>
        </w:rPr>
        <w:t>використовували</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t>підмостках</w:t>
      </w:r>
      <w:r w:rsidRPr="00B7305F">
        <w:rPr>
          <w:rFonts w:cs="Times New Roman"/>
          <w:color w:val="000000" w:themeColor="text1"/>
          <w:lang w:val="uk-UA"/>
        </w:rPr>
        <w:t xml:space="preserve"> </w:t>
      </w:r>
      <w:r w:rsidR="00D6710D" w:rsidRPr="00B7305F">
        <w:rPr>
          <w:rFonts w:cs="Times New Roman"/>
          <w:color w:val="000000" w:themeColor="text1"/>
          <w:lang w:val="uk-UA"/>
        </w:rPr>
        <w:t>театру:</w:t>
      </w:r>
      <w:r w:rsidRPr="00B7305F">
        <w:rPr>
          <w:rFonts w:cs="Times New Roman"/>
          <w:color w:val="000000" w:themeColor="text1"/>
          <w:lang w:val="uk-UA"/>
        </w:rPr>
        <w:t xml:space="preserve"> </w:t>
      </w:r>
      <w:r w:rsidR="00D6710D" w:rsidRPr="00B7305F">
        <w:rPr>
          <w:rFonts w:cs="Times New Roman"/>
          <w:color w:val="000000" w:themeColor="text1"/>
          <w:lang w:val="uk-UA"/>
        </w:rPr>
        <w:t>інтонаційний</w:t>
      </w:r>
      <w:r w:rsidRPr="00B7305F">
        <w:rPr>
          <w:rFonts w:cs="Times New Roman"/>
          <w:color w:val="000000" w:themeColor="text1"/>
          <w:lang w:val="uk-UA"/>
        </w:rPr>
        <w:t xml:space="preserve"> </w:t>
      </w:r>
      <w:r w:rsidR="00D6710D" w:rsidRPr="00B7305F">
        <w:rPr>
          <w:rFonts w:cs="Times New Roman"/>
          <w:color w:val="000000" w:themeColor="text1"/>
          <w:lang w:val="uk-UA"/>
        </w:rPr>
        <w:t>та</w:t>
      </w:r>
      <w:r w:rsidRPr="00B7305F">
        <w:rPr>
          <w:rFonts w:cs="Times New Roman"/>
          <w:color w:val="000000" w:themeColor="text1"/>
          <w:lang w:val="uk-UA"/>
        </w:rPr>
        <w:t xml:space="preserve"> </w:t>
      </w:r>
      <w:r w:rsidR="00D6710D" w:rsidRPr="00B7305F">
        <w:rPr>
          <w:rFonts w:cs="Times New Roman"/>
          <w:color w:val="000000" w:themeColor="text1"/>
          <w:lang w:val="uk-UA"/>
        </w:rPr>
        <w:t>жестовий</w:t>
      </w:r>
      <w:r w:rsidRPr="00B7305F">
        <w:rPr>
          <w:rFonts w:cs="Times New Roman"/>
          <w:color w:val="000000" w:themeColor="text1"/>
          <w:lang w:val="uk-UA"/>
        </w:rPr>
        <w:t xml:space="preserve"> </w:t>
      </w:r>
      <w:r w:rsidR="00D6710D" w:rsidRPr="00B7305F">
        <w:rPr>
          <w:rFonts w:cs="Times New Roman"/>
          <w:color w:val="000000" w:themeColor="text1"/>
          <w:lang w:val="uk-UA"/>
        </w:rPr>
        <w:t>малюнок,</w:t>
      </w:r>
      <w:r w:rsidRPr="00B7305F">
        <w:rPr>
          <w:rFonts w:cs="Times New Roman"/>
          <w:color w:val="000000" w:themeColor="text1"/>
          <w:lang w:val="uk-UA"/>
        </w:rPr>
        <w:t xml:space="preserve"> </w:t>
      </w:r>
      <w:r w:rsidR="00D6710D" w:rsidRPr="00B7305F">
        <w:rPr>
          <w:rFonts w:cs="Times New Roman"/>
          <w:color w:val="000000" w:themeColor="text1"/>
          <w:lang w:val="uk-UA"/>
        </w:rPr>
        <w:t>роботу</w:t>
      </w:r>
      <w:r w:rsidRPr="00B7305F">
        <w:rPr>
          <w:rFonts w:cs="Times New Roman"/>
          <w:color w:val="000000" w:themeColor="text1"/>
          <w:lang w:val="uk-UA"/>
        </w:rPr>
        <w:t xml:space="preserve"> </w:t>
      </w:r>
      <w:r w:rsidR="00D6710D" w:rsidRPr="00B7305F">
        <w:rPr>
          <w:rFonts w:cs="Times New Roman"/>
          <w:color w:val="000000" w:themeColor="text1"/>
          <w:lang w:val="uk-UA"/>
        </w:rPr>
        <w:t>з</w:t>
      </w:r>
      <w:r w:rsidRPr="00B7305F">
        <w:rPr>
          <w:rFonts w:cs="Times New Roman"/>
          <w:color w:val="000000" w:themeColor="text1"/>
          <w:lang w:val="uk-UA"/>
        </w:rPr>
        <w:t xml:space="preserve"> </w:t>
      </w:r>
      <w:r w:rsidR="00D6710D" w:rsidRPr="00B7305F">
        <w:rPr>
          <w:rFonts w:cs="Times New Roman"/>
          <w:color w:val="000000" w:themeColor="text1"/>
          <w:lang w:val="uk-UA"/>
        </w:rPr>
        <w:t>увагою</w:t>
      </w:r>
      <w:r w:rsidRPr="00B7305F">
        <w:rPr>
          <w:rFonts w:cs="Times New Roman"/>
          <w:color w:val="000000" w:themeColor="text1"/>
          <w:lang w:val="uk-UA"/>
        </w:rPr>
        <w:t xml:space="preserve"> </w:t>
      </w:r>
      <w:r w:rsidR="00D6710D" w:rsidRPr="00B7305F">
        <w:rPr>
          <w:rFonts w:cs="Times New Roman"/>
          <w:color w:val="000000" w:themeColor="text1"/>
          <w:lang w:val="uk-UA"/>
        </w:rPr>
        <w:t>партнера,</w:t>
      </w:r>
      <w:r w:rsidRPr="00B7305F">
        <w:rPr>
          <w:rFonts w:cs="Times New Roman"/>
          <w:color w:val="000000" w:themeColor="text1"/>
          <w:lang w:val="uk-UA"/>
        </w:rPr>
        <w:t xml:space="preserve"> </w:t>
      </w:r>
      <w:r w:rsidR="00D6710D" w:rsidRPr="00B7305F">
        <w:rPr>
          <w:rFonts w:cs="Times New Roman"/>
          <w:color w:val="000000" w:themeColor="text1"/>
          <w:lang w:val="uk-UA"/>
        </w:rPr>
        <w:t>принципи</w:t>
      </w:r>
      <w:r w:rsidRPr="00B7305F">
        <w:rPr>
          <w:rFonts w:cs="Times New Roman"/>
          <w:color w:val="000000" w:themeColor="text1"/>
          <w:lang w:val="uk-UA"/>
        </w:rPr>
        <w:t xml:space="preserve"> </w:t>
      </w:r>
      <w:r w:rsidR="00D6710D" w:rsidRPr="00B7305F">
        <w:rPr>
          <w:rFonts w:cs="Times New Roman"/>
          <w:color w:val="000000" w:themeColor="text1"/>
          <w:lang w:val="uk-UA"/>
        </w:rPr>
        <w:t>сценічної</w:t>
      </w:r>
      <w:r w:rsidRPr="00B7305F">
        <w:rPr>
          <w:rFonts w:cs="Times New Roman"/>
          <w:color w:val="000000" w:themeColor="text1"/>
          <w:lang w:val="uk-UA"/>
        </w:rPr>
        <w:t xml:space="preserve"> </w:t>
      </w:r>
      <w:r w:rsidR="00D6710D" w:rsidRPr="00B7305F">
        <w:rPr>
          <w:rFonts w:cs="Times New Roman"/>
          <w:color w:val="000000" w:themeColor="text1"/>
          <w:lang w:val="uk-UA"/>
        </w:rPr>
        <w:t>взаємодії.</w:t>
      </w:r>
      <w:r w:rsidRPr="00B7305F">
        <w:rPr>
          <w:rFonts w:cs="Times New Roman"/>
          <w:color w:val="000000" w:themeColor="text1"/>
          <w:lang w:val="uk-UA"/>
        </w:rPr>
        <w:t xml:space="preserve"> </w:t>
      </w:r>
      <w:r w:rsidR="00D6710D" w:rsidRPr="00B7305F">
        <w:rPr>
          <w:rFonts w:cs="Times New Roman"/>
          <w:color w:val="000000" w:themeColor="text1"/>
          <w:lang w:val="uk-UA"/>
        </w:rPr>
        <w:t>Навіть</w:t>
      </w:r>
      <w:r w:rsidRPr="00B7305F">
        <w:rPr>
          <w:rFonts w:cs="Times New Roman"/>
          <w:color w:val="000000" w:themeColor="text1"/>
          <w:lang w:val="uk-UA"/>
        </w:rPr>
        <w:t xml:space="preserve"> </w:t>
      </w:r>
      <w:r w:rsidR="00D6710D" w:rsidRPr="00B7305F">
        <w:rPr>
          <w:rFonts w:cs="Times New Roman"/>
          <w:color w:val="000000" w:themeColor="text1"/>
          <w:lang w:val="uk-UA"/>
        </w:rPr>
        <w:t>коли</w:t>
      </w:r>
      <w:r w:rsidRPr="00B7305F">
        <w:rPr>
          <w:rFonts w:cs="Times New Roman"/>
          <w:color w:val="000000" w:themeColor="text1"/>
          <w:lang w:val="uk-UA"/>
        </w:rPr>
        <w:t xml:space="preserve"> </w:t>
      </w:r>
      <w:r w:rsidR="00D6710D" w:rsidRPr="00B7305F">
        <w:rPr>
          <w:rFonts w:cs="Times New Roman"/>
          <w:color w:val="000000" w:themeColor="text1"/>
          <w:lang w:val="uk-UA"/>
        </w:rPr>
        <w:t>кіномова</w:t>
      </w:r>
      <w:r w:rsidRPr="00B7305F">
        <w:rPr>
          <w:rFonts w:cs="Times New Roman"/>
          <w:color w:val="000000" w:themeColor="text1"/>
          <w:lang w:val="uk-UA"/>
        </w:rPr>
        <w:t xml:space="preserve"> </w:t>
      </w:r>
      <w:r w:rsidR="00D6710D" w:rsidRPr="00B7305F">
        <w:rPr>
          <w:rFonts w:cs="Times New Roman"/>
          <w:color w:val="000000" w:themeColor="text1"/>
          <w:lang w:val="uk-UA"/>
        </w:rPr>
        <w:t>почала</w:t>
      </w:r>
      <w:r w:rsidRPr="00B7305F">
        <w:rPr>
          <w:rFonts w:cs="Times New Roman"/>
          <w:color w:val="000000" w:themeColor="text1"/>
          <w:lang w:val="uk-UA"/>
        </w:rPr>
        <w:t xml:space="preserve"> </w:t>
      </w:r>
      <w:r w:rsidR="00D6710D" w:rsidRPr="00B7305F">
        <w:rPr>
          <w:rFonts w:cs="Times New Roman"/>
          <w:color w:val="000000" w:themeColor="text1"/>
          <w:lang w:val="uk-UA"/>
        </w:rPr>
        <w:t>виходити</w:t>
      </w:r>
      <w:r w:rsidRPr="00B7305F">
        <w:rPr>
          <w:rFonts w:cs="Times New Roman"/>
          <w:color w:val="000000" w:themeColor="text1"/>
          <w:lang w:val="uk-UA"/>
        </w:rPr>
        <w:t xml:space="preserve"> </w:t>
      </w:r>
      <w:r w:rsidR="00D6710D" w:rsidRPr="00B7305F">
        <w:rPr>
          <w:rFonts w:cs="Times New Roman"/>
          <w:color w:val="000000" w:themeColor="text1"/>
          <w:lang w:val="uk-UA"/>
        </w:rPr>
        <w:t>за</w:t>
      </w:r>
      <w:r w:rsidRPr="00B7305F">
        <w:rPr>
          <w:rFonts w:cs="Times New Roman"/>
          <w:color w:val="000000" w:themeColor="text1"/>
          <w:lang w:val="uk-UA"/>
        </w:rPr>
        <w:t xml:space="preserve"> </w:t>
      </w:r>
      <w:r w:rsidR="00D6710D" w:rsidRPr="00B7305F">
        <w:rPr>
          <w:rFonts w:cs="Times New Roman"/>
          <w:color w:val="000000" w:themeColor="text1"/>
          <w:lang w:val="uk-UA"/>
        </w:rPr>
        <w:t>межі</w:t>
      </w:r>
      <w:r w:rsidRPr="00B7305F">
        <w:rPr>
          <w:rFonts w:cs="Times New Roman"/>
          <w:color w:val="000000" w:themeColor="text1"/>
          <w:lang w:val="uk-UA"/>
        </w:rPr>
        <w:t xml:space="preserve"> </w:t>
      </w:r>
      <w:r w:rsidR="00D6710D" w:rsidRPr="00B7305F">
        <w:rPr>
          <w:rFonts w:cs="Times New Roman"/>
          <w:color w:val="000000" w:themeColor="text1"/>
          <w:lang w:val="uk-UA"/>
        </w:rPr>
        <w:t>сценічної</w:t>
      </w:r>
      <w:r w:rsidRPr="00B7305F">
        <w:rPr>
          <w:rFonts w:cs="Times New Roman"/>
          <w:color w:val="000000" w:themeColor="text1"/>
          <w:lang w:val="uk-UA"/>
        </w:rPr>
        <w:t xml:space="preserve"> </w:t>
      </w:r>
      <w:r w:rsidR="00D6710D" w:rsidRPr="00B7305F">
        <w:rPr>
          <w:rFonts w:cs="Times New Roman"/>
          <w:color w:val="000000" w:themeColor="text1"/>
          <w:lang w:val="uk-UA"/>
        </w:rPr>
        <w:t>традиції,</w:t>
      </w:r>
      <w:r w:rsidRPr="00B7305F">
        <w:rPr>
          <w:rFonts w:cs="Times New Roman"/>
          <w:color w:val="000000" w:themeColor="text1"/>
          <w:lang w:val="uk-UA"/>
        </w:rPr>
        <w:t xml:space="preserve"> </w:t>
      </w:r>
      <w:r w:rsidR="00D6710D" w:rsidRPr="00B7305F">
        <w:rPr>
          <w:rFonts w:cs="Times New Roman"/>
          <w:color w:val="000000" w:themeColor="text1"/>
          <w:lang w:val="uk-UA"/>
        </w:rPr>
        <w:t>основа</w:t>
      </w:r>
      <w:r w:rsidRPr="00B7305F">
        <w:rPr>
          <w:rFonts w:cs="Times New Roman"/>
          <w:color w:val="000000" w:themeColor="text1"/>
          <w:lang w:val="uk-UA"/>
        </w:rPr>
        <w:t xml:space="preserve"> </w:t>
      </w:r>
      <w:r w:rsidR="00D6710D" w:rsidRPr="00B7305F">
        <w:rPr>
          <w:rFonts w:cs="Times New Roman"/>
          <w:color w:val="000000" w:themeColor="text1"/>
          <w:lang w:val="uk-UA"/>
        </w:rPr>
        <w:t>акторської</w:t>
      </w:r>
      <w:r w:rsidRPr="00B7305F">
        <w:rPr>
          <w:rFonts w:cs="Times New Roman"/>
          <w:color w:val="000000" w:themeColor="text1"/>
          <w:lang w:val="uk-UA"/>
        </w:rPr>
        <w:t xml:space="preserve"> </w:t>
      </w:r>
      <w:r w:rsidR="00D6710D" w:rsidRPr="00B7305F">
        <w:rPr>
          <w:rFonts w:cs="Times New Roman"/>
          <w:color w:val="000000" w:themeColor="text1"/>
          <w:lang w:val="uk-UA"/>
        </w:rPr>
        <w:t>присутності</w:t>
      </w:r>
      <w:r w:rsidRPr="00B7305F">
        <w:rPr>
          <w:rFonts w:cs="Times New Roman"/>
          <w:color w:val="000000" w:themeColor="text1"/>
          <w:lang w:val="uk-UA"/>
        </w:rPr>
        <w:t xml:space="preserve"> </w:t>
      </w:r>
      <w:r w:rsidR="00D6710D" w:rsidRPr="00B7305F">
        <w:rPr>
          <w:rFonts w:cs="Times New Roman"/>
          <w:color w:val="000000" w:themeColor="text1"/>
          <w:lang w:val="uk-UA"/>
        </w:rPr>
        <w:t>залишалася</w:t>
      </w:r>
      <w:r w:rsidRPr="00B7305F">
        <w:rPr>
          <w:rFonts w:cs="Times New Roman"/>
          <w:color w:val="000000" w:themeColor="text1"/>
          <w:lang w:val="uk-UA"/>
        </w:rPr>
        <w:t xml:space="preserve"> </w:t>
      </w:r>
      <w:r w:rsidR="00D6710D" w:rsidRPr="00B7305F">
        <w:rPr>
          <w:rFonts w:cs="Times New Roman"/>
          <w:color w:val="000000" w:themeColor="text1"/>
          <w:lang w:val="uk-UA"/>
        </w:rPr>
        <w:t>тією</w:t>
      </w:r>
      <w:r w:rsidRPr="00B7305F">
        <w:rPr>
          <w:rFonts w:cs="Times New Roman"/>
          <w:color w:val="000000" w:themeColor="text1"/>
          <w:lang w:val="uk-UA"/>
        </w:rPr>
        <w:t xml:space="preserve"> </w:t>
      </w:r>
      <w:r w:rsidR="00D6710D" w:rsidRPr="00B7305F">
        <w:rPr>
          <w:rFonts w:cs="Times New Roman"/>
          <w:color w:val="000000" w:themeColor="text1"/>
          <w:lang w:val="uk-UA"/>
        </w:rPr>
        <w:t>ж:</w:t>
      </w:r>
      <w:r w:rsidRPr="00B7305F">
        <w:rPr>
          <w:rFonts w:cs="Times New Roman"/>
          <w:color w:val="000000" w:themeColor="text1"/>
          <w:lang w:val="uk-UA"/>
        </w:rPr>
        <w:t xml:space="preserve"> </w:t>
      </w:r>
      <w:r w:rsidR="00D6710D" w:rsidRPr="00B7305F">
        <w:rPr>
          <w:rFonts w:cs="Times New Roman"/>
          <w:color w:val="000000" w:themeColor="text1"/>
          <w:lang w:val="uk-UA"/>
        </w:rPr>
        <w:t>уміння</w:t>
      </w:r>
      <w:r w:rsidRPr="00B7305F">
        <w:rPr>
          <w:rFonts w:cs="Times New Roman"/>
          <w:color w:val="000000" w:themeColor="text1"/>
          <w:lang w:val="uk-UA"/>
        </w:rPr>
        <w:t xml:space="preserve"> </w:t>
      </w:r>
      <w:r w:rsidR="00D6710D" w:rsidRPr="00B7305F">
        <w:rPr>
          <w:rFonts w:cs="Times New Roman"/>
          <w:color w:val="000000" w:themeColor="text1"/>
          <w:lang w:val="uk-UA"/>
        </w:rPr>
        <w:t>створити</w:t>
      </w:r>
      <w:r w:rsidRPr="00B7305F">
        <w:rPr>
          <w:rFonts w:cs="Times New Roman"/>
          <w:color w:val="000000" w:themeColor="text1"/>
          <w:lang w:val="uk-UA"/>
        </w:rPr>
        <w:t xml:space="preserve"> </w:t>
      </w:r>
      <w:r w:rsidR="00D6710D" w:rsidRPr="00B7305F">
        <w:rPr>
          <w:rFonts w:cs="Times New Roman"/>
          <w:color w:val="000000" w:themeColor="text1"/>
          <w:lang w:val="uk-UA"/>
        </w:rPr>
        <w:t>образ</w:t>
      </w:r>
      <w:r w:rsidRPr="00B7305F">
        <w:rPr>
          <w:rFonts w:cs="Times New Roman"/>
          <w:color w:val="000000" w:themeColor="text1"/>
          <w:lang w:val="uk-UA"/>
        </w:rPr>
        <w:t xml:space="preserve"> </w:t>
      </w:r>
      <w:r w:rsidR="00D6710D" w:rsidRPr="00B7305F">
        <w:rPr>
          <w:rFonts w:cs="Times New Roman"/>
          <w:color w:val="000000" w:themeColor="text1"/>
          <w:lang w:val="uk-UA"/>
        </w:rPr>
        <w:t>через</w:t>
      </w:r>
      <w:r w:rsidRPr="00B7305F">
        <w:rPr>
          <w:rFonts w:cs="Times New Roman"/>
          <w:color w:val="000000" w:themeColor="text1"/>
          <w:lang w:val="uk-UA"/>
        </w:rPr>
        <w:t xml:space="preserve"> </w:t>
      </w:r>
      <w:r w:rsidR="00D6710D" w:rsidRPr="00B7305F">
        <w:rPr>
          <w:rFonts w:cs="Times New Roman"/>
          <w:color w:val="000000" w:themeColor="text1"/>
          <w:lang w:val="uk-UA"/>
        </w:rPr>
        <w:t>дію.</w:t>
      </w:r>
    </w:p>
    <w:p w14:paraId="0C12EE69" w14:textId="71B28760" w:rsidR="00D6710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процесі</w:t>
      </w:r>
      <w:r w:rsidRPr="00B7305F">
        <w:rPr>
          <w:rFonts w:cs="Times New Roman"/>
          <w:color w:val="000000" w:themeColor="text1"/>
          <w:lang w:val="uk-UA"/>
        </w:rPr>
        <w:t xml:space="preserve"> </w:t>
      </w:r>
      <w:r w:rsidR="00D6710D" w:rsidRPr="00B7305F">
        <w:rPr>
          <w:rFonts w:cs="Times New Roman"/>
          <w:color w:val="000000" w:themeColor="text1"/>
          <w:lang w:val="uk-UA"/>
        </w:rPr>
        <w:t>становлення</w:t>
      </w:r>
      <w:r w:rsidRPr="00B7305F">
        <w:rPr>
          <w:rFonts w:cs="Times New Roman"/>
          <w:color w:val="000000" w:themeColor="text1"/>
          <w:lang w:val="uk-UA"/>
        </w:rPr>
        <w:t xml:space="preserve"> </w:t>
      </w:r>
      <w:r w:rsidR="00D6710D" w:rsidRPr="00B7305F">
        <w:rPr>
          <w:rFonts w:cs="Times New Roman"/>
          <w:color w:val="000000" w:themeColor="text1"/>
          <w:lang w:val="uk-UA"/>
        </w:rPr>
        <w:t>кіномистецтва</w:t>
      </w:r>
      <w:r w:rsidRPr="00B7305F">
        <w:rPr>
          <w:rFonts w:cs="Times New Roman"/>
          <w:color w:val="000000" w:themeColor="text1"/>
          <w:lang w:val="uk-UA"/>
        </w:rPr>
        <w:t xml:space="preserve"> </w:t>
      </w:r>
      <w:r w:rsidR="00D6710D" w:rsidRPr="00B7305F">
        <w:rPr>
          <w:rFonts w:cs="Times New Roman"/>
          <w:color w:val="000000" w:themeColor="text1"/>
          <w:lang w:val="uk-UA"/>
        </w:rPr>
        <w:t>поступово</w:t>
      </w:r>
      <w:r w:rsidRPr="00B7305F">
        <w:rPr>
          <w:rFonts w:cs="Times New Roman"/>
          <w:color w:val="000000" w:themeColor="text1"/>
          <w:lang w:val="uk-UA"/>
        </w:rPr>
        <w:t xml:space="preserve"> </w:t>
      </w:r>
      <w:r w:rsidR="00D6710D" w:rsidRPr="00B7305F">
        <w:rPr>
          <w:rFonts w:cs="Times New Roman"/>
          <w:color w:val="000000" w:themeColor="text1"/>
          <w:lang w:val="uk-UA"/>
        </w:rPr>
        <w:t>формуються</w:t>
      </w:r>
      <w:r w:rsidRPr="00B7305F">
        <w:rPr>
          <w:rFonts w:cs="Times New Roman"/>
          <w:color w:val="000000" w:themeColor="text1"/>
          <w:lang w:val="uk-UA"/>
        </w:rPr>
        <w:t xml:space="preserve"> </w:t>
      </w:r>
      <w:r w:rsidR="00D6710D" w:rsidRPr="00B7305F">
        <w:rPr>
          <w:rFonts w:cs="Times New Roman"/>
          <w:color w:val="000000" w:themeColor="text1"/>
          <w:lang w:val="uk-UA"/>
        </w:rPr>
        <w:t>специфічні</w:t>
      </w:r>
      <w:r w:rsidRPr="00B7305F">
        <w:rPr>
          <w:rFonts w:cs="Times New Roman"/>
          <w:color w:val="000000" w:themeColor="text1"/>
          <w:lang w:val="uk-UA"/>
        </w:rPr>
        <w:t xml:space="preserve"> </w:t>
      </w:r>
      <w:r w:rsidR="00D6710D" w:rsidRPr="00B7305F">
        <w:rPr>
          <w:rFonts w:cs="Times New Roman"/>
          <w:color w:val="000000" w:themeColor="text1"/>
          <w:lang w:val="uk-UA"/>
        </w:rPr>
        <w:t>засоби</w:t>
      </w:r>
      <w:r w:rsidRPr="00B7305F">
        <w:rPr>
          <w:rFonts w:cs="Times New Roman"/>
          <w:color w:val="000000" w:themeColor="text1"/>
          <w:lang w:val="uk-UA"/>
        </w:rPr>
        <w:t xml:space="preserve"> </w:t>
      </w:r>
      <w:r w:rsidR="00D6710D" w:rsidRPr="00B7305F">
        <w:rPr>
          <w:rFonts w:cs="Times New Roman"/>
          <w:color w:val="000000" w:themeColor="text1"/>
          <w:lang w:val="uk-UA"/>
        </w:rPr>
        <w:t>виразності,</w:t>
      </w:r>
      <w:r w:rsidRPr="00B7305F">
        <w:rPr>
          <w:rFonts w:cs="Times New Roman"/>
          <w:color w:val="000000" w:themeColor="text1"/>
          <w:lang w:val="uk-UA"/>
        </w:rPr>
        <w:t xml:space="preserve"> </w:t>
      </w:r>
      <w:r w:rsidR="00D6710D" w:rsidRPr="00B7305F">
        <w:rPr>
          <w:rFonts w:cs="Times New Roman"/>
          <w:color w:val="000000" w:themeColor="text1"/>
          <w:lang w:val="uk-UA"/>
        </w:rPr>
        <w:t>які</w:t>
      </w:r>
      <w:r w:rsidRPr="00B7305F">
        <w:rPr>
          <w:rFonts w:cs="Times New Roman"/>
          <w:color w:val="000000" w:themeColor="text1"/>
          <w:lang w:val="uk-UA"/>
        </w:rPr>
        <w:t xml:space="preserve"> </w:t>
      </w:r>
      <w:r w:rsidR="00D6710D" w:rsidRPr="00B7305F">
        <w:rPr>
          <w:rFonts w:cs="Times New Roman"/>
          <w:color w:val="000000" w:themeColor="text1"/>
          <w:lang w:val="uk-UA"/>
        </w:rPr>
        <w:t>не</w:t>
      </w:r>
      <w:r w:rsidRPr="00B7305F">
        <w:rPr>
          <w:rFonts w:cs="Times New Roman"/>
          <w:color w:val="000000" w:themeColor="text1"/>
          <w:lang w:val="uk-UA"/>
        </w:rPr>
        <w:t xml:space="preserve"> </w:t>
      </w:r>
      <w:r w:rsidR="00D6710D" w:rsidRPr="00B7305F">
        <w:rPr>
          <w:rFonts w:cs="Times New Roman"/>
          <w:color w:val="000000" w:themeColor="text1"/>
          <w:lang w:val="uk-UA"/>
        </w:rPr>
        <w:t>мають</w:t>
      </w:r>
      <w:r w:rsidRPr="00B7305F">
        <w:rPr>
          <w:rFonts w:cs="Times New Roman"/>
          <w:color w:val="000000" w:themeColor="text1"/>
          <w:lang w:val="uk-UA"/>
        </w:rPr>
        <w:t xml:space="preserve"> </w:t>
      </w:r>
      <w:r w:rsidR="00D6710D" w:rsidRPr="00B7305F">
        <w:rPr>
          <w:rFonts w:cs="Times New Roman"/>
          <w:color w:val="000000" w:themeColor="text1"/>
          <w:lang w:val="uk-UA"/>
        </w:rPr>
        <w:t>аналогів</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театрі.</w:t>
      </w:r>
      <w:r w:rsidRPr="00B7305F">
        <w:rPr>
          <w:rFonts w:cs="Times New Roman"/>
          <w:color w:val="000000" w:themeColor="text1"/>
          <w:lang w:val="uk-UA"/>
        </w:rPr>
        <w:t xml:space="preserve"> </w:t>
      </w:r>
      <w:r w:rsidR="00D6710D" w:rsidRPr="00B7305F">
        <w:rPr>
          <w:rFonts w:cs="Times New Roman"/>
          <w:color w:val="000000" w:themeColor="text1"/>
          <w:lang w:val="uk-UA"/>
        </w:rPr>
        <w:t>Монтаж</w:t>
      </w:r>
      <w:r w:rsidRPr="00B7305F">
        <w:rPr>
          <w:rFonts w:cs="Times New Roman"/>
          <w:color w:val="000000" w:themeColor="text1"/>
          <w:lang w:val="uk-UA"/>
        </w:rPr>
        <w:t xml:space="preserve"> </w:t>
      </w:r>
      <w:r w:rsidR="00D6710D" w:rsidRPr="00B7305F">
        <w:rPr>
          <w:rFonts w:cs="Times New Roman"/>
          <w:color w:val="000000" w:themeColor="text1"/>
          <w:lang w:val="uk-UA"/>
        </w:rPr>
        <w:t>стає</w:t>
      </w:r>
      <w:r w:rsidRPr="00B7305F">
        <w:rPr>
          <w:rFonts w:cs="Times New Roman"/>
          <w:color w:val="000000" w:themeColor="text1"/>
          <w:lang w:val="uk-UA"/>
        </w:rPr>
        <w:t xml:space="preserve"> </w:t>
      </w:r>
      <w:r w:rsidR="00D6710D" w:rsidRPr="00B7305F">
        <w:rPr>
          <w:rFonts w:cs="Times New Roman"/>
          <w:color w:val="000000" w:themeColor="text1"/>
          <w:lang w:val="uk-UA"/>
        </w:rPr>
        <w:t>способом</w:t>
      </w:r>
      <w:r w:rsidRPr="00B7305F">
        <w:rPr>
          <w:rFonts w:cs="Times New Roman"/>
          <w:color w:val="000000" w:themeColor="text1"/>
          <w:lang w:val="uk-UA"/>
        </w:rPr>
        <w:t xml:space="preserve"> </w:t>
      </w:r>
      <w:r w:rsidR="00D6710D" w:rsidRPr="00B7305F">
        <w:rPr>
          <w:rFonts w:cs="Times New Roman"/>
          <w:color w:val="000000" w:themeColor="text1"/>
          <w:lang w:val="uk-UA"/>
        </w:rPr>
        <w:t>організації</w:t>
      </w:r>
      <w:r w:rsidRPr="00B7305F">
        <w:rPr>
          <w:rFonts w:cs="Times New Roman"/>
          <w:color w:val="000000" w:themeColor="text1"/>
          <w:lang w:val="uk-UA"/>
        </w:rPr>
        <w:t xml:space="preserve"> </w:t>
      </w:r>
      <w:r w:rsidR="00D6710D" w:rsidRPr="00B7305F">
        <w:rPr>
          <w:rFonts w:cs="Times New Roman"/>
          <w:color w:val="000000" w:themeColor="text1"/>
          <w:lang w:val="uk-UA"/>
        </w:rPr>
        <w:t>часу</w:t>
      </w:r>
      <w:r w:rsidRPr="00B7305F">
        <w:rPr>
          <w:rFonts w:cs="Times New Roman"/>
          <w:color w:val="000000" w:themeColor="text1"/>
          <w:lang w:val="uk-UA"/>
        </w:rPr>
        <w:t xml:space="preserve"> </w:t>
      </w:r>
      <w:r w:rsidR="00D6710D" w:rsidRPr="00B7305F">
        <w:rPr>
          <w:rFonts w:cs="Times New Roman"/>
          <w:color w:val="000000" w:themeColor="text1"/>
          <w:lang w:val="uk-UA"/>
        </w:rPr>
        <w:t>і</w:t>
      </w:r>
      <w:r w:rsidRPr="00B7305F">
        <w:rPr>
          <w:rFonts w:cs="Times New Roman"/>
          <w:color w:val="000000" w:themeColor="text1"/>
          <w:lang w:val="uk-UA"/>
        </w:rPr>
        <w:t xml:space="preserve"> </w:t>
      </w:r>
      <w:r w:rsidR="00D6710D" w:rsidRPr="00B7305F">
        <w:rPr>
          <w:rFonts w:cs="Times New Roman"/>
          <w:color w:val="000000" w:themeColor="text1"/>
          <w:lang w:val="uk-UA"/>
        </w:rPr>
        <w:t>простору,</w:t>
      </w:r>
      <w:r w:rsidRPr="00B7305F">
        <w:rPr>
          <w:rFonts w:cs="Times New Roman"/>
          <w:color w:val="000000" w:themeColor="text1"/>
          <w:lang w:val="uk-UA"/>
        </w:rPr>
        <w:t xml:space="preserve"> </w:t>
      </w:r>
      <w:r w:rsidR="00D6710D" w:rsidRPr="00B7305F">
        <w:rPr>
          <w:rFonts w:cs="Times New Roman"/>
          <w:color w:val="000000" w:themeColor="text1"/>
          <w:lang w:val="uk-UA"/>
        </w:rPr>
        <w:t>крупний</w:t>
      </w:r>
      <w:r w:rsidRPr="00B7305F">
        <w:rPr>
          <w:rFonts w:cs="Times New Roman"/>
          <w:color w:val="000000" w:themeColor="text1"/>
          <w:lang w:val="uk-UA"/>
        </w:rPr>
        <w:t xml:space="preserve"> </w:t>
      </w:r>
      <w:r w:rsidR="00D6710D" w:rsidRPr="00B7305F">
        <w:rPr>
          <w:rFonts w:cs="Times New Roman"/>
          <w:color w:val="000000" w:themeColor="text1"/>
          <w:lang w:val="uk-UA"/>
        </w:rPr>
        <w:t>план</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інструментом</w:t>
      </w:r>
      <w:r w:rsidRPr="00B7305F">
        <w:rPr>
          <w:rFonts w:cs="Times New Roman"/>
          <w:color w:val="000000" w:themeColor="text1"/>
          <w:lang w:val="uk-UA"/>
        </w:rPr>
        <w:t xml:space="preserve"> </w:t>
      </w:r>
      <w:r w:rsidR="00D6710D" w:rsidRPr="00B7305F">
        <w:rPr>
          <w:rFonts w:cs="Times New Roman"/>
          <w:color w:val="000000" w:themeColor="text1"/>
          <w:lang w:val="uk-UA"/>
        </w:rPr>
        <w:t>психологічного</w:t>
      </w:r>
      <w:r w:rsidRPr="00B7305F">
        <w:rPr>
          <w:rFonts w:cs="Times New Roman"/>
          <w:color w:val="000000" w:themeColor="text1"/>
          <w:lang w:val="uk-UA"/>
        </w:rPr>
        <w:t xml:space="preserve"> </w:t>
      </w:r>
      <w:r w:rsidR="00D6710D" w:rsidRPr="00B7305F">
        <w:rPr>
          <w:rFonts w:cs="Times New Roman"/>
          <w:color w:val="000000" w:themeColor="text1"/>
          <w:lang w:val="uk-UA"/>
        </w:rPr>
        <w:t>заглиблення,</w:t>
      </w:r>
      <w:r w:rsidRPr="00B7305F">
        <w:rPr>
          <w:rFonts w:cs="Times New Roman"/>
          <w:color w:val="000000" w:themeColor="text1"/>
          <w:lang w:val="uk-UA"/>
        </w:rPr>
        <w:t xml:space="preserve"> </w:t>
      </w:r>
      <w:r w:rsidR="00D6710D" w:rsidRPr="00B7305F">
        <w:rPr>
          <w:rFonts w:cs="Times New Roman"/>
          <w:color w:val="000000" w:themeColor="text1"/>
          <w:lang w:val="uk-UA"/>
        </w:rPr>
        <w:t>а</w:t>
      </w:r>
      <w:r w:rsidRPr="00B7305F">
        <w:rPr>
          <w:rFonts w:cs="Times New Roman"/>
          <w:color w:val="000000" w:themeColor="text1"/>
          <w:lang w:val="uk-UA"/>
        </w:rPr>
        <w:t xml:space="preserve"> </w:t>
      </w:r>
      <w:r w:rsidR="00D6710D" w:rsidRPr="00B7305F">
        <w:rPr>
          <w:rFonts w:cs="Times New Roman"/>
          <w:color w:val="000000" w:themeColor="text1"/>
          <w:lang w:val="uk-UA"/>
        </w:rPr>
        <w:t>ритм</w:t>
      </w:r>
      <w:r w:rsidRPr="00B7305F">
        <w:rPr>
          <w:rFonts w:cs="Times New Roman"/>
          <w:color w:val="000000" w:themeColor="text1"/>
          <w:lang w:val="uk-UA"/>
        </w:rPr>
        <w:t xml:space="preserve"> </w:t>
      </w:r>
      <w:r w:rsidR="00D6710D" w:rsidRPr="00B7305F">
        <w:rPr>
          <w:rFonts w:cs="Times New Roman"/>
          <w:color w:val="000000" w:themeColor="text1"/>
          <w:lang w:val="uk-UA"/>
        </w:rPr>
        <w:t>кадру</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засобом</w:t>
      </w:r>
      <w:r w:rsidRPr="00B7305F">
        <w:rPr>
          <w:rFonts w:cs="Times New Roman"/>
          <w:color w:val="000000" w:themeColor="text1"/>
          <w:lang w:val="uk-UA"/>
        </w:rPr>
        <w:t xml:space="preserve"> </w:t>
      </w:r>
      <w:r w:rsidR="00D6710D" w:rsidRPr="00B7305F">
        <w:rPr>
          <w:rFonts w:cs="Times New Roman"/>
          <w:color w:val="000000" w:themeColor="text1"/>
          <w:lang w:val="uk-UA"/>
        </w:rPr>
        <w:t>емоційного</w:t>
      </w:r>
      <w:r w:rsidRPr="00B7305F">
        <w:rPr>
          <w:rFonts w:cs="Times New Roman"/>
          <w:color w:val="000000" w:themeColor="text1"/>
          <w:lang w:val="uk-UA"/>
        </w:rPr>
        <w:t xml:space="preserve"> </w:t>
      </w:r>
      <w:r w:rsidR="00D6710D" w:rsidRPr="00B7305F">
        <w:rPr>
          <w:rFonts w:cs="Times New Roman"/>
          <w:color w:val="000000" w:themeColor="text1"/>
          <w:lang w:val="uk-UA"/>
        </w:rPr>
        <w:t>впливу</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t>глядача.</w:t>
      </w:r>
      <w:r w:rsidRPr="00B7305F">
        <w:rPr>
          <w:rFonts w:cs="Times New Roman"/>
          <w:color w:val="000000" w:themeColor="text1"/>
          <w:lang w:val="uk-UA"/>
        </w:rPr>
        <w:t xml:space="preserve"> </w:t>
      </w:r>
      <w:r w:rsidR="00D6710D" w:rsidRPr="00B7305F">
        <w:rPr>
          <w:rFonts w:cs="Times New Roman"/>
          <w:color w:val="000000" w:themeColor="text1"/>
          <w:lang w:val="uk-UA"/>
        </w:rPr>
        <w:t>Світлотіньова</w:t>
      </w:r>
      <w:r w:rsidRPr="00B7305F">
        <w:rPr>
          <w:rFonts w:cs="Times New Roman"/>
          <w:color w:val="000000" w:themeColor="text1"/>
          <w:lang w:val="uk-UA"/>
        </w:rPr>
        <w:t xml:space="preserve"> </w:t>
      </w:r>
      <w:r w:rsidR="00D6710D" w:rsidRPr="00B7305F">
        <w:rPr>
          <w:rFonts w:cs="Times New Roman"/>
          <w:color w:val="000000" w:themeColor="text1"/>
          <w:lang w:val="uk-UA"/>
        </w:rPr>
        <w:t>композиція</w:t>
      </w:r>
      <w:r w:rsidRPr="00B7305F">
        <w:rPr>
          <w:rFonts w:cs="Times New Roman"/>
          <w:color w:val="000000" w:themeColor="text1"/>
          <w:lang w:val="uk-UA"/>
        </w:rPr>
        <w:t xml:space="preserve"> </w:t>
      </w:r>
      <w:r w:rsidR="00D6710D" w:rsidRPr="00B7305F">
        <w:rPr>
          <w:rFonts w:cs="Times New Roman"/>
          <w:color w:val="000000" w:themeColor="text1"/>
          <w:lang w:val="uk-UA"/>
        </w:rPr>
        <w:t>дозволяє</w:t>
      </w:r>
      <w:r w:rsidRPr="00B7305F">
        <w:rPr>
          <w:rFonts w:cs="Times New Roman"/>
          <w:color w:val="000000" w:themeColor="text1"/>
          <w:lang w:val="uk-UA"/>
        </w:rPr>
        <w:t xml:space="preserve"> </w:t>
      </w:r>
      <w:r w:rsidR="00D6710D" w:rsidRPr="00B7305F">
        <w:rPr>
          <w:rFonts w:cs="Times New Roman"/>
          <w:color w:val="000000" w:themeColor="text1"/>
          <w:lang w:val="uk-UA"/>
        </w:rPr>
        <w:t>режисеру</w:t>
      </w:r>
      <w:r w:rsidRPr="00B7305F">
        <w:rPr>
          <w:rFonts w:cs="Times New Roman"/>
          <w:color w:val="000000" w:themeColor="text1"/>
          <w:lang w:val="uk-UA"/>
        </w:rPr>
        <w:t xml:space="preserve"> </w:t>
      </w:r>
      <w:r w:rsidR="00D6710D" w:rsidRPr="00B7305F">
        <w:rPr>
          <w:rFonts w:cs="Times New Roman"/>
          <w:color w:val="000000" w:themeColor="text1"/>
          <w:lang w:val="uk-UA"/>
        </w:rPr>
        <w:t>створювати</w:t>
      </w:r>
      <w:r w:rsidRPr="00B7305F">
        <w:rPr>
          <w:rFonts w:cs="Times New Roman"/>
          <w:color w:val="000000" w:themeColor="text1"/>
          <w:lang w:val="uk-UA"/>
        </w:rPr>
        <w:t xml:space="preserve"> </w:t>
      </w:r>
      <w:r w:rsidR="00D6710D" w:rsidRPr="00B7305F">
        <w:rPr>
          <w:rFonts w:cs="Times New Roman"/>
          <w:color w:val="000000" w:themeColor="text1"/>
          <w:lang w:val="uk-UA"/>
        </w:rPr>
        <w:t>настроєві</w:t>
      </w:r>
      <w:r w:rsidRPr="00B7305F">
        <w:rPr>
          <w:rFonts w:cs="Times New Roman"/>
          <w:color w:val="000000" w:themeColor="text1"/>
          <w:lang w:val="uk-UA"/>
        </w:rPr>
        <w:t xml:space="preserve"> </w:t>
      </w:r>
      <w:r w:rsidR="00D6710D" w:rsidRPr="00B7305F">
        <w:rPr>
          <w:rFonts w:cs="Times New Roman"/>
          <w:color w:val="000000" w:themeColor="text1"/>
          <w:lang w:val="uk-UA"/>
        </w:rPr>
        <w:t>акценти,</w:t>
      </w:r>
      <w:r w:rsidRPr="00B7305F">
        <w:rPr>
          <w:rFonts w:cs="Times New Roman"/>
          <w:color w:val="000000" w:themeColor="text1"/>
          <w:lang w:val="uk-UA"/>
        </w:rPr>
        <w:t xml:space="preserve"> </w:t>
      </w:r>
      <w:r w:rsidR="00D6710D" w:rsidRPr="00B7305F">
        <w:rPr>
          <w:rFonts w:cs="Times New Roman"/>
          <w:color w:val="000000" w:themeColor="text1"/>
          <w:lang w:val="uk-UA"/>
        </w:rPr>
        <w:t>які</w:t>
      </w:r>
      <w:r w:rsidRPr="00B7305F">
        <w:rPr>
          <w:rFonts w:cs="Times New Roman"/>
          <w:color w:val="000000" w:themeColor="text1"/>
          <w:lang w:val="uk-UA"/>
        </w:rPr>
        <w:t xml:space="preserve"> </w:t>
      </w:r>
      <w:r w:rsidR="00D6710D" w:rsidRPr="00B7305F">
        <w:rPr>
          <w:rFonts w:cs="Times New Roman"/>
          <w:color w:val="000000" w:themeColor="text1"/>
          <w:lang w:val="uk-UA"/>
        </w:rPr>
        <w:t>в</w:t>
      </w:r>
      <w:r w:rsidRPr="00B7305F">
        <w:rPr>
          <w:rFonts w:cs="Times New Roman"/>
          <w:color w:val="000000" w:themeColor="text1"/>
          <w:lang w:val="uk-UA"/>
        </w:rPr>
        <w:t xml:space="preserve"> </w:t>
      </w:r>
      <w:r w:rsidR="00D6710D" w:rsidRPr="00B7305F">
        <w:rPr>
          <w:rFonts w:cs="Times New Roman"/>
          <w:color w:val="000000" w:themeColor="text1"/>
          <w:lang w:val="uk-UA"/>
        </w:rPr>
        <w:t>театрі</w:t>
      </w:r>
      <w:r w:rsidRPr="00B7305F">
        <w:rPr>
          <w:rFonts w:cs="Times New Roman"/>
          <w:color w:val="000000" w:themeColor="text1"/>
          <w:lang w:val="uk-UA"/>
        </w:rPr>
        <w:t xml:space="preserve"> </w:t>
      </w:r>
      <w:r w:rsidR="00D6710D" w:rsidRPr="00B7305F">
        <w:rPr>
          <w:rFonts w:cs="Times New Roman"/>
          <w:color w:val="000000" w:themeColor="text1"/>
          <w:lang w:val="uk-UA"/>
        </w:rPr>
        <w:t>досягаються</w:t>
      </w:r>
      <w:r w:rsidRPr="00B7305F">
        <w:rPr>
          <w:rFonts w:cs="Times New Roman"/>
          <w:color w:val="000000" w:themeColor="text1"/>
          <w:lang w:val="uk-UA"/>
        </w:rPr>
        <w:t xml:space="preserve"> </w:t>
      </w:r>
      <w:r w:rsidR="00D6710D" w:rsidRPr="00B7305F">
        <w:rPr>
          <w:rFonts w:cs="Times New Roman"/>
          <w:color w:val="000000" w:themeColor="text1"/>
          <w:lang w:val="uk-UA"/>
        </w:rPr>
        <w:t>іншими</w:t>
      </w:r>
      <w:r w:rsidRPr="00B7305F">
        <w:rPr>
          <w:rFonts w:cs="Times New Roman"/>
          <w:color w:val="000000" w:themeColor="text1"/>
          <w:lang w:val="uk-UA"/>
        </w:rPr>
        <w:t xml:space="preserve"> </w:t>
      </w:r>
      <w:r w:rsidR="00D6710D" w:rsidRPr="00B7305F">
        <w:rPr>
          <w:rFonts w:cs="Times New Roman"/>
          <w:color w:val="000000" w:themeColor="text1"/>
          <w:lang w:val="uk-UA"/>
        </w:rPr>
        <w:t>засобами</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сценографією,</w:t>
      </w:r>
      <w:r w:rsidRPr="00B7305F">
        <w:rPr>
          <w:rFonts w:cs="Times New Roman"/>
          <w:color w:val="000000" w:themeColor="text1"/>
          <w:lang w:val="uk-UA"/>
        </w:rPr>
        <w:t xml:space="preserve"> </w:t>
      </w:r>
      <w:r w:rsidR="00D6710D" w:rsidRPr="00B7305F">
        <w:rPr>
          <w:rFonts w:cs="Times New Roman"/>
          <w:color w:val="000000" w:themeColor="text1"/>
          <w:lang w:val="uk-UA"/>
        </w:rPr>
        <w:t>світловими</w:t>
      </w:r>
      <w:r w:rsidRPr="00B7305F">
        <w:rPr>
          <w:rFonts w:cs="Times New Roman"/>
          <w:color w:val="000000" w:themeColor="text1"/>
          <w:lang w:val="uk-UA"/>
        </w:rPr>
        <w:t xml:space="preserve"> </w:t>
      </w:r>
      <w:r w:rsidR="00D6710D" w:rsidRPr="00B7305F">
        <w:rPr>
          <w:rFonts w:cs="Times New Roman"/>
          <w:color w:val="000000" w:themeColor="text1"/>
          <w:lang w:val="uk-UA"/>
        </w:rPr>
        <w:t>партитурами,</w:t>
      </w:r>
      <w:r w:rsidRPr="00B7305F">
        <w:rPr>
          <w:rFonts w:cs="Times New Roman"/>
          <w:color w:val="000000" w:themeColor="text1"/>
          <w:lang w:val="uk-UA"/>
        </w:rPr>
        <w:t xml:space="preserve"> </w:t>
      </w:r>
      <w:r w:rsidR="00D6710D" w:rsidRPr="00B7305F">
        <w:rPr>
          <w:rFonts w:cs="Times New Roman"/>
          <w:color w:val="000000" w:themeColor="text1"/>
          <w:lang w:val="uk-UA"/>
        </w:rPr>
        <w:t>пластичним</w:t>
      </w:r>
      <w:r w:rsidRPr="00B7305F">
        <w:rPr>
          <w:rFonts w:cs="Times New Roman"/>
          <w:color w:val="000000" w:themeColor="text1"/>
          <w:lang w:val="uk-UA"/>
        </w:rPr>
        <w:t xml:space="preserve"> </w:t>
      </w:r>
      <w:r w:rsidR="00D6710D" w:rsidRPr="00B7305F">
        <w:rPr>
          <w:rFonts w:cs="Times New Roman"/>
          <w:color w:val="000000" w:themeColor="text1"/>
          <w:lang w:val="uk-UA"/>
        </w:rPr>
        <w:t>рішенням</w:t>
      </w:r>
      <w:r w:rsidRPr="00B7305F">
        <w:rPr>
          <w:rFonts w:cs="Times New Roman"/>
          <w:color w:val="000000" w:themeColor="text1"/>
          <w:lang w:val="uk-UA"/>
        </w:rPr>
        <w:t xml:space="preserve"> </w:t>
      </w:r>
      <w:r w:rsidR="00D6710D" w:rsidRPr="00B7305F">
        <w:rPr>
          <w:rFonts w:cs="Times New Roman"/>
          <w:color w:val="000000" w:themeColor="text1"/>
          <w:lang w:val="uk-UA"/>
        </w:rPr>
        <w:t>мізансцени.</w:t>
      </w:r>
    </w:p>
    <w:p w14:paraId="4D50F129" w14:textId="0A687E4D" w:rsidR="00D6710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6710D" w:rsidRPr="00B7305F">
        <w:rPr>
          <w:rFonts w:cs="Times New Roman"/>
          <w:color w:val="000000" w:themeColor="text1"/>
          <w:lang w:val="uk-UA"/>
        </w:rPr>
        <w:t>Проте</w:t>
      </w:r>
      <w:r w:rsidR="00692232"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навіть</w:t>
      </w:r>
      <w:r w:rsidRPr="00B7305F">
        <w:rPr>
          <w:rFonts w:cs="Times New Roman"/>
          <w:color w:val="000000" w:themeColor="text1"/>
          <w:lang w:val="uk-UA"/>
        </w:rPr>
        <w:t xml:space="preserve"> </w:t>
      </w:r>
      <w:r w:rsidR="00D6710D" w:rsidRPr="00B7305F">
        <w:rPr>
          <w:rFonts w:cs="Times New Roman"/>
          <w:color w:val="000000" w:themeColor="text1"/>
          <w:lang w:val="uk-UA"/>
        </w:rPr>
        <w:t>із</w:t>
      </w:r>
      <w:r w:rsidRPr="00B7305F">
        <w:rPr>
          <w:rFonts w:cs="Times New Roman"/>
          <w:color w:val="000000" w:themeColor="text1"/>
          <w:lang w:val="uk-UA"/>
        </w:rPr>
        <w:t xml:space="preserve"> </w:t>
      </w:r>
      <w:r w:rsidR="00D6710D" w:rsidRPr="00B7305F">
        <w:rPr>
          <w:rFonts w:cs="Times New Roman"/>
          <w:color w:val="000000" w:themeColor="text1"/>
          <w:lang w:val="uk-UA"/>
        </w:rPr>
        <w:t>появою</w:t>
      </w:r>
      <w:r w:rsidRPr="00B7305F">
        <w:rPr>
          <w:rFonts w:cs="Times New Roman"/>
          <w:color w:val="000000" w:themeColor="text1"/>
          <w:lang w:val="uk-UA"/>
        </w:rPr>
        <w:t xml:space="preserve"> </w:t>
      </w:r>
      <w:r w:rsidR="00D6710D" w:rsidRPr="00B7305F">
        <w:rPr>
          <w:rFonts w:cs="Times New Roman"/>
          <w:color w:val="000000" w:themeColor="text1"/>
          <w:lang w:val="uk-UA"/>
        </w:rPr>
        <w:t>цих</w:t>
      </w:r>
      <w:r w:rsidRPr="00B7305F">
        <w:rPr>
          <w:rFonts w:cs="Times New Roman"/>
          <w:color w:val="000000" w:themeColor="text1"/>
          <w:lang w:val="uk-UA"/>
        </w:rPr>
        <w:t xml:space="preserve"> </w:t>
      </w:r>
      <w:r w:rsidR="00D6710D" w:rsidRPr="00B7305F">
        <w:rPr>
          <w:rFonts w:cs="Times New Roman"/>
          <w:color w:val="000000" w:themeColor="text1"/>
          <w:lang w:val="uk-UA"/>
        </w:rPr>
        <w:t>унікальних</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кінематографічних</w:t>
      </w:r>
      <w:r w:rsidRPr="00B7305F">
        <w:rPr>
          <w:rFonts w:cs="Times New Roman"/>
          <w:color w:val="000000" w:themeColor="text1"/>
          <w:lang w:val="uk-UA"/>
        </w:rPr>
        <w:t xml:space="preserve"> </w:t>
      </w:r>
      <w:r w:rsidR="00D6710D" w:rsidRPr="00B7305F">
        <w:rPr>
          <w:rFonts w:cs="Times New Roman"/>
          <w:color w:val="000000" w:themeColor="text1"/>
          <w:lang w:val="uk-UA"/>
        </w:rPr>
        <w:t>інструментів</w:t>
      </w:r>
      <w:r w:rsidRPr="00B7305F">
        <w:rPr>
          <w:rFonts w:cs="Times New Roman"/>
          <w:color w:val="000000" w:themeColor="text1"/>
          <w:lang w:val="uk-UA"/>
        </w:rPr>
        <w:t xml:space="preserve"> </w:t>
      </w:r>
      <w:r w:rsidR="00D6710D" w:rsidRPr="00B7305F">
        <w:rPr>
          <w:rFonts w:cs="Times New Roman"/>
          <w:color w:val="000000" w:themeColor="text1"/>
          <w:lang w:val="uk-UA"/>
        </w:rPr>
        <w:t>театр</w:t>
      </w:r>
      <w:r w:rsidRPr="00B7305F">
        <w:rPr>
          <w:rFonts w:cs="Times New Roman"/>
          <w:color w:val="000000" w:themeColor="text1"/>
          <w:lang w:val="uk-UA"/>
        </w:rPr>
        <w:t xml:space="preserve"> </w:t>
      </w:r>
      <w:r w:rsidR="00D6710D" w:rsidRPr="00B7305F">
        <w:rPr>
          <w:rFonts w:cs="Times New Roman"/>
          <w:color w:val="000000" w:themeColor="text1"/>
          <w:lang w:val="uk-UA"/>
        </w:rPr>
        <w:t>продовжував</w:t>
      </w:r>
      <w:r w:rsidRPr="00B7305F">
        <w:rPr>
          <w:rFonts w:cs="Times New Roman"/>
          <w:color w:val="000000" w:themeColor="text1"/>
          <w:lang w:val="uk-UA"/>
        </w:rPr>
        <w:t xml:space="preserve"> </w:t>
      </w:r>
      <w:r w:rsidR="00D6710D" w:rsidRPr="00B7305F">
        <w:rPr>
          <w:rFonts w:cs="Times New Roman"/>
          <w:color w:val="000000" w:themeColor="text1"/>
          <w:lang w:val="uk-UA"/>
        </w:rPr>
        <w:t>залишатися</w:t>
      </w:r>
      <w:r w:rsidRPr="00B7305F">
        <w:rPr>
          <w:rFonts w:cs="Times New Roman"/>
          <w:color w:val="000000" w:themeColor="text1"/>
          <w:lang w:val="uk-UA"/>
        </w:rPr>
        <w:t xml:space="preserve"> </w:t>
      </w:r>
      <w:r w:rsidR="00D6710D" w:rsidRPr="00B7305F">
        <w:rPr>
          <w:rFonts w:cs="Times New Roman"/>
          <w:color w:val="000000" w:themeColor="text1"/>
          <w:lang w:val="uk-UA"/>
        </w:rPr>
        <w:t>для</w:t>
      </w:r>
      <w:r w:rsidRPr="00B7305F">
        <w:rPr>
          <w:rFonts w:cs="Times New Roman"/>
          <w:color w:val="000000" w:themeColor="text1"/>
          <w:lang w:val="uk-UA"/>
        </w:rPr>
        <w:t xml:space="preserve"> </w:t>
      </w:r>
      <w:r w:rsidR="00D6710D" w:rsidRPr="00B7305F">
        <w:rPr>
          <w:rFonts w:cs="Times New Roman"/>
          <w:color w:val="000000" w:themeColor="text1"/>
          <w:lang w:val="uk-UA"/>
        </w:rPr>
        <w:t>кіно</w:t>
      </w:r>
      <w:r w:rsidRPr="00B7305F">
        <w:rPr>
          <w:rFonts w:cs="Times New Roman"/>
          <w:color w:val="000000" w:themeColor="text1"/>
          <w:lang w:val="uk-UA"/>
        </w:rPr>
        <w:t xml:space="preserve"> </w:t>
      </w:r>
      <w:r w:rsidR="00D6710D" w:rsidRPr="00B7305F">
        <w:rPr>
          <w:rFonts w:cs="Times New Roman"/>
          <w:color w:val="000000" w:themeColor="text1"/>
          <w:lang w:val="uk-UA"/>
        </w:rPr>
        <w:t>точкою</w:t>
      </w:r>
      <w:r w:rsidRPr="00B7305F">
        <w:rPr>
          <w:rFonts w:cs="Times New Roman"/>
          <w:color w:val="000000" w:themeColor="text1"/>
          <w:lang w:val="uk-UA"/>
        </w:rPr>
        <w:t xml:space="preserve"> </w:t>
      </w:r>
      <w:r w:rsidR="00D6710D" w:rsidRPr="00B7305F">
        <w:rPr>
          <w:rFonts w:cs="Times New Roman"/>
          <w:color w:val="000000" w:themeColor="text1"/>
          <w:lang w:val="uk-UA"/>
        </w:rPr>
        <w:t>відліку.</w:t>
      </w:r>
      <w:r w:rsidRPr="00B7305F">
        <w:rPr>
          <w:rFonts w:cs="Times New Roman"/>
          <w:color w:val="000000" w:themeColor="text1"/>
          <w:lang w:val="uk-UA"/>
        </w:rPr>
        <w:t xml:space="preserve"> </w:t>
      </w:r>
      <w:r w:rsidR="00D6710D" w:rsidRPr="00B7305F">
        <w:rPr>
          <w:rFonts w:cs="Times New Roman"/>
          <w:color w:val="000000" w:themeColor="text1"/>
          <w:lang w:val="uk-UA"/>
        </w:rPr>
        <w:t>Театральна</w:t>
      </w:r>
      <w:r w:rsidRPr="00B7305F">
        <w:rPr>
          <w:rFonts w:cs="Times New Roman"/>
          <w:color w:val="000000" w:themeColor="text1"/>
          <w:lang w:val="uk-UA"/>
        </w:rPr>
        <w:t xml:space="preserve"> </w:t>
      </w:r>
      <w:r w:rsidR="00D6710D" w:rsidRPr="00B7305F">
        <w:rPr>
          <w:rFonts w:cs="Times New Roman"/>
          <w:color w:val="000000" w:themeColor="text1"/>
          <w:lang w:val="uk-UA"/>
        </w:rPr>
        <w:t>природа</w:t>
      </w:r>
      <w:r w:rsidRPr="00B7305F">
        <w:rPr>
          <w:rFonts w:cs="Times New Roman"/>
          <w:color w:val="000000" w:themeColor="text1"/>
          <w:lang w:val="uk-UA"/>
        </w:rPr>
        <w:t xml:space="preserve"> </w:t>
      </w:r>
      <w:r w:rsidR="00D6710D" w:rsidRPr="00B7305F">
        <w:rPr>
          <w:rFonts w:cs="Times New Roman"/>
          <w:color w:val="000000" w:themeColor="text1"/>
          <w:lang w:val="uk-UA"/>
        </w:rPr>
        <w:t>виявлялася</w:t>
      </w:r>
      <w:r w:rsidRPr="00B7305F">
        <w:rPr>
          <w:rFonts w:cs="Times New Roman"/>
          <w:color w:val="000000" w:themeColor="text1"/>
          <w:lang w:val="uk-UA"/>
        </w:rPr>
        <w:t xml:space="preserve"> </w:t>
      </w:r>
      <w:r w:rsidR="00D6710D" w:rsidRPr="00B7305F">
        <w:rPr>
          <w:rFonts w:cs="Times New Roman"/>
          <w:color w:val="000000" w:themeColor="text1"/>
          <w:lang w:val="uk-UA"/>
        </w:rPr>
        <w:t>передусім</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тому,</w:t>
      </w:r>
      <w:r w:rsidRPr="00B7305F">
        <w:rPr>
          <w:rFonts w:cs="Times New Roman"/>
          <w:color w:val="000000" w:themeColor="text1"/>
          <w:lang w:val="uk-UA"/>
        </w:rPr>
        <w:t xml:space="preserve"> </w:t>
      </w:r>
      <w:r w:rsidR="00D6710D" w:rsidRPr="00B7305F">
        <w:rPr>
          <w:rFonts w:cs="Times New Roman"/>
          <w:color w:val="000000" w:themeColor="text1"/>
          <w:lang w:val="uk-UA"/>
        </w:rPr>
        <w:t>що</w:t>
      </w:r>
      <w:r w:rsidRPr="00B7305F">
        <w:rPr>
          <w:rFonts w:cs="Times New Roman"/>
          <w:color w:val="000000" w:themeColor="text1"/>
          <w:lang w:val="uk-UA"/>
        </w:rPr>
        <w:t xml:space="preserve"> </w:t>
      </w:r>
      <w:r w:rsidR="00D6710D" w:rsidRPr="00B7305F">
        <w:rPr>
          <w:rFonts w:cs="Times New Roman"/>
          <w:color w:val="000000" w:themeColor="text1"/>
          <w:lang w:val="uk-UA"/>
        </w:rPr>
        <w:t>обидва</w:t>
      </w:r>
      <w:r w:rsidRPr="00B7305F">
        <w:rPr>
          <w:rFonts w:cs="Times New Roman"/>
          <w:color w:val="000000" w:themeColor="text1"/>
          <w:lang w:val="uk-UA"/>
        </w:rPr>
        <w:t xml:space="preserve"> </w:t>
      </w:r>
      <w:r w:rsidR="00D6710D" w:rsidRPr="00B7305F">
        <w:rPr>
          <w:rFonts w:cs="Times New Roman"/>
          <w:color w:val="000000" w:themeColor="text1"/>
          <w:lang w:val="uk-UA"/>
        </w:rPr>
        <w:t>мистецтва</w:t>
      </w:r>
      <w:r w:rsidRPr="00B7305F">
        <w:rPr>
          <w:rFonts w:cs="Times New Roman"/>
          <w:color w:val="000000" w:themeColor="text1"/>
          <w:lang w:val="uk-UA"/>
        </w:rPr>
        <w:t xml:space="preserve"> </w:t>
      </w:r>
      <w:r w:rsidR="00D6710D" w:rsidRPr="00B7305F">
        <w:rPr>
          <w:rFonts w:cs="Times New Roman"/>
          <w:color w:val="000000" w:themeColor="text1"/>
          <w:lang w:val="uk-UA"/>
        </w:rPr>
        <w:t>будуються</w:t>
      </w:r>
      <w:r w:rsidRPr="00B7305F">
        <w:rPr>
          <w:rFonts w:cs="Times New Roman"/>
          <w:color w:val="000000" w:themeColor="text1"/>
          <w:lang w:val="uk-UA"/>
        </w:rPr>
        <w:t xml:space="preserve"> </w:t>
      </w:r>
      <w:r w:rsidR="00D6710D" w:rsidRPr="00B7305F">
        <w:rPr>
          <w:rFonts w:cs="Times New Roman"/>
          <w:color w:val="000000" w:themeColor="text1"/>
          <w:lang w:val="uk-UA"/>
        </w:rPr>
        <w:t>навколо</w:t>
      </w:r>
      <w:r w:rsidRPr="00B7305F">
        <w:rPr>
          <w:rFonts w:cs="Times New Roman"/>
          <w:color w:val="000000" w:themeColor="text1"/>
          <w:lang w:val="uk-UA"/>
        </w:rPr>
        <w:t xml:space="preserve"> </w:t>
      </w:r>
      <w:r w:rsidR="00D6710D" w:rsidRPr="00B7305F">
        <w:rPr>
          <w:rFonts w:cs="Times New Roman"/>
          <w:color w:val="000000" w:themeColor="text1"/>
          <w:lang w:val="uk-UA"/>
        </w:rPr>
        <w:t>акторської</w:t>
      </w:r>
      <w:r w:rsidRPr="00B7305F">
        <w:rPr>
          <w:rFonts w:cs="Times New Roman"/>
          <w:color w:val="000000" w:themeColor="text1"/>
          <w:lang w:val="uk-UA"/>
        </w:rPr>
        <w:t xml:space="preserve"> </w:t>
      </w:r>
      <w:r w:rsidR="00D6710D" w:rsidRPr="00B7305F">
        <w:rPr>
          <w:rFonts w:cs="Times New Roman"/>
          <w:color w:val="000000" w:themeColor="text1"/>
          <w:lang w:val="uk-UA"/>
        </w:rPr>
        <w:t>дії</w:t>
      </w:r>
      <w:r w:rsidRPr="00B7305F">
        <w:rPr>
          <w:rFonts w:cs="Times New Roman"/>
          <w:color w:val="000000" w:themeColor="text1"/>
          <w:lang w:val="uk-UA"/>
        </w:rPr>
        <w:t xml:space="preserve"> </w:t>
      </w:r>
      <w:r w:rsidR="00D6710D" w:rsidRPr="00B7305F">
        <w:rPr>
          <w:rFonts w:cs="Times New Roman"/>
          <w:color w:val="000000" w:themeColor="text1"/>
          <w:lang w:val="uk-UA"/>
        </w:rPr>
        <w:t>як</w:t>
      </w:r>
      <w:r w:rsidRPr="00B7305F">
        <w:rPr>
          <w:rFonts w:cs="Times New Roman"/>
          <w:color w:val="000000" w:themeColor="text1"/>
          <w:lang w:val="uk-UA"/>
        </w:rPr>
        <w:t xml:space="preserve"> </w:t>
      </w:r>
      <w:r w:rsidR="00D6710D" w:rsidRPr="00B7305F">
        <w:rPr>
          <w:rFonts w:cs="Times New Roman"/>
          <w:color w:val="000000" w:themeColor="text1"/>
          <w:lang w:val="uk-UA"/>
        </w:rPr>
        <w:t>центрального</w:t>
      </w:r>
      <w:r w:rsidRPr="00B7305F">
        <w:rPr>
          <w:rFonts w:cs="Times New Roman"/>
          <w:color w:val="000000" w:themeColor="text1"/>
          <w:lang w:val="uk-UA"/>
        </w:rPr>
        <w:t xml:space="preserve"> </w:t>
      </w:r>
      <w:r w:rsidR="00D6710D" w:rsidRPr="00B7305F">
        <w:rPr>
          <w:rFonts w:cs="Times New Roman"/>
          <w:color w:val="000000" w:themeColor="text1"/>
          <w:lang w:val="uk-UA"/>
        </w:rPr>
        <w:t>носія</w:t>
      </w:r>
      <w:r w:rsidRPr="00B7305F">
        <w:rPr>
          <w:rFonts w:cs="Times New Roman"/>
          <w:color w:val="000000" w:themeColor="text1"/>
          <w:lang w:val="uk-UA"/>
        </w:rPr>
        <w:t xml:space="preserve"> </w:t>
      </w:r>
      <w:r w:rsidR="00D6710D" w:rsidRPr="00B7305F">
        <w:rPr>
          <w:rFonts w:cs="Times New Roman"/>
          <w:color w:val="000000" w:themeColor="text1"/>
          <w:lang w:val="uk-UA"/>
        </w:rPr>
        <w:t>смислу.</w:t>
      </w:r>
      <w:r w:rsidRPr="00B7305F">
        <w:rPr>
          <w:rFonts w:cs="Times New Roman"/>
          <w:color w:val="000000" w:themeColor="text1"/>
          <w:lang w:val="uk-UA"/>
        </w:rPr>
        <w:t xml:space="preserve"> </w:t>
      </w:r>
      <w:r w:rsidR="00D6710D" w:rsidRPr="00B7305F">
        <w:rPr>
          <w:rFonts w:cs="Times New Roman"/>
          <w:color w:val="000000" w:themeColor="text1"/>
          <w:lang w:val="uk-UA"/>
        </w:rPr>
        <w:t>Якщо</w:t>
      </w:r>
      <w:r w:rsidRPr="00B7305F">
        <w:rPr>
          <w:rFonts w:cs="Times New Roman"/>
          <w:color w:val="000000" w:themeColor="text1"/>
          <w:lang w:val="uk-UA"/>
        </w:rPr>
        <w:t xml:space="preserve"> </w:t>
      </w:r>
      <w:r w:rsidR="00D6710D" w:rsidRPr="00B7305F">
        <w:rPr>
          <w:rFonts w:cs="Times New Roman"/>
          <w:color w:val="000000" w:themeColor="text1"/>
          <w:lang w:val="uk-UA"/>
        </w:rPr>
        <w:t>театр</w:t>
      </w:r>
      <w:r w:rsidRPr="00B7305F">
        <w:rPr>
          <w:rFonts w:cs="Times New Roman"/>
          <w:color w:val="000000" w:themeColor="text1"/>
          <w:lang w:val="uk-UA"/>
        </w:rPr>
        <w:t xml:space="preserve"> </w:t>
      </w:r>
      <w:r w:rsidR="00D6710D" w:rsidRPr="00B7305F">
        <w:rPr>
          <w:rFonts w:cs="Times New Roman"/>
          <w:color w:val="000000" w:themeColor="text1"/>
          <w:lang w:val="uk-UA"/>
        </w:rPr>
        <w:t>фіксує</w:t>
      </w:r>
      <w:r w:rsidRPr="00B7305F">
        <w:rPr>
          <w:rFonts w:cs="Times New Roman"/>
          <w:color w:val="000000" w:themeColor="text1"/>
          <w:lang w:val="uk-UA"/>
        </w:rPr>
        <w:t xml:space="preserve"> </w:t>
      </w:r>
      <w:r w:rsidR="00D6710D" w:rsidRPr="00B7305F">
        <w:rPr>
          <w:rFonts w:cs="Times New Roman"/>
          <w:color w:val="000000" w:themeColor="text1"/>
          <w:lang w:val="uk-UA"/>
        </w:rPr>
        <w:t>живу,</w:t>
      </w:r>
      <w:r w:rsidRPr="00B7305F">
        <w:rPr>
          <w:rFonts w:cs="Times New Roman"/>
          <w:color w:val="000000" w:themeColor="text1"/>
          <w:lang w:val="uk-UA"/>
        </w:rPr>
        <w:t xml:space="preserve"> </w:t>
      </w:r>
      <w:r w:rsidR="00D6710D" w:rsidRPr="00B7305F">
        <w:rPr>
          <w:rFonts w:cs="Times New Roman"/>
          <w:color w:val="000000" w:themeColor="text1"/>
          <w:lang w:val="uk-UA"/>
        </w:rPr>
        <w:t>неповторну</w:t>
      </w:r>
      <w:r w:rsidRPr="00B7305F">
        <w:rPr>
          <w:rFonts w:cs="Times New Roman"/>
          <w:color w:val="000000" w:themeColor="text1"/>
          <w:lang w:val="uk-UA"/>
        </w:rPr>
        <w:t xml:space="preserve"> </w:t>
      </w:r>
      <w:r w:rsidR="00D6710D" w:rsidRPr="00B7305F">
        <w:rPr>
          <w:rFonts w:cs="Times New Roman"/>
          <w:color w:val="000000" w:themeColor="text1"/>
          <w:lang w:val="uk-UA"/>
        </w:rPr>
        <w:t>миттєвість</w:t>
      </w:r>
      <w:r w:rsidRPr="00B7305F">
        <w:rPr>
          <w:rFonts w:cs="Times New Roman"/>
          <w:color w:val="000000" w:themeColor="text1"/>
          <w:lang w:val="uk-UA"/>
        </w:rPr>
        <w:t xml:space="preserve"> </w:t>
      </w:r>
      <w:r w:rsidR="00D6710D" w:rsidRPr="00B7305F">
        <w:rPr>
          <w:rFonts w:cs="Times New Roman"/>
          <w:color w:val="000000" w:themeColor="text1"/>
          <w:lang w:val="uk-UA"/>
        </w:rPr>
        <w:t>емоційного</w:t>
      </w:r>
      <w:r w:rsidRPr="00B7305F">
        <w:rPr>
          <w:rFonts w:cs="Times New Roman"/>
          <w:color w:val="000000" w:themeColor="text1"/>
          <w:lang w:val="uk-UA"/>
        </w:rPr>
        <w:t xml:space="preserve"> </w:t>
      </w:r>
      <w:r w:rsidR="00D6710D" w:rsidRPr="00B7305F">
        <w:rPr>
          <w:rFonts w:cs="Times New Roman"/>
          <w:color w:val="000000" w:themeColor="text1"/>
          <w:lang w:val="uk-UA"/>
        </w:rPr>
        <w:t>стану,</w:t>
      </w:r>
      <w:r w:rsidRPr="00B7305F">
        <w:rPr>
          <w:rFonts w:cs="Times New Roman"/>
          <w:color w:val="000000" w:themeColor="text1"/>
          <w:lang w:val="uk-UA"/>
        </w:rPr>
        <w:t xml:space="preserve"> </w:t>
      </w:r>
      <w:r w:rsidR="00D6710D" w:rsidRPr="00B7305F">
        <w:rPr>
          <w:rFonts w:cs="Times New Roman"/>
          <w:color w:val="000000" w:themeColor="text1"/>
          <w:lang w:val="uk-UA"/>
        </w:rPr>
        <w:t>то</w:t>
      </w:r>
      <w:r w:rsidRPr="00B7305F">
        <w:rPr>
          <w:rFonts w:cs="Times New Roman"/>
          <w:color w:val="000000" w:themeColor="text1"/>
          <w:lang w:val="uk-UA"/>
        </w:rPr>
        <w:t xml:space="preserve"> </w:t>
      </w:r>
      <w:r w:rsidR="00D6710D" w:rsidRPr="00B7305F">
        <w:rPr>
          <w:rFonts w:cs="Times New Roman"/>
          <w:color w:val="000000" w:themeColor="text1"/>
          <w:lang w:val="uk-UA"/>
        </w:rPr>
        <w:t>кіно</w:t>
      </w:r>
      <w:r w:rsidRPr="00B7305F">
        <w:rPr>
          <w:rFonts w:cs="Times New Roman"/>
          <w:color w:val="000000" w:themeColor="text1"/>
          <w:lang w:val="uk-UA"/>
        </w:rPr>
        <w:t xml:space="preserve"> </w:t>
      </w:r>
      <w:r w:rsidR="00D6710D" w:rsidRPr="00B7305F">
        <w:rPr>
          <w:rFonts w:cs="Times New Roman"/>
          <w:color w:val="000000" w:themeColor="text1"/>
          <w:lang w:val="uk-UA"/>
        </w:rPr>
        <w:t>надає</w:t>
      </w:r>
      <w:r w:rsidRPr="00B7305F">
        <w:rPr>
          <w:rFonts w:cs="Times New Roman"/>
          <w:color w:val="000000" w:themeColor="text1"/>
          <w:lang w:val="uk-UA"/>
        </w:rPr>
        <w:t xml:space="preserve"> </w:t>
      </w:r>
      <w:r w:rsidR="00D6710D" w:rsidRPr="00B7305F">
        <w:rPr>
          <w:rFonts w:cs="Times New Roman"/>
          <w:color w:val="000000" w:themeColor="text1"/>
          <w:lang w:val="uk-UA"/>
        </w:rPr>
        <w:t>цій</w:t>
      </w:r>
      <w:r w:rsidRPr="00B7305F">
        <w:rPr>
          <w:rFonts w:cs="Times New Roman"/>
          <w:color w:val="000000" w:themeColor="text1"/>
          <w:lang w:val="uk-UA"/>
        </w:rPr>
        <w:t xml:space="preserve"> </w:t>
      </w:r>
      <w:r w:rsidR="00D6710D" w:rsidRPr="00B7305F">
        <w:rPr>
          <w:rFonts w:cs="Times New Roman"/>
          <w:color w:val="000000" w:themeColor="text1"/>
          <w:lang w:val="uk-UA"/>
        </w:rPr>
        <w:t>миттєвості</w:t>
      </w:r>
      <w:r w:rsidRPr="00B7305F">
        <w:rPr>
          <w:rFonts w:cs="Times New Roman"/>
          <w:color w:val="000000" w:themeColor="text1"/>
          <w:lang w:val="uk-UA"/>
        </w:rPr>
        <w:t xml:space="preserve"> </w:t>
      </w:r>
      <w:r w:rsidR="00D6710D" w:rsidRPr="00B7305F">
        <w:rPr>
          <w:rFonts w:cs="Times New Roman"/>
          <w:color w:val="000000" w:themeColor="text1"/>
          <w:lang w:val="uk-UA"/>
        </w:rPr>
        <w:t>тривалості,</w:t>
      </w:r>
      <w:r w:rsidRPr="00B7305F">
        <w:rPr>
          <w:rFonts w:cs="Times New Roman"/>
          <w:color w:val="000000" w:themeColor="text1"/>
          <w:lang w:val="uk-UA"/>
        </w:rPr>
        <w:t xml:space="preserve"> </w:t>
      </w:r>
      <w:r w:rsidR="00D6710D" w:rsidRPr="00B7305F">
        <w:rPr>
          <w:rFonts w:cs="Times New Roman"/>
          <w:color w:val="000000" w:themeColor="text1"/>
          <w:lang w:val="uk-UA"/>
        </w:rPr>
        <w:t>перетворюючи</w:t>
      </w:r>
      <w:r w:rsidRPr="00B7305F">
        <w:rPr>
          <w:rFonts w:cs="Times New Roman"/>
          <w:color w:val="000000" w:themeColor="text1"/>
          <w:lang w:val="uk-UA"/>
        </w:rPr>
        <w:t xml:space="preserve"> </w:t>
      </w:r>
      <w:r w:rsidR="00D6710D" w:rsidRPr="00B7305F">
        <w:rPr>
          <w:rFonts w:cs="Times New Roman"/>
          <w:color w:val="000000" w:themeColor="text1"/>
          <w:lang w:val="uk-UA"/>
        </w:rPr>
        <w:t>її</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lastRenderedPageBreak/>
        <w:t>художній</w:t>
      </w:r>
      <w:r w:rsidRPr="00B7305F">
        <w:rPr>
          <w:rFonts w:cs="Times New Roman"/>
          <w:color w:val="000000" w:themeColor="text1"/>
          <w:lang w:val="uk-UA"/>
        </w:rPr>
        <w:t xml:space="preserve"> </w:t>
      </w:r>
      <w:r w:rsidR="00D6710D" w:rsidRPr="00B7305F">
        <w:rPr>
          <w:rFonts w:cs="Times New Roman"/>
          <w:color w:val="000000" w:themeColor="text1"/>
          <w:lang w:val="uk-UA"/>
        </w:rPr>
        <w:t>факт,</w:t>
      </w:r>
      <w:r w:rsidRPr="00B7305F">
        <w:rPr>
          <w:rFonts w:cs="Times New Roman"/>
          <w:color w:val="000000" w:themeColor="text1"/>
          <w:lang w:val="uk-UA"/>
        </w:rPr>
        <w:t xml:space="preserve"> </w:t>
      </w:r>
      <w:r w:rsidR="00D6710D" w:rsidRPr="00B7305F">
        <w:rPr>
          <w:rFonts w:cs="Times New Roman"/>
          <w:color w:val="000000" w:themeColor="text1"/>
          <w:lang w:val="uk-UA"/>
        </w:rPr>
        <w:t>відтворюваний</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часі.</w:t>
      </w:r>
      <w:r w:rsidRPr="00B7305F">
        <w:rPr>
          <w:rFonts w:cs="Times New Roman"/>
          <w:color w:val="000000" w:themeColor="text1"/>
          <w:lang w:val="uk-UA"/>
        </w:rPr>
        <w:t xml:space="preserve"> </w:t>
      </w:r>
      <w:r w:rsidR="00D6710D" w:rsidRPr="00B7305F">
        <w:rPr>
          <w:rFonts w:cs="Times New Roman"/>
          <w:color w:val="000000" w:themeColor="text1"/>
          <w:lang w:val="uk-UA"/>
        </w:rPr>
        <w:t>Таким</w:t>
      </w:r>
      <w:r w:rsidRPr="00B7305F">
        <w:rPr>
          <w:rFonts w:cs="Times New Roman"/>
          <w:color w:val="000000" w:themeColor="text1"/>
          <w:lang w:val="uk-UA"/>
        </w:rPr>
        <w:t xml:space="preserve"> </w:t>
      </w:r>
      <w:r w:rsidR="00D6710D" w:rsidRPr="00B7305F">
        <w:rPr>
          <w:rFonts w:cs="Times New Roman"/>
          <w:color w:val="000000" w:themeColor="text1"/>
          <w:lang w:val="uk-UA"/>
        </w:rPr>
        <w:t>чином,</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D6710D" w:rsidRPr="00B7305F">
        <w:rPr>
          <w:rFonts w:cs="Times New Roman"/>
          <w:color w:val="000000" w:themeColor="text1"/>
          <w:lang w:val="uk-UA"/>
        </w:rPr>
        <w:t>розширює</w:t>
      </w:r>
      <w:r w:rsidRPr="00B7305F">
        <w:rPr>
          <w:rFonts w:cs="Times New Roman"/>
          <w:color w:val="000000" w:themeColor="text1"/>
          <w:lang w:val="uk-UA"/>
        </w:rPr>
        <w:t xml:space="preserve"> </w:t>
      </w:r>
      <w:r w:rsidR="00D6710D" w:rsidRPr="00B7305F">
        <w:rPr>
          <w:rFonts w:cs="Times New Roman"/>
          <w:color w:val="000000" w:themeColor="text1"/>
          <w:lang w:val="uk-UA"/>
        </w:rPr>
        <w:t>можливості</w:t>
      </w:r>
      <w:r w:rsidRPr="00B7305F">
        <w:rPr>
          <w:rFonts w:cs="Times New Roman"/>
          <w:color w:val="000000" w:themeColor="text1"/>
          <w:lang w:val="uk-UA"/>
        </w:rPr>
        <w:t xml:space="preserve"> </w:t>
      </w:r>
      <w:r w:rsidR="00D6710D" w:rsidRPr="00B7305F">
        <w:rPr>
          <w:rFonts w:cs="Times New Roman"/>
          <w:color w:val="000000" w:themeColor="text1"/>
          <w:lang w:val="uk-UA"/>
        </w:rPr>
        <w:t>сценічного</w:t>
      </w:r>
      <w:r w:rsidRPr="00B7305F">
        <w:rPr>
          <w:rFonts w:cs="Times New Roman"/>
          <w:color w:val="000000" w:themeColor="text1"/>
          <w:lang w:val="uk-UA"/>
        </w:rPr>
        <w:t xml:space="preserve"> </w:t>
      </w:r>
      <w:r w:rsidR="00D6710D" w:rsidRPr="00B7305F">
        <w:rPr>
          <w:rFonts w:cs="Times New Roman"/>
          <w:color w:val="000000" w:themeColor="text1"/>
          <w:lang w:val="uk-UA"/>
        </w:rPr>
        <w:t>переживання,</w:t>
      </w:r>
      <w:r w:rsidRPr="00B7305F">
        <w:rPr>
          <w:rFonts w:cs="Times New Roman"/>
          <w:color w:val="000000" w:themeColor="text1"/>
          <w:lang w:val="uk-UA"/>
        </w:rPr>
        <w:t xml:space="preserve"> </w:t>
      </w:r>
      <w:r w:rsidR="00D6710D" w:rsidRPr="00B7305F">
        <w:rPr>
          <w:rFonts w:cs="Times New Roman"/>
          <w:color w:val="000000" w:themeColor="text1"/>
          <w:lang w:val="uk-UA"/>
        </w:rPr>
        <w:t>переводячи</w:t>
      </w:r>
      <w:r w:rsidRPr="00B7305F">
        <w:rPr>
          <w:rFonts w:cs="Times New Roman"/>
          <w:color w:val="000000" w:themeColor="text1"/>
          <w:lang w:val="uk-UA"/>
        </w:rPr>
        <w:t xml:space="preserve"> </w:t>
      </w:r>
      <w:r w:rsidR="00D6710D" w:rsidRPr="00B7305F">
        <w:rPr>
          <w:rFonts w:cs="Times New Roman"/>
          <w:color w:val="000000" w:themeColor="text1"/>
          <w:lang w:val="uk-UA"/>
        </w:rPr>
        <w:t>його</w:t>
      </w:r>
      <w:r w:rsidRPr="00B7305F">
        <w:rPr>
          <w:rFonts w:cs="Times New Roman"/>
          <w:color w:val="000000" w:themeColor="text1"/>
          <w:lang w:val="uk-UA"/>
        </w:rPr>
        <w:t xml:space="preserve"> </w:t>
      </w:r>
      <w:r w:rsidR="00D6710D" w:rsidRPr="00B7305F">
        <w:rPr>
          <w:rFonts w:cs="Times New Roman"/>
          <w:color w:val="000000" w:themeColor="text1"/>
          <w:lang w:val="uk-UA"/>
        </w:rPr>
        <w:t>з</w:t>
      </w:r>
      <w:r w:rsidRPr="00B7305F">
        <w:rPr>
          <w:rFonts w:cs="Times New Roman"/>
          <w:color w:val="000000" w:themeColor="text1"/>
          <w:lang w:val="uk-UA"/>
        </w:rPr>
        <w:t xml:space="preserve"> </w:t>
      </w:r>
      <w:r w:rsidR="00D6710D" w:rsidRPr="00B7305F">
        <w:rPr>
          <w:rFonts w:cs="Times New Roman"/>
          <w:color w:val="000000" w:themeColor="text1"/>
          <w:lang w:val="uk-UA"/>
        </w:rPr>
        <w:t>площини</w:t>
      </w:r>
      <w:r w:rsidRPr="00B7305F">
        <w:rPr>
          <w:rFonts w:cs="Times New Roman"/>
          <w:color w:val="000000" w:themeColor="text1"/>
          <w:lang w:val="uk-UA"/>
        </w:rPr>
        <w:t xml:space="preserve"> </w:t>
      </w:r>
      <w:r w:rsidR="00D6710D" w:rsidRPr="00B7305F">
        <w:rPr>
          <w:rFonts w:cs="Times New Roman"/>
          <w:color w:val="000000" w:themeColor="text1"/>
          <w:lang w:val="uk-UA"/>
        </w:rPr>
        <w:t>«тут</w:t>
      </w:r>
      <w:r w:rsidRPr="00B7305F">
        <w:rPr>
          <w:rFonts w:cs="Times New Roman"/>
          <w:color w:val="000000" w:themeColor="text1"/>
          <w:lang w:val="uk-UA"/>
        </w:rPr>
        <w:t xml:space="preserve"> </w:t>
      </w:r>
      <w:r w:rsidR="00D6710D" w:rsidRPr="00B7305F">
        <w:rPr>
          <w:rFonts w:cs="Times New Roman"/>
          <w:color w:val="000000" w:themeColor="text1"/>
          <w:lang w:val="uk-UA"/>
        </w:rPr>
        <w:t>і</w:t>
      </w:r>
      <w:r w:rsidRPr="00B7305F">
        <w:rPr>
          <w:rFonts w:cs="Times New Roman"/>
          <w:color w:val="000000" w:themeColor="text1"/>
          <w:lang w:val="uk-UA"/>
        </w:rPr>
        <w:t xml:space="preserve"> </w:t>
      </w:r>
      <w:r w:rsidR="00D6710D" w:rsidRPr="00B7305F">
        <w:rPr>
          <w:rFonts w:cs="Times New Roman"/>
          <w:color w:val="000000" w:themeColor="text1"/>
          <w:lang w:val="uk-UA"/>
        </w:rPr>
        <w:t>тепер»</w:t>
      </w:r>
      <w:r w:rsidRPr="00B7305F">
        <w:rPr>
          <w:rFonts w:cs="Times New Roman"/>
          <w:color w:val="000000" w:themeColor="text1"/>
          <w:lang w:val="uk-UA"/>
        </w:rPr>
        <w:t xml:space="preserve"> </w:t>
      </w:r>
      <w:r w:rsidR="00D6710D" w:rsidRPr="00B7305F">
        <w:rPr>
          <w:rFonts w:cs="Times New Roman"/>
          <w:color w:val="000000" w:themeColor="text1"/>
          <w:lang w:val="uk-UA"/>
        </w:rPr>
        <w:t>у</w:t>
      </w:r>
      <w:r w:rsidRPr="00B7305F">
        <w:rPr>
          <w:rFonts w:cs="Times New Roman"/>
          <w:color w:val="000000" w:themeColor="text1"/>
          <w:lang w:val="uk-UA"/>
        </w:rPr>
        <w:t xml:space="preserve"> </w:t>
      </w:r>
      <w:r w:rsidR="00D6710D" w:rsidRPr="00B7305F">
        <w:rPr>
          <w:rFonts w:cs="Times New Roman"/>
          <w:color w:val="000000" w:themeColor="text1"/>
          <w:lang w:val="uk-UA"/>
        </w:rPr>
        <w:t>площину</w:t>
      </w:r>
      <w:r w:rsidRPr="00B7305F">
        <w:rPr>
          <w:rFonts w:cs="Times New Roman"/>
          <w:color w:val="000000" w:themeColor="text1"/>
          <w:lang w:val="uk-UA"/>
        </w:rPr>
        <w:t xml:space="preserve"> </w:t>
      </w:r>
      <w:r w:rsidR="00D6710D" w:rsidRPr="00B7305F">
        <w:rPr>
          <w:rFonts w:cs="Times New Roman"/>
          <w:color w:val="000000" w:themeColor="text1"/>
          <w:lang w:val="uk-UA"/>
        </w:rPr>
        <w:t>«завжди</w:t>
      </w:r>
      <w:r w:rsidRPr="00B7305F">
        <w:rPr>
          <w:rFonts w:cs="Times New Roman"/>
          <w:color w:val="000000" w:themeColor="text1"/>
          <w:lang w:val="uk-UA"/>
        </w:rPr>
        <w:t xml:space="preserve"> </w:t>
      </w:r>
      <w:r w:rsidR="00D6710D" w:rsidRPr="00B7305F">
        <w:rPr>
          <w:rFonts w:cs="Times New Roman"/>
          <w:color w:val="000000" w:themeColor="text1"/>
          <w:lang w:val="uk-UA"/>
        </w:rPr>
        <w:t>і</w:t>
      </w:r>
      <w:r w:rsidRPr="00B7305F">
        <w:rPr>
          <w:rFonts w:cs="Times New Roman"/>
          <w:color w:val="000000" w:themeColor="text1"/>
          <w:lang w:val="uk-UA"/>
        </w:rPr>
        <w:t xml:space="preserve"> </w:t>
      </w:r>
      <w:r w:rsidR="00D6710D" w:rsidRPr="00B7305F">
        <w:rPr>
          <w:rFonts w:cs="Times New Roman"/>
          <w:color w:val="000000" w:themeColor="text1"/>
          <w:lang w:val="uk-UA"/>
        </w:rPr>
        <w:t>всюди»,</w:t>
      </w:r>
      <w:r w:rsidRPr="00B7305F">
        <w:rPr>
          <w:rFonts w:cs="Times New Roman"/>
          <w:color w:val="000000" w:themeColor="text1"/>
          <w:lang w:val="uk-UA"/>
        </w:rPr>
        <w:t xml:space="preserve"> </w:t>
      </w:r>
      <w:r w:rsidR="00D6710D" w:rsidRPr="00B7305F">
        <w:rPr>
          <w:rFonts w:cs="Times New Roman"/>
          <w:color w:val="000000" w:themeColor="text1"/>
          <w:lang w:val="uk-UA"/>
        </w:rPr>
        <w:t>де</w:t>
      </w:r>
      <w:r w:rsidRPr="00B7305F">
        <w:rPr>
          <w:rFonts w:cs="Times New Roman"/>
          <w:color w:val="000000" w:themeColor="text1"/>
          <w:lang w:val="uk-UA"/>
        </w:rPr>
        <w:t xml:space="preserve"> </w:t>
      </w:r>
      <w:r w:rsidR="00D6710D" w:rsidRPr="00B7305F">
        <w:rPr>
          <w:rFonts w:cs="Times New Roman"/>
          <w:color w:val="000000" w:themeColor="text1"/>
          <w:lang w:val="uk-UA"/>
        </w:rPr>
        <w:t>кожен</w:t>
      </w:r>
      <w:r w:rsidRPr="00B7305F">
        <w:rPr>
          <w:rFonts w:cs="Times New Roman"/>
          <w:color w:val="000000" w:themeColor="text1"/>
          <w:lang w:val="uk-UA"/>
        </w:rPr>
        <w:t xml:space="preserve"> </w:t>
      </w:r>
      <w:r w:rsidR="00D6710D" w:rsidRPr="00B7305F">
        <w:rPr>
          <w:rFonts w:cs="Times New Roman"/>
          <w:color w:val="000000" w:themeColor="text1"/>
          <w:lang w:val="uk-UA"/>
        </w:rPr>
        <w:t>перегляд</w:t>
      </w:r>
      <w:r w:rsidRPr="00B7305F">
        <w:rPr>
          <w:rFonts w:cs="Times New Roman"/>
          <w:color w:val="000000" w:themeColor="text1"/>
          <w:lang w:val="uk-UA"/>
        </w:rPr>
        <w:t xml:space="preserve"> </w:t>
      </w:r>
      <w:r w:rsidR="00D6710D" w:rsidRPr="00B7305F">
        <w:rPr>
          <w:rFonts w:cs="Times New Roman"/>
          <w:color w:val="000000" w:themeColor="text1"/>
          <w:lang w:val="uk-UA"/>
        </w:rPr>
        <w:t>закріплює</w:t>
      </w:r>
      <w:r w:rsidRPr="00B7305F">
        <w:rPr>
          <w:rFonts w:cs="Times New Roman"/>
          <w:color w:val="000000" w:themeColor="text1"/>
          <w:lang w:val="uk-UA"/>
        </w:rPr>
        <w:t xml:space="preserve"> </w:t>
      </w:r>
      <w:r w:rsidR="00D6710D" w:rsidRPr="00B7305F">
        <w:rPr>
          <w:rFonts w:cs="Times New Roman"/>
          <w:color w:val="000000" w:themeColor="text1"/>
          <w:lang w:val="uk-UA"/>
        </w:rPr>
        <w:t>акторську</w:t>
      </w:r>
      <w:r w:rsidRPr="00B7305F">
        <w:rPr>
          <w:rFonts w:cs="Times New Roman"/>
          <w:color w:val="000000" w:themeColor="text1"/>
          <w:lang w:val="uk-UA"/>
        </w:rPr>
        <w:t xml:space="preserve"> </w:t>
      </w:r>
      <w:r w:rsidR="00D6710D" w:rsidRPr="00B7305F">
        <w:rPr>
          <w:rFonts w:cs="Times New Roman"/>
          <w:color w:val="000000" w:themeColor="text1"/>
          <w:lang w:val="uk-UA"/>
        </w:rPr>
        <w:t>дію</w:t>
      </w:r>
      <w:r w:rsidRPr="00B7305F">
        <w:rPr>
          <w:rFonts w:cs="Times New Roman"/>
          <w:color w:val="000000" w:themeColor="text1"/>
          <w:lang w:val="uk-UA"/>
        </w:rPr>
        <w:t xml:space="preserve"> </w:t>
      </w:r>
      <w:r w:rsidR="00D6710D" w:rsidRPr="00B7305F">
        <w:rPr>
          <w:rFonts w:cs="Times New Roman"/>
          <w:color w:val="000000" w:themeColor="text1"/>
          <w:lang w:val="uk-UA"/>
        </w:rPr>
        <w:t>як</w:t>
      </w:r>
      <w:r w:rsidRPr="00B7305F">
        <w:rPr>
          <w:rFonts w:cs="Times New Roman"/>
          <w:color w:val="000000" w:themeColor="text1"/>
          <w:lang w:val="uk-UA"/>
        </w:rPr>
        <w:t xml:space="preserve"> </w:t>
      </w:r>
      <w:r w:rsidR="00D6710D" w:rsidRPr="00B7305F">
        <w:rPr>
          <w:rFonts w:cs="Times New Roman"/>
          <w:color w:val="000000" w:themeColor="text1"/>
          <w:lang w:val="uk-UA"/>
        </w:rPr>
        <w:t>вже</w:t>
      </w:r>
      <w:r w:rsidRPr="00B7305F">
        <w:rPr>
          <w:rFonts w:cs="Times New Roman"/>
          <w:color w:val="000000" w:themeColor="text1"/>
          <w:lang w:val="uk-UA"/>
        </w:rPr>
        <w:t xml:space="preserve"> </w:t>
      </w:r>
      <w:r w:rsidR="00D6710D" w:rsidRPr="00B7305F">
        <w:rPr>
          <w:rFonts w:cs="Times New Roman"/>
          <w:color w:val="000000" w:themeColor="text1"/>
          <w:lang w:val="uk-UA"/>
        </w:rPr>
        <w:t>завершений,</w:t>
      </w:r>
      <w:r w:rsidRPr="00B7305F">
        <w:rPr>
          <w:rFonts w:cs="Times New Roman"/>
          <w:color w:val="000000" w:themeColor="text1"/>
          <w:lang w:val="uk-UA"/>
        </w:rPr>
        <w:t xml:space="preserve"> </w:t>
      </w:r>
      <w:r w:rsidR="00D6710D" w:rsidRPr="00B7305F">
        <w:rPr>
          <w:rFonts w:cs="Times New Roman"/>
          <w:color w:val="000000" w:themeColor="text1"/>
          <w:lang w:val="uk-UA"/>
        </w:rPr>
        <w:t>але</w:t>
      </w:r>
      <w:r w:rsidRPr="00B7305F">
        <w:rPr>
          <w:rFonts w:cs="Times New Roman"/>
          <w:color w:val="000000" w:themeColor="text1"/>
          <w:lang w:val="uk-UA"/>
        </w:rPr>
        <w:t xml:space="preserve"> </w:t>
      </w:r>
      <w:r w:rsidR="00D6710D" w:rsidRPr="00B7305F">
        <w:rPr>
          <w:rFonts w:cs="Times New Roman"/>
          <w:color w:val="000000" w:themeColor="text1"/>
          <w:lang w:val="uk-UA"/>
        </w:rPr>
        <w:t>щоразу</w:t>
      </w:r>
      <w:r w:rsidRPr="00B7305F">
        <w:rPr>
          <w:rFonts w:cs="Times New Roman"/>
          <w:color w:val="000000" w:themeColor="text1"/>
          <w:lang w:val="uk-UA"/>
        </w:rPr>
        <w:t xml:space="preserve"> </w:t>
      </w:r>
      <w:r w:rsidR="00D6710D" w:rsidRPr="00B7305F">
        <w:rPr>
          <w:rFonts w:cs="Times New Roman"/>
          <w:color w:val="000000" w:themeColor="text1"/>
          <w:lang w:val="uk-UA"/>
        </w:rPr>
        <w:t>заново</w:t>
      </w:r>
      <w:r w:rsidRPr="00B7305F">
        <w:rPr>
          <w:rFonts w:cs="Times New Roman"/>
          <w:color w:val="000000" w:themeColor="text1"/>
          <w:lang w:val="uk-UA"/>
        </w:rPr>
        <w:t xml:space="preserve"> </w:t>
      </w:r>
      <w:r w:rsidR="00D6710D" w:rsidRPr="00B7305F">
        <w:rPr>
          <w:rFonts w:cs="Times New Roman"/>
          <w:color w:val="000000" w:themeColor="text1"/>
          <w:lang w:val="uk-UA"/>
        </w:rPr>
        <w:t>переживаний</w:t>
      </w:r>
      <w:r w:rsidRPr="00B7305F">
        <w:rPr>
          <w:rFonts w:cs="Times New Roman"/>
          <w:color w:val="000000" w:themeColor="text1"/>
          <w:lang w:val="uk-UA"/>
        </w:rPr>
        <w:t xml:space="preserve"> </w:t>
      </w:r>
      <w:r w:rsidR="00D6710D" w:rsidRPr="00B7305F">
        <w:rPr>
          <w:rFonts w:cs="Times New Roman"/>
          <w:color w:val="000000" w:themeColor="text1"/>
          <w:lang w:val="uk-UA"/>
        </w:rPr>
        <w:t>глядачем</w:t>
      </w:r>
      <w:r w:rsidRPr="00B7305F">
        <w:rPr>
          <w:rFonts w:cs="Times New Roman"/>
          <w:color w:val="000000" w:themeColor="text1"/>
          <w:lang w:val="uk-UA"/>
        </w:rPr>
        <w:t xml:space="preserve"> </w:t>
      </w:r>
      <w:r w:rsidR="00D6710D" w:rsidRPr="00B7305F">
        <w:rPr>
          <w:rFonts w:cs="Times New Roman"/>
          <w:color w:val="000000" w:themeColor="text1"/>
          <w:lang w:val="uk-UA"/>
        </w:rPr>
        <w:t>жест.</w:t>
      </w:r>
    </w:p>
    <w:p w14:paraId="35408285" w14:textId="4E5D2349" w:rsidR="00D6710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6710D" w:rsidRPr="00B7305F">
        <w:rPr>
          <w:rFonts w:cs="Times New Roman"/>
          <w:color w:val="000000" w:themeColor="text1"/>
          <w:lang w:val="uk-UA"/>
        </w:rPr>
        <w:t>Саме</w:t>
      </w:r>
      <w:r w:rsidRPr="00B7305F">
        <w:rPr>
          <w:rFonts w:cs="Times New Roman"/>
          <w:color w:val="000000" w:themeColor="text1"/>
          <w:lang w:val="uk-UA"/>
        </w:rPr>
        <w:t xml:space="preserve"> </w:t>
      </w:r>
      <w:r w:rsidR="00D6710D" w:rsidRPr="00B7305F">
        <w:rPr>
          <w:rFonts w:cs="Times New Roman"/>
          <w:color w:val="000000" w:themeColor="text1"/>
          <w:lang w:val="uk-UA"/>
        </w:rPr>
        <w:t>ця</w:t>
      </w:r>
      <w:r w:rsidRPr="00B7305F">
        <w:rPr>
          <w:rFonts w:cs="Times New Roman"/>
          <w:color w:val="000000" w:themeColor="text1"/>
          <w:lang w:val="uk-UA"/>
        </w:rPr>
        <w:t xml:space="preserve"> </w:t>
      </w:r>
      <w:r w:rsidR="00D6710D" w:rsidRPr="00B7305F">
        <w:rPr>
          <w:rFonts w:cs="Times New Roman"/>
          <w:color w:val="000000" w:themeColor="text1"/>
          <w:lang w:val="uk-UA"/>
        </w:rPr>
        <w:t>взаємодія</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між</w:t>
      </w:r>
      <w:r w:rsidRPr="00B7305F">
        <w:rPr>
          <w:rFonts w:cs="Times New Roman"/>
          <w:color w:val="000000" w:themeColor="text1"/>
          <w:lang w:val="uk-UA"/>
        </w:rPr>
        <w:t xml:space="preserve"> </w:t>
      </w:r>
      <w:r w:rsidR="00D6710D" w:rsidRPr="00B7305F">
        <w:rPr>
          <w:rFonts w:cs="Times New Roman"/>
          <w:color w:val="000000" w:themeColor="text1"/>
          <w:lang w:val="uk-UA"/>
        </w:rPr>
        <w:t>спонтанністю</w:t>
      </w:r>
      <w:r w:rsidRPr="00B7305F">
        <w:rPr>
          <w:rFonts w:cs="Times New Roman"/>
          <w:color w:val="000000" w:themeColor="text1"/>
          <w:lang w:val="uk-UA"/>
        </w:rPr>
        <w:t xml:space="preserve"> </w:t>
      </w:r>
      <w:r w:rsidR="00D6710D" w:rsidRPr="00B7305F">
        <w:rPr>
          <w:rFonts w:cs="Times New Roman"/>
          <w:color w:val="000000" w:themeColor="text1"/>
          <w:lang w:val="uk-UA"/>
        </w:rPr>
        <w:t>театру</w:t>
      </w:r>
      <w:r w:rsidRPr="00B7305F">
        <w:rPr>
          <w:rFonts w:cs="Times New Roman"/>
          <w:color w:val="000000" w:themeColor="text1"/>
          <w:lang w:val="uk-UA"/>
        </w:rPr>
        <w:t xml:space="preserve"> </w:t>
      </w:r>
      <w:r w:rsidR="00D6710D" w:rsidRPr="00B7305F">
        <w:rPr>
          <w:rFonts w:cs="Times New Roman"/>
          <w:color w:val="000000" w:themeColor="text1"/>
          <w:lang w:val="uk-UA"/>
        </w:rPr>
        <w:t>та</w:t>
      </w:r>
      <w:r w:rsidRPr="00B7305F">
        <w:rPr>
          <w:rFonts w:cs="Times New Roman"/>
          <w:color w:val="000000" w:themeColor="text1"/>
          <w:lang w:val="uk-UA"/>
        </w:rPr>
        <w:t xml:space="preserve"> </w:t>
      </w:r>
      <w:r w:rsidR="00D6710D" w:rsidRPr="00B7305F">
        <w:rPr>
          <w:rFonts w:cs="Times New Roman"/>
          <w:color w:val="000000" w:themeColor="text1"/>
          <w:lang w:val="uk-UA"/>
        </w:rPr>
        <w:t>фіксованістю</w:t>
      </w:r>
      <w:r w:rsidRPr="00B7305F">
        <w:rPr>
          <w:rFonts w:cs="Times New Roman"/>
          <w:color w:val="000000" w:themeColor="text1"/>
          <w:lang w:val="uk-UA"/>
        </w:rPr>
        <w:t xml:space="preserve"> </w:t>
      </w:r>
      <w:r w:rsidR="00D6710D" w:rsidRPr="00B7305F">
        <w:rPr>
          <w:rFonts w:cs="Times New Roman"/>
          <w:color w:val="000000" w:themeColor="text1"/>
          <w:lang w:val="uk-UA"/>
        </w:rPr>
        <w:t>кіно</w:t>
      </w:r>
      <w:r w:rsidRPr="00B7305F">
        <w:rPr>
          <w:rFonts w:cs="Times New Roman"/>
          <w:color w:val="000000" w:themeColor="text1"/>
          <w:lang w:val="uk-UA"/>
        </w:rPr>
        <w:t xml:space="preserve"> </w:t>
      </w:r>
      <w:r w:rsidR="00D6710D" w:rsidRPr="00B7305F">
        <w:rPr>
          <w:rFonts w:cs="Times New Roman"/>
          <w:color w:val="000000" w:themeColor="text1"/>
          <w:lang w:val="uk-UA"/>
        </w:rPr>
        <w:t>—</w:t>
      </w:r>
      <w:r w:rsidRPr="00B7305F">
        <w:rPr>
          <w:rFonts w:cs="Times New Roman"/>
          <w:color w:val="000000" w:themeColor="text1"/>
          <w:lang w:val="uk-UA"/>
        </w:rPr>
        <w:t xml:space="preserve"> </w:t>
      </w:r>
      <w:r w:rsidR="00D6710D" w:rsidRPr="00B7305F">
        <w:rPr>
          <w:rFonts w:cs="Times New Roman"/>
          <w:color w:val="000000" w:themeColor="text1"/>
          <w:lang w:val="uk-UA"/>
        </w:rPr>
        <w:t>стала</w:t>
      </w:r>
      <w:r w:rsidRPr="00B7305F">
        <w:rPr>
          <w:rFonts w:cs="Times New Roman"/>
          <w:color w:val="000000" w:themeColor="text1"/>
          <w:lang w:val="uk-UA"/>
        </w:rPr>
        <w:t xml:space="preserve"> </w:t>
      </w:r>
      <w:r w:rsidR="00D6710D" w:rsidRPr="00B7305F">
        <w:rPr>
          <w:rFonts w:cs="Times New Roman"/>
          <w:color w:val="000000" w:themeColor="text1"/>
          <w:lang w:val="uk-UA"/>
        </w:rPr>
        <w:t>одним</w:t>
      </w:r>
      <w:r w:rsidRPr="00B7305F">
        <w:rPr>
          <w:rFonts w:cs="Times New Roman"/>
          <w:color w:val="000000" w:themeColor="text1"/>
          <w:lang w:val="uk-UA"/>
        </w:rPr>
        <w:t xml:space="preserve"> </w:t>
      </w:r>
      <w:r w:rsidR="00D6710D" w:rsidRPr="00B7305F">
        <w:rPr>
          <w:rFonts w:cs="Times New Roman"/>
          <w:color w:val="000000" w:themeColor="text1"/>
          <w:lang w:val="uk-UA"/>
        </w:rPr>
        <w:t>із</w:t>
      </w:r>
      <w:r w:rsidRPr="00B7305F">
        <w:rPr>
          <w:rFonts w:cs="Times New Roman"/>
          <w:color w:val="000000" w:themeColor="text1"/>
          <w:lang w:val="uk-UA"/>
        </w:rPr>
        <w:t xml:space="preserve"> </w:t>
      </w:r>
      <w:r w:rsidR="00D6710D" w:rsidRPr="00B7305F">
        <w:rPr>
          <w:rFonts w:cs="Times New Roman"/>
          <w:color w:val="000000" w:themeColor="text1"/>
          <w:lang w:val="uk-UA"/>
        </w:rPr>
        <w:t>ключових</w:t>
      </w:r>
      <w:r w:rsidRPr="00B7305F">
        <w:rPr>
          <w:rFonts w:cs="Times New Roman"/>
          <w:color w:val="000000" w:themeColor="text1"/>
          <w:lang w:val="uk-UA"/>
        </w:rPr>
        <w:t xml:space="preserve"> </w:t>
      </w:r>
      <w:r w:rsidR="00D6710D" w:rsidRPr="00B7305F">
        <w:rPr>
          <w:rFonts w:cs="Times New Roman"/>
          <w:color w:val="000000" w:themeColor="text1"/>
          <w:lang w:val="uk-UA"/>
        </w:rPr>
        <w:t>чинників</w:t>
      </w:r>
      <w:r w:rsidRPr="00B7305F">
        <w:rPr>
          <w:rFonts w:cs="Times New Roman"/>
          <w:color w:val="000000" w:themeColor="text1"/>
          <w:lang w:val="uk-UA"/>
        </w:rPr>
        <w:t xml:space="preserve"> </w:t>
      </w:r>
      <w:r w:rsidR="00D6710D" w:rsidRPr="00B7305F">
        <w:rPr>
          <w:rFonts w:cs="Times New Roman"/>
          <w:color w:val="000000" w:themeColor="text1"/>
          <w:lang w:val="uk-UA"/>
        </w:rPr>
        <w:t>формування</w:t>
      </w:r>
      <w:r w:rsidRPr="00B7305F">
        <w:rPr>
          <w:rFonts w:cs="Times New Roman"/>
          <w:color w:val="000000" w:themeColor="text1"/>
          <w:lang w:val="uk-UA"/>
        </w:rPr>
        <w:t xml:space="preserve"> </w:t>
      </w:r>
      <w:r w:rsidR="00D6710D" w:rsidRPr="00B7305F">
        <w:rPr>
          <w:rFonts w:cs="Times New Roman"/>
          <w:color w:val="000000" w:themeColor="text1"/>
          <w:lang w:val="uk-UA"/>
        </w:rPr>
        <w:t>кіномистецтва</w:t>
      </w:r>
      <w:r w:rsidRPr="00B7305F">
        <w:rPr>
          <w:rFonts w:cs="Times New Roman"/>
          <w:color w:val="000000" w:themeColor="text1"/>
          <w:lang w:val="uk-UA"/>
        </w:rPr>
        <w:t xml:space="preserve"> </w:t>
      </w:r>
      <w:r w:rsidR="00D6710D" w:rsidRPr="00B7305F">
        <w:rPr>
          <w:rFonts w:cs="Times New Roman"/>
          <w:color w:val="000000" w:themeColor="text1"/>
          <w:lang w:val="uk-UA"/>
        </w:rPr>
        <w:t>та</w:t>
      </w:r>
      <w:r w:rsidRPr="00B7305F">
        <w:rPr>
          <w:rFonts w:cs="Times New Roman"/>
          <w:color w:val="000000" w:themeColor="text1"/>
          <w:lang w:val="uk-UA"/>
        </w:rPr>
        <w:t xml:space="preserve"> </w:t>
      </w:r>
      <w:r w:rsidR="00D6710D" w:rsidRPr="00B7305F">
        <w:rPr>
          <w:rFonts w:cs="Times New Roman"/>
          <w:color w:val="000000" w:themeColor="text1"/>
          <w:lang w:val="uk-UA"/>
        </w:rPr>
        <w:t>його</w:t>
      </w:r>
      <w:r w:rsidRPr="00B7305F">
        <w:rPr>
          <w:rFonts w:cs="Times New Roman"/>
          <w:color w:val="000000" w:themeColor="text1"/>
          <w:lang w:val="uk-UA"/>
        </w:rPr>
        <w:t xml:space="preserve"> </w:t>
      </w:r>
      <w:r w:rsidR="00D6710D" w:rsidRPr="00B7305F">
        <w:rPr>
          <w:rFonts w:cs="Times New Roman"/>
          <w:color w:val="000000" w:themeColor="text1"/>
          <w:lang w:val="uk-UA"/>
        </w:rPr>
        <w:t>унікальної</w:t>
      </w:r>
      <w:r w:rsidRPr="00B7305F">
        <w:rPr>
          <w:rFonts w:cs="Times New Roman"/>
          <w:color w:val="000000" w:themeColor="text1"/>
          <w:lang w:val="uk-UA"/>
        </w:rPr>
        <w:t xml:space="preserve"> </w:t>
      </w:r>
      <w:r w:rsidR="00D6710D" w:rsidRPr="00B7305F">
        <w:rPr>
          <w:rFonts w:cs="Times New Roman"/>
          <w:color w:val="000000" w:themeColor="text1"/>
          <w:lang w:val="uk-UA"/>
        </w:rPr>
        <w:t>акторської</w:t>
      </w:r>
      <w:r w:rsidRPr="00B7305F">
        <w:rPr>
          <w:rFonts w:cs="Times New Roman"/>
          <w:color w:val="000000" w:themeColor="text1"/>
          <w:lang w:val="uk-UA"/>
        </w:rPr>
        <w:t xml:space="preserve"> </w:t>
      </w:r>
      <w:r w:rsidR="00D6710D" w:rsidRPr="00B7305F">
        <w:rPr>
          <w:rFonts w:cs="Times New Roman"/>
          <w:color w:val="000000" w:themeColor="text1"/>
          <w:lang w:val="uk-UA"/>
        </w:rPr>
        <w:t>мови.</w:t>
      </w:r>
      <w:r w:rsidRPr="00B7305F">
        <w:rPr>
          <w:rFonts w:cs="Times New Roman"/>
          <w:color w:val="000000" w:themeColor="text1"/>
          <w:lang w:val="uk-UA"/>
        </w:rPr>
        <w:t xml:space="preserve"> </w:t>
      </w:r>
      <w:r w:rsidR="00D6710D" w:rsidRPr="00B7305F">
        <w:rPr>
          <w:rFonts w:cs="Times New Roman"/>
          <w:color w:val="000000" w:themeColor="text1"/>
          <w:lang w:val="uk-UA"/>
        </w:rPr>
        <w:t>Витоки</w:t>
      </w:r>
      <w:r w:rsidRPr="00B7305F">
        <w:rPr>
          <w:rFonts w:cs="Times New Roman"/>
          <w:color w:val="000000" w:themeColor="text1"/>
          <w:lang w:val="uk-UA"/>
        </w:rPr>
        <w:t xml:space="preserve"> </w:t>
      </w:r>
      <w:r w:rsidR="00D6710D" w:rsidRPr="00B7305F">
        <w:rPr>
          <w:rFonts w:cs="Times New Roman"/>
          <w:color w:val="000000" w:themeColor="text1"/>
          <w:lang w:val="uk-UA"/>
        </w:rPr>
        <w:t>кінематографу</w:t>
      </w:r>
      <w:r w:rsidRPr="00B7305F">
        <w:rPr>
          <w:rFonts w:cs="Times New Roman"/>
          <w:color w:val="000000" w:themeColor="text1"/>
          <w:lang w:val="uk-UA"/>
        </w:rPr>
        <w:t xml:space="preserve"> </w:t>
      </w:r>
      <w:r w:rsidR="00D6710D" w:rsidRPr="00B7305F">
        <w:rPr>
          <w:rFonts w:cs="Times New Roman"/>
          <w:color w:val="000000" w:themeColor="text1"/>
          <w:lang w:val="uk-UA"/>
        </w:rPr>
        <w:t>демонструють,</w:t>
      </w:r>
      <w:r w:rsidRPr="00B7305F">
        <w:rPr>
          <w:rFonts w:cs="Times New Roman"/>
          <w:color w:val="000000" w:themeColor="text1"/>
          <w:lang w:val="uk-UA"/>
        </w:rPr>
        <w:t xml:space="preserve"> </w:t>
      </w:r>
      <w:r w:rsidR="00D6710D" w:rsidRPr="00B7305F">
        <w:rPr>
          <w:rFonts w:cs="Times New Roman"/>
          <w:color w:val="000000" w:themeColor="text1"/>
          <w:lang w:val="uk-UA"/>
        </w:rPr>
        <w:t>що</w:t>
      </w:r>
      <w:r w:rsidRPr="00B7305F">
        <w:rPr>
          <w:rFonts w:cs="Times New Roman"/>
          <w:color w:val="000000" w:themeColor="text1"/>
          <w:lang w:val="uk-UA"/>
        </w:rPr>
        <w:t xml:space="preserve"> </w:t>
      </w:r>
      <w:r w:rsidR="00D6710D" w:rsidRPr="00B7305F">
        <w:rPr>
          <w:rFonts w:cs="Times New Roman"/>
          <w:color w:val="000000" w:themeColor="text1"/>
          <w:lang w:val="uk-UA"/>
        </w:rPr>
        <w:t>розвиток</w:t>
      </w:r>
      <w:r w:rsidRPr="00B7305F">
        <w:rPr>
          <w:rFonts w:cs="Times New Roman"/>
          <w:color w:val="000000" w:themeColor="text1"/>
          <w:lang w:val="uk-UA"/>
        </w:rPr>
        <w:t xml:space="preserve"> </w:t>
      </w:r>
      <w:r w:rsidR="00D6710D" w:rsidRPr="00B7305F">
        <w:rPr>
          <w:rFonts w:cs="Times New Roman"/>
          <w:color w:val="000000" w:themeColor="text1"/>
          <w:lang w:val="uk-UA"/>
        </w:rPr>
        <w:t>його</w:t>
      </w:r>
      <w:r w:rsidRPr="00B7305F">
        <w:rPr>
          <w:rFonts w:cs="Times New Roman"/>
          <w:color w:val="000000" w:themeColor="text1"/>
          <w:lang w:val="uk-UA"/>
        </w:rPr>
        <w:t xml:space="preserve"> </w:t>
      </w:r>
      <w:r w:rsidR="00D6710D" w:rsidRPr="00B7305F">
        <w:rPr>
          <w:rFonts w:cs="Times New Roman"/>
          <w:color w:val="000000" w:themeColor="text1"/>
          <w:lang w:val="uk-UA"/>
        </w:rPr>
        <w:t>засобів</w:t>
      </w:r>
      <w:r w:rsidRPr="00B7305F">
        <w:rPr>
          <w:rFonts w:cs="Times New Roman"/>
          <w:color w:val="000000" w:themeColor="text1"/>
          <w:lang w:val="uk-UA"/>
        </w:rPr>
        <w:t xml:space="preserve"> </w:t>
      </w:r>
      <w:r w:rsidR="00D6710D" w:rsidRPr="00B7305F">
        <w:rPr>
          <w:rFonts w:cs="Times New Roman"/>
          <w:color w:val="000000" w:themeColor="text1"/>
          <w:lang w:val="uk-UA"/>
        </w:rPr>
        <w:t>не</w:t>
      </w:r>
      <w:r w:rsidRPr="00B7305F">
        <w:rPr>
          <w:rFonts w:cs="Times New Roman"/>
          <w:color w:val="000000" w:themeColor="text1"/>
          <w:lang w:val="uk-UA"/>
        </w:rPr>
        <w:t xml:space="preserve"> </w:t>
      </w:r>
      <w:r w:rsidR="00D6710D" w:rsidRPr="00B7305F">
        <w:rPr>
          <w:rFonts w:cs="Times New Roman"/>
          <w:color w:val="000000" w:themeColor="text1"/>
          <w:lang w:val="uk-UA"/>
        </w:rPr>
        <w:t>відбувався</w:t>
      </w:r>
      <w:r w:rsidRPr="00B7305F">
        <w:rPr>
          <w:rFonts w:cs="Times New Roman"/>
          <w:color w:val="000000" w:themeColor="text1"/>
          <w:lang w:val="uk-UA"/>
        </w:rPr>
        <w:t xml:space="preserve"> </w:t>
      </w:r>
      <w:r w:rsidR="00D6710D" w:rsidRPr="00B7305F">
        <w:rPr>
          <w:rFonts w:cs="Times New Roman"/>
          <w:color w:val="000000" w:themeColor="text1"/>
          <w:lang w:val="uk-UA"/>
        </w:rPr>
        <w:t>ізоляційно,</w:t>
      </w:r>
      <w:r w:rsidRPr="00B7305F">
        <w:rPr>
          <w:rFonts w:cs="Times New Roman"/>
          <w:color w:val="000000" w:themeColor="text1"/>
          <w:lang w:val="uk-UA"/>
        </w:rPr>
        <w:t xml:space="preserve"> </w:t>
      </w:r>
      <w:r w:rsidR="00D6710D" w:rsidRPr="00B7305F">
        <w:rPr>
          <w:rFonts w:cs="Times New Roman"/>
          <w:color w:val="000000" w:themeColor="text1"/>
          <w:lang w:val="uk-UA"/>
        </w:rPr>
        <w:t>а</w:t>
      </w:r>
      <w:r w:rsidRPr="00B7305F">
        <w:rPr>
          <w:rFonts w:cs="Times New Roman"/>
          <w:color w:val="000000" w:themeColor="text1"/>
          <w:lang w:val="uk-UA"/>
        </w:rPr>
        <w:t xml:space="preserve"> </w:t>
      </w:r>
      <w:r w:rsidR="00D6710D" w:rsidRPr="00B7305F">
        <w:rPr>
          <w:rFonts w:cs="Times New Roman"/>
          <w:color w:val="000000" w:themeColor="text1"/>
          <w:lang w:val="uk-UA"/>
        </w:rPr>
        <w:t>був</w:t>
      </w:r>
      <w:r w:rsidRPr="00B7305F">
        <w:rPr>
          <w:rFonts w:cs="Times New Roman"/>
          <w:color w:val="000000" w:themeColor="text1"/>
          <w:lang w:val="uk-UA"/>
        </w:rPr>
        <w:t xml:space="preserve"> </w:t>
      </w:r>
      <w:r w:rsidR="00D6710D" w:rsidRPr="00B7305F">
        <w:rPr>
          <w:rFonts w:cs="Times New Roman"/>
          <w:color w:val="000000" w:themeColor="text1"/>
          <w:lang w:val="uk-UA"/>
        </w:rPr>
        <w:t>глибоко</w:t>
      </w:r>
      <w:r w:rsidRPr="00B7305F">
        <w:rPr>
          <w:rFonts w:cs="Times New Roman"/>
          <w:color w:val="000000" w:themeColor="text1"/>
          <w:lang w:val="uk-UA"/>
        </w:rPr>
        <w:t xml:space="preserve"> </w:t>
      </w:r>
      <w:r w:rsidR="00D6710D" w:rsidRPr="00B7305F">
        <w:rPr>
          <w:rFonts w:cs="Times New Roman"/>
          <w:color w:val="000000" w:themeColor="text1"/>
          <w:lang w:val="uk-UA"/>
        </w:rPr>
        <w:t>пов’язаний</w:t>
      </w:r>
      <w:r w:rsidRPr="00B7305F">
        <w:rPr>
          <w:rFonts w:cs="Times New Roman"/>
          <w:color w:val="000000" w:themeColor="text1"/>
          <w:lang w:val="uk-UA"/>
        </w:rPr>
        <w:t xml:space="preserve"> </w:t>
      </w:r>
      <w:r w:rsidR="00D6710D" w:rsidRPr="00B7305F">
        <w:rPr>
          <w:rFonts w:cs="Times New Roman"/>
          <w:color w:val="000000" w:themeColor="text1"/>
          <w:lang w:val="uk-UA"/>
        </w:rPr>
        <w:t>із</w:t>
      </w:r>
      <w:r w:rsidRPr="00B7305F">
        <w:rPr>
          <w:rFonts w:cs="Times New Roman"/>
          <w:color w:val="000000" w:themeColor="text1"/>
          <w:lang w:val="uk-UA"/>
        </w:rPr>
        <w:t xml:space="preserve"> </w:t>
      </w:r>
      <w:r w:rsidR="00D6710D" w:rsidRPr="00B7305F">
        <w:rPr>
          <w:rFonts w:cs="Times New Roman"/>
          <w:color w:val="000000" w:themeColor="text1"/>
          <w:lang w:val="uk-UA"/>
        </w:rPr>
        <w:t>театральною</w:t>
      </w:r>
      <w:r w:rsidRPr="00B7305F">
        <w:rPr>
          <w:rFonts w:cs="Times New Roman"/>
          <w:color w:val="000000" w:themeColor="text1"/>
          <w:lang w:val="uk-UA"/>
        </w:rPr>
        <w:t xml:space="preserve"> </w:t>
      </w:r>
      <w:r w:rsidR="00D6710D" w:rsidRPr="00B7305F">
        <w:rPr>
          <w:rFonts w:cs="Times New Roman"/>
          <w:color w:val="000000" w:themeColor="text1"/>
          <w:lang w:val="uk-UA"/>
        </w:rPr>
        <w:t>традицією,</w:t>
      </w:r>
      <w:r w:rsidRPr="00B7305F">
        <w:rPr>
          <w:rFonts w:cs="Times New Roman"/>
          <w:color w:val="000000" w:themeColor="text1"/>
          <w:lang w:val="uk-UA"/>
        </w:rPr>
        <w:t xml:space="preserve"> </w:t>
      </w:r>
      <w:r w:rsidR="00D6710D" w:rsidRPr="00B7305F">
        <w:rPr>
          <w:rFonts w:cs="Times New Roman"/>
          <w:color w:val="000000" w:themeColor="text1"/>
          <w:lang w:val="uk-UA"/>
        </w:rPr>
        <w:t>яка</w:t>
      </w:r>
      <w:r w:rsidRPr="00B7305F">
        <w:rPr>
          <w:rFonts w:cs="Times New Roman"/>
          <w:color w:val="000000" w:themeColor="text1"/>
          <w:lang w:val="uk-UA"/>
        </w:rPr>
        <w:t xml:space="preserve"> </w:t>
      </w:r>
      <w:r w:rsidR="00D6710D" w:rsidRPr="00B7305F">
        <w:rPr>
          <w:rFonts w:cs="Times New Roman"/>
          <w:color w:val="000000" w:themeColor="text1"/>
          <w:lang w:val="uk-UA"/>
        </w:rPr>
        <w:t>забезпечила</w:t>
      </w:r>
      <w:r w:rsidRPr="00B7305F">
        <w:rPr>
          <w:rFonts w:cs="Times New Roman"/>
          <w:color w:val="000000" w:themeColor="text1"/>
          <w:lang w:val="uk-UA"/>
        </w:rPr>
        <w:t xml:space="preserve"> </w:t>
      </w:r>
      <w:r w:rsidR="00D6710D" w:rsidRPr="00B7305F">
        <w:rPr>
          <w:rFonts w:cs="Times New Roman"/>
          <w:color w:val="000000" w:themeColor="text1"/>
          <w:lang w:val="uk-UA"/>
        </w:rPr>
        <w:t>першим</w:t>
      </w:r>
      <w:r w:rsidRPr="00B7305F">
        <w:rPr>
          <w:rFonts w:cs="Times New Roman"/>
          <w:color w:val="000000" w:themeColor="text1"/>
          <w:lang w:val="uk-UA"/>
        </w:rPr>
        <w:t xml:space="preserve"> </w:t>
      </w:r>
      <w:r w:rsidR="00D6710D" w:rsidRPr="00B7305F">
        <w:rPr>
          <w:rFonts w:cs="Times New Roman"/>
          <w:color w:val="000000" w:themeColor="text1"/>
          <w:lang w:val="uk-UA"/>
        </w:rPr>
        <w:t>фільмам</w:t>
      </w:r>
      <w:r w:rsidRPr="00B7305F">
        <w:rPr>
          <w:rFonts w:cs="Times New Roman"/>
          <w:color w:val="000000" w:themeColor="text1"/>
          <w:lang w:val="uk-UA"/>
        </w:rPr>
        <w:t xml:space="preserve"> </w:t>
      </w:r>
      <w:r w:rsidR="00D6710D" w:rsidRPr="00B7305F">
        <w:rPr>
          <w:rFonts w:cs="Times New Roman"/>
          <w:color w:val="000000" w:themeColor="text1"/>
          <w:lang w:val="uk-UA"/>
        </w:rPr>
        <w:t>художню</w:t>
      </w:r>
      <w:r w:rsidRPr="00B7305F">
        <w:rPr>
          <w:rFonts w:cs="Times New Roman"/>
          <w:color w:val="000000" w:themeColor="text1"/>
          <w:lang w:val="uk-UA"/>
        </w:rPr>
        <w:t xml:space="preserve"> </w:t>
      </w:r>
      <w:r w:rsidR="00D6710D" w:rsidRPr="00B7305F">
        <w:rPr>
          <w:rFonts w:cs="Times New Roman"/>
          <w:color w:val="000000" w:themeColor="text1"/>
          <w:lang w:val="uk-UA"/>
        </w:rPr>
        <w:t>виразність</w:t>
      </w:r>
      <w:r w:rsidRPr="00B7305F">
        <w:rPr>
          <w:rFonts w:cs="Times New Roman"/>
          <w:color w:val="000000" w:themeColor="text1"/>
          <w:lang w:val="uk-UA"/>
        </w:rPr>
        <w:t xml:space="preserve"> </w:t>
      </w:r>
      <w:r w:rsidR="00D6710D" w:rsidRPr="00B7305F">
        <w:rPr>
          <w:rFonts w:cs="Times New Roman"/>
          <w:color w:val="000000" w:themeColor="text1"/>
          <w:lang w:val="uk-UA"/>
        </w:rPr>
        <w:t>і</w:t>
      </w:r>
      <w:r w:rsidRPr="00B7305F">
        <w:rPr>
          <w:rFonts w:cs="Times New Roman"/>
          <w:color w:val="000000" w:themeColor="text1"/>
          <w:lang w:val="uk-UA"/>
        </w:rPr>
        <w:t xml:space="preserve"> </w:t>
      </w:r>
      <w:r w:rsidR="00D6710D" w:rsidRPr="00B7305F">
        <w:rPr>
          <w:rFonts w:cs="Times New Roman"/>
          <w:color w:val="000000" w:themeColor="text1"/>
          <w:lang w:val="uk-UA"/>
        </w:rPr>
        <w:t>психологічну</w:t>
      </w:r>
      <w:r w:rsidRPr="00B7305F">
        <w:rPr>
          <w:rFonts w:cs="Times New Roman"/>
          <w:color w:val="000000" w:themeColor="text1"/>
          <w:lang w:val="uk-UA"/>
        </w:rPr>
        <w:t xml:space="preserve"> </w:t>
      </w:r>
      <w:r w:rsidR="00D6710D" w:rsidRPr="00B7305F">
        <w:rPr>
          <w:rFonts w:cs="Times New Roman"/>
          <w:color w:val="000000" w:themeColor="text1"/>
          <w:lang w:val="uk-UA"/>
        </w:rPr>
        <w:t>переконливість.</w:t>
      </w:r>
      <w:r w:rsidRPr="00B7305F">
        <w:rPr>
          <w:rFonts w:cs="Times New Roman"/>
          <w:color w:val="000000" w:themeColor="text1"/>
          <w:lang w:val="uk-UA"/>
        </w:rPr>
        <w:t xml:space="preserve"> </w:t>
      </w:r>
      <w:r w:rsidR="00D6710D" w:rsidRPr="00B7305F">
        <w:rPr>
          <w:rFonts w:cs="Times New Roman"/>
          <w:color w:val="000000" w:themeColor="text1"/>
          <w:lang w:val="uk-UA"/>
        </w:rPr>
        <w:t>Водночас</w:t>
      </w:r>
      <w:r w:rsidRPr="00B7305F">
        <w:rPr>
          <w:rFonts w:cs="Times New Roman"/>
          <w:color w:val="000000" w:themeColor="text1"/>
          <w:lang w:val="uk-UA"/>
        </w:rPr>
        <w:t xml:space="preserve"> </w:t>
      </w:r>
      <w:r w:rsidR="00D6710D" w:rsidRPr="00B7305F">
        <w:rPr>
          <w:rFonts w:cs="Times New Roman"/>
          <w:color w:val="000000" w:themeColor="text1"/>
          <w:lang w:val="uk-UA"/>
        </w:rPr>
        <w:t>технічні</w:t>
      </w:r>
      <w:r w:rsidRPr="00B7305F">
        <w:rPr>
          <w:rFonts w:cs="Times New Roman"/>
          <w:color w:val="000000" w:themeColor="text1"/>
          <w:lang w:val="uk-UA"/>
        </w:rPr>
        <w:t xml:space="preserve"> </w:t>
      </w:r>
      <w:r w:rsidR="00D6710D" w:rsidRPr="00B7305F">
        <w:rPr>
          <w:rFonts w:cs="Times New Roman"/>
          <w:color w:val="000000" w:themeColor="text1"/>
          <w:lang w:val="uk-UA"/>
        </w:rPr>
        <w:t>можливості</w:t>
      </w:r>
      <w:r w:rsidRPr="00B7305F">
        <w:rPr>
          <w:rFonts w:cs="Times New Roman"/>
          <w:color w:val="000000" w:themeColor="text1"/>
          <w:lang w:val="uk-UA"/>
        </w:rPr>
        <w:t xml:space="preserve"> </w:t>
      </w:r>
      <w:r w:rsidR="00D6710D" w:rsidRPr="00B7305F">
        <w:rPr>
          <w:rFonts w:cs="Times New Roman"/>
          <w:color w:val="000000" w:themeColor="text1"/>
          <w:lang w:val="uk-UA"/>
        </w:rPr>
        <w:t>кіно</w:t>
      </w:r>
      <w:r w:rsidRPr="00B7305F">
        <w:rPr>
          <w:rFonts w:cs="Times New Roman"/>
          <w:color w:val="000000" w:themeColor="text1"/>
          <w:lang w:val="uk-UA"/>
        </w:rPr>
        <w:t xml:space="preserve"> </w:t>
      </w:r>
      <w:r w:rsidR="00D6710D" w:rsidRPr="00B7305F">
        <w:rPr>
          <w:rFonts w:cs="Times New Roman"/>
          <w:color w:val="000000" w:themeColor="text1"/>
          <w:lang w:val="uk-UA"/>
        </w:rPr>
        <w:t>відкрили</w:t>
      </w:r>
      <w:r w:rsidRPr="00B7305F">
        <w:rPr>
          <w:rFonts w:cs="Times New Roman"/>
          <w:color w:val="000000" w:themeColor="text1"/>
          <w:lang w:val="uk-UA"/>
        </w:rPr>
        <w:t xml:space="preserve"> </w:t>
      </w:r>
      <w:r w:rsidR="00D6710D" w:rsidRPr="00B7305F">
        <w:rPr>
          <w:rFonts w:cs="Times New Roman"/>
          <w:color w:val="000000" w:themeColor="text1"/>
          <w:lang w:val="uk-UA"/>
        </w:rPr>
        <w:t>нові</w:t>
      </w:r>
      <w:r w:rsidRPr="00B7305F">
        <w:rPr>
          <w:rFonts w:cs="Times New Roman"/>
          <w:color w:val="000000" w:themeColor="text1"/>
          <w:lang w:val="uk-UA"/>
        </w:rPr>
        <w:t xml:space="preserve"> </w:t>
      </w:r>
      <w:r w:rsidR="00D6710D" w:rsidRPr="00B7305F">
        <w:rPr>
          <w:rFonts w:cs="Times New Roman"/>
          <w:color w:val="000000" w:themeColor="text1"/>
          <w:lang w:val="uk-UA"/>
        </w:rPr>
        <w:t>горизонти</w:t>
      </w:r>
      <w:r w:rsidRPr="00B7305F">
        <w:rPr>
          <w:rFonts w:cs="Times New Roman"/>
          <w:color w:val="000000" w:themeColor="text1"/>
          <w:lang w:val="uk-UA"/>
        </w:rPr>
        <w:t xml:space="preserve"> </w:t>
      </w:r>
      <w:r w:rsidR="00D6710D" w:rsidRPr="00B7305F">
        <w:rPr>
          <w:rFonts w:cs="Times New Roman"/>
          <w:color w:val="000000" w:themeColor="text1"/>
          <w:lang w:val="uk-UA"/>
        </w:rPr>
        <w:t>для</w:t>
      </w:r>
      <w:r w:rsidRPr="00B7305F">
        <w:rPr>
          <w:rFonts w:cs="Times New Roman"/>
          <w:color w:val="000000" w:themeColor="text1"/>
          <w:lang w:val="uk-UA"/>
        </w:rPr>
        <w:t xml:space="preserve"> </w:t>
      </w:r>
      <w:r w:rsidR="00D6710D" w:rsidRPr="00B7305F">
        <w:rPr>
          <w:rFonts w:cs="Times New Roman"/>
          <w:color w:val="000000" w:themeColor="text1"/>
          <w:lang w:val="uk-UA"/>
        </w:rPr>
        <w:t>трансформації</w:t>
      </w:r>
      <w:r w:rsidRPr="00B7305F">
        <w:rPr>
          <w:rFonts w:cs="Times New Roman"/>
          <w:color w:val="000000" w:themeColor="text1"/>
          <w:lang w:val="uk-UA"/>
        </w:rPr>
        <w:t xml:space="preserve"> </w:t>
      </w:r>
      <w:r w:rsidR="00D6710D" w:rsidRPr="00B7305F">
        <w:rPr>
          <w:rFonts w:cs="Times New Roman"/>
          <w:color w:val="000000" w:themeColor="text1"/>
          <w:lang w:val="uk-UA"/>
        </w:rPr>
        <w:t>сценічних</w:t>
      </w:r>
      <w:r w:rsidRPr="00B7305F">
        <w:rPr>
          <w:rFonts w:cs="Times New Roman"/>
          <w:color w:val="000000" w:themeColor="text1"/>
          <w:lang w:val="uk-UA"/>
        </w:rPr>
        <w:t xml:space="preserve"> </w:t>
      </w:r>
      <w:r w:rsidR="00D6710D" w:rsidRPr="00B7305F">
        <w:rPr>
          <w:rFonts w:cs="Times New Roman"/>
          <w:color w:val="000000" w:themeColor="text1"/>
          <w:lang w:val="uk-UA"/>
        </w:rPr>
        <w:t>технік,</w:t>
      </w:r>
      <w:r w:rsidRPr="00B7305F">
        <w:rPr>
          <w:rFonts w:cs="Times New Roman"/>
          <w:color w:val="000000" w:themeColor="text1"/>
          <w:lang w:val="uk-UA"/>
        </w:rPr>
        <w:t xml:space="preserve"> </w:t>
      </w:r>
      <w:r w:rsidR="00D6710D" w:rsidRPr="00B7305F">
        <w:rPr>
          <w:rFonts w:cs="Times New Roman"/>
          <w:color w:val="000000" w:themeColor="text1"/>
          <w:lang w:val="uk-UA"/>
        </w:rPr>
        <w:t>перетворивши</w:t>
      </w:r>
      <w:r w:rsidRPr="00B7305F">
        <w:rPr>
          <w:rFonts w:cs="Times New Roman"/>
          <w:color w:val="000000" w:themeColor="text1"/>
          <w:lang w:val="uk-UA"/>
        </w:rPr>
        <w:t xml:space="preserve"> </w:t>
      </w:r>
      <w:r w:rsidR="00D6710D" w:rsidRPr="00B7305F">
        <w:rPr>
          <w:rFonts w:cs="Times New Roman"/>
          <w:color w:val="000000" w:themeColor="text1"/>
          <w:lang w:val="uk-UA"/>
        </w:rPr>
        <w:t>акторську</w:t>
      </w:r>
      <w:r w:rsidRPr="00B7305F">
        <w:rPr>
          <w:rFonts w:cs="Times New Roman"/>
          <w:color w:val="000000" w:themeColor="text1"/>
          <w:lang w:val="uk-UA"/>
        </w:rPr>
        <w:t xml:space="preserve"> </w:t>
      </w:r>
      <w:r w:rsidR="00D6710D" w:rsidRPr="00B7305F">
        <w:rPr>
          <w:rFonts w:cs="Times New Roman"/>
          <w:color w:val="000000" w:themeColor="text1"/>
          <w:lang w:val="uk-UA"/>
        </w:rPr>
        <w:t>гру</w:t>
      </w:r>
      <w:r w:rsidRPr="00B7305F">
        <w:rPr>
          <w:rFonts w:cs="Times New Roman"/>
          <w:color w:val="000000" w:themeColor="text1"/>
          <w:lang w:val="uk-UA"/>
        </w:rPr>
        <w:t xml:space="preserve"> </w:t>
      </w:r>
      <w:r w:rsidR="00D6710D" w:rsidRPr="00B7305F">
        <w:rPr>
          <w:rFonts w:cs="Times New Roman"/>
          <w:color w:val="000000" w:themeColor="text1"/>
          <w:lang w:val="uk-UA"/>
        </w:rPr>
        <w:t>на</w:t>
      </w:r>
      <w:r w:rsidRPr="00B7305F">
        <w:rPr>
          <w:rFonts w:cs="Times New Roman"/>
          <w:color w:val="000000" w:themeColor="text1"/>
          <w:lang w:val="uk-UA"/>
        </w:rPr>
        <w:t xml:space="preserve"> </w:t>
      </w:r>
      <w:r w:rsidR="00D6710D" w:rsidRPr="00B7305F">
        <w:rPr>
          <w:rFonts w:cs="Times New Roman"/>
          <w:color w:val="000000" w:themeColor="text1"/>
          <w:lang w:val="uk-UA"/>
        </w:rPr>
        <w:t>особливий</w:t>
      </w:r>
      <w:r w:rsidRPr="00B7305F">
        <w:rPr>
          <w:rFonts w:cs="Times New Roman"/>
          <w:color w:val="000000" w:themeColor="text1"/>
          <w:lang w:val="uk-UA"/>
        </w:rPr>
        <w:t xml:space="preserve"> </w:t>
      </w:r>
      <w:r w:rsidR="00D6710D" w:rsidRPr="00B7305F">
        <w:rPr>
          <w:rFonts w:cs="Times New Roman"/>
          <w:color w:val="000000" w:themeColor="text1"/>
          <w:lang w:val="uk-UA"/>
        </w:rPr>
        <w:t>вид</w:t>
      </w:r>
      <w:r w:rsidRPr="00B7305F">
        <w:rPr>
          <w:rFonts w:cs="Times New Roman"/>
          <w:color w:val="000000" w:themeColor="text1"/>
          <w:lang w:val="uk-UA"/>
        </w:rPr>
        <w:t xml:space="preserve"> </w:t>
      </w:r>
      <w:r w:rsidR="00D6710D" w:rsidRPr="00B7305F">
        <w:rPr>
          <w:rFonts w:cs="Times New Roman"/>
          <w:color w:val="000000" w:themeColor="text1"/>
          <w:lang w:val="uk-UA"/>
        </w:rPr>
        <w:t>екранної</w:t>
      </w:r>
      <w:r w:rsidRPr="00B7305F">
        <w:rPr>
          <w:rFonts w:cs="Times New Roman"/>
          <w:color w:val="000000" w:themeColor="text1"/>
          <w:lang w:val="uk-UA"/>
        </w:rPr>
        <w:t xml:space="preserve"> </w:t>
      </w:r>
      <w:r w:rsidR="00D6710D" w:rsidRPr="00B7305F">
        <w:rPr>
          <w:rFonts w:cs="Times New Roman"/>
          <w:color w:val="000000" w:themeColor="text1"/>
          <w:lang w:val="uk-UA"/>
        </w:rPr>
        <w:t>дії.</w:t>
      </w:r>
    </w:p>
    <w:p w14:paraId="6A719A54" w14:textId="359371C3" w:rsidR="00B61686"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Взаємозв’язок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взаємовплив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p>
    <w:p w14:paraId="75D609F3" w14:textId="5382014E" w:rsidR="001F4BC5"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розвивалися</w:t>
      </w:r>
      <w:r w:rsidRPr="00B7305F">
        <w:rPr>
          <w:rFonts w:cs="Times New Roman"/>
          <w:color w:val="000000" w:themeColor="text1"/>
          <w:lang w:val="uk-UA"/>
        </w:rPr>
        <w:t xml:space="preserve"> </w:t>
      </w:r>
      <w:r w:rsidR="009D21BD" w:rsidRPr="00B7305F">
        <w:rPr>
          <w:rFonts w:cs="Times New Roman"/>
          <w:color w:val="000000" w:themeColor="text1"/>
          <w:lang w:val="uk-UA"/>
        </w:rPr>
        <w:t>паралельно,</w:t>
      </w:r>
      <w:r w:rsidRPr="00B7305F">
        <w:rPr>
          <w:rFonts w:cs="Times New Roman"/>
          <w:color w:val="000000" w:themeColor="text1"/>
          <w:lang w:val="uk-UA"/>
        </w:rPr>
        <w:t xml:space="preserve"> </w:t>
      </w:r>
      <w:r w:rsidR="009D21BD" w:rsidRPr="00B7305F">
        <w:rPr>
          <w:rFonts w:cs="Times New Roman"/>
          <w:color w:val="000000" w:themeColor="text1"/>
          <w:lang w:val="uk-UA"/>
        </w:rPr>
        <w:t>але</w:t>
      </w:r>
      <w:r w:rsidRPr="00B7305F">
        <w:rPr>
          <w:rFonts w:cs="Times New Roman"/>
          <w:color w:val="000000" w:themeColor="text1"/>
          <w:lang w:val="uk-UA"/>
        </w:rPr>
        <w:t xml:space="preserve"> </w:t>
      </w:r>
      <w:r w:rsidR="009D21BD" w:rsidRPr="00B7305F">
        <w:rPr>
          <w:rFonts w:cs="Times New Roman"/>
          <w:color w:val="000000" w:themeColor="text1"/>
          <w:lang w:val="uk-UA"/>
        </w:rPr>
        <w:t>постійно</w:t>
      </w:r>
      <w:r w:rsidRPr="00B7305F">
        <w:rPr>
          <w:rFonts w:cs="Times New Roman"/>
          <w:color w:val="000000" w:themeColor="text1"/>
          <w:lang w:val="uk-UA"/>
        </w:rPr>
        <w:t xml:space="preserve"> </w:t>
      </w:r>
      <w:r w:rsidR="009D21BD" w:rsidRPr="00B7305F">
        <w:rPr>
          <w:rFonts w:cs="Times New Roman"/>
          <w:color w:val="000000" w:themeColor="text1"/>
          <w:lang w:val="uk-UA"/>
        </w:rPr>
        <w:t>обмінювалися</w:t>
      </w:r>
      <w:r w:rsidRPr="00B7305F">
        <w:rPr>
          <w:rFonts w:cs="Times New Roman"/>
          <w:color w:val="000000" w:themeColor="text1"/>
          <w:lang w:val="uk-UA"/>
        </w:rPr>
        <w:t xml:space="preserve"> </w:t>
      </w:r>
      <w:r w:rsidR="009D21BD" w:rsidRPr="00B7305F">
        <w:rPr>
          <w:rFonts w:cs="Times New Roman"/>
          <w:color w:val="000000" w:themeColor="text1"/>
          <w:lang w:val="uk-UA"/>
        </w:rPr>
        <w:t>досвідом.</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навчив</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9D21BD" w:rsidRPr="00B7305F">
        <w:rPr>
          <w:rFonts w:cs="Times New Roman"/>
          <w:color w:val="000000" w:themeColor="text1"/>
          <w:lang w:val="uk-UA"/>
        </w:rPr>
        <w:t>глибокій</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психологічності,</w:t>
      </w:r>
      <w:r w:rsidRPr="00B7305F">
        <w:rPr>
          <w:rFonts w:cs="Times New Roman"/>
          <w:color w:val="000000" w:themeColor="text1"/>
          <w:lang w:val="uk-UA"/>
        </w:rPr>
        <w:t xml:space="preserve"> </w:t>
      </w:r>
      <w:r w:rsidR="009D21BD" w:rsidRPr="00B7305F">
        <w:rPr>
          <w:rFonts w:cs="Times New Roman"/>
          <w:color w:val="000000" w:themeColor="text1"/>
          <w:lang w:val="uk-UA"/>
        </w:rPr>
        <w:t>органічності</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поведінки,</w:t>
      </w:r>
      <w:r w:rsidRPr="00B7305F">
        <w:rPr>
          <w:rFonts w:cs="Times New Roman"/>
          <w:color w:val="000000" w:themeColor="text1"/>
          <w:lang w:val="uk-UA"/>
        </w:rPr>
        <w:t xml:space="preserve"> </w:t>
      </w:r>
      <w:r w:rsidR="009D21BD" w:rsidRPr="00B7305F">
        <w:rPr>
          <w:rFonts w:cs="Times New Roman"/>
          <w:color w:val="000000" w:themeColor="text1"/>
          <w:lang w:val="uk-UA"/>
        </w:rPr>
        <w:t>логіці</w:t>
      </w:r>
      <w:r w:rsidRPr="00B7305F">
        <w:rPr>
          <w:rFonts w:cs="Times New Roman"/>
          <w:color w:val="000000" w:themeColor="text1"/>
          <w:lang w:val="uk-UA"/>
        </w:rPr>
        <w:t xml:space="preserve"> </w:t>
      </w:r>
      <w:r w:rsidR="009D21BD" w:rsidRPr="00B7305F">
        <w:rPr>
          <w:rFonts w:cs="Times New Roman"/>
          <w:color w:val="000000" w:themeColor="text1"/>
          <w:lang w:val="uk-UA"/>
        </w:rPr>
        <w:t>сценічної</w:t>
      </w:r>
      <w:r w:rsidRPr="00B7305F">
        <w:rPr>
          <w:rFonts w:cs="Times New Roman"/>
          <w:color w:val="000000" w:themeColor="text1"/>
          <w:lang w:val="uk-UA"/>
        </w:rPr>
        <w:t xml:space="preserve"> </w:t>
      </w:r>
      <w:r w:rsidR="009D21BD" w:rsidRPr="00B7305F">
        <w:rPr>
          <w:rFonts w:cs="Times New Roman"/>
          <w:color w:val="000000" w:themeColor="text1"/>
          <w:lang w:val="uk-UA"/>
        </w:rPr>
        <w:t>дії.</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ж</w:t>
      </w:r>
      <w:r w:rsidRPr="00B7305F">
        <w:rPr>
          <w:rFonts w:cs="Times New Roman"/>
          <w:color w:val="000000" w:themeColor="text1"/>
          <w:lang w:val="uk-UA"/>
        </w:rPr>
        <w:t xml:space="preserve"> </w:t>
      </w:r>
      <w:r w:rsidR="009D21BD" w:rsidRPr="00B7305F">
        <w:rPr>
          <w:rFonts w:cs="Times New Roman"/>
          <w:color w:val="000000" w:themeColor="text1"/>
          <w:lang w:val="uk-UA"/>
        </w:rPr>
        <w:t>вплинуло</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нове</w:t>
      </w:r>
      <w:r w:rsidRPr="00B7305F">
        <w:rPr>
          <w:rFonts w:cs="Times New Roman"/>
          <w:color w:val="000000" w:themeColor="text1"/>
          <w:lang w:val="uk-UA"/>
        </w:rPr>
        <w:t xml:space="preserve"> </w:t>
      </w:r>
      <w:r w:rsidR="009D21BD" w:rsidRPr="00B7305F">
        <w:rPr>
          <w:rFonts w:cs="Times New Roman"/>
          <w:color w:val="000000" w:themeColor="text1"/>
          <w:lang w:val="uk-UA"/>
        </w:rPr>
        <w:t>сприйняття</w:t>
      </w:r>
      <w:r w:rsidRPr="00B7305F">
        <w:rPr>
          <w:rFonts w:cs="Times New Roman"/>
          <w:color w:val="000000" w:themeColor="text1"/>
          <w:lang w:val="uk-UA"/>
        </w:rPr>
        <w:t xml:space="preserve"> </w:t>
      </w:r>
      <w:r w:rsidR="009D21BD" w:rsidRPr="00B7305F">
        <w:rPr>
          <w:rFonts w:cs="Times New Roman"/>
          <w:color w:val="000000" w:themeColor="text1"/>
          <w:lang w:val="uk-UA"/>
        </w:rPr>
        <w:t>часу</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простору,</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динаміку</w:t>
      </w:r>
      <w:r w:rsidRPr="00B7305F">
        <w:rPr>
          <w:rFonts w:cs="Times New Roman"/>
          <w:color w:val="000000" w:themeColor="text1"/>
          <w:lang w:val="uk-UA"/>
        </w:rPr>
        <w:t xml:space="preserve"> </w:t>
      </w:r>
      <w:r w:rsidR="009D21BD" w:rsidRPr="00B7305F">
        <w:rPr>
          <w:rFonts w:cs="Times New Roman"/>
          <w:color w:val="000000" w:themeColor="text1"/>
          <w:lang w:val="uk-UA"/>
        </w:rPr>
        <w:t>монтажного</w:t>
      </w:r>
      <w:r w:rsidRPr="00B7305F">
        <w:rPr>
          <w:rFonts w:cs="Times New Roman"/>
          <w:color w:val="000000" w:themeColor="text1"/>
          <w:lang w:val="uk-UA"/>
        </w:rPr>
        <w:t xml:space="preserve"> </w:t>
      </w:r>
      <w:r w:rsidR="009D21BD" w:rsidRPr="00B7305F">
        <w:rPr>
          <w:rFonts w:cs="Times New Roman"/>
          <w:color w:val="000000" w:themeColor="text1"/>
          <w:lang w:val="uk-UA"/>
        </w:rPr>
        <w:t>мислення,</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почала</w:t>
      </w:r>
      <w:r w:rsidRPr="00B7305F">
        <w:rPr>
          <w:rFonts w:cs="Times New Roman"/>
          <w:color w:val="000000" w:themeColor="text1"/>
          <w:lang w:val="uk-UA"/>
        </w:rPr>
        <w:t xml:space="preserve"> </w:t>
      </w:r>
      <w:r w:rsidR="009D21BD" w:rsidRPr="00B7305F">
        <w:rPr>
          <w:rFonts w:cs="Times New Roman"/>
          <w:color w:val="000000" w:themeColor="text1"/>
          <w:lang w:val="uk-UA"/>
        </w:rPr>
        <w:t>проникати</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режисуру</w:t>
      </w:r>
      <w:r w:rsidRPr="00B7305F">
        <w:rPr>
          <w:rFonts w:cs="Times New Roman"/>
          <w:color w:val="000000" w:themeColor="text1"/>
          <w:lang w:val="uk-UA"/>
        </w:rPr>
        <w:t xml:space="preserve"> </w:t>
      </w:r>
      <w:r w:rsidR="009D21BD" w:rsidRPr="00B7305F">
        <w:rPr>
          <w:rFonts w:cs="Times New Roman"/>
          <w:color w:val="000000" w:themeColor="text1"/>
          <w:lang w:val="uk-UA"/>
        </w:rPr>
        <w:t>сценічних</w:t>
      </w:r>
      <w:r w:rsidRPr="00B7305F">
        <w:rPr>
          <w:rFonts w:cs="Times New Roman"/>
          <w:color w:val="000000" w:themeColor="text1"/>
          <w:lang w:val="uk-UA"/>
        </w:rPr>
        <w:t xml:space="preserve"> </w:t>
      </w:r>
      <w:r w:rsidR="009D21BD" w:rsidRPr="00B7305F">
        <w:rPr>
          <w:rFonts w:cs="Times New Roman"/>
          <w:color w:val="000000" w:themeColor="text1"/>
          <w:lang w:val="uk-UA"/>
        </w:rPr>
        <w:t>постановок.</w:t>
      </w:r>
      <w:r w:rsidRPr="00B7305F">
        <w:rPr>
          <w:rFonts w:cs="Times New Roman"/>
          <w:color w:val="000000" w:themeColor="text1"/>
          <w:lang w:val="uk-UA"/>
        </w:rPr>
        <w:t xml:space="preserve"> </w:t>
      </w:r>
      <w:r w:rsidR="009D21BD" w:rsidRPr="00B7305F">
        <w:rPr>
          <w:rFonts w:cs="Times New Roman"/>
          <w:color w:val="000000" w:themeColor="text1"/>
          <w:lang w:val="uk-UA"/>
        </w:rPr>
        <w:t>Зі</w:t>
      </w:r>
      <w:r w:rsidRPr="00B7305F">
        <w:rPr>
          <w:rFonts w:cs="Times New Roman"/>
          <w:color w:val="000000" w:themeColor="text1"/>
          <w:lang w:val="uk-UA"/>
        </w:rPr>
        <w:t xml:space="preserve"> </w:t>
      </w:r>
      <w:r w:rsidR="009D21BD" w:rsidRPr="00B7305F">
        <w:rPr>
          <w:rFonts w:cs="Times New Roman"/>
          <w:color w:val="000000" w:themeColor="text1"/>
          <w:lang w:val="uk-UA"/>
        </w:rPr>
        <w:t>свого</w:t>
      </w:r>
      <w:r w:rsidRPr="00B7305F">
        <w:rPr>
          <w:rFonts w:cs="Times New Roman"/>
          <w:color w:val="000000" w:themeColor="text1"/>
          <w:lang w:val="uk-UA"/>
        </w:rPr>
        <w:t xml:space="preserve"> </w:t>
      </w:r>
      <w:r w:rsidR="009D21BD" w:rsidRPr="00B7305F">
        <w:rPr>
          <w:rFonts w:cs="Times New Roman"/>
          <w:color w:val="000000" w:themeColor="text1"/>
          <w:lang w:val="uk-UA"/>
        </w:rPr>
        <w:t>боку,</w:t>
      </w:r>
      <w:r w:rsidRPr="00B7305F">
        <w:rPr>
          <w:rFonts w:cs="Times New Roman"/>
          <w:color w:val="000000" w:themeColor="text1"/>
          <w:lang w:val="uk-UA"/>
        </w:rPr>
        <w:t xml:space="preserve"> </w:t>
      </w:r>
      <w:r w:rsidR="009D21BD" w:rsidRPr="00B7305F">
        <w:rPr>
          <w:rFonts w:cs="Times New Roman"/>
          <w:color w:val="000000" w:themeColor="text1"/>
          <w:lang w:val="uk-UA"/>
        </w:rPr>
        <w:t>актори</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перейняли</w:t>
      </w:r>
      <w:r w:rsidRPr="00B7305F">
        <w:rPr>
          <w:rFonts w:cs="Times New Roman"/>
          <w:color w:val="000000" w:themeColor="text1"/>
          <w:lang w:val="uk-UA"/>
        </w:rPr>
        <w:t xml:space="preserve"> </w:t>
      </w:r>
      <w:r w:rsidR="00692232" w:rsidRPr="00B7305F">
        <w:rPr>
          <w:rFonts w:cs="Times New Roman"/>
          <w:color w:val="000000" w:themeColor="text1"/>
          <w:lang w:val="uk-UA"/>
        </w:rPr>
        <w:t>у</w:t>
      </w:r>
      <w:r w:rsidRPr="00B7305F">
        <w:rPr>
          <w:rFonts w:cs="Times New Roman"/>
          <w:color w:val="000000" w:themeColor="text1"/>
          <w:lang w:val="uk-UA"/>
        </w:rPr>
        <w:t xml:space="preserve"> </w:t>
      </w:r>
      <w:r w:rsidR="00692232" w:rsidRPr="00B7305F">
        <w:rPr>
          <w:rFonts w:cs="Times New Roman"/>
          <w:color w:val="000000" w:themeColor="text1"/>
          <w:lang w:val="uk-UA"/>
        </w:rPr>
        <w:t>театр</w:t>
      </w:r>
      <w:r w:rsidR="00AF6019">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мистецтво</w:t>
      </w:r>
      <w:r w:rsidRPr="00B7305F">
        <w:rPr>
          <w:rFonts w:cs="Times New Roman"/>
          <w:color w:val="000000" w:themeColor="text1"/>
          <w:lang w:val="uk-UA"/>
        </w:rPr>
        <w:t xml:space="preserve"> </w:t>
      </w:r>
      <w:r w:rsidR="009D21BD" w:rsidRPr="00B7305F">
        <w:rPr>
          <w:rFonts w:cs="Times New Roman"/>
          <w:color w:val="000000" w:themeColor="text1"/>
          <w:lang w:val="uk-UA"/>
        </w:rPr>
        <w:t>«життя</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запропонованих</w:t>
      </w:r>
      <w:r w:rsidRPr="00B7305F">
        <w:rPr>
          <w:rFonts w:cs="Times New Roman"/>
          <w:color w:val="000000" w:themeColor="text1"/>
          <w:lang w:val="uk-UA"/>
        </w:rPr>
        <w:t xml:space="preserve"> </w:t>
      </w:r>
      <w:r w:rsidR="009D21BD" w:rsidRPr="00B7305F">
        <w:rPr>
          <w:rFonts w:cs="Times New Roman"/>
          <w:color w:val="000000" w:themeColor="text1"/>
          <w:lang w:val="uk-UA"/>
        </w:rPr>
        <w:t>обставинах</w:t>
      </w:r>
      <w:r w:rsidR="00AD4B7E" w:rsidRPr="00AD4B7E">
        <w:rPr>
          <w:rFonts w:cs="Times New Roman"/>
          <w:color w:val="000000" w:themeColor="text1"/>
          <w:lang w:val="ru-RU"/>
        </w:rPr>
        <w:t xml:space="preserve"> </w:t>
      </w:r>
      <w:r w:rsidR="00AD4B7E" w:rsidRPr="00F42F49">
        <w:rPr>
          <w:rFonts w:cs="Times New Roman"/>
          <w:lang w:val="ru-RU"/>
        </w:rPr>
        <w:t>[</w:t>
      </w:r>
      <w:r w:rsidR="00F42F49" w:rsidRPr="00F42F49">
        <w:rPr>
          <w:rFonts w:cs="Times New Roman"/>
          <w:lang w:val="ru-RU"/>
        </w:rPr>
        <w:t>28</w:t>
      </w:r>
      <w:r w:rsidR="00AD4B7E" w:rsidRPr="00F42F49">
        <w:rPr>
          <w:rFonts w:cs="Times New Roman"/>
          <w:lang w:val="ru-RU"/>
        </w:rPr>
        <w:t xml:space="preserve">, </w:t>
      </w:r>
      <w:r w:rsidR="00AD4B7E" w:rsidRPr="00F42F49">
        <w:rPr>
          <w:rFonts w:cs="Times New Roman"/>
        </w:rPr>
        <w:t>c</w:t>
      </w:r>
      <w:r w:rsidR="00AD4B7E" w:rsidRPr="00F42F49">
        <w:rPr>
          <w:rFonts w:cs="Times New Roman"/>
          <w:lang w:val="ru-RU"/>
        </w:rPr>
        <w:t>.</w:t>
      </w:r>
      <w:r w:rsidR="00F42F49" w:rsidRPr="00F42F49">
        <w:rPr>
          <w:rFonts w:cs="Times New Roman"/>
          <w:lang w:val="ru-RU"/>
        </w:rPr>
        <w:t>44</w:t>
      </w:r>
      <w:r w:rsidR="00AD4B7E" w:rsidRPr="00F42F49">
        <w:rPr>
          <w:rFonts w:cs="Times New Roman"/>
          <w:lang w:val="ru-RU"/>
        </w:rPr>
        <w:t>]</w:t>
      </w:r>
      <w:r w:rsidR="009D21BD" w:rsidRPr="00F42F49">
        <w:rPr>
          <w:rFonts w:cs="Times New Roman"/>
          <w:lang w:val="uk-UA"/>
        </w:rPr>
        <w:t>»,</w:t>
      </w:r>
      <w:r w:rsidRPr="00F42F49">
        <w:rPr>
          <w:rFonts w:cs="Times New Roman"/>
          <w:lang w:val="uk-UA"/>
        </w:rPr>
        <w:t xml:space="preserve"> </w:t>
      </w:r>
      <w:r w:rsidR="009D21BD" w:rsidRPr="00B7305F">
        <w:rPr>
          <w:rFonts w:cs="Times New Roman"/>
          <w:color w:val="000000" w:themeColor="text1"/>
          <w:lang w:val="uk-UA"/>
        </w:rPr>
        <w:t>тоді</w:t>
      </w:r>
      <w:r w:rsidRPr="00B7305F">
        <w:rPr>
          <w:rFonts w:cs="Times New Roman"/>
          <w:color w:val="000000" w:themeColor="text1"/>
          <w:lang w:val="uk-UA"/>
        </w:rPr>
        <w:t xml:space="preserve"> </w:t>
      </w:r>
      <w:r w:rsidR="009D21BD" w:rsidRPr="00B7305F">
        <w:rPr>
          <w:rFonts w:cs="Times New Roman"/>
          <w:color w:val="000000" w:themeColor="text1"/>
          <w:lang w:val="uk-UA"/>
        </w:rPr>
        <w:t>як</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театральні</w:t>
      </w:r>
      <w:r w:rsidRPr="00B7305F">
        <w:rPr>
          <w:rFonts w:cs="Times New Roman"/>
          <w:color w:val="000000" w:themeColor="text1"/>
          <w:lang w:val="uk-UA"/>
        </w:rPr>
        <w:t xml:space="preserve"> </w:t>
      </w:r>
      <w:r w:rsidR="009D21BD" w:rsidRPr="00B7305F">
        <w:rPr>
          <w:rFonts w:cs="Times New Roman"/>
          <w:color w:val="000000" w:themeColor="text1"/>
          <w:lang w:val="uk-UA"/>
        </w:rPr>
        <w:t>виконавці</w:t>
      </w:r>
      <w:r w:rsidRPr="00B7305F">
        <w:rPr>
          <w:rFonts w:cs="Times New Roman"/>
          <w:color w:val="000000" w:themeColor="text1"/>
          <w:lang w:val="uk-UA"/>
        </w:rPr>
        <w:t xml:space="preserve"> </w:t>
      </w:r>
      <w:r w:rsidR="009D21BD" w:rsidRPr="00B7305F">
        <w:rPr>
          <w:rFonts w:cs="Times New Roman"/>
          <w:color w:val="000000" w:themeColor="text1"/>
          <w:lang w:val="uk-UA"/>
        </w:rPr>
        <w:t>почали</w:t>
      </w:r>
      <w:r w:rsidRPr="00B7305F">
        <w:rPr>
          <w:rFonts w:cs="Times New Roman"/>
          <w:color w:val="000000" w:themeColor="text1"/>
          <w:lang w:val="uk-UA"/>
        </w:rPr>
        <w:t xml:space="preserve"> </w:t>
      </w:r>
      <w:r w:rsidR="009D21BD" w:rsidRPr="00B7305F">
        <w:rPr>
          <w:rFonts w:cs="Times New Roman"/>
          <w:color w:val="000000" w:themeColor="text1"/>
          <w:lang w:val="uk-UA"/>
        </w:rPr>
        <w:t>переймати</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лаконічність,</w:t>
      </w:r>
      <w:r w:rsidRPr="00B7305F">
        <w:rPr>
          <w:rFonts w:cs="Times New Roman"/>
          <w:color w:val="000000" w:themeColor="text1"/>
          <w:lang w:val="uk-UA"/>
        </w:rPr>
        <w:t xml:space="preserve"> </w:t>
      </w:r>
      <w:r w:rsidR="009D21BD" w:rsidRPr="00B7305F">
        <w:rPr>
          <w:rFonts w:cs="Times New Roman"/>
          <w:color w:val="000000" w:themeColor="text1"/>
          <w:lang w:val="uk-UA"/>
        </w:rPr>
        <w:t>природність</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стриманість.</w:t>
      </w:r>
    </w:p>
    <w:p w14:paraId="267F01B7" w14:textId="77777777" w:rsidR="001F4BC5"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Починаючи</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початку</w:t>
      </w:r>
      <w:r w:rsidRPr="00B7305F">
        <w:rPr>
          <w:rFonts w:cs="Times New Roman"/>
          <w:color w:val="000000" w:themeColor="text1"/>
          <w:lang w:val="uk-UA"/>
        </w:rPr>
        <w:t xml:space="preserve"> </w:t>
      </w:r>
      <w:r w:rsidR="009D21BD" w:rsidRPr="00B7305F">
        <w:rPr>
          <w:rFonts w:cs="Times New Roman"/>
          <w:color w:val="000000" w:themeColor="text1"/>
          <w:lang w:val="uk-UA"/>
        </w:rPr>
        <w:t>ХХ</w:t>
      </w:r>
      <w:r w:rsidRPr="00B7305F">
        <w:rPr>
          <w:rFonts w:cs="Times New Roman"/>
          <w:color w:val="000000" w:themeColor="text1"/>
          <w:lang w:val="uk-UA"/>
        </w:rPr>
        <w:t xml:space="preserve"> </w:t>
      </w:r>
      <w:r w:rsidR="009D21BD" w:rsidRPr="00B7305F">
        <w:rPr>
          <w:rFonts w:cs="Times New Roman"/>
          <w:color w:val="000000" w:themeColor="text1"/>
          <w:lang w:val="uk-UA"/>
        </w:rPr>
        <w:t>століття,</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театральні</w:t>
      </w:r>
      <w:r w:rsidRPr="00B7305F">
        <w:rPr>
          <w:rFonts w:cs="Times New Roman"/>
          <w:color w:val="000000" w:themeColor="text1"/>
          <w:lang w:val="uk-UA"/>
        </w:rPr>
        <w:t xml:space="preserve"> </w:t>
      </w:r>
      <w:r w:rsidR="009D21BD" w:rsidRPr="00B7305F">
        <w:rPr>
          <w:rFonts w:cs="Times New Roman"/>
          <w:color w:val="000000" w:themeColor="text1"/>
          <w:lang w:val="uk-UA"/>
        </w:rPr>
        <w:t>діячі</w:t>
      </w:r>
      <w:r w:rsidRPr="00B7305F">
        <w:rPr>
          <w:rFonts w:cs="Times New Roman"/>
          <w:color w:val="000000" w:themeColor="text1"/>
          <w:lang w:val="uk-UA"/>
        </w:rPr>
        <w:t xml:space="preserve"> </w:t>
      </w:r>
      <w:r w:rsidR="009D21BD" w:rsidRPr="00B7305F">
        <w:rPr>
          <w:rFonts w:cs="Times New Roman"/>
          <w:color w:val="000000" w:themeColor="text1"/>
          <w:lang w:val="uk-UA"/>
        </w:rPr>
        <w:t>активно</w:t>
      </w:r>
      <w:r w:rsidRPr="00B7305F">
        <w:rPr>
          <w:rFonts w:cs="Times New Roman"/>
          <w:color w:val="000000" w:themeColor="text1"/>
          <w:lang w:val="uk-UA"/>
        </w:rPr>
        <w:t xml:space="preserve"> </w:t>
      </w:r>
      <w:r w:rsidR="009D21BD" w:rsidRPr="00B7305F">
        <w:rPr>
          <w:rFonts w:cs="Times New Roman"/>
          <w:color w:val="000000" w:themeColor="text1"/>
          <w:lang w:val="uk-UA"/>
        </w:rPr>
        <w:t>досліджували</w:t>
      </w:r>
      <w:r w:rsidRPr="00B7305F">
        <w:rPr>
          <w:rFonts w:cs="Times New Roman"/>
          <w:color w:val="000000" w:themeColor="text1"/>
          <w:lang w:val="uk-UA"/>
        </w:rPr>
        <w:t xml:space="preserve"> </w:t>
      </w:r>
      <w:r w:rsidR="009D21BD" w:rsidRPr="00B7305F">
        <w:rPr>
          <w:rFonts w:cs="Times New Roman"/>
          <w:color w:val="000000" w:themeColor="text1"/>
          <w:lang w:val="uk-UA"/>
        </w:rPr>
        <w:t>можливості</w:t>
      </w:r>
      <w:r w:rsidRPr="00B7305F">
        <w:rPr>
          <w:rFonts w:cs="Times New Roman"/>
          <w:color w:val="000000" w:themeColor="text1"/>
          <w:lang w:val="uk-UA"/>
        </w:rPr>
        <w:t xml:space="preserve"> </w:t>
      </w:r>
      <w:r w:rsidR="009D21BD" w:rsidRPr="00B7305F">
        <w:rPr>
          <w:rFonts w:cs="Times New Roman"/>
          <w:color w:val="000000" w:themeColor="text1"/>
          <w:lang w:val="uk-UA"/>
        </w:rPr>
        <w:t>кіномови.</w:t>
      </w:r>
      <w:r w:rsidRPr="00B7305F">
        <w:rPr>
          <w:rFonts w:cs="Times New Roman"/>
          <w:color w:val="000000" w:themeColor="text1"/>
          <w:lang w:val="uk-UA"/>
        </w:rPr>
        <w:t xml:space="preserve"> </w:t>
      </w:r>
      <w:r w:rsidR="009D21BD" w:rsidRPr="00B7305F">
        <w:rPr>
          <w:rFonts w:cs="Times New Roman"/>
          <w:color w:val="000000" w:themeColor="text1"/>
          <w:lang w:val="uk-UA"/>
        </w:rPr>
        <w:t>Лесь</w:t>
      </w:r>
      <w:r w:rsidRPr="00B7305F">
        <w:rPr>
          <w:rFonts w:cs="Times New Roman"/>
          <w:color w:val="000000" w:themeColor="text1"/>
          <w:lang w:val="uk-UA"/>
        </w:rPr>
        <w:t xml:space="preserve"> </w:t>
      </w:r>
      <w:r w:rsidR="009D21BD" w:rsidRPr="00B7305F">
        <w:rPr>
          <w:rFonts w:cs="Times New Roman"/>
          <w:color w:val="000000" w:themeColor="text1"/>
          <w:lang w:val="uk-UA"/>
        </w:rPr>
        <w:t>Курбас,</w:t>
      </w:r>
      <w:r w:rsidRPr="00B7305F">
        <w:rPr>
          <w:rFonts w:cs="Times New Roman"/>
          <w:color w:val="000000" w:themeColor="text1"/>
          <w:lang w:val="uk-UA"/>
        </w:rPr>
        <w:t xml:space="preserve"> </w:t>
      </w:r>
      <w:r w:rsidR="009D21BD" w:rsidRPr="00B7305F">
        <w:rPr>
          <w:rFonts w:cs="Times New Roman"/>
          <w:color w:val="000000" w:themeColor="text1"/>
          <w:lang w:val="uk-UA"/>
        </w:rPr>
        <w:t>реформатор</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українського</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вважав,</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має</w:t>
      </w:r>
      <w:r w:rsidRPr="00B7305F">
        <w:rPr>
          <w:rFonts w:cs="Times New Roman"/>
          <w:color w:val="000000" w:themeColor="text1"/>
          <w:lang w:val="uk-UA"/>
        </w:rPr>
        <w:t xml:space="preserve"> </w:t>
      </w:r>
      <w:r w:rsidR="009D21BD" w:rsidRPr="00B7305F">
        <w:rPr>
          <w:rFonts w:cs="Times New Roman"/>
          <w:color w:val="000000" w:themeColor="text1"/>
          <w:lang w:val="uk-UA"/>
        </w:rPr>
        <w:t>мислити</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лише</w:t>
      </w:r>
      <w:r w:rsidRPr="00B7305F">
        <w:rPr>
          <w:rFonts w:cs="Times New Roman"/>
          <w:color w:val="000000" w:themeColor="text1"/>
          <w:lang w:val="uk-UA"/>
        </w:rPr>
        <w:t xml:space="preserve"> </w:t>
      </w:r>
      <w:r w:rsidR="009D21BD" w:rsidRPr="00B7305F">
        <w:rPr>
          <w:rFonts w:cs="Times New Roman"/>
          <w:color w:val="000000" w:themeColor="text1"/>
          <w:lang w:val="uk-UA"/>
        </w:rPr>
        <w:t>сценічним,</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кінематографічним</w:t>
      </w:r>
      <w:r w:rsidRPr="00B7305F">
        <w:rPr>
          <w:rFonts w:cs="Times New Roman"/>
          <w:color w:val="000000" w:themeColor="text1"/>
          <w:lang w:val="uk-UA"/>
        </w:rPr>
        <w:t xml:space="preserve"> </w:t>
      </w:r>
      <w:r w:rsidR="009D21BD" w:rsidRPr="00B7305F">
        <w:rPr>
          <w:rFonts w:cs="Times New Roman"/>
          <w:color w:val="000000" w:themeColor="text1"/>
          <w:lang w:val="uk-UA"/>
        </w:rPr>
        <w:t>образом.</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«Березіль»</w:t>
      </w:r>
      <w:r w:rsidRPr="00B7305F">
        <w:rPr>
          <w:rFonts w:cs="Times New Roman"/>
          <w:color w:val="000000" w:themeColor="text1"/>
          <w:lang w:val="uk-UA"/>
        </w:rPr>
        <w:t xml:space="preserve"> </w:t>
      </w:r>
      <w:r w:rsidR="009D21BD" w:rsidRPr="00B7305F">
        <w:rPr>
          <w:rFonts w:cs="Times New Roman"/>
          <w:color w:val="000000" w:themeColor="text1"/>
          <w:lang w:val="uk-UA"/>
        </w:rPr>
        <w:t>експериментував</w:t>
      </w:r>
      <w:r w:rsidRPr="00B7305F">
        <w:rPr>
          <w:rFonts w:cs="Times New Roman"/>
          <w:color w:val="000000" w:themeColor="text1"/>
          <w:lang w:val="uk-UA"/>
        </w:rPr>
        <w:t xml:space="preserve"> </w:t>
      </w:r>
      <w:r w:rsidR="009D21BD" w:rsidRPr="00B7305F">
        <w:rPr>
          <w:rFonts w:cs="Times New Roman"/>
          <w:color w:val="000000" w:themeColor="text1"/>
          <w:lang w:val="uk-UA"/>
        </w:rPr>
        <w:t>із</w:t>
      </w:r>
      <w:r w:rsidRPr="00B7305F">
        <w:rPr>
          <w:rFonts w:cs="Times New Roman"/>
          <w:color w:val="000000" w:themeColor="text1"/>
          <w:lang w:val="uk-UA"/>
        </w:rPr>
        <w:t xml:space="preserve"> </w:t>
      </w:r>
      <w:r w:rsidR="009D21BD" w:rsidRPr="00B7305F">
        <w:rPr>
          <w:rFonts w:cs="Times New Roman"/>
          <w:color w:val="000000" w:themeColor="text1"/>
          <w:lang w:val="uk-UA"/>
        </w:rPr>
        <w:t>засобами</w:t>
      </w:r>
      <w:r w:rsidRPr="00B7305F">
        <w:rPr>
          <w:rFonts w:cs="Times New Roman"/>
          <w:color w:val="000000" w:themeColor="text1"/>
          <w:lang w:val="uk-UA"/>
        </w:rPr>
        <w:t xml:space="preserve"> </w:t>
      </w:r>
      <w:r w:rsidR="009D21BD" w:rsidRPr="00B7305F">
        <w:rPr>
          <w:rFonts w:cs="Times New Roman"/>
          <w:color w:val="000000" w:themeColor="text1"/>
          <w:lang w:val="uk-UA"/>
        </w:rPr>
        <w:t>монтажу</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сцені,</w:t>
      </w:r>
      <w:r w:rsidRPr="00B7305F">
        <w:rPr>
          <w:rFonts w:cs="Times New Roman"/>
          <w:color w:val="000000" w:themeColor="text1"/>
          <w:lang w:val="uk-UA"/>
        </w:rPr>
        <w:t xml:space="preserve"> </w:t>
      </w:r>
      <w:r w:rsidR="009D21BD" w:rsidRPr="00B7305F">
        <w:rPr>
          <w:rFonts w:cs="Times New Roman"/>
          <w:color w:val="000000" w:themeColor="text1"/>
          <w:lang w:val="uk-UA"/>
        </w:rPr>
        <w:t>створюючи</w:t>
      </w:r>
      <w:r w:rsidRPr="00B7305F">
        <w:rPr>
          <w:rFonts w:cs="Times New Roman"/>
          <w:color w:val="000000" w:themeColor="text1"/>
          <w:lang w:val="uk-UA"/>
        </w:rPr>
        <w:t xml:space="preserve"> </w:t>
      </w:r>
      <w:r w:rsidR="009D21BD" w:rsidRPr="00B7305F">
        <w:rPr>
          <w:rFonts w:cs="Times New Roman"/>
          <w:color w:val="000000" w:themeColor="text1"/>
          <w:lang w:val="uk-UA"/>
        </w:rPr>
        <w:t>динамічні</w:t>
      </w:r>
      <w:r w:rsidRPr="00B7305F">
        <w:rPr>
          <w:rFonts w:cs="Times New Roman"/>
          <w:color w:val="000000" w:themeColor="text1"/>
          <w:lang w:val="uk-UA"/>
        </w:rPr>
        <w:t xml:space="preserve"> </w:t>
      </w:r>
      <w:r w:rsidR="009D21BD" w:rsidRPr="00B7305F">
        <w:rPr>
          <w:rFonts w:cs="Times New Roman"/>
          <w:color w:val="000000" w:themeColor="text1"/>
          <w:lang w:val="uk-UA"/>
        </w:rPr>
        <w:t>переходи</w:t>
      </w:r>
      <w:r w:rsidRPr="00B7305F">
        <w:rPr>
          <w:rFonts w:cs="Times New Roman"/>
          <w:color w:val="000000" w:themeColor="text1"/>
          <w:lang w:val="uk-UA"/>
        </w:rPr>
        <w:t xml:space="preserve"> </w:t>
      </w:r>
      <w:r w:rsidR="009D21BD" w:rsidRPr="00B7305F">
        <w:rPr>
          <w:rFonts w:cs="Times New Roman"/>
          <w:color w:val="000000" w:themeColor="text1"/>
          <w:lang w:val="uk-UA"/>
        </w:rPr>
        <w:t>між</w:t>
      </w:r>
      <w:r w:rsidRPr="00B7305F">
        <w:rPr>
          <w:rFonts w:cs="Times New Roman"/>
          <w:color w:val="000000" w:themeColor="text1"/>
          <w:lang w:val="uk-UA"/>
        </w:rPr>
        <w:t xml:space="preserve"> </w:t>
      </w:r>
      <w:r w:rsidR="009D21BD" w:rsidRPr="00B7305F">
        <w:rPr>
          <w:rFonts w:cs="Times New Roman"/>
          <w:color w:val="000000" w:themeColor="text1"/>
          <w:lang w:val="uk-UA"/>
        </w:rPr>
        <w:t>епізодами,</w:t>
      </w:r>
      <w:r w:rsidRPr="00B7305F">
        <w:rPr>
          <w:rFonts w:cs="Times New Roman"/>
          <w:color w:val="000000" w:themeColor="text1"/>
          <w:lang w:val="uk-UA"/>
        </w:rPr>
        <w:t xml:space="preserve"> </w:t>
      </w:r>
      <w:r w:rsidR="009D21BD" w:rsidRPr="00B7305F">
        <w:rPr>
          <w:rFonts w:cs="Times New Roman"/>
          <w:color w:val="000000" w:themeColor="text1"/>
          <w:lang w:val="uk-UA"/>
        </w:rPr>
        <w:t>подібні</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кінокадрів.</w:t>
      </w:r>
      <w:r w:rsidRPr="00B7305F">
        <w:rPr>
          <w:rFonts w:cs="Times New Roman"/>
          <w:color w:val="000000" w:themeColor="text1"/>
          <w:lang w:val="uk-UA"/>
        </w:rPr>
        <w:t xml:space="preserve"> </w:t>
      </w:r>
      <w:r w:rsidR="009D21BD" w:rsidRPr="00B7305F">
        <w:rPr>
          <w:rFonts w:cs="Times New Roman"/>
          <w:color w:val="000000" w:themeColor="text1"/>
          <w:lang w:val="uk-UA"/>
        </w:rPr>
        <w:t>Курбас</w:t>
      </w:r>
      <w:r w:rsidRPr="00B7305F">
        <w:rPr>
          <w:rFonts w:cs="Times New Roman"/>
          <w:color w:val="000000" w:themeColor="text1"/>
          <w:lang w:val="uk-UA"/>
        </w:rPr>
        <w:t xml:space="preserve"> </w:t>
      </w:r>
      <w:r w:rsidR="009D21BD" w:rsidRPr="00B7305F">
        <w:rPr>
          <w:rFonts w:cs="Times New Roman"/>
          <w:color w:val="000000" w:themeColor="text1"/>
          <w:lang w:val="uk-UA"/>
        </w:rPr>
        <w:t>прагнув,</w:t>
      </w:r>
      <w:r w:rsidRPr="00B7305F">
        <w:rPr>
          <w:rFonts w:cs="Times New Roman"/>
          <w:color w:val="000000" w:themeColor="text1"/>
          <w:lang w:val="uk-UA"/>
        </w:rPr>
        <w:t xml:space="preserve"> </w:t>
      </w:r>
      <w:r w:rsidR="009D21BD" w:rsidRPr="00B7305F">
        <w:rPr>
          <w:rFonts w:cs="Times New Roman"/>
          <w:color w:val="000000" w:themeColor="text1"/>
          <w:lang w:val="uk-UA"/>
        </w:rPr>
        <w:t>щоб</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оволодів</w:t>
      </w:r>
      <w:r w:rsidRPr="00B7305F">
        <w:rPr>
          <w:rFonts w:cs="Times New Roman"/>
          <w:color w:val="000000" w:themeColor="text1"/>
          <w:lang w:val="uk-UA"/>
        </w:rPr>
        <w:t xml:space="preserve"> </w:t>
      </w:r>
      <w:r w:rsidR="009D21BD" w:rsidRPr="00B7305F">
        <w:rPr>
          <w:rFonts w:cs="Times New Roman"/>
          <w:color w:val="000000" w:themeColor="text1"/>
          <w:lang w:val="uk-UA"/>
        </w:rPr>
        <w:t>технікою</w:t>
      </w:r>
      <w:r w:rsidRPr="00B7305F">
        <w:rPr>
          <w:rFonts w:cs="Times New Roman"/>
          <w:color w:val="000000" w:themeColor="text1"/>
          <w:lang w:val="uk-UA"/>
        </w:rPr>
        <w:t xml:space="preserve"> </w:t>
      </w:r>
      <w:r w:rsidR="009D21BD" w:rsidRPr="00B7305F">
        <w:rPr>
          <w:rFonts w:cs="Times New Roman"/>
          <w:color w:val="000000" w:themeColor="text1"/>
          <w:lang w:val="uk-UA"/>
        </w:rPr>
        <w:t>«внутрішнього</w:t>
      </w:r>
      <w:r w:rsidRPr="00B7305F">
        <w:rPr>
          <w:rFonts w:cs="Times New Roman"/>
          <w:color w:val="000000" w:themeColor="text1"/>
          <w:lang w:val="uk-UA"/>
        </w:rPr>
        <w:t xml:space="preserve"> </w:t>
      </w:r>
      <w:r w:rsidR="009D21BD" w:rsidRPr="00B7305F">
        <w:rPr>
          <w:rFonts w:cs="Times New Roman"/>
          <w:color w:val="000000" w:themeColor="text1"/>
          <w:lang w:val="uk-UA"/>
        </w:rPr>
        <w:t>монтажу»,</w:t>
      </w:r>
      <w:r w:rsidRPr="00B7305F">
        <w:rPr>
          <w:rFonts w:cs="Times New Roman"/>
          <w:color w:val="000000" w:themeColor="text1"/>
          <w:lang w:val="uk-UA"/>
        </w:rPr>
        <w:t xml:space="preserve"> </w:t>
      </w:r>
      <w:r w:rsidR="009D21BD" w:rsidRPr="00B7305F">
        <w:rPr>
          <w:rFonts w:cs="Times New Roman"/>
          <w:color w:val="000000" w:themeColor="text1"/>
          <w:lang w:val="uk-UA"/>
        </w:rPr>
        <w:t>тобто</w:t>
      </w:r>
      <w:r w:rsidRPr="00B7305F">
        <w:rPr>
          <w:rFonts w:cs="Times New Roman"/>
          <w:color w:val="000000" w:themeColor="text1"/>
          <w:lang w:val="uk-UA"/>
        </w:rPr>
        <w:t xml:space="preserve"> </w:t>
      </w:r>
      <w:r w:rsidR="009D21BD" w:rsidRPr="00B7305F">
        <w:rPr>
          <w:rFonts w:cs="Times New Roman"/>
          <w:color w:val="000000" w:themeColor="text1"/>
          <w:lang w:val="uk-UA"/>
        </w:rPr>
        <w:t>здатністю</w:t>
      </w:r>
      <w:r w:rsidRPr="00B7305F">
        <w:rPr>
          <w:rFonts w:cs="Times New Roman"/>
          <w:color w:val="000000" w:themeColor="text1"/>
          <w:lang w:val="uk-UA"/>
        </w:rPr>
        <w:t xml:space="preserve"> </w:t>
      </w:r>
      <w:r w:rsidR="009D21BD" w:rsidRPr="00B7305F">
        <w:rPr>
          <w:rFonts w:cs="Times New Roman"/>
          <w:color w:val="000000" w:themeColor="text1"/>
          <w:lang w:val="uk-UA"/>
        </w:rPr>
        <w:t>швидко</w:t>
      </w:r>
      <w:r w:rsidRPr="00B7305F">
        <w:rPr>
          <w:rFonts w:cs="Times New Roman"/>
          <w:color w:val="000000" w:themeColor="text1"/>
          <w:lang w:val="uk-UA"/>
        </w:rPr>
        <w:t xml:space="preserve"> </w:t>
      </w:r>
      <w:r w:rsidR="009D21BD" w:rsidRPr="00B7305F">
        <w:rPr>
          <w:rFonts w:cs="Times New Roman"/>
          <w:color w:val="000000" w:themeColor="text1"/>
          <w:lang w:val="uk-UA"/>
        </w:rPr>
        <w:t>перемикати</w:t>
      </w:r>
      <w:r w:rsidRPr="00B7305F">
        <w:rPr>
          <w:rFonts w:cs="Times New Roman"/>
          <w:color w:val="000000" w:themeColor="text1"/>
          <w:lang w:val="uk-UA"/>
        </w:rPr>
        <w:t xml:space="preserve"> </w:t>
      </w:r>
      <w:r w:rsidR="009D21BD" w:rsidRPr="00B7305F">
        <w:rPr>
          <w:rFonts w:cs="Times New Roman"/>
          <w:color w:val="000000" w:themeColor="text1"/>
          <w:lang w:val="uk-UA"/>
        </w:rPr>
        <w:t>емоційні</w:t>
      </w:r>
      <w:r w:rsidRPr="00B7305F">
        <w:rPr>
          <w:rFonts w:cs="Times New Roman"/>
          <w:color w:val="000000" w:themeColor="text1"/>
          <w:lang w:val="uk-UA"/>
        </w:rPr>
        <w:t xml:space="preserve"> </w:t>
      </w:r>
      <w:r w:rsidR="009D21BD" w:rsidRPr="00B7305F">
        <w:rPr>
          <w:rFonts w:cs="Times New Roman"/>
          <w:color w:val="000000" w:themeColor="text1"/>
          <w:lang w:val="uk-UA"/>
        </w:rPr>
        <w:t>стани</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те,</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згодом</w:t>
      </w:r>
      <w:r w:rsidRPr="00B7305F">
        <w:rPr>
          <w:rFonts w:cs="Times New Roman"/>
          <w:color w:val="000000" w:themeColor="text1"/>
          <w:lang w:val="uk-UA"/>
        </w:rPr>
        <w:t xml:space="preserve"> </w:t>
      </w:r>
      <w:r w:rsidR="009D21BD" w:rsidRPr="00B7305F">
        <w:rPr>
          <w:rFonts w:cs="Times New Roman"/>
          <w:color w:val="000000" w:themeColor="text1"/>
          <w:lang w:val="uk-UA"/>
        </w:rPr>
        <w:t>стане</w:t>
      </w:r>
      <w:r w:rsidRPr="00B7305F">
        <w:rPr>
          <w:rFonts w:cs="Times New Roman"/>
          <w:color w:val="000000" w:themeColor="text1"/>
          <w:lang w:val="uk-UA"/>
        </w:rPr>
        <w:t xml:space="preserve"> </w:t>
      </w:r>
      <w:r w:rsidR="009D21BD" w:rsidRPr="00B7305F">
        <w:rPr>
          <w:rFonts w:cs="Times New Roman"/>
          <w:color w:val="000000" w:themeColor="text1"/>
          <w:lang w:val="uk-UA"/>
        </w:rPr>
        <w:t>основою</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кінематографічної</w:t>
      </w:r>
      <w:r w:rsidRPr="00B7305F">
        <w:rPr>
          <w:rFonts w:cs="Times New Roman"/>
          <w:color w:val="000000" w:themeColor="text1"/>
          <w:lang w:val="uk-UA"/>
        </w:rPr>
        <w:t xml:space="preserve"> </w:t>
      </w:r>
      <w:r w:rsidR="009D21BD" w:rsidRPr="00B7305F">
        <w:rPr>
          <w:rFonts w:cs="Times New Roman"/>
          <w:color w:val="000000" w:themeColor="text1"/>
          <w:lang w:val="uk-UA"/>
        </w:rPr>
        <w:t>гри.</w:t>
      </w:r>
    </w:p>
    <w:p w14:paraId="0BC7E7EF" w14:textId="03542C5D" w:rsidR="00B61686"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 xml:space="preserve">        </w:t>
      </w:r>
      <w:r w:rsidR="009D21BD" w:rsidRPr="00B7305F">
        <w:rPr>
          <w:rFonts w:cs="Times New Roman"/>
          <w:color w:val="000000" w:themeColor="text1"/>
          <w:lang w:val="uk-UA"/>
        </w:rPr>
        <w:t>Іван</w:t>
      </w:r>
      <w:r w:rsidRPr="00B7305F">
        <w:rPr>
          <w:rFonts w:cs="Times New Roman"/>
          <w:color w:val="000000" w:themeColor="text1"/>
          <w:lang w:val="uk-UA"/>
        </w:rPr>
        <w:t xml:space="preserve"> </w:t>
      </w:r>
      <w:r w:rsidR="009D21BD" w:rsidRPr="00B7305F">
        <w:rPr>
          <w:rFonts w:cs="Times New Roman"/>
          <w:color w:val="000000" w:themeColor="text1"/>
          <w:lang w:val="uk-UA"/>
        </w:rPr>
        <w:t>Кавалерідзе,</w:t>
      </w:r>
      <w:r w:rsidRPr="00B7305F">
        <w:rPr>
          <w:rFonts w:cs="Times New Roman"/>
          <w:color w:val="000000" w:themeColor="text1"/>
          <w:lang w:val="uk-UA"/>
        </w:rPr>
        <w:t xml:space="preserve"> </w:t>
      </w:r>
      <w:r w:rsidR="009D21BD" w:rsidRPr="00B7305F">
        <w:rPr>
          <w:rFonts w:cs="Times New Roman"/>
          <w:color w:val="000000" w:themeColor="text1"/>
          <w:lang w:val="uk-UA"/>
        </w:rPr>
        <w:t>видатний</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український</w:t>
      </w:r>
      <w:r w:rsidRPr="00B7305F">
        <w:rPr>
          <w:rFonts w:cs="Times New Roman"/>
          <w:color w:val="000000" w:themeColor="text1"/>
          <w:lang w:val="uk-UA"/>
        </w:rPr>
        <w:t xml:space="preserve"> </w:t>
      </w:r>
      <w:r w:rsidR="009D21BD" w:rsidRPr="00B7305F">
        <w:rPr>
          <w:rFonts w:cs="Times New Roman"/>
          <w:color w:val="000000" w:themeColor="text1"/>
          <w:lang w:val="uk-UA"/>
        </w:rPr>
        <w:t>режисер</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скульптор,</w:t>
      </w:r>
      <w:r w:rsidRPr="00B7305F">
        <w:rPr>
          <w:rFonts w:cs="Times New Roman"/>
          <w:color w:val="000000" w:themeColor="text1"/>
          <w:lang w:val="uk-UA"/>
        </w:rPr>
        <w:t xml:space="preserve"> </w:t>
      </w:r>
      <w:r w:rsidR="009D21BD" w:rsidRPr="00B7305F">
        <w:rPr>
          <w:rFonts w:cs="Times New Roman"/>
          <w:color w:val="000000" w:themeColor="text1"/>
          <w:lang w:val="uk-UA"/>
        </w:rPr>
        <w:t>переніс</w:t>
      </w:r>
      <w:r w:rsidRPr="00B7305F">
        <w:rPr>
          <w:rFonts w:cs="Times New Roman"/>
          <w:color w:val="000000" w:themeColor="text1"/>
          <w:lang w:val="uk-UA"/>
        </w:rPr>
        <w:t xml:space="preserve"> </w:t>
      </w:r>
      <w:r w:rsidR="009D21BD" w:rsidRPr="00B7305F">
        <w:rPr>
          <w:rFonts w:cs="Times New Roman"/>
          <w:color w:val="000000" w:themeColor="text1"/>
          <w:lang w:val="uk-UA"/>
        </w:rPr>
        <w:t>принципи</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театральної</w:t>
      </w:r>
      <w:r w:rsidRPr="00B7305F">
        <w:rPr>
          <w:rFonts w:cs="Times New Roman"/>
          <w:color w:val="000000" w:themeColor="text1"/>
          <w:lang w:val="uk-UA"/>
        </w:rPr>
        <w:t xml:space="preserve"> </w:t>
      </w:r>
      <w:r w:rsidR="009D21BD" w:rsidRPr="00B7305F">
        <w:rPr>
          <w:rFonts w:cs="Times New Roman"/>
          <w:color w:val="000000" w:themeColor="text1"/>
          <w:lang w:val="uk-UA"/>
        </w:rPr>
        <w:t>виразності</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кіномистецтво.</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фільмах</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зберігає</w:t>
      </w:r>
      <w:r w:rsidRPr="00B7305F">
        <w:rPr>
          <w:rFonts w:cs="Times New Roman"/>
          <w:color w:val="000000" w:themeColor="text1"/>
          <w:lang w:val="uk-UA"/>
        </w:rPr>
        <w:t xml:space="preserve"> </w:t>
      </w:r>
      <w:r w:rsidR="009D21BD" w:rsidRPr="00B7305F">
        <w:rPr>
          <w:rFonts w:cs="Times New Roman"/>
          <w:color w:val="000000" w:themeColor="text1"/>
          <w:lang w:val="uk-UA"/>
        </w:rPr>
        <w:t>сценічну</w:t>
      </w:r>
      <w:r w:rsidRPr="00B7305F">
        <w:rPr>
          <w:rFonts w:cs="Times New Roman"/>
          <w:color w:val="000000" w:themeColor="text1"/>
          <w:lang w:val="uk-UA"/>
        </w:rPr>
        <w:t xml:space="preserve"> </w:t>
      </w:r>
      <w:r w:rsidR="009D21BD" w:rsidRPr="00B7305F">
        <w:rPr>
          <w:rFonts w:cs="Times New Roman"/>
          <w:color w:val="000000" w:themeColor="text1"/>
          <w:lang w:val="uk-UA"/>
        </w:rPr>
        <w:t>монументальність,</w:t>
      </w:r>
      <w:r w:rsidRPr="00B7305F">
        <w:rPr>
          <w:rFonts w:cs="Times New Roman"/>
          <w:color w:val="000000" w:themeColor="text1"/>
          <w:lang w:val="uk-UA"/>
        </w:rPr>
        <w:t xml:space="preserve"> </w:t>
      </w:r>
      <w:r w:rsidR="009D21BD" w:rsidRPr="00B7305F">
        <w:rPr>
          <w:rFonts w:cs="Times New Roman"/>
          <w:color w:val="000000" w:themeColor="text1"/>
          <w:lang w:val="uk-UA"/>
        </w:rPr>
        <w:t>але</w:t>
      </w:r>
      <w:r w:rsidRPr="00B7305F">
        <w:rPr>
          <w:rFonts w:cs="Times New Roman"/>
          <w:color w:val="000000" w:themeColor="text1"/>
          <w:lang w:val="uk-UA"/>
        </w:rPr>
        <w:t xml:space="preserve"> </w:t>
      </w:r>
      <w:r w:rsidR="009D21BD" w:rsidRPr="00B7305F">
        <w:rPr>
          <w:rFonts w:cs="Times New Roman"/>
          <w:color w:val="000000" w:themeColor="text1"/>
          <w:lang w:val="uk-UA"/>
        </w:rPr>
        <w:t>водночас</w:t>
      </w:r>
      <w:r w:rsidRPr="00B7305F">
        <w:rPr>
          <w:rFonts w:cs="Times New Roman"/>
          <w:color w:val="000000" w:themeColor="text1"/>
          <w:lang w:val="uk-UA"/>
        </w:rPr>
        <w:t xml:space="preserve"> </w:t>
      </w:r>
      <w:r w:rsidR="009D21BD" w:rsidRPr="00B7305F">
        <w:rPr>
          <w:rFonts w:cs="Times New Roman"/>
          <w:color w:val="000000" w:themeColor="text1"/>
          <w:lang w:val="uk-UA"/>
        </w:rPr>
        <w:t>пристосовується</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вимог</w:t>
      </w:r>
      <w:r w:rsidRPr="00B7305F">
        <w:rPr>
          <w:rFonts w:cs="Times New Roman"/>
          <w:color w:val="000000" w:themeColor="text1"/>
          <w:lang w:val="uk-UA"/>
        </w:rPr>
        <w:t xml:space="preserve"> </w:t>
      </w:r>
      <w:r w:rsidR="009D21BD" w:rsidRPr="00B7305F">
        <w:rPr>
          <w:rFonts w:cs="Times New Roman"/>
          <w:color w:val="000000" w:themeColor="text1"/>
          <w:lang w:val="uk-UA"/>
        </w:rPr>
        <w:t>камери.</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стрічках</w:t>
      </w:r>
      <w:r w:rsidRPr="00B7305F">
        <w:rPr>
          <w:rFonts w:cs="Times New Roman"/>
          <w:color w:val="000000" w:themeColor="text1"/>
          <w:lang w:val="uk-UA"/>
        </w:rPr>
        <w:t xml:space="preserve"> </w:t>
      </w:r>
      <w:r w:rsidR="009D21BD" w:rsidRPr="00B7305F">
        <w:rPr>
          <w:rFonts w:cs="Times New Roman"/>
          <w:color w:val="000000" w:themeColor="text1"/>
          <w:lang w:val="uk-UA"/>
        </w:rPr>
        <w:t>«Злива»,</w:t>
      </w:r>
      <w:r w:rsidRPr="00B7305F">
        <w:rPr>
          <w:rFonts w:cs="Times New Roman"/>
          <w:color w:val="000000" w:themeColor="text1"/>
          <w:lang w:val="uk-UA"/>
        </w:rPr>
        <w:t xml:space="preserve"> </w:t>
      </w:r>
      <w:r w:rsidR="009D21BD" w:rsidRPr="00B7305F">
        <w:rPr>
          <w:rFonts w:cs="Times New Roman"/>
          <w:color w:val="000000" w:themeColor="text1"/>
          <w:lang w:val="uk-UA"/>
        </w:rPr>
        <w:t>«Коліївщина»,</w:t>
      </w:r>
      <w:r w:rsidRPr="00B7305F">
        <w:rPr>
          <w:rFonts w:cs="Times New Roman"/>
          <w:color w:val="000000" w:themeColor="text1"/>
          <w:lang w:val="uk-UA"/>
        </w:rPr>
        <w:t xml:space="preserve"> </w:t>
      </w:r>
      <w:r w:rsidR="009D21BD" w:rsidRPr="00B7305F">
        <w:rPr>
          <w:rFonts w:cs="Times New Roman"/>
          <w:color w:val="000000" w:themeColor="text1"/>
          <w:lang w:val="uk-UA"/>
        </w:rPr>
        <w:t>«Прометей»</w:t>
      </w:r>
      <w:r w:rsidRPr="00B7305F">
        <w:rPr>
          <w:rFonts w:cs="Times New Roman"/>
          <w:color w:val="000000" w:themeColor="text1"/>
          <w:lang w:val="uk-UA"/>
        </w:rPr>
        <w:t xml:space="preserve"> </w:t>
      </w:r>
      <w:r w:rsidR="009D21BD" w:rsidRPr="00B7305F">
        <w:rPr>
          <w:rFonts w:cs="Times New Roman"/>
          <w:color w:val="000000" w:themeColor="text1"/>
          <w:lang w:val="uk-UA"/>
        </w:rPr>
        <w:t>простежується</w:t>
      </w:r>
      <w:r w:rsidRPr="00B7305F">
        <w:rPr>
          <w:rFonts w:cs="Times New Roman"/>
          <w:color w:val="000000" w:themeColor="text1"/>
          <w:lang w:val="uk-UA"/>
        </w:rPr>
        <w:t xml:space="preserve"> </w:t>
      </w:r>
      <w:r w:rsidR="009D21BD" w:rsidRPr="00B7305F">
        <w:rPr>
          <w:rFonts w:cs="Times New Roman"/>
          <w:color w:val="000000" w:themeColor="text1"/>
          <w:lang w:val="uk-UA"/>
        </w:rPr>
        <w:t>синтез</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театрального</w:t>
      </w:r>
      <w:r w:rsidRPr="00B7305F">
        <w:rPr>
          <w:rFonts w:cs="Times New Roman"/>
          <w:color w:val="000000" w:themeColor="text1"/>
          <w:lang w:val="uk-UA"/>
        </w:rPr>
        <w:t xml:space="preserve"> </w:t>
      </w:r>
      <w:r w:rsidR="009D21BD" w:rsidRPr="00B7305F">
        <w:rPr>
          <w:rFonts w:cs="Times New Roman"/>
          <w:color w:val="000000" w:themeColor="text1"/>
          <w:lang w:val="uk-UA"/>
        </w:rPr>
        <w:t>символізму</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9D21BD" w:rsidRPr="00B7305F">
        <w:rPr>
          <w:rFonts w:cs="Times New Roman"/>
          <w:color w:val="000000" w:themeColor="text1"/>
          <w:lang w:val="uk-UA"/>
        </w:rPr>
        <w:t>ритму.</w:t>
      </w:r>
      <w:r w:rsidRPr="00B7305F">
        <w:rPr>
          <w:rFonts w:cs="Times New Roman"/>
          <w:color w:val="000000" w:themeColor="text1"/>
          <w:lang w:val="uk-UA"/>
        </w:rPr>
        <w:t xml:space="preserve"> </w:t>
      </w:r>
      <w:r w:rsidR="009D21BD" w:rsidRPr="00B7305F">
        <w:rPr>
          <w:rFonts w:cs="Times New Roman"/>
          <w:color w:val="000000" w:themeColor="text1"/>
          <w:lang w:val="uk-UA"/>
        </w:rPr>
        <w:t>Кавалерідзе</w:t>
      </w:r>
      <w:r w:rsidRPr="00B7305F">
        <w:rPr>
          <w:rFonts w:cs="Times New Roman"/>
          <w:color w:val="000000" w:themeColor="text1"/>
          <w:lang w:val="uk-UA"/>
        </w:rPr>
        <w:t xml:space="preserve"> </w:t>
      </w:r>
      <w:r w:rsidR="009D21BD" w:rsidRPr="00B7305F">
        <w:rPr>
          <w:rFonts w:cs="Times New Roman"/>
          <w:color w:val="000000" w:themeColor="text1"/>
          <w:lang w:val="uk-UA"/>
        </w:rPr>
        <w:t>показав,</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кадрі</w:t>
      </w:r>
      <w:r w:rsidRPr="00B7305F">
        <w:rPr>
          <w:rFonts w:cs="Times New Roman"/>
          <w:color w:val="000000" w:themeColor="text1"/>
          <w:lang w:val="uk-UA"/>
        </w:rPr>
        <w:t xml:space="preserve"> </w:t>
      </w:r>
      <w:r w:rsidR="009D21BD" w:rsidRPr="00B7305F">
        <w:rPr>
          <w:rFonts w:cs="Times New Roman"/>
          <w:color w:val="000000" w:themeColor="text1"/>
          <w:lang w:val="uk-UA"/>
        </w:rPr>
        <w:t>повинен</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лише</w:t>
      </w:r>
      <w:r w:rsidRPr="00B7305F">
        <w:rPr>
          <w:rFonts w:cs="Times New Roman"/>
          <w:color w:val="000000" w:themeColor="text1"/>
          <w:lang w:val="uk-UA"/>
        </w:rPr>
        <w:t xml:space="preserve"> </w:t>
      </w:r>
      <w:r w:rsidR="009D21BD" w:rsidRPr="00B7305F">
        <w:rPr>
          <w:rFonts w:cs="Times New Roman"/>
          <w:color w:val="000000" w:themeColor="text1"/>
          <w:lang w:val="uk-UA"/>
        </w:rPr>
        <w:t>діяти,</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«жити»</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створювати</w:t>
      </w:r>
      <w:r w:rsidRPr="00B7305F">
        <w:rPr>
          <w:rFonts w:cs="Times New Roman"/>
          <w:color w:val="000000" w:themeColor="text1"/>
          <w:lang w:val="uk-UA"/>
        </w:rPr>
        <w:t xml:space="preserve"> </w:t>
      </w:r>
      <w:r w:rsidR="009D21BD" w:rsidRPr="00B7305F">
        <w:rPr>
          <w:rFonts w:cs="Times New Roman"/>
          <w:color w:val="000000" w:themeColor="text1"/>
          <w:lang w:val="uk-UA"/>
        </w:rPr>
        <w:t>живу</w:t>
      </w:r>
      <w:r w:rsidRPr="00B7305F">
        <w:rPr>
          <w:rFonts w:cs="Times New Roman"/>
          <w:color w:val="000000" w:themeColor="text1"/>
          <w:lang w:val="uk-UA"/>
        </w:rPr>
        <w:t xml:space="preserve"> </w:t>
      </w:r>
      <w:r w:rsidR="009D21BD" w:rsidRPr="00B7305F">
        <w:rPr>
          <w:rFonts w:cs="Times New Roman"/>
          <w:color w:val="000000" w:themeColor="text1"/>
          <w:lang w:val="uk-UA"/>
        </w:rPr>
        <w:t>присутність,</w:t>
      </w:r>
      <w:r w:rsidRPr="00B7305F">
        <w:rPr>
          <w:rFonts w:cs="Times New Roman"/>
          <w:color w:val="000000" w:themeColor="text1"/>
          <w:lang w:val="uk-UA"/>
        </w:rPr>
        <w:t xml:space="preserve"> </w:t>
      </w:r>
      <w:r w:rsidR="009D21BD" w:rsidRPr="00B7305F">
        <w:rPr>
          <w:rFonts w:cs="Times New Roman"/>
          <w:color w:val="000000" w:themeColor="text1"/>
          <w:lang w:val="uk-UA"/>
        </w:rPr>
        <w:t>навіть</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межах</w:t>
      </w:r>
      <w:r w:rsidRPr="00B7305F">
        <w:rPr>
          <w:rFonts w:cs="Times New Roman"/>
          <w:color w:val="000000" w:themeColor="text1"/>
          <w:lang w:val="uk-UA"/>
        </w:rPr>
        <w:t xml:space="preserve"> </w:t>
      </w:r>
      <w:r w:rsidR="009D21BD" w:rsidRPr="00B7305F">
        <w:rPr>
          <w:rFonts w:cs="Times New Roman"/>
          <w:color w:val="000000" w:themeColor="text1"/>
          <w:lang w:val="uk-UA"/>
        </w:rPr>
        <w:t>знятого</w:t>
      </w:r>
      <w:r w:rsidRPr="00B7305F">
        <w:rPr>
          <w:rFonts w:cs="Times New Roman"/>
          <w:color w:val="000000" w:themeColor="text1"/>
          <w:lang w:val="uk-UA"/>
        </w:rPr>
        <w:t xml:space="preserve"> </w:t>
      </w:r>
      <w:r w:rsidR="009D21BD" w:rsidRPr="00B7305F">
        <w:rPr>
          <w:rFonts w:cs="Times New Roman"/>
          <w:color w:val="000000" w:themeColor="text1"/>
          <w:lang w:val="uk-UA"/>
        </w:rPr>
        <w:t>епізоду</w:t>
      </w:r>
      <w:r w:rsidR="004B0283" w:rsidRPr="004B0283">
        <w:rPr>
          <w:rFonts w:cs="Times New Roman"/>
          <w:color w:val="000000" w:themeColor="text1"/>
          <w:lang w:val="ru-RU"/>
        </w:rPr>
        <w:t xml:space="preserve"> </w:t>
      </w:r>
      <w:r w:rsidR="004B0283" w:rsidRPr="00F42F49">
        <w:rPr>
          <w:rFonts w:cs="Times New Roman"/>
          <w:lang w:val="ru-RU"/>
        </w:rPr>
        <w:t>[</w:t>
      </w:r>
      <w:r w:rsidR="00F42F49" w:rsidRPr="00F42F49">
        <w:rPr>
          <w:rFonts w:cs="Times New Roman"/>
          <w:lang w:val="ru-RU"/>
        </w:rPr>
        <w:t>31</w:t>
      </w:r>
      <w:r w:rsidR="004B0283" w:rsidRPr="00F42F49">
        <w:rPr>
          <w:rFonts w:cs="Times New Roman"/>
          <w:lang w:val="ru-RU"/>
        </w:rPr>
        <w:t>,</w:t>
      </w:r>
      <w:r w:rsidR="008005EB">
        <w:rPr>
          <w:rFonts w:cs="Times New Roman"/>
          <w:lang w:val="ru-RU"/>
        </w:rPr>
        <w:t xml:space="preserve"> </w:t>
      </w:r>
      <w:r w:rsidR="004B0283" w:rsidRPr="00F42F49">
        <w:rPr>
          <w:rFonts w:cs="Times New Roman"/>
        </w:rPr>
        <w:t>c</w:t>
      </w:r>
      <w:r w:rsidR="004B0283" w:rsidRPr="00F42F49">
        <w:rPr>
          <w:rFonts w:cs="Times New Roman"/>
          <w:lang w:val="ru-RU"/>
        </w:rPr>
        <w:t>.</w:t>
      </w:r>
      <w:r w:rsidR="00F42F49" w:rsidRPr="00F42F49">
        <w:rPr>
          <w:rFonts w:cs="Times New Roman"/>
          <w:lang w:val="ru-RU"/>
        </w:rPr>
        <w:t>43</w:t>
      </w:r>
      <w:r w:rsidR="004B0283" w:rsidRPr="00F42F49">
        <w:rPr>
          <w:rFonts w:cs="Times New Roman"/>
          <w:lang w:val="ru-RU"/>
        </w:rPr>
        <w:t xml:space="preserve"> ]</w:t>
      </w:r>
      <w:r w:rsidR="009D21BD" w:rsidRPr="00F42F49">
        <w:rPr>
          <w:rFonts w:cs="Times New Roman"/>
          <w:lang w:val="uk-UA"/>
        </w:rPr>
        <w:t>.</w:t>
      </w:r>
    </w:p>
    <w:p w14:paraId="51EDB206" w14:textId="374DA3AC" w:rsidR="00B61686"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B61686" w:rsidRPr="00B7305F">
        <w:rPr>
          <w:rFonts w:cs="Times New Roman"/>
          <w:b/>
          <w:bCs/>
          <w:color w:val="000000" w:themeColor="text1"/>
          <w:lang w:val="uk-UA"/>
        </w:rPr>
        <w:t>Порівняння</w:t>
      </w:r>
      <w:r w:rsidRPr="00B7305F">
        <w:rPr>
          <w:rFonts w:cs="Times New Roman"/>
          <w:b/>
          <w:bCs/>
          <w:color w:val="000000" w:themeColor="text1"/>
          <w:lang w:val="uk-UA"/>
        </w:rPr>
        <w:t xml:space="preserve"> </w:t>
      </w:r>
      <w:r w:rsidR="00B61686" w:rsidRPr="00B7305F">
        <w:rPr>
          <w:rFonts w:cs="Times New Roman"/>
          <w:b/>
          <w:bCs/>
          <w:color w:val="000000" w:themeColor="text1"/>
          <w:lang w:val="uk-UA"/>
        </w:rPr>
        <w:t>акторських</w:t>
      </w:r>
      <w:r w:rsidRPr="00B7305F">
        <w:rPr>
          <w:rFonts w:cs="Times New Roman"/>
          <w:b/>
          <w:bCs/>
          <w:color w:val="000000" w:themeColor="text1"/>
          <w:lang w:val="uk-UA"/>
        </w:rPr>
        <w:t xml:space="preserve"> </w:t>
      </w:r>
      <w:r w:rsidR="00B61686" w:rsidRPr="00B7305F">
        <w:rPr>
          <w:rFonts w:cs="Times New Roman"/>
          <w:b/>
          <w:bCs/>
          <w:color w:val="000000" w:themeColor="text1"/>
          <w:lang w:val="uk-UA"/>
        </w:rPr>
        <w:t>технік</w:t>
      </w:r>
    </w:p>
    <w:p w14:paraId="747F966B" w14:textId="4AF7040E" w:rsidR="003C14F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потребують</w:t>
      </w:r>
      <w:r w:rsidRPr="00B7305F">
        <w:rPr>
          <w:rFonts w:cs="Times New Roman"/>
          <w:color w:val="000000" w:themeColor="text1"/>
          <w:lang w:val="uk-UA"/>
        </w:rPr>
        <w:t xml:space="preserve"> </w:t>
      </w:r>
      <w:r w:rsidR="009D21BD" w:rsidRPr="00B7305F">
        <w:rPr>
          <w:rFonts w:cs="Times New Roman"/>
          <w:color w:val="000000" w:themeColor="text1"/>
          <w:lang w:val="uk-UA"/>
        </w:rPr>
        <w:t>різних</w:t>
      </w:r>
      <w:r w:rsidRPr="00B7305F">
        <w:rPr>
          <w:rFonts w:cs="Times New Roman"/>
          <w:color w:val="000000" w:themeColor="text1"/>
          <w:lang w:val="uk-UA"/>
        </w:rPr>
        <w:t xml:space="preserve"> </w:t>
      </w:r>
      <w:r w:rsidR="009D21BD" w:rsidRPr="00B7305F">
        <w:rPr>
          <w:rFonts w:cs="Times New Roman"/>
          <w:color w:val="000000" w:themeColor="text1"/>
          <w:lang w:val="uk-UA"/>
        </w:rPr>
        <w:t>технік</w:t>
      </w:r>
      <w:r w:rsidRPr="00B7305F">
        <w:rPr>
          <w:rFonts w:cs="Times New Roman"/>
          <w:color w:val="000000" w:themeColor="text1"/>
          <w:lang w:val="uk-UA"/>
        </w:rPr>
        <w:t xml:space="preserve"> </w:t>
      </w:r>
      <w:r w:rsidR="009D21BD" w:rsidRPr="00B7305F">
        <w:rPr>
          <w:rFonts w:cs="Times New Roman"/>
          <w:color w:val="000000" w:themeColor="text1"/>
          <w:lang w:val="uk-UA"/>
        </w:rPr>
        <w:t>існування,</w:t>
      </w:r>
      <w:r w:rsidRPr="00B7305F">
        <w:rPr>
          <w:rFonts w:cs="Times New Roman"/>
          <w:color w:val="000000" w:themeColor="text1"/>
          <w:lang w:val="uk-UA"/>
        </w:rPr>
        <w:t xml:space="preserve"> </w:t>
      </w:r>
      <w:r w:rsidR="009D21BD" w:rsidRPr="00B7305F">
        <w:rPr>
          <w:rFonts w:cs="Times New Roman"/>
          <w:color w:val="000000" w:themeColor="text1"/>
          <w:lang w:val="uk-UA"/>
        </w:rPr>
        <w:t>але</w:t>
      </w:r>
      <w:r w:rsidRPr="00B7305F">
        <w:rPr>
          <w:rFonts w:cs="Times New Roman"/>
          <w:color w:val="000000" w:themeColor="text1"/>
          <w:lang w:val="uk-UA"/>
        </w:rPr>
        <w:t xml:space="preserve"> </w:t>
      </w:r>
      <w:r w:rsidR="009D21BD" w:rsidRPr="00B7305F">
        <w:rPr>
          <w:rFonts w:cs="Times New Roman"/>
          <w:color w:val="000000" w:themeColor="text1"/>
          <w:lang w:val="uk-UA"/>
        </w:rPr>
        <w:t>спільною</w:t>
      </w:r>
      <w:r w:rsidRPr="00B7305F">
        <w:rPr>
          <w:rFonts w:cs="Times New Roman"/>
          <w:color w:val="000000" w:themeColor="text1"/>
          <w:lang w:val="uk-UA"/>
        </w:rPr>
        <w:t xml:space="preserve"> </w:t>
      </w:r>
      <w:r w:rsidR="009D21BD" w:rsidRPr="00B7305F">
        <w:rPr>
          <w:rFonts w:cs="Times New Roman"/>
          <w:color w:val="000000" w:themeColor="text1"/>
          <w:lang w:val="uk-UA"/>
        </w:rPr>
        <w:t>залишається</w:t>
      </w:r>
      <w:r w:rsidRPr="00B7305F">
        <w:rPr>
          <w:rFonts w:cs="Times New Roman"/>
          <w:color w:val="000000" w:themeColor="text1"/>
          <w:lang w:val="uk-UA"/>
        </w:rPr>
        <w:t xml:space="preserve"> </w:t>
      </w:r>
      <w:r w:rsidR="009D21BD" w:rsidRPr="00B7305F">
        <w:rPr>
          <w:rFonts w:cs="Times New Roman"/>
          <w:color w:val="000000" w:themeColor="text1"/>
          <w:lang w:val="uk-UA"/>
        </w:rPr>
        <w:t>суть</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правдивість</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органічність.</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театрі</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працює</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умовах</w:t>
      </w:r>
      <w:r w:rsidRPr="00B7305F">
        <w:rPr>
          <w:rFonts w:cs="Times New Roman"/>
          <w:color w:val="000000" w:themeColor="text1"/>
          <w:lang w:val="uk-UA"/>
        </w:rPr>
        <w:t xml:space="preserve"> </w:t>
      </w:r>
      <w:r w:rsidR="009D21BD" w:rsidRPr="00B7305F">
        <w:rPr>
          <w:rFonts w:cs="Times New Roman"/>
          <w:color w:val="000000" w:themeColor="text1"/>
          <w:lang w:val="uk-UA"/>
        </w:rPr>
        <w:t>безпосереднього</w:t>
      </w:r>
      <w:r w:rsidRPr="00B7305F">
        <w:rPr>
          <w:rFonts w:cs="Times New Roman"/>
          <w:color w:val="000000" w:themeColor="text1"/>
          <w:lang w:val="uk-UA"/>
        </w:rPr>
        <w:t xml:space="preserve"> </w:t>
      </w:r>
      <w:r w:rsidR="009D21BD" w:rsidRPr="00B7305F">
        <w:rPr>
          <w:rFonts w:cs="Times New Roman"/>
          <w:color w:val="000000" w:themeColor="text1"/>
          <w:lang w:val="uk-UA"/>
        </w:rPr>
        <w:t>контакту</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публікою.</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дія</w:t>
      </w:r>
      <w:r w:rsidRPr="00B7305F">
        <w:rPr>
          <w:rFonts w:cs="Times New Roman"/>
          <w:color w:val="000000" w:themeColor="text1"/>
          <w:lang w:val="uk-UA"/>
        </w:rPr>
        <w:t xml:space="preserve"> </w:t>
      </w:r>
      <w:r w:rsidR="009D21BD" w:rsidRPr="00B7305F">
        <w:rPr>
          <w:rFonts w:cs="Times New Roman"/>
          <w:color w:val="000000" w:themeColor="text1"/>
          <w:lang w:val="uk-UA"/>
        </w:rPr>
        <w:t>відбувається</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реальному</w:t>
      </w:r>
      <w:r w:rsidRPr="00B7305F">
        <w:rPr>
          <w:rFonts w:cs="Times New Roman"/>
          <w:color w:val="000000" w:themeColor="text1"/>
          <w:lang w:val="uk-UA"/>
        </w:rPr>
        <w:t xml:space="preserve"> </w:t>
      </w:r>
      <w:r w:rsidR="009D21BD" w:rsidRPr="00B7305F">
        <w:rPr>
          <w:rFonts w:cs="Times New Roman"/>
          <w:color w:val="000000" w:themeColor="text1"/>
          <w:lang w:val="uk-UA"/>
        </w:rPr>
        <w:t>часі,</w:t>
      </w:r>
      <w:r w:rsidRPr="00B7305F">
        <w:rPr>
          <w:rFonts w:cs="Times New Roman"/>
          <w:color w:val="000000" w:themeColor="text1"/>
          <w:lang w:val="uk-UA"/>
        </w:rPr>
        <w:t xml:space="preserve"> </w:t>
      </w:r>
      <w:r w:rsidR="009D21BD" w:rsidRPr="00B7305F">
        <w:rPr>
          <w:rFonts w:cs="Times New Roman"/>
          <w:color w:val="000000" w:themeColor="text1"/>
          <w:lang w:val="uk-UA"/>
        </w:rPr>
        <w:t>тому</w:t>
      </w:r>
      <w:r w:rsidRPr="00B7305F">
        <w:rPr>
          <w:rFonts w:cs="Times New Roman"/>
          <w:color w:val="000000" w:themeColor="text1"/>
          <w:lang w:val="uk-UA"/>
        </w:rPr>
        <w:t xml:space="preserve"> </w:t>
      </w:r>
      <w:r w:rsidR="009D21BD" w:rsidRPr="00B7305F">
        <w:rPr>
          <w:rFonts w:cs="Times New Roman"/>
          <w:color w:val="000000" w:themeColor="text1"/>
          <w:lang w:val="uk-UA"/>
        </w:rPr>
        <w:t>кожен</w:t>
      </w:r>
      <w:r w:rsidRPr="00B7305F">
        <w:rPr>
          <w:rFonts w:cs="Times New Roman"/>
          <w:color w:val="000000" w:themeColor="text1"/>
          <w:lang w:val="uk-UA"/>
        </w:rPr>
        <w:t xml:space="preserve"> </w:t>
      </w:r>
      <w:r w:rsidR="009D21BD" w:rsidRPr="00B7305F">
        <w:rPr>
          <w:rFonts w:cs="Times New Roman"/>
          <w:color w:val="000000" w:themeColor="text1"/>
          <w:lang w:val="uk-UA"/>
        </w:rPr>
        <w:t>рух</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слово</w:t>
      </w:r>
      <w:r w:rsidRPr="00B7305F">
        <w:rPr>
          <w:rFonts w:cs="Times New Roman"/>
          <w:color w:val="000000" w:themeColor="text1"/>
          <w:lang w:val="uk-UA"/>
        </w:rPr>
        <w:t xml:space="preserve"> </w:t>
      </w:r>
      <w:r w:rsidR="009D21BD" w:rsidRPr="00B7305F">
        <w:rPr>
          <w:rFonts w:cs="Times New Roman"/>
          <w:color w:val="000000" w:themeColor="text1"/>
          <w:lang w:val="uk-UA"/>
        </w:rPr>
        <w:t>мають</w:t>
      </w:r>
      <w:r w:rsidRPr="00B7305F">
        <w:rPr>
          <w:rFonts w:cs="Times New Roman"/>
          <w:color w:val="000000" w:themeColor="text1"/>
          <w:lang w:val="uk-UA"/>
        </w:rPr>
        <w:t xml:space="preserve"> </w:t>
      </w:r>
      <w:r w:rsidR="009D21BD" w:rsidRPr="00B7305F">
        <w:rPr>
          <w:rFonts w:cs="Times New Roman"/>
          <w:color w:val="000000" w:themeColor="text1"/>
          <w:lang w:val="uk-UA"/>
        </w:rPr>
        <w:t>бути</w:t>
      </w:r>
      <w:r w:rsidRPr="00B7305F">
        <w:rPr>
          <w:rFonts w:cs="Times New Roman"/>
          <w:color w:val="000000" w:themeColor="text1"/>
          <w:lang w:val="uk-UA"/>
        </w:rPr>
        <w:t xml:space="preserve"> </w:t>
      </w:r>
      <w:r w:rsidR="009D21BD" w:rsidRPr="00B7305F">
        <w:rPr>
          <w:rFonts w:cs="Times New Roman"/>
          <w:color w:val="000000" w:themeColor="text1"/>
          <w:lang w:val="uk-UA"/>
        </w:rPr>
        <w:t>наповнені</w:t>
      </w:r>
      <w:r w:rsidRPr="00B7305F">
        <w:rPr>
          <w:rFonts w:cs="Times New Roman"/>
          <w:color w:val="000000" w:themeColor="text1"/>
          <w:lang w:val="uk-UA"/>
        </w:rPr>
        <w:t xml:space="preserve"> </w:t>
      </w:r>
      <w:r w:rsidR="009D21BD" w:rsidRPr="00B7305F">
        <w:rPr>
          <w:rFonts w:cs="Times New Roman"/>
          <w:color w:val="000000" w:themeColor="text1"/>
          <w:lang w:val="uk-UA"/>
        </w:rPr>
        <w:t>енергією</w:t>
      </w:r>
      <w:r w:rsidRPr="00B7305F">
        <w:rPr>
          <w:rFonts w:cs="Times New Roman"/>
          <w:color w:val="000000" w:themeColor="text1"/>
          <w:lang w:val="uk-UA"/>
        </w:rPr>
        <w:t xml:space="preserve"> </w:t>
      </w:r>
      <w:r w:rsidR="009D21BD" w:rsidRPr="00B7305F">
        <w:rPr>
          <w:rFonts w:cs="Times New Roman"/>
          <w:color w:val="000000" w:themeColor="text1"/>
          <w:lang w:val="uk-UA"/>
        </w:rPr>
        <w:t>«тут</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тепер».</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грає</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камери,</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завдання</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передати</w:t>
      </w:r>
      <w:r w:rsidRPr="00B7305F">
        <w:rPr>
          <w:rFonts w:cs="Times New Roman"/>
          <w:color w:val="000000" w:themeColor="text1"/>
          <w:lang w:val="uk-UA"/>
        </w:rPr>
        <w:t xml:space="preserve"> </w:t>
      </w:r>
      <w:r w:rsidR="009D21BD" w:rsidRPr="00B7305F">
        <w:rPr>
          <w:rFonts w:cs="Times New Roman"/>
          <w:color w:val="000000" w:themeColor="text1"/>
          <w:lang w:val="uk-UA"/>
        </w:rPr>
        <w:t>емоцію</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мікродеталі:</w:t>
      </w:r>
      <w:r w:rsidRPr="00B7305F">
        <w:rPr>
          <w:rFonts w:cs="Times New Roman"/>
          <w:color w:val="000000" w:themeColor="text1"/>
          <w:lang w:val="uk-UA"/>
        </w:rPr>
        <w:t xml:space="preserve"> </w:t>
      </w:r>
      <w:r w:rsidR="009D21BD" w:rsidRPr="00B7305F">
        <w:rPr>
          <w:rFonts w:cs="Times New Roman"/>
          <w:color w:val="000000" w:themeColor="text1"/>
          <w:lang w:val="uk-UA"/>
        </w:rPr>
        <w:t>погляд,</w:t>
      </w:r>
      <w:r w:rsidRPr="00B7305F">
        <w:rPr>
          <w:rFonts w:cs="Times New Roman"/>
          <w:color w:val="000000" w:themeColor="text1"/>
          <w:lang w:val="uk-UA"/>
        </w:rPr>
        <w:t xml:space="preserve"> </w:t>
      </w:r>
      <w:r w:rsidR="009D21BD" w:rsidRPr="00B7305F">
        <w:rPr>
          <w:rFonts w:cs="Times New Roman"/>
          <w:color w:val="000000" w:themeColor="text1"/>
          <w:lang w:val="uk-UA"/>
        </w:rPr>
        <w:t>паузу,</w:t>
      </w:r>
      <w:r w:rsidRPr="00B7305F">
        <w:rPr>
          <w:rFonts w:cs="Times New Roman"/>
          <w:color w:val="000000" w:themeColor="text1"/>
          <w:lang w:val="uk-UA"/>
        </w:rPr>
        <w:t xml:space="preserve"> </w:t>
      </w:r>
      <w:r w:rsidR="009D21BD" w:rsidRPr="00B7305F">
        <w:rPr>
          <w:rFonts w:cs="Times New Roman"/>
          <w:color w:val="000000" w:themeColor="text1"/>
          <w:lang w:val="uk-UA"/>
        </w:rPr>
        <w:t>дихання.</w:t>
      </w:r>
      <w:r w:rsidRPr="00B7305F">
        <w:rPr>
          <w:rFonts w:cs="Times New Roman"/>
          <w:color w:val="000000" w:themeColor="text1"/>
          <w:lang w:val="uk-UA"/>
        </w:rPr>
        <w:t xml:space="preserve"> </w:t>
      </w:r>
      <w:r w:rsidR="009D21BD" w:rsidRPr="00B7305F">
        <w:rPr>
          <w:rFonts w:cs="Times New Roman"/>
          <w:color w:val="000000" w:themeColor="text1"/>
          <w:lang w:val="uk-UA"/>
        </w:rPr>
        <w:t>Якщо</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театральна</w:t>
      </w:r>
      <w:r w:rsidRPr="00B7305F">
        <w:rPr>
          <w:rFonts w:cs="Times New Roman"/>
          <w:color w:val="000000" w:themeColor="text1"/>
          <w:lang w:val="uk-UA"/>
        </w:rPr>
        <w:t xml:space="preserve"> </w:t>
      </w:r>
      <w:r w:rsidR="009D21BD" w:rsidRPr="00B7305F">
        <w:rPr>
          <w:rFonts w:cs="Times New Roman"/>
          <w:color w:val="000000" w:themeColor="text1"/>
          <w:lang w:val="uk-UA"/>
        </w:rPr>
        <w:t>дія</w:t>
      </w:r>
      <w:r w:rsidRPr="00B7305F">
        <w:rPr>
          <w:rFonts w:cs="Times New Roman"/>
          <w:color w:val="000000" w:themeColor="text1"/>
          <w:lang w:val="uk-UA"/>
        </w:rPr>
        <w:t xml:space="preserve"> </w:t>
      </w:r>
      <w:r w:rsidR="009D21BD" w:rsidRPr="00B7305F">
        <w:rPr>
          <w:rFonts w:cs="Times New Roman"/>
          <w:color w:val="000000" w:themeColor="text1"/>
          <w:lang w:val="uk-UA"/>
        </w:rPr>
        <w:t>базується</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масштабі,</w:t>
      </w:r>
      <w:r w:rsidRPr="00B7305F">
        <w:rPr>
          <w:rFonts w:cs="Times New Roman"/>
          <w:color w:val="000000" w:themeColor="text1"/>
          <w:lang w:val="uk-UA"/>
        </w:rPr>
        <w:t xml:space="preserve"> </w:t>
      </w:r>
      <w:r w:rsidR="009D21BD" w:rsidRPr="00B7305F">
        <w:rPr>
          <w:rFonts w:cs="Times New Roman"/>
          <w:color w:val="000000" w:themeColor="text1"/>
          <w:lang w:val="uk-UA"/>
        </w:rPr>
        <w:t>то</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кінематографічна</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концентрації.</w:t>
      </w:r>
    </w:p>
    <w:p w14:paraId="76FDEEBD" w14:textId="7E773987"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Метод</w:t>
      </w:r>
      <w:r w:rsidRPr="00B7305F">
        <w:rPr>
          <w:rFonts w:cs="Times New Roman"/>
          <w:color w:val="000000" w:themeColor="text1"/>
          <w:lang w:val="uk-UA"/>
        </w:rPr>
        <w:t xml:space="preserve"> </w:t>
      </w:r>
      <w:r w:rsidR="009D21BD" w:rsidRPr="00B7305F">
        <w:rPr>
          <w:rFonts w:cs="Times New Roman"/>
          <w:color w:val="000000" w:themeColor="text1"/>
          <w:lang w:val="uk-UA"/>
        </w:rPr>
        <w:t>Костянтина</w:t>
      </w:r>
      <w:r w:rsidRPr="00B7305F">
        <w:rPr>
          <w:rFonts w:cs="Times New Roman"/>
          <w:color w:val="000000" w:themeColor="text1"/>
          <w:lang w:val="uk-UA"/>
        </w:rPr>
        <w:t xml:space="preserve"> </w:t>
      </w:r>
      <w:r w:rsidR="009D21BD" w:rsidRPr="00B7305F">
        <w:rPr>
          <w:rFonts w:cs="Times New Roman"/>
          <w:color w:val="000000" w:themeColor="text1"/>
          <w:lang w:val="uk-UA"/>
        </w:rPr>
        <w:t>Станіславського</w:t>
      </w:r>
      <w:r w:rsidRPr="00B7305F">
        <w:rPr>
          <w:rFonts w:cs="Times New Roman"/>
          <w:color w:val="000000" w:themeColor="text1"/>
          <w:lang w:val="uk-UA"/>
        </w:rPr>
        <w:t xml:space="preserve"> </w:t>
      </w:r>
      <w:r w:rsidR="009D21BD" w:rsidRPr="00B7305F">
        <w:rPr>
          <w:rFonts w:cs="Times New Roman"/>
          <w:color w:val="000000" w:themeColor="text1"/>
          <w:lang w:val="uk-UA"/>
        </w:rPr>
        <w:t>став</w:t>
      </w:r>
      <w:r w:rsidRPr="00B7305F">
        <w:rPr>
          <w:rFonts w:cs="Times New Roman"/>
          <w:color w:val="000000" w:themeColor="text1"/>
          <w:lang w:val="uk-UA"/>
        </w:rPr>
        <w:t xml:space="preserve"> </w:t>
      </w:r>
      <w:r w:rsidR="009D21BD" w:rsidRPr="00B7305F">
        <w:rPr>
          <w:rFonts w:cs="Times New Roman"/>
          <w:color w:val="000000" w:themeColor="text1"/>
          <w:lang w:val="uk-UA"/>
        </w:rPr>
        <w:t>містком</w:t>
      </w:r>
      <w:r w:rsidRPr="00B7305F">
        <w:rPr>
          <w:rFonts w:cs="Times New Roman"/>
          <w:color w:val="000000" w:themeColor="text1"/>
          <w:lang w:val="uk-UA"/>
        </w:rPr>
        <w:t xml:space="preserve"> </w:t>
      </w:r>
      <w:r w:rsidR="009D21BD" w:rsidRPr="00B7305F">
        <w:rPr>
          <w:rFonts w:cs="Times New Roman"/>
          <w:color w:val="000000" w:themeColor="text1"/>
          <w:lang w:val="uk-UA"/>
        </w:rPr>
        <w:t>між</w:t>
      </w:r>
      <w:r w:rsidRPr="00B7305F">
        <w:rPr>
          <w:rFonts w:cs="Times New Roman"/>
          <w:color w:val="000000" w:themeColor="text1"/>
          <w:lang w:val="uk-UA"/>
        </w:rPr>
        <w:t xml:space="preserve"> </w:t>
      </w:r>
      <w:r w:rsidR="009D21BD" w:rsidRPr="00B7305F">
        <w:rPr>
          <w:rFonts w:cs="Times New Roman"/>
          <w:color w:val="000000" w:themeColor="text1"/>
          <w:lang w:val="uk-UA"/>
        </w:rPr>
        <w:t>театром</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принцип</w:t>
      </w:r>
      <w:r w:rsidRPr="00B7305F">
        <w:rPr>
          <w:rFonts w:cs="Times New Roman"/>
          <w:color w:val="000000" w:themeColor="text1"/>
          <w:lang w:val="uk-UA"/>
        </w:rPr>
        <w:t xml:space="preserve"> </w:t>
      </w:r>
      <w:r w:rsidR="009D21BD" w:rsidRPr="00B7305F">
        <w:rPr>
          <w:rFonts w:cs="Times New Roman"/>
          <w:color w:val="000000" w:themeColor="text1"/>
          <w:lang w:val="uk-UA"/>
        </w:rPr>
        <w:t>«віри</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запропоновані</w:t>
      </w:r>
      <w:r w:rsidRPr="00B7305F">
        <w:rPr>
          <w:rFonts w:cs="Times New Roman"/>
          <w:color w:val="000000" w:themeColor="text1"/>
          <w:lang w:val="uk-UA"/>
        </w:rPr>
        <w:t xml:space="preserve"> </w:t>
      </w:r>
      <w:r w:rsidR="009D21BD" w:rsidRPr="00F42F49">
        <w:rPr>
          <w:rFonts w:cs="Times New Roman"/>
          <w:lang w:val="uk-UA"/>
        </w:rPr>
        <w:t>обставини</w:t>
      </w:r>
      <w:r w:rsidR="004B0283" w:rsidRPr="00F42F49">
        <w:rPr>
          <w:rFonts w:cs="Times New Roman"/>
          <w:lang w:val="ru-RU"/>
        </w:rPr>
        <w:t xml:space="preserve"> [</w:t>
      </w:r>
      <w:r w:rsidR="00F42F49" w:rsidRPr="00F42F49">
        <w:rPr>
          <w:rFonts w:cs="Times New Roman"/>
          <w:lang w:val="ru-RU"/>
        </w:rPr>
        <w:t>32</w:t>
      </w:r>
      <w:r w:rsidR="004B0283" w:rsidRPr="00F42F49">
        <w:rPr>
          <w:rFonts w:cs="Times New Roman"/>
          <w:lang w:val="ru-RU"/>
        </w:rPr>
        <w:t xml:space="preserve">, </w:t>
      </w:r>
      <w:r w:rsidR="004B0283" w:rsidRPr="00F42F49">
        <w:rPr>
          <w:rFonts w:cs="Times New Roman"/>
        </w:rPr>
        <w:t>c</w:t>
      </w:r>
      <w:r w:rsidR="004B0283" w:rsidRPr="00F42F49">
        <w:rPr>
          <w:rFonts w:cs="Times New Roman"/>
          <w:lang w:val="ru-RU"/>
        </w:rPr>
        <w:t>.</w:t>
      </w:r>
      <w:r w:rsidR="00F42F49" w:rsidRPr="00F42F49">
        <w:rPr>
          <w:rFonts w:cs="Times New Roman"/>
          <w:lang w:val="ru-RU"/>
        </w:rPr>
        <w:t>29</w:t>
      </w:r>
      <w:r w:rsidR="004B0283" w:rsidRPr="00F42F49">
        <w:rPr>
          <w:rFonts w:cs="Times New Roman"/>
          <w:lang w:val="ru-RU"/>
        </w:rPr>
        <w:t>]</w:t>
      </w:r>
      <w:r w:rsidR="009D21BD" w:rsidRPr="00F42F49">
        <w:rPr>
          <w:rFonts w:cs="Times New Roman"/>
          <w:lang w:val="uk-UA"/>
        </w:rPr>
        <w:t>»</w:t>
      </w:r>
      <w:r w:rsidRPr="00F42F49">
        <w:rPr>
          <w:rFonts w:cs="Times New Roman"/>
          <w:color w:val="000000" w:themeColor="text1"/>
          <w:lang w:val="uk-UA"/>
        </w:rPr>
        <w:t xml:space="preserve"> </w:t>
      </w:r>
      <w:r w:rsidR="009D21BD" w:rsidRPr="00B7305F">
        <w:rPr>
          <w:rFonts w:cs="Times New Roman"/>
          <w:color w:val="000000" w:themeColor="text1"/>
          <w:lang w:val="uk-UA"/>
        </w:rPr>
        <w:t>став</w:t>
      </w:r>
      <w:r w:rsidRPr="00B7305F">
        <w:rPr>
          <w:rFonts w:cs="Times New Roman"/>
          <w:color w:val="000000" w:themeColor="text1"/>
          <w:lang w:val="uk-UA"/>
        </w:rPr>
        <w:t xml:space="preserve"> </w:t>
      </w:r>
      <w:r w:rsidR="009D21BD" w:rsidRPr="00B7305F">
        <w:rPr>
          <w:rFonts w:cs="Times New Roman"/>
          <w:color w:val="000000" w:themeColor="text1"/>
          <w:lang w:val="uk-UA"/>
        </w:rPr>
        <w:t>основою</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гри</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екрані.</w:t>
      </w:r>
      <w:r w:rsidRPr="00B7305F">
        <w:rPr>
          <w:rFonts w:cs="Times New Roman"/>
          <w:color w:val="000000" w:themeColor="text1"/>
          <w:lang w:val="uk-UA"/>
        </w:rPr>
        <w:t xml:space="preserve"> </w:t>
      </w:r>
      <w:r w:rsidR="004B0283" w:rsidRPr="004B0283">
        <w:rPr>
          <w:rFonts w:cs="Times New Roman"/>
          <w:color w:val="000000" w:themeColor="text1"/>
          <w:lang w:val="ru-RU"/>
        </w:rPr>
        <w:t xml:space="preserve"> </w:t>
      </w:r>
      <w:r w:rsidR="009D21BD" w:rsidRPr="00B7305F">
        <w:rPr>
          <w:rFonts w:cs="Times New Roman"/>
          <w:color w:val="000000" w:themeColor="text1"/>
          <w:lang w:val="uk-UA"/>
        </w:rPr>
        <w:t>Михайло</w:t>
      </w:r>
      <w:r w:rsidRPr="00B7305F">
        <w:rPr>
          <w:rFonts w:cs="Times New Roman"/>
          <w:color w:val="000000" w:themeColor="text1"/>
          <w:lang w:val="uk-UA"/>
        </w:rPr>
        <w:t xml:space="preserve"> </w:t>
      </w:r>
      <w:r w:rsidR="009D21BD" w:rsidRPr="00B7305F">
        <w:rPr>
          <w:rFonts w:cs="Times New Roman"/>
          <w:color w:val="000000" w:themeColor="text1"/>
          <w:lang w:val="uk-UA"/>
        </w:rPr>
        <w:t>Чехов</w:t>
      </w:r>
      <w:r w:rsidRPr="00B7305F">
        <w:rPr>
          <w:rFonts w:cs="Times New Roman"/>
          <w:color w:val="000000" w:themeColor="text1"/>
          <w:lang w:val="uk-UA"/>
        </w:rPr>
        <w:t xml:space="preserve"> </w:t>
      </w:r>
      <w:r w:rsidR="009D21BD" w:rsidRPr="00B7305F">
        <w:rPr>
          <w:rFonts w:cs="Times New Roman"/>
          <w:color w:val="000000" w:themeColor="text1"/>
          <w:lang w:val="uk-UA"/>
        </w:rPr>
        <w:t>розвинув</w:t>
      </w:r>
      <w:r w:rsidRPr="00B7305F">
        <w:rPr>
          <w:rFonts w:cs="Times New Roman"/>
          <w:color w:val="000000" w:themeColor="text1"/>
          <w:lang w:val="uk-UA"/>
        </w:rPr>
        <w:t xml:space="preserve"> </w:t>
      </w:r>
      <w:r w:rsidR="009D21BD" w:rsidRPr="00B7305F">
        <w:rPr>
          <w:rFonts w:cs="Times New Roman"/>
          <w:color w:val="000000" w:themeColor="text1"/>
          <w:lang w:val="uk-UA"/>
        </w:rPr>
        <w:t>цей</w:t>
      </w:r>
      <w:r w:rsidRPr="00B7305F">
        <w:rPr>
          <w:rFonts w:cs="Times New Roman"/>
          <w:color w:val="000000" w:themeColor="text1"/>
          <w:lang w:val="uk-UA"/>
        </w:rPr>
        <w:t xml:space="preserve"> </w:t>
      </w:r>
      <w:r w:rsidR="009D21BD" w:rsidRPr="00B7305F">
        <w:rPr>
          <w:rFonts w:cs="Times New Roman"/>
          <w:color w:val="000000" w:themeColor="text1"/>
          <w:lang w:val="uk-UA"/>
        </w:rPr>
        <w:t>підхід,</w:t>
      </w:r>
      <w:r w:rsidRPr="00B7305F">
        <w:rPr>
          <w:rFonts w:cs="Times New Roman"/>
          <w:color w:val="000000" w:themeColor="text1"/>
          <w:lang w:val="uk-UA"/>
        </w:rPr>
        <w:t xml:space="preserve"> </w:t>
      </w:r>
      <w:r w:rsidR="009D21BD" w:rsidRPr="00B7305F">
        <w:rPr>
          <w:rFonts w:cs="Times New Roman"/>
          <w:color w:val="000000" w:themeColor="text1"/>
          <w:lang w:val="uk-UA"/>
        </w:rPr>
        <w:t>ввівши</w:t>
      </w:r>
      <w:r w:rsidRPr="00B7305F">
        <w:rPr>
          <w:rFonts w:cs="Times New Roman"/>
          <w:color w:val="000000" w:themeColor="text1"/>
          <w:lang w:val="uk-UA"/>
        </w:rPr>
        <w:t xml:space="preserve"> </w:t>
      </w:r>
      <w:r w:rsidR="009D21BD" w:rsidRPr="00B7305F">
        <w:rPr>
          <w:rFonts w:cs="Times New Roman"/>
          <w:color w:val="000000" w:themeColor="text1"/>
          <w:lang w:val="uk-UA"/>
        </w:rPr>
        <w:t>поняття</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«психологічного</w:t>
      </w:r>
      <w:r w:rsidRPr="00B7305F">
        <w:rPr>
          <w:rFonts w:cs="Times New Roman"/>
          <w:color w:val="000000" w:themeColor="text1"/>
          <w:lang w:val="uk-UA"/>
        </w:rPr>
        <w:t xml:space="preserve"> </w:t>
      </w:r>
      <w:r w:rsidR="009D21BD" w:rsidRPr="00B7305F">
        <w:rPr>
          <w:rFonts w:cs="Times New Roman"/>
          <w:color w:val="000000" w:themeColor="text1"/>
          <w:lang w:val="uk-UA"/>
        </w:rPr>
        <w:t>жесту</w:t>
      </w:r>
      <w:r w:rsidR="004B0283" w:rsidRPr="004B0283">
        <w:rPr>
          <w:rFonts w:cs="Times New Roman"/>
          <w:color w:val="000000" w:themeColor="text1"/>
          <w:lang w:val="ru-RU"/>
        </w:rPr>
        <w:t xml:space="preserve"> </w:t>
      </w:r>
      <w:r w:rsidR="00F42F49" w:rsidRPr="00F42F49">
        <w:rPr>
          <w:rFonts w:cs="Times New Roman"/>
          <w:lang w:val="ru-RU"/>
        </w:rPr>
        <w:t>[32,</w:t>
      </w:r>
      <w:r w:rsidR="00F42F49" w:rsidRPr="00F42F49">
        <w:rPr>
          <w:rFonts w:cs="Times New Roman"/>
        </w:rPr>
        <w:t>c</w:t>
      </w:r>
      <w:r w:rsidR="00F42F49" w:rsidRPr="00F42F49">
        <w:rPr>
          <w:rFonts w:cs="Times New Roman"/>
          <w:lang w:val="ru-RU"/>
        </w:rPr>
        <w:t>.29]</w:t>
      </w:r>
      <w:r w:rsidR="00F42F49" w:rsidRPr="00F42F49">
        <w:rPr>
          <w:rFonts w:cs="Times New Roman"/>
          <w:lang w:val="uk-UA"/>
        </w:rPr>
        <w:t>»</w:t>
      </w:r>
      <w:r w:rsidR="00F42F49">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допомагає</w:t>
      </w:r>
      <w:r w:rsidRPr="00B7305F">
        <w:rPr>
          <w:rFonts w:cs="Times New Roman"/>
          <w:color w:val="000000" w:themeColor="text1"/>
          <w:lang w:val="uk-UA"/>
        </w:rPr>
        <w:t xml:space="preserve"> </w:t>
      </w:r>
      <w:r w:rsidR="009D21BD" w:rsidRPr="00B7305F">
        <w:rPr>
          <w:rFonts w:cs="Times New Roman"/>
          <w:color w:val="000000" w:themeColor="text1"/>
          <w:lang w:val="uk-UA"/>
        </w:rPr>
        <w:t>актору</w:t>
      </w:r>
      <w:r w:rsidRPr="00B7305F">
        <w:rPr>
          <w:rFonts w:cs="Times New Roman"/>
          <w:color w:val="000000" w:themeColor="text1"/>
          <w:lang w:val="uk-UA"/>
        </w:rPr>
        <w:t xml:space="preserve"> </w:t>
      </w:r>
      <w:r w:rsidR="009D21BD" w:rsidRPr="00B7305F">
        <w:rPr>
          <w:rFonts w:cs="Times New Roman"/>
          <w:color w:val="000000" w:themeColor="text1"/>
          <w:lang w:val="uk-UA"/>
        </w:rPr>
        <w:t>концентрувати</w:t>
      </w:r>
      <w:r w:rsidRPr="00B7305F">
        <w:rPr>
          <w:rFonts w:cs="Times New Roman"/>
          <w:color w:val="000000" w:themeColor="text1"/>
          <w:lang w:val="uk-UA"/>
        </w:rPr>
        <w:t xml:space="preserve"> </w:t>
      </w:r>
      <w:r w:rsidR="009D21BD" w:rsidRPr="00B7305F">
        <w:rPr>
          <w:rFonts w:cs="Times New Roman"/>
          <w:color w:val="000000" w:themeColor="text1"/>
          <w:lang w:val="uk-UA"/>
        </w:rPr>
        <w:t>енергію</w:t>
      </w:r>
      <w:r w:rsidRPr="00B7305F">
        <w:rPr>
          <w:rFonts w:cs="Times New Roman"/>
          <w:color w:val="000000" w:themeColor="text1"/>
          <w:lang w:val="uk-UA"/>
        </w:rPr>
        <w:t xml:space="preserve"> </w:t>
      </w:r>
      <w:r w:rsidR="009D21BD" w:rsidRPr="00B7305F">
        <w:rPr>
          <w:rFonts w:cs="Times New Roman"/>
          <w:color w:val="000000" w:themeColor="text1"/>
          <w:lang w:val="uk-UA"/>
        </w:rPr>
        <w:t>образу.</w:t>
      </w:r>
      <w:r w:rsidRPr="00B7305F">
        <w:rPr>
          <w:rFonts w:cs="Times New Roman"/>
          <w:color w:val="000000" w:themeColor="text1"/>
          <w:lang w:val="uk-UA"/>
        </w:rPr>
        <w:t xml:space="preserve"> </w:t>
      </w:r>
      <w:r w:rsidR="009D21BD" w:rsidRPr="00B7305F">
        <w:rPr>
          <w:rFonts w:cs="Times New Roman"/>
          <w:color w:val="000000" w:themeColor="text1"/>
          <w:lang w:val="uk-UA"/>
        </w:rPr>
        <w:t>Єжи</w:t>
      </w:r>
      <w:r w:rsidRPr="00B7305F">
        <w:rPr>
          <w:rFonts w:cs="Times New Roman"/>
          <w:color w:val="000000" w:themeColor="text1"/>
          <w:lang w:val="uk-UA"/>
        </w:rPr>
        <w:t xml:space="preserve"> </w:t>
      </w:r>
      <w:r w:rsidR="009D21BD" w:rsidRPr="00B7305F">
        <w:rPr>
          <w:rFonts w:cs="Times New Roman"/>
          <w:color w:val="000000" w:themeColor="text1"/>
          <w:lang w:val="uk-UA"/>
        </w:rPr>
        <w:t>Гротовський,</w:t>
      </w:r>
      <w:r w:rsidRPr="00B7305F">
        <w:rPr>
          <w:rFonts w:cs="Times New Roman"/>
          <w:color w:val="000000" w:themeColor="text1"/>
          <w:lang w:val="uk-UA"/>
        </w:rPr>
        <w:t xml:space="preserve"> </w:t>
      </w:r>
      <w:r w:rsidR="009D21BD" w:rsidRPr="00B7305F">
        <w:rPr>
          <w:rFonts w:cs="Times New Roman"/>
          <w:color w:val="000000" w:themeColor="text1"/>
          <w:lang w:val="uk-UA"/>
        </w:rPr>
        <w:t>розвиваючи</w:t>
      </w:r>
      <w:r w:rsidRPr="00B7305F">
        <w:rPr>
          <w:rFonts w:cs="Times New Roman"/>
          <w:color w:val="000000" w:themeColor="text1"/>
          <w:lang w:val="uk-UA"/>
        </w:rPr>
        <w:t xml:space="preserve"> </w:t>
      </w:r>
      <w:r w:rsidR="009D21BD" w:rsidRPr="00B7305F">
        <w:rPr>
          <w:rFonts w:cs="Times New Roman"/>
          <w:color w:val="000000" w:themeColor="text1"/>
          <w:lang w:val="uk-UA"/>
        </w:rPr>
        <w:t>ідеї</w:t>
      </w:r>
      <w:r w:rsidRPr="00B7305F">
        <w:rPr>
          <w:rFonts w:cs="Times New Roman"/>
          <w:color w:val="000000" w:themeColor="text1"/>
          <w:lang w:val="uk-UA"/>
        </w:rPr>
        <w:t xml:space="preserve"> </w:t>
      </w:r>
      <w:r w:rsidR="009D21BD" w:rsidRPr="00B7305F">
        <w:rPr>
          <w:rFonts w:cs="Times New Roman"/>
          <w:color w:val="000000" w:themeColor="text1"/>
          <w:lang w:val="uk-UA"/>
        </w:rPr>
        <w:t>сценічної</w:t>
      </w:r>
      <w:r w:rsidRPr="00B7305F">
        <w:rPr>
          <w:rFonts w:cs="Times New Roman"/>
          <w:color w:val="000000" w:themeColor="text1"/>
          <w:lang w:val="uk-UA"/>
        </w:rPr>
        <w:t xml:space="preserve"> </w:t>
      </w:r>
      <w:r w:rsidR="009D21BD" w:rsidRPr="00B7305F">
        <w:rPr>
          <w:rFonts w:cs="Times New Roman"/>
          <w:color w:val="000000" w:themeColor="text1"/>
          <w:lang w:val="uk-UA"/>
        </w:rPr>
        <w:t>автентичності,</w:t>
      </w:r>
      <w:r w:rsidRPr="00B7305F">
        <w:rPr>
          <w:rFonts w:cs="Times New Roman"/>
          <w:color w:val="000000" w:themeColor="text1"/>
          <w:lang w:val="uk-UA"/>
        </w:rPr>
        <w:t xml:space="preserve"> </w:t>
      </w:r>
      <w:r w:rsidR="009D21BD" w:rsidRPr="00B7305F">
        <w:rPr>
          <w:rFonts w:cs="Times New Roman"/>
          <w:color w:val="000000" w:themeColor="text1"/>
          <w:lang w:val="uk-UA"/>
        </w:rPr>
        <w:t>підкреслював</w:t>
      </w:r>
      <w:r w:rsidRPr="00B7305F">
        <w:rPr>
          <w:rFonts w:cs="Times New Roman"/>
          <w:color w:val="000000" w:themeColor="text1"/>
          <w:lang w:val="uk-UA"/>
        </w:rPr>
        <w:t xml:space="preserve"> </w:t>
      </w:r>
      <w:r w:rsidR="009D21BD" w:rsidRPr="00B7305F">
        <w:rPr>
          <w:rFonts w:cs="Times New Roman"/>
          <w:color w:val="000000" w:themeColor="text1"/>
          <w:lang w:val="uk-UA"/>
        </w:rPr>
        <w:t>значення</w:t>
      </w:r>
      <w:r w:rsidRPr="00B7305F">
        <w:rPr>
          <w:rFonts w:cs="Times New Roman"/>
          <w:color w:val="000000" w:themeColor="text1"/>
          <w:lang w:val="uk-UA"/>
        </w:rPr>
        <w:t xml:space="preserve"> </w:t>
      </w:r>
      <w:r w:rsidR="009D21BD" w:rsidRPr="00B7305F">
        <w:rPr>
          <w:rFonts w:cs="Times New Roman"/>
          <w:color w:val="000000" w:themeColor="text1"/>
          <w:lang w:val="uk-UA"/>
        </w:rPr>
        <w:t>фізичної</w:t>
      </w:r>
      <w:r w:rsidRPr="00B7305F">
        <w:rPr>
          <w:rFonts w:cs="Times New Roman"/>
          <w:color w:val="000000" w:themeColor="text1"/>
          <w:lang w:val="uk-UA"/>
        </w:rPr>
        <w:t xml:space="preserve"> </w:t>
      </w:r>
      <w:r w:rsidR="009D21BD" w:rsidRPr="00B7305F">
        <w:rPr>
          <w:rFonts w:cs="Times New Roman"/>
          <w:color w:val="000000" w:themeColor="text1"/>
          <w:lang w:val="uk-UA"/>
        </w:rPr>
        <w:t>дисципліни</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внутрішньої</w:t>
      </w:r>
      <w:r w:rsidRPr="00B7305F">
        <w:rPr>
          <w:rFonts w:cs="Times New Roman"/>
          <w:color w:val="000000" w:themeColor="text1"/>
          <w:lang w:val="uk-UA"/>
        </w:rPr>
        <w:t xml:space="preserve"> </w:t>
      </w:r>
      <w:r w:rsidR="009D21BD" w:rsidRPr="00B7305F">
        <w:rPr>
          <w:rFonts w:cs="Times New Roman"/>
          <w:color w:val="000000" w:themeColor="text1"/>
          <w:lang w:val="uk-UA"/>
        </w:rPr>
        <w:t>правди,</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знайшло</w:t>
      </w:r>
      <w:r w:rsidRPr="00B7305F">
        <w:rPr>
          <w:rFonts w:cs="Times New Roman"/>
          <w:color w:val="000000" w:themeColor="text1"/>
          <w:lang w:val="uk-UA"/>
        </w:rPr>
        <w:t xml:space="preserve"> </w:t>
      </w:r>
      <w:r w:rsidR="009D21BD" w:rsidRPr="00B7305F">
        <w:rPr>
          <w:rFonts w:cs="Times New Roman"/>
          <w:color w:val="000000" w:themeColor="text1"/>
          <w:lang w:val="uk-UA"/>
        </w:rPr>
        <w:t>своє</w:t>
      </w:r>
      <w:r w:rsidRPr="00B7305F">
        <w:rPr>
          <w:rFonts w:cs="Times New Roman"/>
          <w:color w:val="000000" w:themeColor="text1"/>
          <w:lang w:val="uk-UA"/>
        </w:rPr>
        <w:t xml:space="preserve"> </w:t>
      </w:r>
      <w:r w:rsidR="009D21BD" w:rsidRPr="00B7305F">
        <w:rPr>
          <w:rFonts w:cs="Times New Roman"/>
          <w:color w:val="000000" w:themeColor="text1"/>
          <w:lang w:val="uk-UA"/>
        </w:rPr>
        <w:t>відображення</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кінематографічному</w:t>
      </w:r>
      <w:r w:rsidRPr="00B7305F">
        <w:rPr>
          <w:rFonts w:cs="Times New Roman"/>
          <w:color w:val="000000" w:themeColor="text1"/>
          <w:lang w:val="uk-UA"/>
        </w:rPr>
        <w:t xml:space="preserve"> </w:t>
      </w:r>
      <w:r w:rsidR="009D21BD" w:rsidRPr="00B7305F">
        <w:rPr>
          <w:rFonts w:cs="Times New Roman"/>
          <w:color w:val="000000" w:themeColor="text1"/>
          <w:lang w:val="uk-UA"/>
        </w:rPr>
        <w:t>мінімалізмі.</w:t>
      </w:r>
    </w:p>
    <w:p w14:paraId="4862079E" w14:textId="016DBF75" w:rsidR="009D21B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Серед</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українських</w:t>
      </w:r>
      <w:r w:rsidRPr="00B7305F">
        <w:rPr>
          <w:rFonts w:cs="Times New Roman"/>
          <w:color w:val="000000" w:themeColor="text1"/>
          <w:lang w:val="uk-UA"/>
        </w:rPr>
        <w:t xml:space="preserve"> </w:t>
      </w:r>
      <w:r w:rsidR="009D21BD" w:rsidRPr="00B7305F">
        <w:rPr>
          <w:rFonts w:cs="Times New Roman"/>
          <w:color w:val="000000" w:themeColor="text1"/>
          <w:lang w:val="uk-UA"/>
        </w:rPr>
        <w:t>митців</w:t>
      </w:r>
      <w:r w:rsidRPr="00B7305F">
        <w:rPr>
          <w:rFonts w:cs="Times New Roman"/>
          <w:color w:val="000000" w:themeColor="text1"/>
          <w:lang w:val="uk-UA"/>
        </w:rPr>
        <w:t xml:space="preserve"> </w:t>
      </w:r>
      <w:r w:rsidR="009D21BD" w:rsidRPr="00B7305F">
        <w:rPr>
          <w:rFonts w:cs="Times New Roman"/>
          <w:color w:val="000000" w:themeColor="text1"/>
          <w:lang w:val="uk-UA"/>
        </w:rPr>
        <w:t>особливу</w:t>
      </w:r>
      <w:r w:rsidRPr="00B7305F">
        <w:rPr>
          <w:rFonts w:cs="Times New Roman"/>
          <w:color w:val="000000" w:themeColor="text1"/>
          <w:lang w:val="uk-UA"/>
        </w:rPr>
        <w:t xml:space="preserve"> </w:t>
      </w:r>
      <w:r w:rsidR="009D21BD" w:rsidRPr="00B7305F">
        <w:rPr>
          <w:rFonts w:cs="Times New Roman"/>
          <w:color w:val="000000" w:themeColor="text1"/>
          <w:lang w:val="uk-UA"/>
        </w:rPr>
        <w:t>увагу</w:t>
      </w:r>
      <w:r w:rsidRPr="00B7305F">
        <w:rPr>
          <w:rFonts w:cs="Times New Roman"/>
          <w:color w:val="000000" w:themeColor="text1"/>
          <w:lang w:val="uk-UA"/>
        </w:rPr>
        <w:t xml:space="preserve"> </w:t>
      </w:r>
      <w:r w:rsidR="009D21BD" w:rsidRPr="00B7305F">
        <w:rPr>
          <w:rFonts w:cs="Times New Roman"/>
          <w:color w:val="000000" w:themeColor="text1"/>
          <w:lang w:val="uk-UA"/>
        </w:rPr>
        <w:t>привертає</w:t>
      </w:r>
      <w:r w:rsidRPr="00B7305F">
        <w:rPr>
          <w:rFonts w:cs="Times New Roman"/>
          <w:color w:val="000000" w:themeColor="text1"/>
          <w:lang w:val="uk-UA"/>
        </w:rPr>
        <w:t xml:space="preserve"> </w:t>
      </w:r>
      <w:r w:rsidR="009D21BD" w:rsidRPr="00B7305F">
        <w:rPr>
          <w:rFonts w:cs="Times New Roman"/>
          <w:color w:val="000000" w:themeColor="text1"/>
          <w:lang w:val="uk-UA"/>
        </w:rPr>
        <w:t>творчість</w:t>
      </w:r>
      <w:r w:rsidRPr="00B7305F">
        <w:rPr>
          <w:rFonts w:cs="Times New Roman"/>
          <w:color w:val="000000" w:themeColor="text1"/>
          <w:lang w:val="uk-UA"/>
        </w:rPr>
        <w:t xml:space="preserve"> </w:t>
      </w:r>
      <w:r w:rsidR="009D21BD" w:rsidRPr="00B7305F">
        <w:rPr>
          <w:rFonts w:cs="Times New Roman"/>
          <w:color w:val="000000" w:themeColor="text1"/>
          <w:lang w:val="uk-UA"/>
        </w:rPr>
        <w:t>Олександра</w:t>
      </w:r>
      <w:r w:rsidRPr="00B7305F">
        <w:rPr>
          <w:rFonts w:cs="Times New Roman"/>
          <w:color w:val="000000" w:themeColor="text1"/>
          <w:lang w:val="uk-UA"/>
        </w:rPr>
        <w:t xml:space="preserve"> </w:t>
      </w:r>
      <w:r w:rsidR="009D21BD" w:rsidRPr="00B7305F">
        <w:rPr>
          <w:rFonts w:cs="Times New Roman"/>
          <w:color w:val="000000" w:themeColor="text1"/>
          <w:lang w:val="uk-UA"/>
        </w:rPr>
        <w:t>Довженка,</w:t>
      </w:r>
      <w:r w:rsidRPr="00B7305F">
        <w:rPr>
          <w:rFonts w:cs="Times New Roman"/>
          <w:color w:val="000000" w:themeColor="text1"/>
          <w:lang w:val="uk-UA"/>
        </w:rPr>
        <w:t xml:space="preserve"> </w:t>
      </w:r>
      <w:r w:rsidR="009D21BD" w:rsidRPr="00B7305F">
        <w:rPr>
          <w:rFonts w:cs="Times New Roman"/>
          <w:color w:val="000000" w:themeColor="text1"/>
          <w:lang w:val="uk-UA"/>
        </w:rPr>
        <w:t>який</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своїх</w:t>
      </w:r>
      <w:r w:rsidRPr="00B7305F">
        <w:rPr>
          <w:rFonts w:cs="Times New Roman"/>
          <w:color w:val="000000" w:themeColor="text1"/>
          <w:lang w:val="uk-UA"/>
        </w:rPr>
        <w:t xml:space="preserve"> </w:t>
      </w:r>
      <w:r w:rsidR="009D21BD" w:rsidRPr="00B7305F">
        <w:rPr>
          <w:rFonts w:cs="Times New Roman"/>
          <w:color w:val="000000" w:themeColor="text1"/>
          <w:lang w:val="uk-UA"/>
        </w:rPr>
        <w:t>фільмах</w:t>
      </w:r>
      <w:r w:rsidRPr="00B7305F">
        <w:rPr>
          <w:rFonts w:cs="Times New Roman"/>
          <w:color w:val="000000" w:themeColor="text1"/>
          <w:lang w:val="uk-UA"/>
        </w:rPr>
        <w:t xml:space="preserve"> </w:t>
      </w:r>
      <w:r w:rsidR="009D21BD" w:rsidRPr="00B7305F">
        <w:rPr>
          <w:rFonts w:cs="Times New Roman"/>
          <w:color w:val="000000" w:themeColor="text1"/>
          <w:lang w:val="uk-UA"/>
        </w:rPr>
        <w:t>створив</w:t>
      </w:r>
      <w:r w:rsidRPr="00B7305F">
        <w:rPr>
          <w:rFonts w:cs="Times New Roman"/>
          <w:color w:val="000000" w:themeColor="text1"/>
          <w:lang w:val="uk-UA"/>
        </w:rPr>
        <w:t xml:space="preserve"> </w:t>
      </w:r>
      <w:r w:rsidR="009D21BD" w:rsidRPr="00B7305F">
        <w:rPr>
          <w:rFonts w:cs="Times New Roman"/>
          <w:color w:val="000000" w:themeColor="text1"/>
          <w:lang w:val="uk-UA"/>
        </w:rPr>
        <w:t>образ</w:t>
      </w:r>
      <w:r w:rsidRPr="00B7305F">
        <w:rPr>
          <w:rFonts w:cs="Times New Roman"/>
          <w:color w:val="000000" w:themeColor="text1"/>
          <w:lang w:val="uk-UA"/>
        </w:rPr>
        <w:t xml:space="preserve"> </w:t>
      </w:r>
      <w:r w:rsidR="009D21BD" w:rsidRPr="00B7305F">
        <w:rPr>
          <w:rFonts w:cs="Times New Roman"/>
          <w:color w:val="000000" w:themeColor="text1"/>
          <w:lang w:val="uk-UA"/>
        </w:rPr>
        <w:t>поетичного</w:t>
      </w:r>
      <w:r w:rsidRPr="00B7305F">
        <w:rPr>
          <w:rFonts w:cs="Times New Roman"/>
          <w:color w:val="000000" w:themeColor="text1"/>
          <w:lang w:val="uk-UA"/>
        </w:rPr>
        <w:t xml:space="preserve"> </w:t>
      </w:r>
      <w:r w:rsidR="009D21BD" w:rsidRPr="00B7305F">
        <w:rPr>
          <w:rFonts w:cs="Times New Roman"/>
          <w:color w:val="000000" w:themeColor="text1"/>
          <w:lang w:val="uk-UA"/>
        </w:rPr>
        <w:t>актора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людини,</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поєднує</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собі</w:t>
      </w:r>
      <w:r w:rsidRPr="00B7305F">
        <w:rPr>
          <w:rFonts w:cs="Times New Roman"/>
          <w:color w:val="000000" w:themeColor="text1"/>
          <w:lang w:val="uk-UA"/>
        </w:rPr>
        <w:t xml:space="preserve"> </w:t>
      </w:r>
      <w:r w:rsidR="009D21BD" w:rsidRPr="00B7305F">
        <w:rPr>
          <w:rFonts w:cs="Times New Roman"/>
          <w:color w:val="000000" w:themeColor="text1"/>
          <w:lang w:val="uk-UA"/>
        </w:rPr>
        <w:t>природність</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символічність.</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герої</w:t>
      </w:r>
      <w:r w:rsidRPr="00B7305F">
        <w:rPr>
          <w:rFonts w:cs="Times New Roman"/>
          <w:color w:val="000000" w:themeColor="text1"/>
          <w:lang w:val="uk-UA"/>
        </w:rPr>
        <w:t xml:space="preserve"> </w:t>
      </w:r>
      <w:r w:rsidR="009D21BD" w:rsidRPr="00B7305F">
        <w:rPr>
          <w:rFonts w:cs="Times New Roman"/>
          <w:color w:val="000000" w:themeColor="text1"/>
          <w:lang w:val="uk-UA"/>
        </w:rPr>
        <w:t>водночас</w:t>
      </w:r>
      <w:r w:rsidRPr="00B7305F">
        <w:rPr>
          <w:rFonts w:cs="Times New Roman"/>
          <w:color w:val="000000" w:themeColor="text1"/>
          <w:lang w:val="uk-UA"/>
        </w:rPr>
        <w:t xml:space="preserve"> </w:t>
      </w:r>
      <w:r w:rsidR="009D21BD" w:rsidRPr="00B7305F">
        <w:rPr>
          <w:rFonts w:cs="Times New Roman"/>
          <w:color w:val="000000" w:themeColor="text1"/>
          <w:lang w:val="uk-UA"/>
        </w:rPr>
        <w:t>реальні</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узагальнені,</w:t>
      </w:r>
      <w:r w:rsidRPr="00B7305F">
        <w:rPr>
          <w:rFonts w:cs="Times New Roman"/>
          <w:color w:val="000000" w:themeColor="text1"/>
          <w:lang w:val="uk-UA"/>
        </w:rPr>
        <w:t xml:space="preserve"> </w:t>
      </w:r>
      <w:r w:rsidR="009D21BD" w:rsidRPr="00B7305F">
        <w:rPr>
          <w:rFonts w:cs="Times New Roman"/>
          <w:color w:val="000000" w:themeColor="text1"/>
          <w:lang w:val="uk-UA"/>
        </w:rPr>
        <w:t>їхня</w:t>
      </w:r>
      <w:r w:rsidRPr="00B7305F">
        <w:rPr>
          <w:rFonts w:cs="Times New Roman"/>
          <w:color w:val="000000" w:themeColor="text1"/>
          <w:lang w:val="uk-UA"/>
        </w:rPr>
        <w:t xml:space="preserve"> </w:t>
      </w:r>
      <w:r w:rsidR="009D21BD" w:rsidRPr="00B7305F">
        <w:rPr>
          <w:rFonts w:cs="Times New Roman"/>
          <w:color w:val="000000" w:themeColor="text1"/>
          <w:lang w:val="uk-UA"/>
        </w:rPr>
        <w:t>дія</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це</w:t>
      </w:r>
      <w:r w:rsidRPr="00B7305F">
        <w:rPr>
          <w:rFonts w:cs="Times New Roman"/>
          <w:color w:val="000000" w:themeColor="text1"/>
          <w:lang w:val="uk-UA"/>
        </w:rPr>
        <w:t xml:space="preserve"> </w:t>
      </w:r>
      <w:r w:rsidR="009D21BD" w:rsidRPr="00B7305F">
        <w:rPr>
          <w:rFonts w:cs="Times New Roman"/>
          <w:color w:val="000000" w:themeColor="text1"/>
          <w:lang w:val="uk-UA"/>
        </w:rPr>
        <w:t>сценічний</w:t>
      </w:r>
      <w:r w:rsidRPr="00B7305F">
        <w:rPr>
          <w:rFonts w:cs="Times New Roman"/>
          <w:color w:val="000000" w:themeColor="text1"/>
          <w:lang w:val="uk-UA"/>
        </w:rPr>
        <w:t xml:space="preserve"> </w:t>
      </w:r>
      <w:r w:rsidR="009D21BD" w:rsidRPr="00B7305F">
        <w:rPr>
          <w:rFonts w:cs="Times New Roman"/>
          <w:color w:val="000000" w:themeColor="text1"/>
          <w:lang w:val="uk-UA"/>
        </w:rPr>
        <w:t>жест,</w:t>
      </w:r>
      <w:r w:rsidRPr="00B7305F">
        <w:rPr>
          <w:rFonts w:cs="Times New Roman"/>
          <w:color w:val="000000" w:themeColor="text1"/>
          <w:lang w:val="uk-UA"/>
        </w:rPr>
        <w:t xml:space="preserve"> </w:t>
      </w:r>
      <w:r w:rsidR="009D21BD" w:rsidRPr="00B7305F">
        <w:rPr>
          <w:rFonts w:cs="Times New Roman"/>
          <w:color w:val="000000" w:themeColor="text1"/>
          <w:lang w:val="uk-UA"/>
        </w:rPr>
        <w:t>зафіксований</w:t>
      </w:r>
      <w:r w:rsidRPr="00B7305F">
        <w:rPr>
          <w:rFonts w:cs="Times New Roman"/>
          <w:color w:val="000000" w:themeColor="text1"/>
          <w:lang w:val="uk-UA"/>
        </w:rPr>
        <w:t xml:space="preserve"> </w:t>
      </w:r>
      <w:r w:rsidR="009D21BD" w:rsidRPr="00B7305F">
        <w:rPr>
          <w:rFonts w:cs="Times New Roman"/>
          <w:color w:val="000000" w:themeColor="text1"/>
          <w:lang w:val="uk-UA"/>
        </w:rPr>
        <w:t>кінокамерою.</w:t>
      </w:r>
      <w:r w:rsidRPr="00B7305F">
        <w:rPr>
          <w:rFonts w:cs="Times New Roman"/>
          <w:color w:val="000000" w:themeColor="text1"/>
          <w:lang w:val="uk-UA"/>
        </w:rPr>
        <w:t xml:space="preserve"> </w:t>
      </w:r>
      <w:r w:rsidR="009D21BD" w:rsidRPr="00B7305F">
        <w:rPr>
          <w:rFonts w:cs="Times New Roman"/>
          <w:color w:val="000000" w:themeColor="text1"/>
          <w:lang w:val="uk-UA"/>
        </w:rPr>
        <w:t>Довженко</w:t>
      </w:r>
      <w:r w:rsidRPr="00B7305F">
        <w:rPr>
          <w:rFonts w:cs="Times New Roman"/>
          <w:color w:val="000000" w:themeColor="text1"/>
          <w:lang w:val="uk-UA"/>
        </w:rPr>
        <w:t xml:space="preserve"> </w:t>
      </w:r>
      <w:r w:rsidR="009D21BD" w:rsidRPr="00B7305F">
        <w:rPr>
          <w:rFonts w:cs="Times New Roman"/>
          <w:color w:val="000000" w:themeColor="text1"/>
          <w:lang w:val="uk-UA"/>
        </w:rPr>
        <w:lastRenderedPageBreak/>
        <w:t>довів,</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може</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лише</w:t>
      </w:r>
      <w:r w:rsidRPr="00B7305F">
        <w:rPr>
          <w:rFonts w:cs="Times New Roman"/>
          <w:color w:val="000000" w:themeColor="text1"/>
          <w:lang w:val="uk-UA"/>
        </w:rPr>
        <w:t xml:space="preserve"> </w:t>
      </w:r>
      <w:r w:rsidR="009D21BD" w:rsidRPr="00B7305F">
        <w:rPr>
          <w:rFonts w:cs="Times New Roman"/>
          <w:color w:val="000000" w:themeColor="text1"/>
          <w:lang w:val="uk-UA"/>
        </w:rPr>
        <w:t>фіксувати</w:t>
      </w:r>
      <w:r w:rsidRPr="00B7305F">
        <w:rPr>
          <w:rFonts w:cs="Times New Roman"/>
          <w:color w:val="000000" w:themeColor="text1"/>
          <w:lang w:val="uk-UA"/>
        </w:rPr>
        <w:t xml:space="preserve"> </w:t>
      </w:r>
      <w:r w:rsidR="009D21BD" w:rsidRPr="00B7305F">
        <w:rPr>
          <w:rFonts w:cs="Times New Roman"/>
          <w:color w:val="000000" w:themeColor="text1"/>
          <w:lang w:val="uk-UA"/>
        </w:rPr>
        <w:t>реальність,</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створювати</w:t>
      </w:r>
      <w:r w:rsidRPr="00B7305F">
        <w:rPr>
          <w:rFonts w:cs="Times New Roman"/>
          <w:color w:val="000000" w:themeColor="text1"/>
          <w:lang w:val="uk-UA"/>
        </w:rPr>
        <w:t xml:space="preserve"> </w:t>
      </w:r>
      <w:r w:rsidR="009D21BD" w:rsidRPr="00B7305F">
        <w:rPr>
          <w:rFonts w:cs="Times New Roman"/>
          <w:color w:val="000000" w:themeColor="text1"/>
          <w:lang w:val="uk-UA"/>
        </w:rPr>
        <w:t>нову</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метафоричну,</w:t>
      </w:r>
      <w:r w:rsidRPr="00B7305F">
        <w:rPr>
          <w:rFonts w:cs="Times New Roman"/>
          <w:color w:val="000000" w:themeColor="text1"/>
          <w:lang w:val="uk-UA"/>
        </w:rPr>
        <w:t xml:space="preserve"> </w:t>
      </w:r>
      <w:r w:rsidR="009D21BD" w:rsidRPr="00B7305F">
        <w:rPr>
          <w:rFonts w:cs="Times New Roman"/>
          <w:color w:val="000000" w:themeColor="text1"/>
          <w:lang w:val="uk-UA"/>
        </w:rPr>
        <w:t>художньо-умовну,</w:t>
      </w:r>
      <w:r w:rsidRPr="00B7305F">
        <w:rPr>
          <w:rFonts w:cs="Times New Roman"/>
          <w:color w:val="000000" w:themeColor="text1"/>
          <w:lang w:val="uk-UA"/>
        </w:rPr>
        <w:t xml:space="preserve"> </w:t>
      </w:r>
      <w:r w:rsidR="009D21BD" w:rsidRPr="00B7305F">
        <w:rPr>
          <w:rFonts w:cs="Times New Roman"/>
          <w:color w:val="000000" w:themeColor="text1"/>
          <w:lang w:val="uk-UA"/>
        </w:rPr>
        <w:t>близьку</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театральної</w:t>
      </w:r>
      <w:r w:rsidRPr="00B7305F">
        <w:rPr>
          <w:rFonts w:cs="Times New Roman"/>
          <w:color w:val="000000" w:themeColor="text1"/>
          <w:lang w:val="uk-UA"/>
        </w:rPr>
        <w:t xml:space="preserve"> </w:t>
      </w:r>
      <w:r w:rsidR="009D21BD" w:rsidRPr="00B7305F">
        <w:rPr>
          <w:rFonts w:cs="Times New Roman"/>
          <w:color w:val="000000" w:themeColor="text1"/>
          <w:lang w:val="uk-UA"/>
        </w:rPr>
        <w:t>поетики.</w:t>
      </w:r>
    </w:p>
    <w:p w14:paraId="63C964E9" w14:textId="2DDA5716" w:rsidR="00516DF2"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Сучасний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вимір</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взаємодії</w:t>
      </w:r>
    </w:p>
    <w:p w14:paraId="68634D7E" w14:textId="4BA0069C"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Сьогодні,</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добу</w:t>
      </w:r>
      <w:r w:rsidRPr="00B7305F">
        <w:rPr>
          <w:rFonts w:cs="Times New Roman"/>
          <w:color w:val="000000" w:themeColor="text1"/>
          <w:lang w:val="uk-UA"/>
        </w:rPr>
        <w:t xml:space="preserve"> </w:t>
      </w:r>
      <w:r w:rsidR="009D21BD" w:rsidRPr="00B7305F">
        <w:rPr>
          <w:rFonts w:cs="Times New Roman"/>
          <w:color w:val="000000" w:themeColor="text1"/>
          <w:lang w:val="uk-UA"/>
        </w:rPr>
        <w:t>цифрових</w:t>
      </w:r>
      <w:r w:rsidRPr="00B7305F">
        <w:rPr>
          <w:rFonts w:cs="Times New Roman"/>
          <w:color w:val="000000" w:themeColor="text1"/>
          <w:lang w:val="uk-UA"/>
        </w:rPr>
        <w:t xml:space="preserve"> </w:t>
      </w:r>
      <w:r w:rsidR="009D21BD" w:rsidRPr="00B7305F">
        <w:rPr>
          <w:rFonts w:cs="Times New Roman"/>
          <w:color w:val="000000" w:themeColor="text1"/>
          <w:lang w:val="uk-UA"/>
        </w:rPr>
        <w:t>технологій,</w:t>
      </w:r>
      <w:r w:rsidRPr="00B7305F">
        <w:rPr>
          <w:rFonts w:cs="Times New Roman"/>
          <w:color w:val="000000" w:themeColor="text1"/>
          <w:lang w:val="uk-UA"/>
        </w:rPr>
        <w:t xml:space="preserve"> </w:t>
      </w:r>
      <w:r w:rsidR="009D21BD" w:rsidRPr="00B7305F">
        <w:rPr>
          <w:rFonts w:cs="Times New Roman"/>
          <w:color w:val="000000" w:themeColor="text1"/>
          <w:lang w:val="uk-UA"/>
        </w:rPr>
        <w:t>взаємодія</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набула</w:t>
      </w:r>
      <w:r w:rsidRPr="00B7305F">
        <w:rPr>
          <w:rFonts w:cs="Times New Roman"/>
          <w:color w:val="000000" w:themeColor="text1"/>
          <w:lang w:val="uk-UA"/>
        </w:rPr>
        <w:t xml:space="preserve"> </w:t>
      </w:r>
      <w:r w:rsidR="009D21BD" w:rsidRPr="00B7305F">
        <w:rPr>
          <w:rFonts w:cs="Times New Roman"/>
          <w:color w:val="000000" w:themeColor="text1"/>
          <w:lang w:val="uk-UA"/>
        </w:rPr>
        <w:t>нових</w:t>
      </w:r>
      <w:r w:rsidRPr="00B7305F">
        <w:rPr>
          <w:rFonts w:cs="Times New Roman"/>
          <w:color w:val="000000" w:themeColor="text1"/>
          <w:lang w:val="uk-UA"/>
        </w:rPr>
        <w:t xml:space="preserve"> </w:t>
      </w:r>
      <w:r w:rsidR="009D21BD" w:rsidRPr="00B7305F">
        <w:rPr>
          <w:rFonts w:cs="Times New Roman"/>
          <w:color w:val="000000" w:themeColor="text1"/>
          <w:lang w:val="uk-UA"/>
        </w:rPr>
        <w:t>форм.</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Театральні</w:t>
      </w:r>
      <w:r w:rsidRPr="00B7305F">
        <w:rPr>
          <w:rFonts w:cs="Times New Roman"/>
          <w:color w:val="000000" w:themeColor="text1"/>
          <w:lang w:val="uk-UA"/>
        </w:rPr>
        <w:t xml:space="preserve"> </w:t>
      </w:r>
      <w:r w:rsidR="009D21BD" w:rsidRPr="00B7305F">
        <w:rPr>
          <w:rFonts w:cs="Times New Roman"/>
          <w:color w:val="000000" w:themeColor="text1"/>
          <w:lang w:val="uk-UA"/>
        </w:rPr>
        <w:t>постановки</w:t>
      </w:r>
      <w:r w:rsidRPr="00B7305F">
        <w:rPr>
          <w:rFonts w:cs="Times New Roman"/>
          <w:color w:val="000000" w:themeColor="text1"/>
          <w:lang w:val="uk-UA"/>
        </w:rPr>
        <w:t xml:space="preserve"> </w:t>
      </w:r>
      <w:r w:rsidR="009D21BD" w:rsidRPr="00B7305F">
        <w:rPr>
          <w:rFonts w:cs="Times New Roman"/>
          <w:color w:val="000000" w:themeColor="text1"/>
          <w:lang w:val="uk-UA"/>
        </w:rPr>
        <w:t>активно</w:t>
      </w:r>
      <w:r w:rsidRPr="00B7305F">
        <w:rPr>
          <w:rFonts w:cs="Times New Roman"/>
          <w:color w:val="000000" w:themeColor="text1"/>
          <w:lang w:val="uk-UA"/>
        </w:rPr>
        <w:t xml:space="preserve"> </w:t>
      </w:r>
      <w:r w:rsidR="009D21BD" w:rsidRPr="00B7305F">
        <w:rPr>
          <w:rFonts w:cs="Times New Roman"/>
          <w:color w:val="000000" w:themeColor="text1"/>
          <w:lang w:val="uk-UA"/>
        </w:rPr>
        <w:t>використовують</w:t>
      </w:r>
      <w:r w:rsidRPr="00B7305F">
        <w:rPr>
          <w:rFonts w:cs="Times New Roman"/>
          <w:color w:val="000000" w:themeColor="text1"/>
          <w:lang w:val="uk-UA"/>
        </w:rPr>
        <w:t xml:space="preserve"> </w:t>
      </w:r>
      <w:r w:rsidR="009D21BD" w:rsidRPr="00B7305F">
        <w:rPr>
          <w:rFonts w:cs="Times New Roman"/>
          <w:color w:val="000000" w:themeColor="text1"/>
          <w:lang w:val="uk-UA"/>
        </w:rPr>
        <w:t>відеопроєкції,</w:t>
      </w:r>
      <w:r w:rsidRPr="00B7305F">
        <w:rPr>
          <w:rFonts w:cs="Times New Roman"/>
          <w:color w:val="000000" w:themeColor="text1"/>
          <w:lang w:val="uk-UA"/>
        </w:rPr>
        <w:t xml:space="preserve"> </w:t>
      </w:r>
      <w:r w:rsidR="009D21BD" w:rsidRPr="00B7305F">
        <w:rPr>
          <w:rFonts w:cs="Times New Roman"/>
          <w:color w:val="000000" w:themeColor="text1"/>
          <w:lang w:val="uk-UA"/>
        </w:rPr>
        <w:t>мультимедійні</w:t>
      </w:r>
      <w:r w:rsidRPr="00B7305F">
        <w:rPr>
          <w:rFonts w:cs="Times New Roman"/>
          <w:color w:val="000000" w:themeColor="text1"/>
          <w:lang w:val="uk-UA"/>
        </w:rPr>
        <w:t xml:space="preserve"> </w:t>
      </w:r>
      <w:r w:rsidR="009D21BD" w:rsidRPr="00B7305F">
        <w:rPr>
          <w:rFonts w:cs="Times New Roman"/>
          <w:color w:val="000000" w:themeColor="text1"/>
          <w:lang w:val="uk-UA"/>
        </w:rPr>
        <w:t>ефекти,</w:t>
      </w:r>
      <w:r w:rsidRPr="00B7305F">
        <w:rPr>
          <w:rFonts w:cs="Times New Roman"/>
          <w:color w:val="000000" w:themeColor="text1"/>
          <w:lang w:val="uk-UA"/>
        </w:rPr>
        <w:t xml:space="preserve"> </w:t>
      </w:r>
      <w:r w:rsidR="009D21BD" w:rsidRPr="00B7305F">
        <w:rPr>
          <w:rFonts w:cs="Times New Roman"/>
          <w:color w:val="000000" w:themeColor="text1"/>
          <w:lang w:val="uk-UA"/>
        </w:rPr>
        <w:t>онлайн-трансляції,</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розширює</w:t>
      </w:r>
      <w:r w:rsidRPr="00B7305F">
        <w:rPr>
          <w:rFonts w:cs="Times New Roman"/>
          <w:color w:val="000000" w:themeColor="text1"/>
          <w:lang w:val="uk-UA"/>
        </w:rPr>
        <w:t xml:space="preserve"> </w:t>
      </w:r>
      <w:r w:rsidR="009D21BD" w:rsidRPr="00B7305F">
        <w:rPr>
          <w:rFonts w:cs="Times New Roman"/>
          <w:color w:val="000000" w:themeColor="text1"/>
          <w:lang w:val="uk-UA"/>
        </w:rPr>
        <w:t>межі</w:t>
      </w:r>
      <w:r w:rsidRPr="00B7305F">
        <w:rPr>
          <w:rFonts w:cs="Times New Roman"/>
          <w:color w:val="000000" w:themeColor="text1"/>
          <w:lang w:val="uk-UA"/>
        </w:rPr>
        <w:t xml:space="preserve"> </w:t>
      </w:r>
      <w:r w:rsidR="009D21BD" w:rsidRPr="00B7305F">
        <w:rPr>
          <w:rFonts w:cs="Times New Roman"/>
          <w:color w:val="000000" w:themeColor="text1"/>
          <w:lang w:val="uk-UA"/>
        </w:rPr>
        <w:t>сценічного</w:t>
      </w:r>
      <w:r w:rsidRPr="00B7305F">
        <w:rPr>
          <w:rFonts w:cs="Times New Roman"/>
          <w:color w:val="000000" w:themeColor="text1"/>
          <w:lang w:val="uk-UA"/>
        </w:rPr>
        <w:t xml:space="preserve"> </w:t>
      </w:r>
      <w:r w:rsidR="009D21BD" w:rsidRPr="00B7305F">
        <w:rPr>
          <w:rFonts w:cs="Times New Roman"/>
          <w:color w:val="000000" w:themeColor="text1"/>
          <w:lang w:val="uk-UA"/>
        </w:rPr>
        <w:t>простору.</w:t>
      </w:r>
      <w:r w:rsidRPr="00B7305F">
        <w:rPr>
          <w:rFonts w:cs="Times New Roman"/>
          <w:color w:val="000000" w:themeColor="text1"/>
          <w:lang w:val="uk-UA"/>
        </w:rPr>
        <w:t xml:space="preserve"> </w:t>
      </w:r>
      <w:r w:rsidR="009D21BD" w:rsidRPr="00B7305F">
        <w:rPr>
          <w:rFonts w:cs="Times New Roman"/>
          <w:color w:val="000000" w:themeColor="text1"/>
          <w:lang w:val="uk-UA"/>
        </w:rPr>
        <w:t>Водночас</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дедалі</w:t>
      </w:r>
      <w:r w:rsidRPr="00B7305F">
        <w:rPr>
          <w:rFonts w:cs="Times New Roman"/>
          <w:color w:val="000000" w:themeColor="text1"/>
          <w:lang w:val="uk-UA"/>
        </w:rPr>
        <w:t xml:space="preserve"> </w:t>
      </w:r>
      <w:r w:rsidR="009D21BD" w:rsidRPr="00B7305F">
        <w:rPr>
          <w:rFonts w:cs="Times New Roman"/>
          <w:color w:val="000000" w:themeColor="text1"/>
          <w:lang w:val="uk-UA"/>
        </w:rPr>
        <w:t>частіше</w:t>
      </w:r>
      <w:r w:rsidRPr="00B7305F">
        <w:rPr>
          <w:rFonts w:cs="Times New Roman"/>
          <w:color w:val="000000" w:themeColor="text1"/>
          <w:lang w:val="uk-UA"/>
        </w:rPr>
        <w:t xml:space="preserve"> </w:t>
      </w:r>
      <w:r w:rsidR="009D21BD" w:rsidRPr="00B7305F">
        <w:rPr>
          <w:rFonts w:cs="Times New Roman"/>
          <w:color w:val="000000" w:themeColor="text1"/>
          <w:lang w:val="uk-UA"/>
        </w:rPr>
        <w:t>звертається</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театральної</w:t>
      </w:r>
      <w:r w:rsidRPr="00B7305F">
        <w:rPr>
          <w:rFonts w:cs="Times New Roman"/>
          <w:color w:val="000000" w:themeColor="text1"/>
          <w:lang w:val="uk-UA"/>
        </w:rPr>
        <w:t xml:space="preserve"> </w:t>
      </w:r>
      <w:r w:rsidR="009D21BD" w:rsidRPr="00B7305F">
        <w:rPr>
          <w:rFonts w:cs="Times New Roman"/>
          <w:color w:val="000000" w:themeColor="text1"/>
          <w:lang w:val="uk-UA"/>
        </w:rPr>
        <w:t>естетики</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камерних</w:t>
      </w:r>
      <w:r w:rsidRPr="00B7305F">
        <w:rPr>
          <w:rFonts w:cs="Times New Roman"/>
          <w:color w:val="000000" w:themeColor="text1"/>
          <w:lang w:val="uk-UA"/>
        </w:rPr>
        <w:t xml:space="preserve"> </w:t>
      </w:r>
      <w:r w:rsidR="009D21BD" w:rsidRPr="00B7305F">
        <w:rPr>
          <w:rFonts w:cs="Times New Roman"/>
          <w:color w:val="000000" w:themeColor="text1"/>
          <w:lang w:val="uk-UA"/>
        </w:rPr>
        <w:t>просторів,</w:t>
      </w:r>
      <w:r w:rsidRPr="00B7305F">
        <w:rPr>
          <w:rFonts w:cs="Times New Roman"/>
          <w:color w:val="000000" w:themeColor="text1"/>
          <w:lang w:val="uk-UA"/>
        </w:rPr>
        <w:t xml:space="preserve"> </w:t>
      </w:r>
      <w:r w:rsidR="009D21BD" w:rsidRPr="00B7305F">
        <w:rPr>
          <w:rFonts w:cs="Times New Roman"/>
          <w:color w:val="000000" w:themeColor="text1"/>
          <w:lang w:val="uk-UA"/>
        </w:rPr>
        <w:t>статичної</w:t>
      </w:r>
      <w:r w:rsidRPr="00B7305F">
        <w:rPr>
          <w:rFonts w:cs="Times New Roman"/>
          <w:color w:val="000000" w:themeColor="text1"/>
          <w:lang w:val="uk-UA"/>
        </w:rPr>
        <w:t xml:space="preserve"> </w:t>
      </w:r>
      <w:r w:rsidR="009D21BD" w:rsidRPr="00B7305F">
        <w:rPr>
          <w:rFonts w:cs="Times New Roman"/>
          <w:color w:val="000000" w:themeColor="text1"/>
          <w:lang w:val="uk-UA"/>
        </w:rPr>
        <w:t>композиції,</w:t>
      </w:r>
      <w:r w:rsidRPr="00B7305F">
        <w:rPr>
          <w:rFonts w:cs="Times New Roman"/>
          <w:color w:val="000000" w:themeColor="text1"/>
          <w:lang w:val="uk-UA"/>
        </w:rPr>
        <w:t xml:space="preserve"> </w:t>
      </w:r>
      <w:r w:rsidR="009D21BD" w:rsidRPr="00B7305F">
        <w:rPr>
          <w:rFonts w:cs="Times New Roman"/>
          <w:color w:val="000000" w:themeColor="text1"/>
          <w:lang w:val="uk-UA"/>
        </w:rPr>
        <w:t>акценту</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акторській</w:t>
      </w:r>
      <w:r w:rsidRPr="00B7305F">
        <w:rPr>
          <w:rFonts w:cs="Times New Roman"/>
          <w:color w:val="000000" w:themeColor="text1"/>
          <w:lang w:val="uk-UA"/>
        </w:rPr>
        <w:t xml:space="preserve"> </w:t>
      </w:r>
      <w:r w:rsidR="009D21BD" w:rsidRPr="00B7305F">
        <w:rPr>
          <w:rFonts w:cs="Times New Roman"/>
          <w:color w:val="000000" w:themeColor="text1"/>
          <w:lang w:val="uk-UA"/>
        </w:rPr>
        <w:t>грі.</w:t>
      </w:r>
      <w:r w:rsidRPr="00B7305F">
        <w:rPr>
          <w:rFonts w:cs="Times New Roman"/>
          <w:color w:val="000000" w:themeColor="text1"/>
          <w:lang w:val="uk-UA"/>
        </w:rPr>
        <w:t xml:space="preserve"> </w:t>
      </w:r>
      <w:r w:rsidR="009D21BD" w:rsidRPr="00B7305F">
        <w:rPr>
          <w:rFonts w:cs="Times New Roman"/>
          <w:color w:val="000000" w:themeColor="text1"/>
          <w:lang w:val="uk-UA"/>
        </w:rPr>
        <w:t>Ці</w:t>
      </w:r>
      <w:r w:rsidRPr="00B7305F">
        <w:rPr>
          <w:rFonts w:cs="Times New Roman"/>
          <w:color w:val="000000" w:themeColor="text1"/>
          <w:lang w:val="uk-UA"/>
        </w:rPr>
        <w:t xml:space="preserve"> </w:t>
      </w:r>
      <w:r w:rsidR="009D21BD" w:rsidRPr="00B7305F">
        <w:rPr>
          <w:rFonts w:cs="Times New Roman"/>
          <w:color w:val="000000" w:themeColor="text1"/>
          <w:lang w:val="uk-UA"/>
        </w:rPr>
        <w:t>процеси</w:t>
      </w:r>
      <w:r w:rsidRPr="00B7305F">
        <w:rPr>
          <w:rFonts w:cs="Times New Roman"/>
          <w:color w:val="000000" w:themeColor="text1"/>
          <w:lang w:val="uk-UA"/>
        </w:rPr>
        <w:t xml:space="preserve"> </w:t>
      </w:r>
      <w:r w:rsidR="009D21BD" w:rsidRPr="00B7305F">
        <w:rPr>
          <w:rFonts w:cs="Times New Roman"/>
          <w:color w:val="000000" w:themeColor="text1"/>
          <w:lang w:val="uk-UA"/>
        </w:rPr>
        <w:t>свідчать</w:t>
      </w:r>
      <w:r w:rsidRPr="00B7305F">
        <w:rPr>
          <w:rFonts w:cs="Times New Roman"/>
          <w:color w:val="000000" w:themeColor="text1"/>
          <w:lang w:val="uk-UA"/>
        </w:rPr>
        <w:t xml:space="preserve"> </w:t>
      </w:r>
      <w:r w:rsidR="009D21BD" w:rsidRPr="00B7305F">
        <w:rPr>
          <w:rFonts w:cs="Times New Roman"/>
          <w:color w:val="000000" w:themeColor="text1"/>
          <w:lang w:val="uk-UA"/>
        </w:rPr>
        <w:t>про</w:t>
      </w:r>
      <w:r w:rsidRPr="00B7305F">
        <w:rPr>
          <w:rFonts w:cs="Times New Roman"/>
          <w:color w:val="000000" w:themeColor="text1"/>
          <w:lang w:val="uk-UA"/>
        </w:rPr>
        <w:t xml:space="preserve"> </w:t>
      </w:r>
      <w:r w:rsidR="009D21BD" w:rsidRPr="00B7305F">
        <w:rPr>
          <w:rFonts w:cs="Times New Roman"/>
          <w:color w:val="000000" w:themeColor="text1"/>
          <w:lang w:val="uk-UA"/>
        </w:rPr>
        <w:t>глибоку</w:t>
      </w:r>
      <w:r w:rsidRPr="00B7305F">
        <w:rPr>
          <w:rFonts w:cs="Times New Roman"/>
          <w:color w:val="000000" w:themeColor="text1"/>
          <w:lang w:val="uk-UA"/>
        </w:rPr>
        <w:t xml:space="preserve"> </w:t>
      </w:r>
      <w:r w:rsidR="009D21BD" w:rsidRPr="00B7305F">
        <w:rPr>
          <w:rFonts w:cs="Times New Roman"/>
          <w:color w:val="000000" w:themeColor="text1"/>
          <w:lang w:val="uk-UA"/>
        </w:rPr>
        <w:t>інтеграцію</w:t>
      </w:r>
      <w:r w:rsidRPr="00B7305F">
        <w:rPr>
          <w:rFonts w:cs="Times New Roman"/>
          <w:color w:val="000000" w:themeColor="text1"/>
          <w:lang w:val="uk-UA"/>
        </w:rPr>
        <w:t xml:space="preserve"> </w:t>
      </w:r>
      <w:r w:rsidR="009D21BD" w:rsidRPr="00B7305F">
        <w:rPr>
          <w:rFonts w:cs="Times New Roman"/>
          <w:color w:val="000000" w:themeColor="text1"/>
          <w:lang w:val="uk-UA"/>
        </w:rPr>
        <w:t>двох</w:t>
      </w:r>
      <w:r w:rsidRPr="00B7305F">
        <w:rPr>
          <w:rFonts w:cs="Times New Roman"/>
          <w:color w:val="000000" w:themeColor="text1"/>
          <w:lang w:val="uk-UA"/>
        </w:rPr>
        <w:t xml:space="preserve"> </w:t>
      </w:r>
      <w:r w:rsidR="009D21BD" w:rsidRPr="00B7305F">
        <w:rPr>
          <w:rFonts w:cs="Times New Roman"/>
          <w:color w:val="000000" w:themeColor="text1"/>
          <w:lang w:val="uk-UA"/>
        </w:rPr>
        <w:t>видів</w:t>
      </w:r>
      <w:r w:rsidRPr="00B7305F">
        <w:rPr>
          <w:rFonts w:cs="Times New Roman"/>
          <w:color w:val="000000" w:themeColor="text1"/>
          <w:lang w:val="uk-UA"/>
        </w:rPr>
        <w:t xml:space="preserve"> </w:t>
      </w:r>
      <w:r w:rsidR="009D21BD" w:rsidRPr="00B7305F">
        <w:rPr>
          <w:rFonts w:cs="Times New Roman"/>
          <w:color w:val="000000" w:themeColor="text1"/>
          <w:lang w:val="uk-UA"/>
        </w:rPr>
        <w:t>мистецтва,</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результаті</w:t>
      </w:r>
      <w:r w:rsidRPr="00B7305F">
        <w:rPr>
          <w:rFonts w:cs="Times New Roman"/>
          <w:color w:val="000000" w:themeColor="text1"/>
          <w:lang w:val="uk-UA"/>
        </w:rPr>
        <w:t xml:space="preserve"> </w:t>
      </w:r>
      <w:r w:rsidR="009D21BD" w:rsidRPr="00B7305F">
        <w:rPr>
          <w:rFonts w:cs="Times New Roman"/>
          <w:color w:val="000000" w:themeColor="text1"/>
          <w:lang w:val="uk-UA"/>
        </w:rPr>
        <w:t>якої</w:t>
      </w:r>
      <w:r w:rsidRPr="00B7305F">
        <w:rPr>
          <w:rFonts w:cs="Times New Roman"/>
          <w:color w:val="000000" w:themeColor="text1"/>
          <w:lang w:val="uk-UA"/>
        </w:rPr>
        <w:t xml:space="preserve"> </w:t>
      </w:r>
      <w:r w:rsidR="009D21BD" w:rsidRPr="00B7305F">
        <w:rPr>
          <w:rFonts w:cs="Times New Roman"/>
          <w:color w:val="000000" w:themeColor="text1"/>
          <w:lang w:val="uk-UA"/>
        </w:rPr>
        <w:t>народжується</w:t>
      </w:r>
      <w:r w:rsidRPr="00B7305F">
        <w:rPr>
          <w:rFonts w:cs="Times New Roman"/>
          <w:color w:val="000000" w:themeColor="text1"/>
          <w:lang w:val="uk-UA"/>
        </w:rPr>
        <w:t xml:space="preserve"> </w:t>
      </w:r>
      <w:r w:rsidR="009D21BD" w:rsidRPr="00B7305F">
        <w:rPr>
          <w:rFonts w:cs="Times New Roman"/>
          <w:color w:val="000000" w:themeColor="text1"/>
          <w:lang w:val="uk-UA"/>
        </w:rPr>
        <w:t>нова</w:t>
      </w:r>
      <w:r w:rsidRPr="00B7305F">
        <w:rPr>
          <w:rFonts w:cs="Times New Roman"/>
          <w:color w:val="000000" w:themeColor="text1"/>
          <w:lang w:val="uk-UA"/>
        </w:rPr>
        <w:t xml:space="preserve"> </w:t>
      </w:r>
      <w:r w:rsidR="009D21BD" w:rsidRPr="00B7305F">
        <w:rPr>
          <w:rFonts w:cs="Times New Roman"/>
          <w:color w:val="000000" w:themeColor="text1"/>
          <w:lang w:val="uk-UA"/>
        </w:rPr>
        <w:t>форма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синтетичний</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екрану.</w:t>
      </w:r>
    </w:p>
    <w:p w14:paraId="3AA0465A" w14:textId="749E17B4" w:rsidR="00516DF2" w:rsidRPr="00B7305F" w:rsidRDefault="00480420"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українському</w:t>
      </w:r>
      <w:r w:rsidRPr="00B7305F">
        <w:rPr>
          <w:rFonts w:cs="Times New Roman"/>
          <w:color w:val="000000" w:themeColor="text1"/>
          <w:lang w:val="uk-UA"/>
        </w:rPr>
        <w:t xml:space="preserve"> </w:t>
      </w:r>
      <w:r w:rsidR="009D21BD" w:rsidRPr="00B7305F">
        <w:rPr>
          <w:rFonts w:cs="Times New Roman"/>
          <w:color w:val="000000" w:themeColor="text1"/>
          <w:lang w:val="uk-UA"/>
        </w:rPr>
        <w:t>контексті</w:t>
      </w:r>
      <w:r w:rsidRPr="00B7305F">
        <w:rPr>
          <w:rFonts w:cs="Times New Roman"/>
          <w:color w:val="000000" w:themeColor="text1"/>
          <w:lang w:val="uk-UA"/>
        </w:rPr>
        <w:t xml:space="preserve"> </w:t>
      </w:r>
      <w:r w:rsidR="009D21BD" w:rsidRPr="00B7305F">
        <w:rPr>
          <w:rFonts w:cs="Times New Roman"/>
          <w:color w:val="000000" w:themeColor="text1"/>
          <w:lang w:val="uk-UA"/>
        </w:rPr>
        <w:t>синтез</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відбувається</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рівні</w:t>
      </w:r>
      <w:r w:rsidRPr="00B7305F">
        <w:rPr>
          <w:rFonts w:cs="Times New Roman"/>
          <w:color w:val="000000" w:themeColor="text1"/>
          <w:lang w:val="uk-UA"/>
        </w:rPr>
        <w:t xml:space="preserve"> </w:t>
      </w:r>
      <w:r w:rsidR="009D21BD" w:rsidRPr="00B7305F">
        <w:rPr>
          <w:rFonts w:cs="Times New Roman"/>
          <w:color w:val="000000" w:themeColor="text1"/>
          <w:lang w:val="uk-UA"/>
        </w:rPr>
        <w:t>освітніх</w:t>
      </w:r>
      <w:r w:rsidRPr="00B7305F">
        <w:rPr>
          <w:rFonts w:cs="Times New Roman"/>
          <w:color w:val="000000" w:themeColor="text1"/>
          <w:lang w:val="uk-UA"/>
        </w:rPr>
        <w:t xml:space="preserve"> </w:t>
      </w:r>
      <w:r w:rsidR="009D21BD" w:rsidRPr="00B7305F">
        <w:rPr>
          <w:rFonts w:cs="Times New Roman"/>
          <w:color w:val="000000" w:themeColor="text1"/>
          <w:lang w:val="uk-UA"/>
        </w:rPr>
        <w:t>програм</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творчих</w:t>
      </w:r>
      <w:r w:rsidRPr="00B7305F">
        <w:rPr>
          <w:rFonts w:cs="Times New Roman"/>
          <w:color w:val="000000" w:themeColor="text1"/>
          <w:lang w:val="uk-UA"/>
        </w:rPr>
        <w:t xml:space="preserve"> </w:t>
      </w:r>
      <w:r w:rsidR="009D21BD" w:rsidRPr="00B7305F">
        <w:rPr>
          <w:rFonts w:cs="Times New Roman"/>
          <w:color w:val="000000" w:themeColor="text1"/>
          <w:lang w:val="uk-UA"/>
        </w:rPr>
        <w:t>експериментів.</w:t>
      </w:r>
      <w:r w:rsidRPr="00B7305F">
        <w:rPr>
          <w:rFonts w:cs="Times New Roman"/>
          <w:color w:val="000000" w:themeColor="text1"/>
          <w:lang w:val="uk-UA"/>
        </w:rPr>
        <w:t xml:space="preserve"> </w:t>
      </w:r>
      <w:r w:rsidR="009D21BD" w:rsidRPr="00B7305F">
        <w:rPr>
          <w:rFonts w:cs="Times New Roman"/>
          <w:color w:val="000000" w:themeColor="text1"/>
          <w:lang w:val="uk-UA"/>
        </w:rPr>
        <w:t>Сучасні</w:t>
      </w:r>
      <w:r w:rsidRPr="00B7305F">
        <w:rPr>
          <w:rFonts w:cs="Times New Roman"/>
          <w:color w:val="000000" w:themeColor="text1"/>
          <w:lang w:val="uk-UA"/>
        </w:rPr>
        <w:t xml:space="preserve"> </w:t>
      </w:r>
      <w:r w:rsidR="009D21BD" w:rsidRPr="00B7305F">
        <w:rPr>
          <w:rFonts w:cs="Times New Roman"/>
          <w:color w:val="000000" w:themeColor="text1"/>
          <w:lang w:val="uk-UA"/>
        </w:rPr>
        <w:t>актори,</w:t>
      </w:r>
      <w:r w:rsidRPr="00B7305F">
        <w:rPr>
          <w:rFonts w:cs="Times New Roman"/>
          <w:color w:val="000000" w:themeColor="text1"/>
          <w:lang w:val="uk-UA"/>
        </w:rPr>
        <w:t xml:space="preserve"> </w:t>
      </w:r>
      <w:r w:rsidR="009D21BD" w:rsidRPr="00B7305F">
        <w:rPr>
          <w:rFonts w:cs="Times New Roman"/>
          <w:color w:val="000000" w:themeColor="text1"/>
          <w:lang w:val="uk-UA"/>
        </w:rPr>
        <w:t>виховані</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сценічній</w:t>
      </w:r>
      <w:r w:rsidRPr="00B7305F">
        <w:rPr>
          <w:rFonts w:cs="Times New Roman"/>
          <w:color w:val="000000" w:themeColor="text1"/>
          <w:lang w:val="uk-UA"/>
        </w:rPr>
        <w:t xml:space="preserve"> </w:t>
      </w:r>
      <w:r w:rsidR="009D21BD" w:rsidRPr="00B7305F">
        <w:rPr>
          <w:rFonts w:cs="Times New Roman"/>
          <w:color w:val="000000" w:themeColor="text1"/>
          <w:lang w:val="uk-UA"/>
        </w:rPr>
        <w:t>школі,</w:t>
      </w:r>
      <w:r w:rsidRPr="00B7305F">
        <w:rPr>
          <w:rFonts w:cs="Times New Roman"/>
          <w:color w:val="000000" w:themeColor="text1"/>
          <w:lang w:val="uk-UA"/>
        </w:rPr>
        <w:t xml:space="preserve"> </w:t>
      </w:r>
      <w:r w:rsidR="009D21BD" w:rsidRPr="00B7305F">
        <w:rPr>
          <w:rFonts w:cs="Times New Roman"/>
          <w:color w:val="000000" w:themeColor="text1"/>
          <w:lang w:val="uk-UA"/>
        </w:rPr>
        <w:t>легко</w:t>
      </w:r>
      <w:r w:rsidRPr="00B7305F">
        <w:rPr>
          <w:rFonts w:cs="Times New Roman"/>
          <w:color w:val="000000" w:themeColor="text1"/>
          <w:lang w:val="uk-UA"/>
        </w:rPr>
        <w:t xml:space="preserve"> </w:t>
      </w:r>
      <w:r w:rsidR="009D21BD" w:rsidRPr="00B7305F">
        <w:rPr>
          <w:rFonts w:cs="Times New Roman"/>
          <w:color w:val="000000" w:themeColor="text1"/>
          <w:lang w:val="uk-UA"/>
        </w:rPr>
        <w:t>переходять</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режисери</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звертаються</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сценічної</w:t>
      </w:r>
      <w:r w:rsidRPr="00B7305F">
        <w:rPr>
          <w:rFonts w:cs="Times New Roman"/>
          <w:color w:val="000000" w:themeColor="text1"/>
          <w:lang w:val="uk-UA"/>
        </w:rPr>
        <w:t xml:space="preserve"> </w:t>
      </w:r>
      <w:r w:rsidR="009D21BD" w:rsidRPr="00B7305F">
        <w:rPr>
          <w:rFonts w:cs="Times New Roman"/>
          <w:color w:val="000000" w:themeColor="text1"/>
          <w:lang w:val="uk-UA"/>
        </w:rPr>
        <w:t>драматургії</w:t>
      </w:r>
      <w:r w:rsidRPr="00B7305F">
        <w:rPr>
          <w:rFonts w:cs="Times New Roman"/>
          <w:color w:val="000000" w:themeColor="text1"/>
          <w:lang w:val="uk-UA"/>
        </w:rPr>
        <w:t xml:space="preserve"> </w:t>
      </w:r>
      <w:r w:rsidR="009D21BD" w:rsidRPr="00B7305F">
        <w:rPr>
          <w:rFonts w:cs="Times New Roman"/>
          <w:color w:val="000000" w:themeColor="text1"/>
          <w:lang w:val="uk-UA"/>
        </w:rPr>
        <w:t>як</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основи</w:t>
      </w:r>
      <w:r w:rsidRPr="00B7305F">
        <w:rPr>
          <w:rFonts w:cs="Times New Roman"/>
          <w:color w:val="000000" w:themeColor="text1"/>
          <w:lang w:val="uk-UA"/>
        </w:rPr>
        <w:t xml:space="preserve"> </w:t>
      </w:r>
      <w:r w:rsidR="009D21BD" w:rsidRPr="00B7305F">
        <w:rPr>
          <w:rFonts w:cs="Times New Roman"/>
          <w:color w:val="000000" w:themeColor="text1"/>
          <w:lang w:val="uk-UA"/>
        </w:rPr>
        <w:t>емоційної</w:t>
      </w:r>
      <w:r w:rsidRPr="00B7305F">
        <w:rPr>
          <w:rFonts w:cs="Times New Roman"/>
          <w:color w:val="000000" w:themeColor="text1"/>
          <w:lang w:val="uk-UA"/>
        </w:rPr>
        <w:t xml:space="preserve"> </w:t>
      </w:r>
      <w:r w:rsidR="009D21BD" w:rsidRPr="00B7305F">
        <w:rPr>
          <w:rFonts w:cs="Times New Roman"/>
          <w:color w:val="000000" w:themeColor="text1"/>
          <w:lang w:val="uk-UA"/>
        </w:rPr>
        <w:t>достовірності.</w:t>
      </w:r>
      <w:r w:rsidRPr="00B7305F">
        <w:rPr>
          <w:rFonts w:cs="Times New Roman"/>
          <w:color w:val="000000" w:themeColor="text1"/>
          <w:lang w:val="uk-UA"/>
        </w:rPr>
        <w:t xml:space="preserve"> </w:t>
      </w:r>
      <w:r w:rsidR="009D21BD" w:rsidRPr="00B7305F">
        <w:rPr>
          <w:rFonts w:cs="Times New Roman"/>
          <w:color w:val="000000" w:themeColor="text1"/>
          <w:lang w:val="uk-UA"/>
        </w:rPr>
        <w:t>Прикладом</w:t>
      </w:r>
      <w:r w:rsidRPr="00B7305F">
        <w:rPr>
          <w:rFonts w:cs="Times New Roman"/>
          <w:color w:val="000000" w:themeColor="text1"/>
          <w:lang w:val="uk-UA"/>
        </w:rPr>
        <w:t xml:space="preserve"> </w:t>
      </w:r>
      <w:r w:rsidR="009D21BD" w:rsidRPr="00B7305F">
        <w:rPr>
          <w:rFonts w:cs="Times New Roman"/>
          <w:color w:val="000000" w:themeColor="text1"/>
          <w:lang w:val="uk-UA"/>
        </w:rPr>
        <w:t>може</w:t>
      </w:r>
      <w:r w:rsidRPr="00B7305F">
        <w:rPr>
          <w:rFonts w:cs="Times New Roman"/>
          <w:color w:val="000000" w:themeColor="text1"/>
          <w:lang w:val="uk-UA"/>
        </w:rPr>
        <w:t xml:space="preserve"> </w:t>
      </w:r>
      <w:r w:rsidR="009D21BD" w:rsidRPr="00B7305F">
        <w:rPr>
          <w:rFonts w:cs="Times New Roman"/>
          <w:color w:val="000000" w:themeColor="text1"/>
          <w:lang w:val="uk-UA"/>
        </w:rPr>
        <w:t>слугувати</w:t>
      </w:r>
      <w:r w:rsidRPr="00B7305F">
        <w:rPr>
          <w:rFonts w:cs="Times New Roman"/>
          <w:color w:val="000000" w:themeColor="text1"/>
          <w:lang w:val="uk-UA"/>
        </w:rPr>
        <w:t xml:space="preserve"> </w:t>
      </w:r>
      <w:r w:rsidR="009D21BD" w:rsidRPr="00B7305F">
        <w:rPr>
          <w:rFonts w:cs="Times New Roman"/>
          <w:color w:val="000000" w:themeColor="text1"/>
          <w:lang w:val="uk-UA"/>
        </w:rPr>
        <w:t>творчість</w:t>
      </w:r>
      <w:r w:rsidRPr="00B7305F">
        <w:rPr>
          <w:rFonts w:cs="Times New Roman"/>
          <w:color w:val="000000" w:themeColor="text1"/>
          <w:lang w:val="uk-UA"/>
        </w:rPr>
        <w:t xml:space="preserve"> </w:t>
      </w:r>
      <w:r w:rsidR="009D21BD" w:rsidRPr="00B7305F">
        <w:rPr>
          <w:rFonts w:cs="Times New Roman"/>
          <w:color w:val="000000" w:themeColor="text1"/>
          <w:lang w:val="uk-UA"/>
        </w:rPr>
        <w:t>сучасних</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українських</w:t>
      </w:r>
      <w:r w:rsidRPr="00B7305F">
        <w:rPr>
          <w:rFonts w:cs="Times New Roman"/>
          <w:color w:val="000000" w:themeColor="text1"/>
          <w:lang w:val="uk-UA"/>
        </w:rPr>
        <w:t xml:space="preserve"> </w:t>
      </w:r>
      <w:r w:rsidR="009D21BD" w:rsidRPr="00B7305F">
        <w:rPr>
          <w:rFonts w:cs="Times New Roman"/>
          <w:color w:val="000000" w:themeColor="text1"/>
          <w:lang w:val="uk-UA"/>
        </w:rPr>
        <w:t>акторів,</w:t>
      </w:r>
      <w:r w:rsidRPr="00B7305F">
        <w:rPr>
          <w:rFonts w:cs="Times New Roman"/>
          <w:color w:val="000000" w:themeColor="text1"/>
          <w:lang w:val="uk-UA"/>
        </w:rPr>
        <w:t xml:space="preserve"> </w:t>
      </w:r>
      <w:r w:rsidR="009D21BD" w:rsidRPr="00B7305F">
        <w:rPr>
          <w:rFonts w:cs="Times New Roman"/>
          <w:color w:val="000000" w:themeColor="text1"/>
          <w:lang w:val="uk-UA"/>
        </w:rPr>
        <w:t>таких</w:t>
      </w:r>
      <w:r w:rsidRPr="00B7305F">
        <w:rPr>
          <w:rFonts w:cs="Times New Roman"/>
          <w:color w:val="000000" w:themeColor="text1"/>
          <w:lang w:val="uk-UA"/>
        </w:rPr>
        <w:t xml:space="preserve"> </w:t>
      </w:r>
      <w:r w:rsidR="009D21BD" w:rsidRPr="00B7305F">
        <w:rPr>
          <w:rFonts w:cs="Times New Roman"/>
          <w:color w:val="000000" w:themeColor="text1"/>
          <w:lang w:val="uk-UA"/>
        </w:rPr>
        <w:t>як</w:t>
      </w:r>
      <w:r w:rsidRPr="00B7305F">
        <w:rPr>
          <w:rFonts w:cs="Times New Roman"/>
          <w:color w:val="000000" w:themeColor="text1"/>
          <w:lang w:val="uk-UA"/>
        </w:rPr>
        <w:t xml:space="preserve"> </w:t>
      </w:r>
      <w:r w:rsidR="009D21BD" w:rsidRPr="00B7305F">
        <w:rPr>
          <w:rFonts w:cs="Times New Roman"/>
          <w:color w:val="000000" w:themeColor="text1"/>
          <w:lang w:val="uk-UA"/>
        </w:rPr>
        <w:t>Остап</w:t>
      </w:r>
      <w:r w:rsidRPr="00B7305F">
        <w:rPr>
          <w:rFonts w:cs="Times New Roman"/>
          <w:color w:val="000000" w:themeColor="text1"/>
          <w:lang w:val="uk-UA"/>
        </w:rPr>
        <w:t xml:space="preserve"> </w:t>
      </w:r>
      <w:r w:rsidR="009D21BD" w:rsidRPr="00B7305F">
        <w:rPr>
          <w:rFonts w:cs="Times New Roman"/>
          <w:color w:val="000000" w:themeColor="text1"/>
          <w:lang w:val="uk-UA"/>
        </w:rPr>
        <w:t>Ступка</w:t>
      </w:r>
      <w:r w:rsidRPr="00B7305F">
        <w:rPr>
          <w:rFonts w:cs="Times New Roman"/>
          <w:color w:val="000000" w:themeColor="text1"/>
          <w:lang w:val="uk-UA"/>
        </w:rPr>
        <w:t xml:space="preserve"> </w:t>
      </w:r>
      <w:r w:rsidR="009D21BD" w:rsidRPr="00B7305F">
        <w:rPr>
          <w:rFonts w:cs="Times New Roman"/>
          <w:color w:val="000000" w:themeColor="text1"/>
          <w:lang w:val="uk-UA"/>
        </w:rPr>
        <w:t>чи</w:t>
      </w:r>
      <w:r w:rsidRPr="00B7305F">
        <w:rPr>
          <w:rFonts w:cs="Times New Roman"/>
          <w:color w:val="000000" w:themeColor="text1"/>
          <w:lang w:val="uk-UA"/>
        </w:rPr>
        <w:t xml:space="preserve"> </w:t>
      </w:r>
      <w:r w:rsidR="009D21BD" w:rsidRPr="00B7305F">
        <w:rPr>
          <w:rFonts w:cs="Times New Roman"/>
          <w:color w:val="000000" w:themeColor="text1"/>
          <w:lang w:val="uk-UA"/>
        </w:rPr>
        <w:t>Олексій</w:t>
      </w:r>
      <w:r w:rsidRPr="00B7305F">
        <w:rPr>
          <w:rFonts w:cs="Times New Roman"/>
          <w:color w:val="000000" w:themeColor="text1"/>
          <w:lang w:val="uk-UA"/>
        </w:rPr>
        <w:t xml:space="preserve"> </w:t>
      </w:r>
      <w:r w:rsidR="009D21BD" w:rsidRPr="00B7305F">
        <w:rPr>
          <w:rFonts w:cs="Times New Roman"/>
          <w:color w:val="000000" w:themeColor="text1"/>
          <w:lang w:val="uk-UA"/>
        </w:rPr>
        <w:t>Вертинський,</w:t>
      </w:r>
      <w:r w:rsidRPr="00B7305F">
        <w:rPr>
          <w:rFonts w:cs="Times New Roman"/>
          <w:color w:val="000000" w:themeColor="text1"/>
          <w:lang w:val="uk-UA"/>
        </w:rPr>
        <w:t xml:space="preserve"> </w:t>
      </w:r>
      <w:r w:rsidR="009D21BD" w:rsidRPr="00B7305F">
        <w:rPr>
          <w:rFonts w:cs="Times New Roman"/>
          <w:color w:val="000000" w:themeColor="text1"/>
          <w:lang w:val="uk-UA"/>
        </w:rPr>
        <w:t>які</w:t>
      </w:r>
      <w:r w:rsidRPr="00B7305F">
        <w:rPr>
          <w:rFonts w:cs="Times New Roman"/>
          <w:color w:val="000000" w:themeColor="text1"/>
          <w:lang w:val="uk-UA"/>
        </w:rPr>
        <w:t xml:space="preserve"> </w:t>
      </w:r>
      <w:r w:rsidR="009D21BD" w:rsidRPr="00B7305F">
        <w:rPr>
          <w:rFonts w:cs="Times New Roman"/>
          <w:color w:val="000000" w:themeColor="text1"/>
          <w:lang w:val="uk-UA"/>
        </w:rPr>
        <w:t>демонструють</w:t>
      </w:r>
      <w:r w:rsidRPr="00B7305F">
        <w:rPr>
          <w:rFonts w:cs="Times New Roman"/>
          <w:color w:val="000000" w:themeColor="text1"/>
          <w:lang w:val="uk-UA"/>
        </w:rPr>
        <w:t xml:space="preserve"> </w:t>
      </w:r>
      <w:r w:rsidR="009D21BD" w:rsidRPr="00B7305F">
        <w:rPr>
          <w:rFonts w:cs="Times New Roman"/>
          <w:color w:val="000000" w:themeColor="text1"/>
          <w:lang w:val="uk-UA"/>
        </w:rPr>
        <w:t>гнучкість</w:t>
      </w:r>
      <w:r w:rsidRPr="00B7305F">
        <w:rPr>
          <w:rFonts w:cs="Times New Roman"/>
          <w:color w:val="000000" w:themeColor="text1"/>
          <w:lang w:val="uk-UA"/>
        </w:rPr>
        <w:t xml:space="preserve"> </w:t>
      </w:r>
      <w:r w:rsidR="009D21BD" w:rsidRPr="00B7305F">
        <w:rPr>
          <w:rFonts w:cs="Times New Roman"/>
          <w:color w:val="000000" w:themeColor="text1"/>
          <w:lang w:val="uk-UA"/>
        </w:rPr>
        <w:t>техніки,</w:t>
      </w:r>
      <w:r w:rsidRPr="00B7305F">
        <w:rPr>
          <w:rFonts w:cs="Times New Roman"/>
          <w:color w:val="000000" w:themeColor="text1"/>
          <w:lang w:val="uk-UA"/>
        </w:rPr>
        <w:t xml:space="preserve"> </w:t>
      </w:r>
      <w:r w:rsidR="009D21BD" w:rsidRPr="00B7305F">
        <w:rPr>
          <w:rFonts w:cs="Times New Roman"/>
          <w:color w:val="000000" w:themeColor="text1"/>
          <w:lang w:val="uk-UA"/>
        </w:rPr>
        <w:t>вміючи</w:t>
      </w:r>
      <w:r w:rsidRPr="00B7305F">
        <w:rPr>
          <w:rFonts w:cs="Times New Roman"/>
          <w:color w:val="000000" w:themeColor="text1"/>
          <w:lang w:val="uk-UA"/>
        </w:rPr>
        <w:t xml:space="preserve"> </w:t>
      </w:r>
      <w:r w:rsidR="009D21BD" w:rsidRPr="00B7305F">
        <w:rPr>
          <w:rFonts w:cs="Times New Roman"/>
          <w:color w:val="000000" w:themeColor="text1"/>
          <w:lang w:val="uk-UA"/>
        </w:rPr>
        <w:t>працювати</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перед</w:t>
      </w:r>
      <w:r w:rsidRPr="00B7305F">
        <w:rPr>
          <w:rFonts w:cs="Times New Roman"/>
          <w:color w:val="000000" w:themeColor="text1"/>
          <w:lang w:val="uk-UA"/>
        </w:rPr>
        <w:t xml:space="preserve"> </w:t>
      </w:r>
      <w:r w:rsidR="009D21BD" w:rsidRPr="00B7305F">
        <w:rPr>
          <w:rFonts w:cs="Times New Roman"/>
          <w:color w:val="000000" w:themeColor="text1"/>
          <w:lang w:val="uk-UA"/>
        </w:rPr>
        <w:t>камерою,</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сцені.</w:t>
      </w:r>
    </w:p>
    <w:p w14:paraId="16AD722E" w14:textId="77777777" w:rsidR="00D6710D"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Узагальнення</w:t>
      </w:r>
    </w:p>
    <w:p w14:paraId="62AA7ADA" w14:textId="68DFB9C4" w:rsidR="009D21B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Таким</w:t>
      </w:r>
      <w:r w:rsidRPr="00B7305F">
        <w:rPr>
          <w:rFonts w:cs="Times New Roman"/>
          <w:color w:val="000000" w:themeColor="text1"/>
          <w:lang w:val="uk-UA"/>
        </w:rPr>
        <w:t xml:space="preserve"> </w:t>
      </w:r>
      <w:r w:rsidR="009D21BD" w:rsidRPr="00B7305F">
        <w:rPr>
          <w:rFonts w:cs="Times New Roman"/>
          <w:color w:val="000000" w:themeColor="text1"/>
          <w:lang w:val="uk-UA"/>
        </w:rPr>
        <w:t>чином,</w:t>
      </w:r>
      <w:r w:rsidRPr="00B7305F">
        <w:rPr>
          <w:rFonts w:cs="Times New Roman"/>
          <w:color w:val="000000" w:themeColor="text1"/>
          <w:lang w:val="uk-UA"/>
        </w:rPr>
        <w:t xml:space="preserve"> </w:t>
      </w:r>
      <w:r w:rsidR="009D21BD" w:rsidRPr="00B7305F">
        <w:rPr>
          <w:rFonts w:cs="Times New Roman"/>
          <w:color w:val="000000" w:themeColor="text1"/>
          <w:lang w:val="uk-UA"/>
        </w:rPr>
        <w:t>витоки</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та</w:t>
      </w:r>
      <w:r w:rsidRPr="00B7305F">
        <w:rPr>
          <w:rFonts w:cs="Times New Roman"/>
          <w:color w:val="000000" w:themeColor="text1"/>
          <w:lang w:val="uk-UA"/>
        </w:rPr>
        <w:t xml:space="preserve"> </w:t>
      </w:r>
      <w:r w:rsidR="009D21BD" w:rsidRPr="00B7305F">
        <w:rPr>
          <w:rFonts w:cs="Times New Roman"/>
          <w:color w:val="000000" w:themeColor="text1"/>
          <w:lang w:val="uk-UA"/>
        </w:rPr>
        <w:t>кіномистецтва</w:t>
      </w:r>
      <w:r w:rsidRPr="00B7305F">
        <w:rPr>
          <w:rFonts w:cs="Times New Roman"/>
          <w:color w:val="000000" w:themeColor="text1"/>
          <w:lang w:val="uk-UA"/>
        </w:rPr>
        <w:t xml:space="preserve"> </w:t>
      </w:r>
      <w:r w:rsidR="009D21BD" w:rsidRPr="00B7305F">
        <w:rPr>
          <w:rFonts w:cs="Times New Roman"/>
          <w:color w:val="000000" w:themeColor="text1"/>
          <w:lang w:val="uk-UA"/>
        </w:rPr>
        <w:t>мають</w:t>
      </w:r>
      <w:r w:rsidRPr="00B7305F">
        <w:rPr>
          <w:rFonts w:cs="Times New Roman"/>
          <w:color w:val="000000" w:themeColor="text1"/>
          <w:lang w:val="uk-UA"/>
        </w:rPr>
        <w:t xml:space="preserve"> </w:t>
      </w:r>
      <w:r w:rsidR="009D21BD" w:rsidRPr="00B7305F">
        <w:rPr>
          <w:rFonts w:cs="Times New Roman"/>
          <w:color w:val="000000" w:themeColor="text1"/>
          <w:lang w:val="uk-UA"/>
        </w:rPr>
        <w:t>спільну</w:t>
      </w:r>
      <w:r w:rsidRPr="00B7305F">
        <w:rPr>
          <w:rFonts w:cs="Times New Roman"/>
          <w:color w:val="000000" w:themeColor="text1"/>
          <w:lang w:val="uk-UA"/>
        </w:rPr>
        <w:t xml:space="preserve"> </w:t>
      </w:r>
      <w:r w:rsidR="009D21BD" w:rsidRPr="00B7305F">
        <w:rPr>
          <w:rFonts w:cs="Times New Roman"/>
          <w:color w:val="000000" w:themeColor="text1"/>
          <w:lang w:val="uk-UA"/>
        </w:rPr>
        <w:t>духовну</w:t>
      </w:r>
      <w:r w:rsidRPr="00B7305F">
        <w:rPr>
          <w:rFonts w:cs="Times New Roman"/>
          <w:color w:val="000000" w:themeColor="text1"/>
          <w:lang w:val="uk-UA"/>
        </w:rPr>
        <w:t xml:space="preserve"> </w:t>
      </w:r>
      <w:r w:rsidR="009D21BD" w:rsidRPr="00B7305F">
        <w:rPr>
          <w:rFonts w:cs="Times New Roman"/>
          <w:color w:val="000000" w:themeColor="text1"/>
          <w:lang w:val="uk-UA"/>
        </w:rPr>
        <w:t>основу</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прагнення</w:t>
      </w:r>
      <w:r w:rsidRPr="00B7305F">
        <w:rPr>
          <w:rFonts w:cs="Times New Roman"/>
          <w:color w:val="000000" w:themeColor="text1"/>
          <w:lang w:val="uk-UA"/>
        </w:rPr>
        <w:t xml:space="preserve"> </w:t>
      </w:r>
      <w:r w:rsidR="009D21BD" w:rsidRPr="00B7305F">
        <w:rPr>
          <w:rFonts w:cs="Times New Roman"/>
          <w:color w:val="000000" w:themeColor="text1"/>
          <w:lang w:val="uk-UA"/>
        </w:rPr>
        <w:t>передати</w:t>
      </w:r>
      <w:r w:rsidRPr="00B7305F">
        <w:rPr>
          <w:rFonts w:cs="Times New Roman"/>
          <w:color w:val="000000" w:themeColor="text1"/>
          <w:lang w:val="uk-UA"/>
        </w:rPr>
        <w:t xml:space="preserve"> </w:t>
      </w:r>
      <w:r w:rsidR="009D21BD" w:rsidRPr="00B7305F">
        <w:rPr>
          <w:rFonts w:cs="Times New Roman"/>
          <w:color w:val="000000" w:themeColor="text1"/>
          <w:lang w:val="uk-UA"/>
        </w:rPr>
        <w:t>сутність</w:t>
      </w:r>
      <w:r w:rsidRPr="00B7305F">
        <w:rPr>
          <w:rFonts w:cs="Times New Roman"/>
          <w:color w:val="000000" w:themeColor="text1"/>
          <w:lang w:val="uk-UA"/>
        </w:rPr>
        <w:t xml:space="preserve"> </w:t>
      </w:r>
      <w:r w:rsidR="009D21BD" w:rsidRPr="00B7305F">
        <w:rPr>
          <w:rFonts w:cs="Times New Roman"/>
          <w:color w:val="000000" w:themeColor="text1"/>
          <w:lang w:val="uk-UA"/>
        </w:rPr>
        <w:t>людського</w:t>
      </w:r>
      <w:r w:rsidRPr="00B7305F">
        <w:rPr>
          <w:rFonts w:cs="Times New Roman"/>
          <w:color w:val="000000" w:themeColor="text1"/>
          <w:lang w:val="uk-UA"/>
        </w:rPr>
        <w:t xml:space="preserve"> </w:t>
      </w:r>
      <w:r w:rsidR="009D21BD" w:rsidRPr="00B7305F">
        <w:rPr>
          <w:rFonts w:cs="Times New Roman"/>
          <w:color w:val="000000" w:themeColor="text1"/>
          <w:lang w:val="uk-UA"/>
        </w:rPr>
        <w:t>життя</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образ</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дію.</w:t>
      </w:r>
      <w:r w:rsidRPr="00B7305F">
        <w:rPr>
          <w:rFonts w:cs="Times New Roman"/>
          <w:color w:val="000000" w:themeColor="text1"/>
          <w:lang w:val="uk-UA"/>
        </w:rPr>
        <w:t xml:space="preserve"> </w:t>
      </w:r>
      <w:r w:rsidR="009D21BD" w:rsidRPr="00B7305F">
        <w:rPr>
          <w:rFonts w:cs="Times New Roman"/>
          <w:color w:val="000000" w:themeColor="text1"/>
          <w:lang w:val="uk-UA"/>
        </w:rPr>
        <w:t>Їхня</w:t>
      </w:r>
      <w:r w:rsidRPr="00B7305F">
        <w:rPr>
          <w:rFonts w:cs="Times New Roman"/>
          <w:color w:val="000000" w:themeColor="text1"/>
          <w:lang w:val="uk-UA"/>
        </w:rPr>
        <w:t xml:space="preserve"> </w:t>
      </w:r>
      <w:r w:rsidR="009D21BD" w:rsidRPr="00B7305F">
        <w:rPr>
          <w:rFonts w:cs="Times New Roman"/>
          <w:color w:val="000000" w:themeColor="text1"/>
          <w:lang w:val="uk-UA"/>
        </w:rPr>
        <w:t>еволюція</w:t>
      </w:r>
      <w:r w:rsidRPr="00B7305F">
        <w:rPr>
          <w:rFonts w:cs="Times New Roman"/>
          <w:color w:val="000000" w:themeColor="text1"/>
          <w:lang w:val="uk-UA"/>
        </w:rPr>
        <w:t xml:space="preserve"> </w:t>
      </w:r>
      <w:r w:rsidR="009D21BD" w:rsidRPr="00B7305F">
        <w:rPr>
          <w:rFonts w:cs="Times New Roman"/>
          <w:color w:val="000000" w:themeColor="text1"/>
          <w:lang w:val="uk-UA"/>
        </w:rPr>
        <w:t>свідчить</w:t>
      </w:r>
      <w:r w:rsidRPr="00B7305F">
        <w:rPr>
          <w:rFonts w:cs="Times New Roman"/>
          <w:color w:val="000000" w:themeColor="text1"/>
          <w:lang w:val="uk-UA"/>
        </w:rPr>
        <w:t xml:space="preserve"> </w:t>
      </w:r>
      <w:r w:rsidR="009D21BD" w:rsidRPr="00B7305F">
        <w:rPr>
          <w:rFonts w:cs="Times New Roman"/>
          <w:color w:val="000000" w:themeColor="text1"/>
          <w:lang w:val="uk-UA"/>
        </w:rPr>
        <w:t>про</w:t>
      </w:r>
      <w:r w:rsidRPr="00B7305F">
        <w:rPr>
          <w:rFonts w:cs="Times New Roman"/>
          <w:color w:val="000000" w:themeColor="text1"/>
          <w:lang w:val="uk-UA"/>
        </w:rPr>
        <w:t xml:space="preserve"> </w:t>
      </w:r>
      <w:r w:rsidR="009D21BD" w:rsidRPr="00B7305F">
        <w:rPr>
          <w:rFonts w:cs="Times New Roman"/>
          <w:color w:val="000000" w:themeColor="text1"/>
          <w:lang w:val="uk-UA"/>
        </w:rPr>
        <w:t>постійне</w:t>
      </w:r>
      <w:r w:rsidRPr="00B7305F">
        <w:rPr>
          <w:rFonts w:cs="Times New Roman"/>
          <w:color w:val="000000" w:themeColor="text1"/>
          <w:lang w:val="uk-UA"/>
        </w:rPr>
        <w:t xml:space="preserve"> </w:t>
      </w:r>
      <w:r w:rsidR="009D21BD" w:rsidRPr="00B7305F">
        <w:rPr>
          <w:rFonts w:cs="Times New Roman"/>
          <w:color w:val="000000" w:themeColor="text1"/>
          <w:lang w:val="uk-UA"/>
        </w:rPr>
        <w:t>взаємне</w:t>
      </w:r>
      <w:r w:rsidRPr="00B7305F">
        <w:rPr>
          <w:rFonts w:cs="Times New Roman"/>
          <w:color w:val="000000" w:themeColor="text1"/>
          <w:lang w:val="uk-UA"/>
        </w:rPr>
        <w:t xml:space="preserve"> </w:t>
      </w:r>
      <w:r w:rsidR="009D21BD" w:rsidRPr="00B7305F">
        <w:rPr>
          <w:rFonts w:cs="Times New Roman"/>
          <w:color w:val="000000" w:themeColor="text1"/>
          <w:lang w:val="uk-UA"/>
        </w:rPr>
        <w:t>збагачення:</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надає</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глибину</w:t>
      </w:r>
      <w:r w:rsidRPr="00B7305F">
        <w:rPr>
          <w:rFonts w:cs="Times New Roman"/>
          <w:color w:val="000000" w:themeColor="text1"/>
          <w:lang w:val="uk-UA"/>
        </w:rPr>
        <w:t xml:space="preserve"> </w:t>
      </w:r>
      <w:r w:rsidR="009D21BD" w:rsidRPr="00B7305F">
        <w:rPr>
          <w:rFonts w:cs="Times New Roman"/>
          <w:color w:val="000000" w:themeColor="text1"/>
          <w:lang w:val="uk-UA"/>
        </w:rPr>
        <w:t>емоційного</w:t>
      </w:r>
      <w:r w:rsidRPr="00B7305F">
        <w:rPr>
          <w:rFonts w:cs="Times New Roman"/>
          <w:color w:val="000000" w:themeColor="text1"/>
          <w:lang w:val="uk-UA"/>
        </w:rPr>
        <w:t xml:space="preserve"> </w:t>
      </w:r>
      <w:r w:rsidR="009D21BD" w:rsidRPr="00B7305F">
        <w:rPr>
          <w:rFonts w:cs="Times New Roman"/>
          <w:color w:val="000000" w:themeColor="text1"/>
          <w:lang w:val="uk-UA"/>
        </w:rPr>
        <w:t>переживання,</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нові</w:t>
      </w:r>
      <w:r w:rsidRPr="00B7305F">
        <w:rPr>
          <w:rFonts w:cs="Times New Roman"/>
          <w:color w:val="000000" w:themeColor="text1"/>
          <w:lang w:val="uk-UA"/>
        </w:rPr>
        <w:t xml:space="preserve"> </w:t>
      </w:r>
      <w:r w:rsidR="009D21BD" w:rsidRPr="00B7305F">
        <w:rPr>
          <w:rFonts w:cs="Times New Roman"/>
          <w:color w:val="000000" w:themeColor="text1"/>
          <w:lang w:val="uk-UA"/>
        </w:rPr>
        <w:t>технічні</w:t>
      </w:r>
      <w:r w:rsidRPr="00B7305F">
        <w:rPr>
          <w:rFonts w:cs="Times New Roman"/>
          <w:color w:val="000000" w:themeColor="text1"/>
          <w:lang w:val="uk-UA"/>
        </w:rPr>
        <w:t xml:space="preserve"> </w:t>
      </w:r>
      <w:r w:rsidR="009D21BD" w:rsidRPr="00B7305F">
        <w:rPr>
          <w:rFonts w:cs="Times New Roman"/>
          <w:color w:val="000000" w:themeColor="text1"/>
          <w:lang w:val="uk-UA"/>
        </w:rPr>
        <w:t>можливості</w:t>
      </w:r>
      <w:r w:rsidRPr="00B7305F">
        <w:rPr>
          <w:rFonts w:cs="Times New Roman"/>
          <w:color w:val="000000" w:themeColor="text1"/>
          <w:lang w:val="uk-UA"/>
        </w:rPr>
        <w:t xml:space="preserve"> </w:t>
      </w:r>
      <w:r w:rsidR="009D21BD" w:rsidRPr="00B7305F">
        <w:rPr>
          <w:rFonts w:cs="Times New Roman"/>
          <w:color w:val="000000" w:themeColor="text1"/>
          <w:lang w:val="uk-UA"/>
        </w:rPr>
        <w:t>та</w:t>
      </w:r>
      <w:r w:rsidRPr="00B7305F">
        <w:rPr>
          <w:rFonts w:cs="Times New Roman"/>
          <w:color w:val="000000" w:themeColor="text1"/>
          <w:lang w:val="uk-UA"/>
        </w:rPr>
        <w:t xml:space="preserve"> </w:t>
      </w:r>
      <w:r w:rsidR="009D21BD" w:rsidRPr="00B7305F">
        <w:rPr>
          <w:rFonts w:cs="Times New Roman"/>
          <w:color w:val="000000" w:themeColor="text1"/>
          <w:lang w:val="uk-UA"/>
        </w:rPr>
        <w:t>форми</w:t>
      </w:r>
      <w:r w:rsidRPr="00B7305F">
        <w:rPr>
          <w:rFonts w:cs="Times New Roman"/>
          <w:color w:val="000000" w:themeColor="text1"/>
          <w:lang w:val="uk-UA"/>
        </w:rPr>
        <w:t xml:space="preserve"> </w:t>
      </w:r>
      <w:r w:rsidR="009D21BD" w:rsidRPr="00B7305F">
        <w:rPr>
          <w:rFonts w:cs="Times New Roman"/>
          <w:color w:val="000000" w:themeColor="text1"/>
          <w:lang w:val="uk-UA"/>
        </w:rPr>
        <w:t>вираження.</w:t>
      </w:r>
      <w:r w:rsidRPr="00B7305F">
        <w:rPr>
          <w:rFonts w:cs="Times New Roman"/>
          <w:color w:val="000000" w:themeColor="text1"/>
          <w:lang w:val="uk-UA"/>
        </w:rPr>
        <w:t xml:space="preserve"> </w:t>
      </w:r>
      <w:r w:rsidR="009D21BD" w:rsidRPr="00B7305F">
        <w:rPr>
          <w:rFonts w:cs="Times New Roman"/>
          <w:color w:val="000000" w:themeColor="text1"/>
          <w:lang w:val="uk-UA"/>
        </w:rPr>
        <w:t>Взаємодія</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акторських</w:t>
      </w:r>
      <w:r w:rsidRPr="00B7305F">
        <w:rPr>
          <w:rFonts w:cs="Times New Roman"/>
          <w:color w:val="000000" w:themeColor="text1"/>
          <w:lang w:val="uk-UA"/>
        </w:rPr>
        <w:t xml:space="preserve"> </w:t>
      </w:r>
      <w:r w:rsidR="009D21BD" w:rsidRPr="00B7305F">
        <w:rPr>
          <w:rFonts w:cs="Times New Roman"/>
          <w:color w:val="000000" w:themeColor="text1"/>
          <w:lang w:val="uk-UA"/>
        </w:rPr>
        <w:t>технік</w:t>
      </w:r>
      <w:r w:rsidRPr="00B7305F">
        <w:rPr>
          <w:rFonts w:cs="Times New Roman"/>
          <w:color w:val="000000" w:themeColor="text1"/>
          <w:lang w:val="uk-UA"/>
        </w:rPr>
        <w:t xml:space="preserve"> </w:t>
      </w:r>
      <w:r w:rsidR="009D21BD" w:rsidRPr="00B7305F">
        <w:rPr>
          <w:rFonts w:cs="Times New Roman"/>
          <w:color w:val="000000" w:themeColor="text1"/>
          <w:lang w:val="uk-UA"/>
        </w:rPr>
        <w:t>є</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лише</w:t>
      </w:r>
      <w:r w:rsidRPr="00B7305F">
        <w:rPr>
          <w:rFonts w:cs="Times New Roman"/>
          <w:color w:val="000000" w:themeColor="text1"/>
          <w:lang w:val="uk-UA"/>
        </w:rPr>
        <w:t xml:space="preserve"> </w:t>
      </w:r>
      <w:r w:rsidR="009D21BD" w:rsidRPr="00B7305F">
        <w:rPr>
          <w:rFonts w:cs="Times New Roman"/>
          <w:color w:val="000000" w:themeColor="text1"/>
          <w:lang w:val="uk-UA"/>
        </w:rPr>
        <w:t>історичним</w:t>
      </w:r>
      <w:r w:rsidRPr="00B7305F">
        <w:rPr>
          <w:rFonts w:cs="Times New Roman"/>
          <w:color w:val="000000" w:themeColor="text1"/>
          <w:lang w:val="uk-UA"/>
        </w:rPr>
        <w:t xml:space="preserve"> </w:t>
      </w:r>
      <w:r w:rsidR="009D21BD" w:rsidRPr="00B7305F">
        <w:rPr>
          <w:rFonts w:cs="Times New Roman"/>
          <w:color w:val="000000" w:themeColor="text1"/>
          <w:lang w:val="uk-UA"/>
        </w:rPr>
        <w:t>явищем,</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фундаментальним</w:t>
      </w:r>
      <w:r w:rsidRPr="00B7305F">
        <w:rPr>
          <w:rFonts w:cs="Times New Roman"/>
          <w:color w:val="000000" w:themeColor="text1"/>
          <w:lang w:val="uk-UA"/>
        </w:rPr>
        <w:t xml:space="preserve"> </w:t>
      </w:r>
      <w:r w:rsidR="009D21BD" w:rsidRPr="00B7305F">
        <w:rPr>
          <w:rFonts w:cs="Times New Roman"/>
          <w:color w:val="000000" w:themeColor="text1"/>
          <w:lang w:val="uk-UA"/>
        </w:rPr>
        <w:t>чинником</w:t>
      </w:r>
      <w:r w:rsidRPr="00B7305F">
        <w:rPr>
          <w:rFonts w:cs="Times New Roman"/>
          <w:color w:val="000000" w:themeColor="text1"/>
          <w:lang w:val="uk-UA"/>
        </w:rPr>
        <w:t xml:space="preserve"> </w:t>
      </w:r>
      <w:r w:rsidR="009D21BD" w:rsidRPr="00B7305F">
        <w:rPr>
          <w:rFonts w:cs="Times New Roman"/>
          <w:color w:val="000000" w:themeColor="text1"/>
          <w:lang w:val="uk-UA"/>
        </w:rPr>
        <w:t>розвитку</w:t>
      </w:r>
      <w:r w:rsidRPr="00B7305F">
        <w:rPr>
          <w:rFonts w:cs="Times New Roman"/>
          <w:color w:val="000000" w:themeColor="text1"/>
          <w:lang w:val="uk-UA"/>
        </w:rPr>
        <w:t xml:space="preserve"> </w:t>
      </w:r>
      <w:r w:rsidR="009D21BD" w:rsidRPr="00B7305F">
        <w:rPr>
          <w:rFonts w:cs="Times New Roman"/>
          <w:color w:val="000000" w:themeColor="text1"/>
          <w:lang w:val="uk-UA"/>
        </w:rPr>
        <w:t>сучасного</w:t>
      </w:r>
      <w:r w:rsidRPr="00B7305F">
        <w:rPr>
          <w:rFonts w:cs="Times New Roman"/>
          <w:color w:val="000000" w:themeColor="text1"/>
          <w:lang w:val="uk-UA"/>
        </w:rPr>
        <w:t xml:space="preserve"> </w:t>
      </w:r>
      <w:r w:rsidR="009D21BD" w:rsidRPr="00B7305F">
        <w:rPr>
          <w:rFonts w:cs="Times New Roman"/>
          <w:color w:val="000000" w:themeColor="text1"/>
          <w:lang w:val="uk-UA"/>
        </w:rPr>
        <w:t>мистецького</w:t>
      </w:r>
      <w:r w:rsidRPr="00B7305F">
        <w:rPr>
          <w:rFonts w:cs="Times New Roman"/>
          <w:color w:val="000000" w:themeColor="text1"/>
          <w:lang w:val="uk-UA"/>
        </w:rPr>
        <w:t xml:space="preserve"> </w:t>
      </w:r>
      <w:r w:rsidR="009D21BD" w:rsidRPr="00B7305F">
        <w:rPr>
          <w:rFonts w:cs="Times New Roman"/>
          <w:color w:val="000000" w:themeColor="text1"/>
          <w:lang w:val="uk-UA"/>
        </w:rPr>
        <w:t>процесу.</w:t>
      </w:r>
      <w:r w:rsidRPr="00B7305F">
        <w:rPr>
          <w:rFonts w:cs="Times New Roman"/>
          <w:color w:val="000000" w:themeColor="text1"/>
          <w:lang w:val="uk-UA"/>
        </w:rPr>
        <w:t xml:space="preserve"> </w:t>
      </w:r>
      <w:r w:rsidR="009D21BD" w:rsidRPr="00B7305F">
        <w:rPr>
          <w:rFonts w:cs="Times New Roman"/>
          <w:color w:val="000000" w:themeColor="text1"/>
          <w:lang w:val="uk-UA"/>
        </w:rPr>
        <w:t>Саме</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цей</w:t>
      </w:r>
      <w:r w:rsidRPr="00B7305F">
        <w:rPr>
          <w:rFonts w:cs="Times New Roman"/>
          <w:color w:val="000000" w:themeColor="text1"/>
          <w:lang w:val="uk-UA"/>
        </w:rPr>
        <w:t xml:space="preserve"> </w:t>
      </w:r>
      <w:r w:rsidR="009D21BD" w:rsidRPr="00B7305F">
        <w:rPr>
          <w:rFonts w:cs="Times New Roman"/>
          <w:color w:val="000000" w:themeColor="text1"/>
          <w:lang w:val="uk-UA"/>
        </w:rPr>
        <w:t>синтез</w:t>
      </w:r>
      <w:r w:rsidRPr="00B7305F">
        <w:rPr>
          <w:rFonts w:cs="Times New Roman"/>
          <w:color w:val="000000" w:themeColor="text1"/>
          <w:lang w:val="uk-UA"/>
        </w:rPr>
        <w:t xml:space="preserve"> </w:t>
      </w:r>
      <w:r w:rsidR="009D21BD" w:rsidRPr="00B7305F">
        <w:rPr>
          <w:rFonts w:cs="Times New Roman"/>
          <w:color w:val="000000" w:themeColor="text1"/>
          <w:lang w:val="uk-UA"/>
        </w:rPr>
        <w:t>народжується</w:t>
      </w:r>
      <w:r w:rsidRPr="00B7305F">
        <w:rPr>
          <w:rFonts w:cs="Times New Roman"/>
          <w:color w:val="000000" w:themeColor="text1"/>
          <w:lang w:val="uk-UA"/>
        </w:rPr>
        <w:t xml:space="preserve"> </w:t>
      </w:r>
      <w:r w:rsidR="009D21BD" w:rsidRPr="00B7305F">
        <w:rPr>
          <w:rFonts w:cs="Times New Roman"/>
          <w:color w:val="000000" w:themeColor="text1"/>
          <w:lang w:val="uk-UA"/>
        </w:rPr>
        <w:t>новий</w:t>
      </w:r>
      <w:r w:rsidRPr="00B7305F">
        <w:rPr>
          <w:rFonts w:cs="Times New Roman"/>
          <w:color w:val="000000" w:themeColor="text1"/>
          <w:lang w:val="uk-UA"/>
        </w:rPr>
        <w:t xml:space="preserve"> </w:t>
      </w:r>
      <w:r w:rsidR="009D21BD" w:rsidRPr="00B7305F">
        <w:rPr>
          <w:rFonts w:cs="Times New Roman"/>
          <w:color w:val="000000" w:themeColor="text1"/>
          <w:lang w:val="uk-UA"/>
        </w:rPr>
        <w:t>тип</w:t>
      </w:r>
      <w:r w:rsidRPr="00B7305F">
        <w:rPr>
          <w:rFonts w:cs="Times New Roman"/>
          <w:color w:val="000000" w:themeColor="text1"/>
          <w:lang w:val="uk-UA"/>
        </w:rPr>
        <w:t xml:space="preserve"> </w:t>
      </w:r>
      <w:r w:rsidR="009D21BD" w:rsidRPr="00B7305F">
        <w:rPr>
          <w:rFonts w:cs="Times New Roman"/>
          <w:color w:val="000000" w:themeColor="text1"/>
          <w:lang w:val="uk-UA"/>
        </w:rPr>
        <w:t>актора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універсальний</w:t>
      </w:r>
      <w:r w:rsidRPr="00B7305F">
        <w:rPr>
          <w:rFonts w:cs="Times New Roman"/>
          <w:color w:val="000000" w:themeColor="text1"/>
          <w:lang w:val="uk-UA"/>
        </w:rPr>
        <w:t xml:space="preserve"> </w:t>
      </w:r>
      <w:r w:rsidR="009D21BD" w:rsidRPr="00B7305F">
        <w:rPr>
          <w:rFonts w:cs="Times New Roman"/>
          <w:color w:val="000000" w:themeColor="text1"/>
          <w:lang w:val="uk-UA"/>
        </w:rPr>
        <w:t>виконавець,</w:t>
      </w:r>
      <w:r w:rsidR="00EB5741" w:rsidRPr="00B7305F">
        <w:rPr>
          <w:rFonts w:cs="Times New Roman"/>
          <w:color w:val="000000" w:themeColor="text1"/>
          <w:lang w:val="uk-UA"/>
        </w:rPr>
        <w:t xml:space="preserve"> </w:t>
      </w:r>
      <w:r w:rsidR="009D21BD" w:rsidRPr="00B7305F">
        <w:rPr>
          <w:rFonts w:cs="Times New Roman"/>
          <w:color w:val="000000" w:themeColor="text1"/>
          <w:lang w:val="uk-UA"/>
        </w:rPr>
        <w:t>здатний</w:t>
      </w:r>
      <w:r w:rsidRPr="00B7305F">
        <w:rPr>
          <w:rFonts w:cs="Times New Roman"/>
          <w:color w:val="000000" w:themeColor="text1"/>
          <w:lang w:val="uk-UA"/>
        </w:rPr>
        <w:t xml:space="preserve"> </w:t>
      </w:r>
      <w:r w:rsidR="009D21BD" w:rsidRPr="00B7305F">
        <w:rPr>
          <w:rFonts w:cs="Times New Roman"/>
          <w:color w:val="000000" w:themeColor="text1"/>
          <w:lang w:val="uk-UA"/>
        </w:rPr>
        <w:t>гармонійно</w:t>
      </w:r>
      <w:r w:rsidRPr="00B7305F">
        <w:rPr>
          <w:rFonts w:cs="Times New Roman"/>
          <w:color w:val="000000" w:themeColor="text1"/>
          <w:lang w:val="uk-UA"/>
        </w:rPr>
        <w:t xml:space="preserve"> </w:t>
      </w:r>
      <w:r w:rsidR="009D21BD" w:rsidRPr="00B7305F">
        <w:rPr>
          <w:rFonts w:cs="Times New Roman"/>
          <w:color w:val="000000" w:themeColor="text1"/>
          <w:lang w:val="uk-UA"/>
        </w:rPr>
        <w:t>існувати</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двох</w:t>
      </w:r>
      <w:r w:rsidRPr="00B7305F">
        <w:rPr>
          <w:rFonts w:cs="Times New Roman"/>
          <w:color w:val="000000" w:themeColor="text1"/>
          <w:lang w:val="uk-UA"/>
        </w:rPr>
        <w:t xml:space="preserve"> </w:t>
      </w:r>
      <w:r w:rsidR="009D21BD" w:rsidRPr="00B7305F">
        <w:rPr>
          <w:rFonts w:cs="Times New Roman"/>
          <w:color w:val="000000" w:themeColor="text1"/>
          <w:lang w:val="uk-UA"/>
        </w:rPr>
        <w:t>просторах:</w:t>
      </w:r>
      <w:r w:rsidRPr="00B7305F">
        <w:rPr>
          <w:rFonts w:cs="Times New Roman"/>
          <w:color w:val="000000" w:themeColor="text1"/>
          <w:lang w:val="uk-UA"/>
        </w:rPr>
        <w:t xml:space="preserve"> </w:t>
      </w:r>
      <w:r w:rsidR="009D21BD" w:rsidRPr="00B7305F">
        <w:rPr>
          <w:rFonts w:cs="Times New Roman"/>
          <w:color w:val="000000" w:themeColor="text1"/>
          <w:lang w:val="uk-UA"/>
        </w:rPr>
        <w:t>сценічному</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00EB5741"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кінематографічному.</w:t>
      </w:r>
    </w:p>
    <w:p w14:paraId="19326410" w14:textId="77777777" w:rsidR="009D21BD" w:rsidRPr="00B7305F" w:rsidRDefault="009D21BD"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5443CB4C" w14:textId="41C6FAC5"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1.2.</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Розвиток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від</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екрана</w:t>
      </w:r>
    </w:p>
    <w:p w14:paraId="245E49F7" w14:textId="77777777" w:rsidR="00692232" w:rsidRPr="00B7305F" w:rsidRDefault="00692232" w:rsidP="00051784">
      <w:pPr>
        <w:spacing w:after="0"/>
        <w:ind w:left="0" w:firstLine="709"/>
        <w:jc w:val="both"/>
        <w:rPr>
          <w:rFonts w:cs="Times New Roman"/>
          <w:color w:val="000000" w:themeColor="text1"/>
          <w:lang w:val="uk-UA"/>
        </w:rPr>
      </w:pPr>
    </w:p>
    <w:p w14:paraId="661B1319" w14:textId="54458D02"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Розвиток</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є</w:t>
      </w:r>
      <w:r w:rsidRPr="00B7305F">
        <w:rPr>
          <w:color w:val="000000" w:themeColor="text1"/>
          <w:lang w:val="uk-UA"/>
        </w:rPr>
        <w:t xml:space="preserve"> </w:t>
      </w:r>
      <w:r w:rsidR="00E3536F" w:rsidRPr="00B7305F">
        <w:rPr>
          <w:color w:val="000000" w:themeColor="text1"/>
          <w:lang w:val="uk-UA"/>
        </w:rPr>
        <w:t>одним</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ключових</w:t>
      </w:r>
      <w:r w:rsidRPr="00B7305F">
        <w:rPr>
          <w:color w:val="000000" w:themeColor="text1"/>
          <w:lang w:val="uk-UA"/>
        </w:rPr>
        <w:t xml:space="preserve"> </w:t>
      </w:r>
      <w:r w:rsidR="00E3536F" w:rsidRPr="00B7305F">
        <w:rPr>
          <w:color w:val="000000" w:themeColor="text1"/>
          <w:lang w:val="uk-UA"/>
        </w:rPr>
        <w:t>чинників</w:t>
      </w:r>
      <w:r w:rsidRPr="00B7305F">
        <w:rPr>
          <w:color w:val="000000" w:themeColor="text1"/>
          <w:lang w:val="uk-UA"/>
        </w:rPr>
        <w:t xml:space="preserve"> </w:t>
      </w:r>
      <w:r w:rsidR="00E3536F" w:rsidRPr="00B7305F">
        <w:rPr>
          <w:color w:val="000000" w:themeColor="text1"/>
          <w:lang w:val="uk-UA"/>
        </w:rPr>
        <w:t>становлення</w:t>
      </w:r>
      <w:r w:rsidRPr="00B7305F">
        <w:rPr>
          <w:color w:val="000000" w:themeColor="text1"/>
          <w:lang w:val="uk-UA"/>
        </w:rPr>
        <w:t xml:space="preserve"> </w:t>
      </w:r>
      <w:r w:rsidR="00E3536F" w:rsidRPr="00B7305F">
        <w:rPr>
          <w:color w:val="000000" w:themeColor="text1"/>
          <w:lang w:val="uk-UA"/>
        </w:rPr>
        <w:t>сценічного</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кінематографічного</w:t>
      </w:r>
      <w:r w:rsidRPr="00B7305F">
        <w:rPr>
          <w:color w:val="000000" w:themeColor="text1"/>
          <w:lang w:val="uk-UA"/>
        </w:rPr>
        <w:t xml:space="preserve"> </w:t>
      </w:r>
      <w:r w:rsidR="00E3536F" w:rsidRPr="00B7305F">
        <w:rPr>
          <w:color w:val="000000" w:themeColor="text1"/>
          <w:lang w:val="uk-UA"/>
        </w:rPr>
        <w:t>мистецтва.</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моменту</w:t>
      </w:r>
      <w:r w:rsidRPr="00B7305F">
        <w:rPr>
          <w:color w:val="000000" w:themeColor="text1"/>
          <w:lang w:val="uk-UA"/>
        </w:rPr>
        <w:t xml:space="preserve"> </w:t>
      </w:r>
      <w:r w:rsidR="00E3536F" w:rsidRPr="00B7305F">
        <w:rPr>
          <w:color w:val="000000" w:themeColor="text1"/>
          <w:lang w:val="uk-UA"/>
        </w:rPr>
        <w:t>появи</w:t>
      </w:r>
      <w:r w:rsidRPr="00B7305F">
        <w:rPr>
          <w:color w:val="000000" w:themeColor="text1"/>
          <w:lang w:val="uk-UA"/>
        </w:rPr>
        <w:t xml:space="preserve"> </w:t>
      </w:r>
      <w:r w:rsidR="00E3536F" w:rsidRPr="00B7305F">
        <w:rPr>
          <w:color w:val="000000" w:themeColor="text1"/>
          <w:lang w:val="uk-UA"/>
        </w:rPr>
        <w:t>театрального</w:t>
      </w:r>
      <w:r w:rsidRPr="00B7305F">
        <w:rPr>
          <w:color w:val="000000" w:themeColor="text1"/>
          <w:lang w:val="uk-UA"/>
        </w:rPr>
        <w:t xml:space="preserve"> </w:t>
      </w:r>
      <w:r w:rsidR="00E3536F" w:rsidRPr="00B7305F">
        <w:rPr>
          <w:color w:val="000000" w:themeColor="text1"/>
          <w:lang w:val="uk-UA"/>
        </w:rPr>
        <w:t>дійства</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сучасних</w:t>
      </w:r>
      <w:r w:rsidRPr="00B7305F">
        <w:rPr>
          <w:color w:val="000000" w:themeColor="text1"/>
          <w:lang w:val="uk-UA"/>
        </w:rPr>
        <w:t xml:space="preserve"> </w:t>
      </w:r>
      <w:r w:rsidR="00E3536F" w:rsidRPr="00B7305F">
        <w:rPr>
          <w:color w:val="000000" w:themeColor="text1"/>
          <w:lang w:val="uk-UA"/>
        </w:rPr>
        <w:t>цифрових</w:t>
      </w:r>
      <w:r w:rsidRPr="00B7305F">
        <w:rPr>
          <w:color w:val="000000" w:themeColor="text1"/>
          <w:lang w:val="uk-UA"/>
        </w:rPr>
        <w:t xml:space="preserve"> </w:t>
      </w:r>
      <w:r w:rsidR="00E3536F" w:rsidRPr="00B7305F">
        <w:rPr>
          <w:color w:val="000000" w:themeColor="text1"/>
          <w:lang w:val="uk-UA"/>
        </w:rPr>
        <w:t>форм</w:t>
      </w:r>
      <w:r w:rsidRPr="00B7305F">
        <w:rPr>
          <w:color w:val="000000" w:themeColor="text1"/>
          <w:lang w:val="uk-UA"/>
        </w:rPr>
        <w:t xml:space="preserve"> </w:t>
      </w:r>
      <w:r w:rsidR="00E3536F" w:rsidRPr="00B7305F">
        <w:rPr>
          <w:color w:val="000000" w:themeColor="text1"/>
          <w:lang w:val="uk-UA"/>
        </w:rPr>
        <w:t>перформативного</w:t>
      </w:r>
      <w:r w:rsidRPr="00B7305F">
        <w:rPr>
          <w:color w:val="000000" w:themeColor="text1"/>
          <w:lang w:val="uk-UA"/>
        </w:rPr>
        <w:t xml:space="preserve"> </w:t>
      </w:r>
      <w:r w:rsidR="00E3536F" w:rsidRPr="00B7305F">
        <w:rPr>
          <w:color w:val="000000" w:themeColor="text1"/>
          <w:lang w:val="uk-UA"/>
        </w:rPr>
        <w:t>висловлювання</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залишається</w:t>
      </w:r>
      <w:r w:rsidRPr="00B7305F">
        <w:rPr>
          <w:color w:val="000000" w:themeColor="text1"/>
          <w:lang w:val="uk-UA"/>
        </w:rPr>
        <w:t xml:space="preserve"> </w:t>
      </w:r>
      <w:r w:rsidR="00E3536F" w:rsidRPr="00B7305F">
        <w:rPr>
          <w:color w:val="000000" w:themeColor="text1"/>
          <w:lang w:val="uk-UA"/>
        </w:rPr>
        <w:t>центральною</w:t>
      </w:r>
      <w:r w:rsidRPr="00B7305F">
        <w:rPr>
          <w:color w:val="000000" w:themeColor="text1"/>
          <w:lang w:val="uk-UA"/>
        </w:rPr>
        <w:t xml:space="preserve"> </w:t>
      </w:r>
      <w:r w:rsidR="00E3536F" w:rsidRPr="00B7305F">
        <w:rPr>
          <w:color w:val="000000" w:themeColor="text1"/>
          <w:lang w:val="uk-UA"/>
        </w:rPr>
        <w:t>постаттю</w:t>
      </w:r>
      <w:r w:rsidRPr="00B7305F">
        <w:rPr>
          <w:color w:val="000000" w:themeColor="text1"/>
          <w:lang w:val="uk-UA"/>
        </w:rPr>
        <w:t xml:space="preserve"> </w:t>
      </w:r>
      <w:r w:rsidR="00E3536F" w:rsidRPr="00B7305F">
        <w:rPr>
          <w:color w:val="000000" w:themeColor="text1"/>
          <w:lang w:val="uk-UA"/>
        </w:rPr>
        <w:t>мистецької</w:t>
      </w:r>
      <w:r w:rsidRPr="00B7305F">
        <w:rPr>
          <w:color w:val="000000" w:themeColor="text1"/>
          <w:lang w:val="uk-UA"/>
        </w:rPr>
        <w:t xml:space="preserve"> </w:t>
      </w:r>
      <w:r w:rsidR="00E3536F" w:rsidRPr="00B7305F">
        <w:rPr>
          <w:color w:val="000000" w:themeColor="text1"/>
          <w:lang w:val="uk-UA"/>
        </w:rPr>
        <w:t>комунікації.</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через</w:t>
      </w:r>
      <w:r w:rsidRPr="00B7305F">
        <w:rPr>
          <w:color w:val="000000" w:themeColor="text1"/>
          <w:lang w:val="uk-UA"/>
        </w:rPr>
        <w:t xml:space="preserve"> </w:t>
      </w:r>
      <w:r w:rsidR="00E3536F" w:rsidRPr="00B7305F">
        <w:rPr>
          <w:color w:val="000000" w:themeColor="text1"/>
          <w:lang w:val="uk-UA"/>
        </w:rPr>
        <w:t>нього</w:t>
      </w:r>
      <w:r w:rsidRPr="00B7305F">
        <w:rPr>
          <w:color w:val="000000" w:themeColor="text1"/>
          <w:lang w:val="uk-UA"/>
        </w:rPr>
        <w:t xml:space="preserve"> </w:t>
      </w:r>
      <w:r w:rsidR="00E3536F" w:rsidRPr="00B7305F">
        <w:rPr>
          <w:color w:val="000000" w:themeColor="text1"/>
          <w:lang w:val="uk-UA"/>
        </w:rPr>
        <w:t>здійснюється</w:t>
      </w:r>
      <w:r w:rsidRPr="00B7305F">
        <w:rPr>
          <w:color w:val="000000" w:themeColor="text1"/>
          <w:lang w:val="uk-UA"/>
        </w:rPr>
        <w:t xml:space="preserve"> </w:t>
      </w:r>
      <w:r w:rsidR="00E3536F" w:rsidRPr="00B7305F">
        <w:rPr>
          <w:color w:val="000000" w:themeColor="text1"/>
          <w:lang w:val="uk-UA"/>
        </w:rPr>
        <w:t>передача</w:t>
      </w:r>
      <w:r w:rsidRPr="00B7305F">
        <w:rPr>
          <w:color w:val="000000" w:themeColor="text1"/>
          <w:lang w:val="uk-UA"/>
        </w:rPr>
        <w:t xml:space="preserve"> </w:t>
      </w:r>
      <w:r w:rsidR="00E3536F" w:rsidRPr="00B7305F">
        <w:rPr>
          <w:color w:val="000000" w:themeColor="text1"/>
          <w:lang w:val="uk-UA"/>
        </w:rPr>
        <w:t>художнього</w:t>
      </w:r>
      <w:r w:rsidRPr="00B7305F">
        <w:rPr>
          <w:color w:val="000000" w:themeColor="text1"/>
          <w:lang w:val="uk-UA"/>
        </w:rPr>
        <w:t xml:space="preserve"> </w:t>
      </w:r>
      <w:r w:rsidR="00E3536F" w:rsidRPr="00B7305F">
        <w:rPr>
          <w:color w:val="000000" w:themeColor="text1"/>
          <w:lang w:val="uk-UA"/>
        </w:rPr>
        <w:t>змісту,</w:t>
      </w:r>
      <w:r w:rsidRPr="00B7305F">
        <w:rPr>
          <w:color w:val="000000" w:themeColor="text1"/>
          <w:lang w:val="uk-UA"/>
        </w:rPr>
        <w:t xml:space="preserve"> </w:t>
      </w:r>
      <w:r w:rsidR="00E3536F" w:rsidRPr="00B7305F">
        <w:rPr>
          <w:color w:val="000000" w:themeColor="text1"/>
          <w:lang w:val="uk-UA"/>
        </w:rPr>
        <w:t>смислових</w:t>
      </w:r>
      <w:r w:rsidRPr="00B7305F">
        <w:rPr>
          <w:color w:val="000000" w:themeColor="text1"/>
          <w:lang w:val="uk-UA"/>
        </w:rPr>
        <w:t xml:space="preserve"> </w:t>
      </w:r>
      <w:r w:rsidR="00E3536F" w:rsidRPr="00B7305F">
        <w:rPr>
          <w:color w:val="000000" w:themeColor="text1"/>
          <w:lang w:val="uk-UA"/>
        </w:rPr>
        <w:t>акцентів</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емоційної</w:t>
      </w:r>
      <w:r w:rsidRPr="00B7305F">
        <w:rPr>
          <w:color w:val="000000" w:themeColor="text1"/>
          <w:lang w:val="uk-UA"/>
        </w:rPr>
        <w:t xml:space="preserve"> </w:t>
      </w:r>
      <w:r w:rsidR="00E3536F" w:rsidRPr="00B7305F">
        <w:rPr>
          <w:color w:val="000000" w:themeColor="text1"/>
          <w:lang w:val="uk-UA"/>
        </w:rPr>
        <w:t>енергії</w:t>
      </w:r>
      <w:r w:rsidRPr="00B7305F">
        <w:rPr>
          <w:color w:val="000000" w:themeColor="text1"/>
          <w:lang w:val="uk-UA"/>
        </w:rPr>
        <w:t xml:space="preserve"> </w:t>
      </w:r>
      <w:r w:rsidR="00E3536F" w:rsidRPr="00B7305F">
        <w:rPr>
          <w:color w:val="000000" w:themeColor="text1"/>
          <w:lang w:val="uk-UA"/>
        </w:rPr>
        <w:t>твору.</w:t>
      </w:r>
      <w:r w:rsidRPr="00B7305F">
        <w:rPr>
          <w:color w:val="000000" w:themeColor="text1"/>
          <w:lang w:val="uk-UA"/>
        </w:rPr>
        <w:t xml:space="preserve"> </w:t>
      </w:r>
      <w:r w:rsidR="00E3536F" w:rsidRPr="00B7305F">
        <w:rPr>
          <w:color w:val="000000" w:themeColor="text1"/>
          <w:lang w:val="uk-UA"/>
        </w:rPr>
        <w:t>Еволюція</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це</w:t>
      </w:r>
      <w:r w:rsidRPr="00B7305F">
        <w:rPr>
          <w:color w:val="000000" w:themeColor="text1"/>
          <w:lang w:val="uk-UA"/>
        </w:rPr>
        <w:t xml:space="preserve"> </w:t>
      </w:r>
      <w:r w:rsidR="00E3536F" w:rsidRPr="00B7305F">
        <w:rPr>
          <w:color w:val="000000" w:themeColor="text1"/>
          <w:lang w:val="uk-UA"/>
        </w:rPr>
        <w:t>поступовий</w:t>
      </w:r>
      <w:r w:rsidRPr="00B7305F">
        <w:rPr>
          <w:color w:val="000000" w:themeColor="text1"/>
          <w:lang w:val="uk-UA"/>
        </w:rPr>
        <w:t xml:space="preserve"> </w:t>
      </w:r>
      <w:r w:rsidR="00E3536F" w:rsidRPr="00B7305F">
        <w:rPr>
          <w:color w:val="000000" w:themeColor="text1"/>
          <w:lang w:val="uk-UA"/>
        </w:rPr>
        <w:t>рух</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зовнішнього,</w:t>
      </w:r>
      <w:r w:rsidRPr="00B7305F">
        <w:rPr>
          <w:color w:val="000000" w:themeColor="text1"/>
          <w:lang w:val="uk-UA"/>
        </w:rPr>
        <w:t xml:space="preserve"> </w:t>
      </w:r>
      <w:r w:rsidR="00E3536F" w:rsidRPr="00B7305F">
        <w:rPr>
          <w:color w:val="000000" w:themeColor="text1"/>
          <w:lang w:val="uk-UA"/>
        </w:rPr>
        <w:t>формального</w:t>
      </w:r>
      <w:r w:rsidRPr="00B7305F">
        <w:rPr>
          <w:color w:val="000000" w:themeColor="text1"/>
          <w:lang w:val="uk-UA"/>
        </w:rPr>
        <w:t xml:space="preserve"> </w:t>
      </w:r>
      <w:r w:rsidR="00E3536F" w:rsidRPr="00B7305F">
        <w:rPr>
          <w:color w:val="000000" w:themeColor="text1"/>
          <w:lang w:val="uk-UA"/>
        </w:rPr>
        <w:t>вираження</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внутрішнього,</w:t>
      </w:r>
      <w:r w:rsidRPr="00B7305F">
        <w:rPr>
          <w:color w:val="000000" w:themeColor="text1"/>
          <w:lang w:val="uk-UA"/>
        </w:rPr>
        <w:t xml:space="preserve"> </w:t>
      </w:r>
      <w:r w:rsidR="00E3536F" w:rsidRPr="00B7305F">
        <w:rPr>
          <w:color w:val="000000" w:themeColor="text1"/>
          <w:lang w:val="uk-UA"/>
        </w:rPr>
        <w:t>психологічного</w:t>
      </w:r>
      <w:r w:rsidRPr="00B7305F">
        <w:rPr>
          <w:color w:val="000000" w:themeColor="text1"/>
          <w:lang w:val="uk-UA"/>
        </w:rPr>
        <w:t xml:space="preserve"> </w:t>
      </w:r>
      <w:r w:rsidR="00E3536F" w:rsidRPr="00B7305F">
        <w:rPr>
          <w:color w:val="000000" w:themeColor="text1"/>
          <w:lang w:val="uk-UA"/>
        </w:rPr>
        <w:t>проживання;</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театральної</w:t>
      </w:r>
      <w:r w:rsidRPr="00B7305F">
        <w:rPr>
          <w:color w:val="000000" w:themeColor="text1"/>
          <w:lang w:val="uk-UA"/>
        </w:rPr>
        <w:t xml:space="preserve"> </w:t>
      </w:r>
      <w:r w:rsidR="00E3536F" w:rsidRPr="00B7305F">
        <w:rPr>
          <w:color w:val="000000" w:themeColor="text1"/>
          <w:lang w:val="uk-UA"/>
        </w:rPr>
        <w:t>умовності</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екранної</w:t>
      </w:r>
      <w:r w:rsidRPr="00B7305F">
        <w:rPr>
          <w:color w:val="000000" w:themeColor="text1"/>
          <w:lang w:val="uk-UA"/>
        </w:rPr>
        <w:t xml:space="preserve"> </w:t>
      </w:r>
      <w:r w:rsidR="00E3536F" w:rsidRPr="00B7305F">
        <w:rPr>
          <w:color w:val="000000" w:themeColor="text1"/>
          <w:lang w:val="uk-UA"/>
        </w:rPr>
        <w:t>достовірності;</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канонізованої</w:t>
      </w:r>
      <w:r w:rsidRPr="00B7305F">
        <w:rPr>
          <w:color w:val="000000" w:themeColor="text1"/>
          <w:lang w:val="uk-UA"/>
        </w:rPr>
        <w:t xml:space="preserve"> </w:t>
      </w:r>
      <w:r w:rsidR="00E3536F" w:rsidRPr="00B7305F">
        <w:rPr>
          <w:color w:val="000000" w:themeColor="text1"/>
          <w:lang w:val="uk-UA"/>
        </w:rPr>
        <w:t>манери</w:t>
      </w:r>
      <w:r w:rsidRPr="00B7305F">
        <w:rPr>
          <w:color w:val="000000" w:themeColor="text1"/>
          <w:lang w:val="uk-UA"/>
        </w:rPr>
        <w:t xml:space="preserve"> </w:t>
      </w:r>
      <w:r w:rsidR="00E3536F" w:rsidRPr="00B7305F">
        <w:rPr>
          <w:color w:val="000000" w:themeColor="text1"/>
          <w:lang w:val="uk-UA"/>
        </w:rPr>
        <w:t>гри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багатошарової,</w:t>
      </w:r>
      <w:r w:rsidRPr="00B7305F">
        <w:rPr>
          <w:color w:val="000000" w:themeColor="text1"/>
          <w:lang w:val="uk-UA"/>
        </w:rPr>
        <w:t xml:space="preserve"> </w:t>
      </w:r>
      <w:r w:rsidR="00E3536F" w:rsidRPr="00B7305F">
        <w:rPr>
          <w:color w:val="000000" w:themeColor="text1"/>
          <w:lang w:val="uk-UA"/>
        </w:rPr>
        <w:t>нюансованої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присутності</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кадрі.</w:t>
      </w:r>
    </w:p>
    <w:p w14:paraId="37B880D2" w14:textId="063D28D1"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театральній</w:t>
      </w:r>
      <w:r w:rsidRPr="00B7305F">
        <w:rPr>
          <w:color w:val="000000" w:themeColor="text1"/>
          <w:lang w:val="uk-UA"/>
        </w:rPr>
        <w:t xml:space="preserve"> </w:t>
      </w:r>
      <w:r w:rsidR="00E3536F" w:rsidRPr="00B7305F">
        <w:rPr>
          <w:color w:val="000000" w:themeColor="text1"/>
          <w:lang w:val="uk-UA"/>
        </w:rPr>
        <w:t>традиції</w:t>
      </w:r>
      <w:r w:rsidRPr="00B7305F">
        <w:rPr>
          <w:color w:val="000000" w:themeColor="text1"/>
          <w:lang w:val="uk-UA"/>
        </w:rPr>
        <w:t xml:space="preserve"> </w:t>
      </w:r>
      <w:r w:rsidR="00E3536F" w:rsidRPr="00B7305F">
        <w:rPr>
          <w:color w:val="000000" w:themeColor="text1"/>
          <w:lang w:val="uk-UA"/>
        </w:rPr>
        <w:t>ранніх</w:t>
      </w:r>
      <w:r w:rsidRPr="00B7305F">
        <w:rPr>
          <w:color w:val="000000" w:themeColor="text1"/>
          <w:lang w:val="uk-UA"/>
        </w:rPr>
        <w:t xml:space="preserve"> </w:t>
      </w:r>
      <w:r w:rsidR="00E3536F" w:rsidRPr="00B7305F">
        <w:rPr>
          <w:color w:val="000000" w:themeColor="text1"/>
          <w:lang w:val="uk-UA"/>
        </w:rPr>
        <w:t>епох</w:t>
      </w:r>
      <w:r w:rsidRPr="00B7305F">
        <w:rPr>
          <w:color w:val="000000" w:themeColor="text1"/>
          <w:lang w:val="uk-UA"/>
        </w:rPr>
        <w:t xml:space="preserve"> </w:t>
      </w:r>
      <w:r w:rsidR="00E3536F" w:rsidRPr="00B7305F">
        <w:rPr>
          <w:color w:val="000000" w:themeColor="text1"/>
          <w:lang w:val="uk-UA"/>
        </w:rPr>
        <w:t>домінувала</w:t>
      </w:r>
      <w:r w:rsidRPr="00B7305F">
        <w:rPr>
          <w:color w:val="000000" w:themeColor="text1"/>
          <w:lang w:val="uk-UA"/>
        </w:rPr>
        <w:t xml:space="preserve"> </w:t>
      </w:r>
      <w:r w:rsidR="00E3536F" w:rsidRPr="00B7305F">
        <w:rPr>
          <w:color w:val="000000" w:themeColor="text1"/>
          <w:lang w:val="uk-UA"/>
        </w:rPr>
        <w:t>зовнішня</w:t>
      </w:r>
      <w:r w:rsidRPr="00B7305F">
        <w:rPr>
          <w:color w:val="000000" w:themeColor="text1"/>
          <w:lang w:val="uk-UA"/>
        </w:rPr>
        <w:t xml:space="preserve"> </w:t>
      </w:r>
      <w:r w:rsidR="00E3536F" w:rsidRPr="00B7305F">
        <w:rPr>
          <w:color w:val="000000" w:themeColor="text1"/>
          <w:lang w:val="uk-UA"/>
        </w:rPr>
        <w:t>експресія:</w:t>
      </w:r>
      <w:r w:rsidRPr="00B7305F">
        <w:rPr>
          <w:color w:val="000000" w:themeColor="text1"/>
          <w:lang w:val="uk-UA"/>
        </w:rPr>
        <w:t xml:space="preserve"> </w:t>
      </w:r>
      <w:r w:rsidR="00E3536F" w:rsidRPr="00B7305F">
        <w:rPr>
          <w:color w:val="000000" w:themeColor="text1"/>
          <w:lang w:val="uk-UA"/>
        </w:rPr>
        <w:t>акцентовані</w:t>
      </w:r>
      <w:r w:rsidRPr="00B7305F">
        <w:rPr>
          <w:color w:val="000000" w:themeColor="text1"/>
          <w:lang w:val="uk-UA"/>
        </w:rPr>
        <w:t xml:space="preserve"> </w:t>
      </w:r>
      <w:r w:rsidR="00E3536F" w:rsidRPr="00B7305F">
        <w:rPr>
          <w:color w:val="000000" w:themeColor="text1"/>
          <w:lang w:val="uk-UA"/>
        </w:rPr>
        <w:t>жести,</w:t>
      </w:r>
      <w:r w:rsidRPr="00B7305F">
        <w:rPr>
          <w:color w:val="000000" w:themeColor="text1"/>
          <w:lang w:val="uk-UA"/>
        </w:rPr>
        <w:t xml:space="preserve"> </w:t>
      </w:r>
      <w:r w:rsidR="00E3536F" w:rsidRPr="00B7305F">
        <w:rPr>
          <w:color w:val="000000" w:themeColor="text1"/>
          <w:lang w:val="uk-UA"/>
        </w:rPr>
        <w:t>чітка</w:t>
      </w:r>
      <w:r w:rsidRPr="00B7305F">
        <w:rPr>
          <w:color w:val="000000" w:themeColor="text1"/>
          <w:lang w:val="uk-UA"/>
        </w:rPr>
        <w:t xml:space="preserve"> </w:t>
      </w:r>
      <w:r w:rsidR="00E3536F" w:rsidRPr="00B7305F">
        <w:rPr>
          <w:color w:val="000000" w:themeColor="text1"/>
          <w:lang w:val="uk-UA"/>
        </w:rPr>
        <w:t>пластика,</w:t>
      </w:r>
      <w:r w:rsidRPr="00B7305F">
        <w:rPr>
          <w:color w:val="000000" w:themeColor="text1"/>
          <w:lang w:val="uk-UA"/>
        </w:rPr>
        <w:t xml:space="preserve"> </w:t>
      </w:r>
      <w:r w:rsidR="00E3536F" w:rsidRPr="00B7305F">
        <w:rPr>
          <w:color w:val="000000" w:themeColor="text1"/>
          <w:lang w:val="uk-UA"/>
        </w:rPr>
        <w:t>піднесена</w:t>
      </w:r>
      <w:r w:rsidRPr="00B7305F">
        <w:rPr>
          <w:color w:val="000000" w:themeColor="text1"/>
          <w:lang w:val="uk-UA"/>
        </w:rPr>
        <w:t xml:space="preserve"> </w:t>
      </w:r>
      <w:r w:rsidR="00E3536F" w:rsidRPr="00B7305F">
        <w:rPr>
          <w:color w:val="000000" w:themeColor="text1"/>
          <w:lang w:val="uk-UA"/>
        </w:rPr>
        <w:t>або</w:t>
      </w:r>
      <w:r w:rsidRPr="00B7305F">
        <w:rPr>
          <w:color w:val="000000" w:themeColor="text1"/>
          <w:lang w:val="uk-UA"/>
        </w:rPr>
        <w:t xml:space="preserve"> </w:t>
      </w:r>
      <w:r w:rsidR="00E3536F" w:rsidRPr="00B7305F">
        <w:rPr>
          <w:color w:val="000000" w:themeColor="text1"/>
          <w:lang w:val="uk-UA"/>
        </w:rPr>
        <w:t>символічна</w:t>
      </w:r>
      <w:r w:rsidRPr="00B7305F">
        <w:rPr>
          <w:color w:val="000000" w:themeColor="text1"/>
          <w:lang w:val="uk-UA"/>
        </w:rPr>
        <w:t xml:space="preserve"> </w:t>
      </w:r>
      <w:r w:rsidR="00E3536F" w:rsidRPr="00B7305F">
        <w:rPr>
          <w:color w:val="000000" w:themeColor="text1"/>
          <w:lang w:val="uk-UA"/>
        </w:rPr>
        <w:t>інтонація.</w:t>
      </w:r>
      <w:r w:rsidRPr="00B7305F">
        <w:rPr>
          <w:color w:val="000000" w:themeColor="text1"/>
          <w:lang w:val="uk-UA"/>
        </w:rPr>
        <w:t xml:space="preserve"> </w:t>
      </w:r>
      <w:r w:rsidR="00E3536F" w:rsidRPr="00B7305F">
        <w:rPr>
          <w:color w:val="000000" w:themeColor="text1"/>
          <w:lang w:val="uk-UA"/>
        </w:rPr>
        <w:t>Простір</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вимагав</w:t>
      </w:r>
      <w:r w:rsidRPr="00B7305F">
        <w:rPr>
          <w:color w:val="000000" w:themeColor="text1"/>
          <w:lang w:val="uk-UA"/>
        </w:rPr>
        <w:t xml:space="preserve"> </w:t>
      </w:r>
      <w:r w:rsidR="00E3536F" w:rsidRPr="00B7305F">
        <w:rPr>
          <w:color w:val="000000" w:themeColor="text1"/>
          <w:lang w:val="uk-UA"/>
        </w:rPr>
        <w:t>узагальнення,</w:t>
      </w:r>
      <w:r w:rsidRPr="00B7305F">
        <w:rPr>
          <w:color w:val="000000" w:themeColor="text1"/>
          <w:lang w:val="uk-UA"/>
        </w:rPr>
        <w:t xml:space="preserve"> </w:t>
      </w:r>
      <w:r w:rsidR="00E3536F" w:rsidRPr="00B7305F">
        <w:rPr>
          <w:color w:val="000000" w:themeColor="text1"/>
          <w:lang w:val="uk-UA"/>
        </w:rPr>
        <w:t>адже</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мав</w:t>
      </w:r>
      <w:r w:rsidRPr="00B7305F">
        <w:rPr>
          <w:color w:val="000000" w:themeColor="text1"/>
          <w:lang w:val="uk-UA"/>
        </w:rPr>
        <w:t xml:space="preserve"> </w:t>
      </w:r>
      <w:r w:rsidR="00E3536F" w:rsidRPr="00B7305F">
        <w:rPr>
          <w:color w:val="000000" w:themeColor="text1"/>
          <w:lang w:val="uk-UA"/>
        </w:rPr>
        <w:t>донести</w:t>
      </w:r>
      <w:r w:rsidRPr="00B7305F">
        <w:rPr>
          <w:color w:val="000000" w:themeColor="text1"/>
          <w:lang w:val="uk-UA"/>
        </w:rPr>
        <w:t xml:space="preserve"> </w:t>
      </w:r>
      <w:r w:rsidR="00E3536F" w:rsidRPr="00B7305F">
        <w:rPr>
          <w:color w:val="000000" w:themeColor="text1"/>
          <w:lang w:val="uk-UA"/>
        </w:rPr>
        <w:t>зміст</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глядача,</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перебував</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значній</w:t>
      </w:r>
      <w:r w:rsidRPr="00B7305F">
        <w:rPr>
          <w:color w:val="000000" w:themeColor="text1"/>
          <w:lang w:val="uk-UA"/>
        </w:rPr>
        <w:t xml:space="preserve"> </w:t>
      </w:r>
      <w:r w:rsidR="00E3536F" w:rsidRPr="00B7305F">
        <w:rPr>
          <w:color w:val="000000" w:themeColor="text1"/>
          <w:lang w:val="uk-UA"/>
        </w:rPr>
        <w:t>відстані.</w:t>
      </w:r>
      <w:r w:rsidRPr="00B7305F">
        <w:rPr>
          <w:color w:val="000000" w:themeColor="text1"/>
          <w:lang w:val="uk-UA"/>
        </w:rPr>
        <w:t xml:space="preserve"> </w:t>
      </w:r>
      <w:r w:rsidR="00E3536F" w:rsidRPr="00B7305F">
        <w:rPr>
          <w:color w:val="000000" w:themeColor="text1"/>
          <w:lang w:val="uk-UA"/>
        </w:rPr>
        <w:t>Ця</w:t>
      </w:r>
      <w:r w:rsidRPr="00B7305F">
        <w:rPr>
          <w:color w:val="000000" w:themeColor="text1"/>
          <w:lang w:val="uk-UA"/>
        </w:rPr>
        <w:t xml:space="preserve"> </w:t>
      </w:r>
      <w:r w:rsidR="00E3536F" w:rsidRPr="00B7305F">
        <w:rPr>
          <w:color w:val="000000" w:themeColor="text1"/>
          <w:lang w:val="uk-UA"/>
        </w:rPr>
        <w:t>умовність</w:t>
      </w:r>
      <w:r w:rsidRPr="00B7305F">
        <w:rPr>
          <w:color w:val="000000" w:themeColor="text1"/>
          <w:lang w:val="uk-UA"/>
        </w:rPr>
        <w:t xml:space="preserve"> </w:t>
      </w:r>
      <w:r w:rsidR="00E3536F" w:rsidRPr="00B7305F">
        <w:rPr>
          <w:color w:val="000000" w:themeColor="text1"/>
          <w:lang w:val="uk-UA"/>
        </w:rPr>
        <w:t>була</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недоліком,</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природною</w:t>
      </w:r>
      <w:r w:rsidRPr="00B7305F">
        <w:rPr>
          <w:color w:val="000000" w:themeColor="text1"/>
          <w:lang w:val="uk-UA"/>
        </w:rPr>
        <w:t xml:space="preserve"> </w:t>
      </w:r>
      <w:r w:rsidR="00E3536F" w:rsidRPr="00B7305F">
        <w:rPr>
          <w:color w:val="000000" w:themeColor="text1"/>
          <w:lang w:val="uk-UA"/>
        </w:rPr>
        <w:t>формою</w:t>
      </w:r>
      <w:r w:rsidRPr="00B7305F">
        <w:rPr>
          <w:color w:val="000000" w:themeColor="text1"/>
          <w:lang w:val="uk-UA"/>
        </w:rPr>
        <w:t xml:space="preserve"> </w:t>
      </w:r>
      <w:r w:rsidR="00E3536F" w:rsidRPr="00B7305F">
        <w:rPr>
          <w:color w:val="000000" w:themeColor="text1"/>
          <w:lang w:val="uk-UA"/>
        </w:rPr>
        <w:t>театральної</w:t>
      </w:r>
      <w:r w:rsidRPr="00B7305F">
        <w:rPr>
          <w:color w:val="000000" w:themeColor="text1"/>
          <w:lang w:val="uk-UA"/>
        </w:rPr>
        <w:t xml:space="preserve"> </w:t>
      </w:r>
      <w:r w:rsidR="00E3536F" w:rsidRPr="00B7305F">
        <w:rPr>
          <w:color w:val="000000" w:themeColor="text1"/>
          <w:lang w:val="uk-UA"/>
        </w:rPr>
        <w:t>мови,</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ґрунтувалася</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масштабному</w:t>
      </w:r>
      <w:r w:rsidRPr="00B7305F">
        <w:rPr>
          <w:color w:val="000000" w:themeColor="text1"/>
          <w:lang w:val="uk-UA"/>
        </w:rPr>
        <w:t xml:space="preserve"> </w:t>
      </w:r>
      <w:r w:rsidR="00E3536F" w:rsidRPr="00B7305F">
        <w:rPr>
          <w:color w:val="000000" w:themeColor="text1"/>
          <w:lang w:val="uk-UA"/>
        </w:rPr>
        <w:t>образі</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ритуальній</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Проте</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межах</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виникли</w:t>
      </w:r>
      <w:r w:rsidRPr="00B7305F">
        <w:rPr>
          <w:color w:val="000000" w:themeColor="text1"/>
          <w:lang w:val="uk-UA"/>
        </w:rPr>
        <w:t xml:space="preserve"> </w:t>
      </w:r>
      <w:r w:rsidR="00E3536F" w:rsidRPr="00B7305F">
        <w:rPr>
          <w:color w:val="000000" w:themeColor="text1"/>
          <w:lang w:val="uk-UA"/>
        </w:rPr>
        <w:t>перші</w:t>
      </w:r>
      <w:r w:rsidRPr="00B7305F">
        <w:rPr>
          <w:color w:val="000000" w:themeColor="text1"/>
          <w:lang w:val="uk-UA"/>
        </w:rPr>
        <w:t xml:space="preserve"> </w:t>
      </w:r>
      <w:r w:rsidR="00E3536F" w:rsidRPr="00B7305F">
        <w:rPr>
          <w:color w:val="000000" w:themeColor="text1"/>
          <w:lang w:val="uk-UA"/>
        </w:rPr>
        <w:t>спроби</w:t>
      </w:r>
      <w:r w:rsidRPr="00B7305F">
        <w:rPr>
          <w:color w:val="000000" w:themeColor="text1"/>
          <w:lang w:val="uk-UA"/>
        </w:rPr>
        <w:t xml:space="preserve"> </w:t>
      </w:r>
      <w:r w:rsidR="00E3536F" w:rsidRPr="00B7305F">
        <w:rPr>
          <w:color w:val="000000" w:themeColor="text1"/>
          <w:lang w:val="uk-UA"/>
        </w:rPr>
        <w:t>осмислення</w:t>
      </w:r>
      <w:r w:rsidRPr="00B7305F">
        <w:rPr>
          <w:color w:val="000000" w:themeColor="text1"/>
          <w:lang w:val="uk-UA"/>
        </w:rPr>
        <w:t xml:space="preserve"> </w:t>
      </w:r>
      <w:r w:rsidR="00E3536F" w:rsidRPr="00B7305F">
        <w:rPr>
          <w:color w:val="000000" w:themeColor="text1"/>
          <w:lang w:val="uk-UA"/>
        </w:rPr>
        <w:t>внутрішньої</w:t>
      </w:r>
      <w:r w:rsidRPr="00B7305F">
        <w:rPr>
          <w:color w:val="000000" w:themeColor="text1"/>
          <w:lang w:val="uk-UA"/>
        </w:rPr>
        <w:t xml:space="preserve"> </w:t>
      </w:r>
      <w:r w:rsidR="00E3536F" w:rsidRPr="00B7305F">
        <w:rPr>
          <w:color w:val="000000" w:themeColor="text1"/>
          <w:lang w:val="uk-UA"/>
        </w:rPr>
        <w:t>природи</w:t>
      </w:r>
      <w:r w:rsidRPr="00B7305F">
        <w:rPr>
          <w:color w:val="000000" w:themeColor="text1"/>
          <w:lang w:val="uk-UA"/>
        </w:rPr>
        <w:t xml:space="preserve"> </w:t>
      </w:r>
      <w:r w:rsidR="00E3536F" w:rsidRPr="00B7305F">
        <w:rPr>
          <w:color w:val="000000" w:themeColor="text1"/>
          <w:lang w:val="uk-UA"/>
        </w:rPr>
        <w:t>ролі</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зокрема</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ренесансній</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класицистичній</w:t>
      </w:r>
      <w:r w:rsidRPr="00B7305F">
        <w:rPr>
          <w:color w:val="000000" w:themeColor="text1"/>
          <w:lang w:val="uk-UA"/>
        </w:rPr>
        <w:t xml:space="preserve"> </w:t>
      </w:r>
      <w:r w:rsidR="00E3536F" w:rsidRPr="00B7305F">
        <w:rPr>
          <w:color w:val="000000" w:themeColor="text1"/>
          <w:lang w:val="uk-UA"/>
        </w:rPr>
        <w:t>драмі,</w:t>
      </w:r>
      <w:r w:rsidRPr="00B7305F">
        <w:rPr>
          <w:color w:val="000000" w:themeColor="text1"/>
          <w:lang w:val="uk-UA"/>
        </w:rPr>
        <w:t xml:space="preserve"> </w:t>
      </w:r>
      <w:r w:rsidR="00E3536F" w:rsidRPr="00B7305F">
        <w:rPr>
          <w:color w:val="000000" w:themeColor="text1"/>
          <w:lang w:val="uk-UA"/>
        </w:rPr>
        <w:t>де</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починав</w:t>
      </w:r>
      <w:r w:rsidRPr="00B7305F">
        <w:rPr>
          <w:color w:val="000000" w:themeColor="text1"/>
          <w:lang w:val="uk-UA"/>
        </w:rPr>
        <w:t xml:space="preserve"> </w:t>
      </w:r>
      <w:r w:rsidR="00E3536F" w:rsidRPr="00B7305F">
        <w:rPr>
          <w:color w:val="000000" w:themeColor="text1"/>
          <w:lang w:val="uk-UA"/>
        </w:rPr>
        <w:t>вибудовувати</w:t>
      </w:r>
      <w:r w:rsidRPr="00B7305F">
        <w:rPr>
          <w:color w:val="000000" w:themeColor="text1"/>
          <w:lang w:val="uk-UA"/>
        </w:rPr>
        <w:t xml:space="preserve"> </w:t>
      </w:r>
      <w:r w:rsidR="00E3536F" w:rsidRPr="00B7305F">
        <w:rPr>
          <w:color w:val="000000" w:themeColor="text1"/>
          <w:lang w:val="uk-UA"/>
        </w:rPr>
        <w:t>мотивацію</w:t>
      </w:r>
      <w:r w:rsidRPr="00B7305F">
        <w:rPr>
          <w:color w:val="000000" w:themeColor="text1"/>
          <w:lang w:val="uk-UA"/>
        </w:rPr>
        <w:t xml:space="preserve"> </w:t>
      </w:r>
      <w:r w:rsidR="00E3536F" w:rsidRPr="00B7305F">
        <w:rPr>
          <w:color w:val="000000" w:themeColor="text1"/>
          <w:lang w:val="uk-UA"/>
        </w:rPr>
        <w:t>персонажа,</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лише</w:t>
      </w:r>
      <w:r w:rsidRPr="00B7305F">
        <w:rPr>
          <w:color w:val="000000" w:themeColor="text1"/>
          <w:lang w:val="uk-UA"/>
        </w:rPr>
        <w:t xml:space="preserve"> </w:t>
      </w:r>
      <w:r w:rsidR="00E3536F" w:rsidRPr="00B7305F">
        <w:rPr>
          <w:color w:val="000000" w:themeColor="text1"/>
          <w:lang w:val="uk-UA"/>
        </w:rPr>
        <w:t>виконувати</w:t>
      </w:r>
      <w:r w:rsidRPr="00B7305F">
        <w:rPr>
          <w:color w:val="000000" w:themeColor="text1"/>
          <w:lang w:val="uk-UA"/>
        </w:rPr>
        <w:t xml:space="preserve"> </w:t>
      </w:r>
      <w:r w:rsidR="00E3536F" w:rsidRPr="00B7305F">
        <w:rPr>
          <w:color w:val="000000" w:themeColor="text1"/>
          <w:lang w:val="uk-UA"/>
        </w:rPr>
        <w:t>зовнішній</w:t>
      </w:r>
      <w:r w:rsidRPr="00B7305F">
        <w:rPr>
          <w:color w:val="000000" w:themeColor="text1"/>
          <w:lang w:val="uk-UA"/>
        </w:rPr>
        <w:t xml:space="preserve"> </w:t>
      </w:r>
      <w:r w:rsidR="00E3536F" w:rsidRPr="00B7305F">
        <w:rPr>
          <w:color w:val="000000" w:themeColor="text1"/>
          <w:lang w:val="uk-UA"/>
        </w:rPr>
        <w:t>малюнок.</w:t>
      </w:r>
    </w:p>
    <w:p w14:paraId="3C32D0DB" w14:textId="03C4C808"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Переломним</w:t>
      </w:r>
      <w:r w:rsidRPr="00B7305F">
        <w:rPr>
          <w:color w:val="000000" w:themeColor="text1"/>
          <w:lang w:val="uk-UA"/>
        </w:rPr>
        <w:t xml:space="preserve"> </w:t>
      </w:r>
      <w:r w:rsidR="00E3536F" w:rsidRPr="00B7305F">
        <w:rPr>
          <w:color w:val="000000" w:themeColor="text1"/>
          <w:lang w:val="uk-UA"/>
        </w:rPr>
        <w:t>моментом</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розвитку</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став</w:t>
      </w:r>
      <w:r w:rsidRPr="00B7305F">
        <w:rPr>
          <w:color w:val="000000" w:themeColor="text1"/>
          <w:lang w:val="uk-UA"/>
        </w:rPr>
        <w:t xml:space="preserve"> </w:t>
      </w:r>
      <w:r w:rsidR="00E3536F" w:rsidRPr="00B7305F">
        <w:rPr>
          <w:color w:val="000000" w:themeColor="text1"/>
          <w:lang w:val="uk-UA"/>
        </w:rPr>
        <w:t>XIX</w:t>
      </w:r>
      <w:r w:rsidRPr="00B7305F">
        <w:rPr>
          <w:color w:val="000000" w:themeColor="text1"/>
          <w:lang w:val="uk-UA"/>
        </w:rPr>
        <w:t xml:space="preserve"> </w:t>
      </w:r>
      <w:r w:rsidR="00E3536F" w:rsidRPr="00B7305F">
        <w:rPr>
          <w:color w:val="000000" w:themeColor="text1"/>
          <w:lang w:val="uk-UA"/>
        </w:rPr>
        <w:t>століття,</w:t>
      </w:r>
      <w:r w:rsidRPr="00B7305F">
        <w:rPr>
          <w:color w:val="000000" w:themeColor="text1"/>
          <w:lang w:val="uk-UA"/>
        </w:rPr>
        <w:t xml:space="preserve"> </w:t>
      </w:r>
      <w:r w:rsidR="00E3536F" w:rsidRPr="00B7305F">
        <w:rPr>
          <w:color w:val="000000" w:themeColor="text1"/>
          <w:lang w:val="uk-UA"/>
        </w:rPr>
        <w:t>коли</w:t>
      </w:r>
      <w:r w:rsidRPr="00B7305F">
        <w:rPr>
          <w:color w:val="000000" w:themeColor="text1"/>
          <w:lang w:val="uk-UA"/>
        </w:rPr>
        <w:t xml:space="preserve"> </w:t>
      </w:r>
      <w:r w:rsidR="00E3536F" w:rsidRPr="00B7305F">
        <w:rPr>
          <w:color w:val="000000" w:themeColor="text1"/>
          <w:lang w:val="uk-UA"/>
        </w:rPr>
        <w:t>з’явилися</w:t>
      </w:r>
      <w:r w:rsidRPr="00B7305F">
        <w:rPr>
          <w:color w:val="000000" w:themeColor="text1"/>
          <w:lang w:val="uk-UA"/>
        </w:rPr>
        <w:t xml:space="preserve"> </w:t>
      </w:r>
      <w:r w:rsidR="00E3536F" w:rsidRPr="00B7305F">
        <w:rPr>
          <w:color w:val="000000" w:themeColor="text1"/>
          <w:lang w:val="uk-UA"/>
        </w:rPr>
        <w:t>перші</w:t>
      </w:r>
      <w:r w:rsidRPr="00B7305F">
        <w:rPr>
          <w:color w:val="000000" w:themeColor="text1"/>
          <w:lang w:val="uk-UA"/>
        </w:rPr>
        <w:t xml:space="preserve"> </w:t>
      </w:r>
      <w:r w:rsidR="00E3536F" w:rsidRPr="00B7305F">
        <w:rPr>
          <w:color w:val="000000" w:themeColor="text1"/>
          <w:lang w:val="uk-UA"/>
        </w:rPr>
        <w:t>систематизовані</w:t>
      </w:r>
      <w:r w:rsidRPr="00B7305F">
        <w:rPr>
          <w:color w:val="000000" w:themeColor="text1"/>
          <w:lang w:val="uk-UA"/>
        </w:rPr>
        <w:t xml:space="preserve"> </w:t>
      </w:r>
      <w:r w:rsidR="00E3536F" w:rsidRPr="00B7305F">
        <w:rPr>
          <w:color w:val="000000" w:themeColor="text1"/>
          <w:lang w:val="uk-UA"/>
        </w:rPr>
        <w:t>підходи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професії.</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почав</w:t>
      </w:r>
      <w:r w:rsidRPr="00B7305F">
        <w:rPr>
          <w:color w:val="000000" w:themeColor="text1"/>
          <w:lang w:val="uk-UA"/>
        </w:rPr>
        <w:t xml:space="preserve"> </w:t>
      </w:r>
      <w:r w:rsidR="00E3536F" w:rsidRPr="00B7305F">
        <w:rPr>
          <w:color w:val="000000" w:themeColor="text1"/>
          <w:lang w:val="uk-UA"/>
        </w:rPr>
        <w:t>орієнтуватися</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психологічну</w:t>
      </w:r>
      <w:r w:rsidRPr="00B7305F">
        <w:rPr>
          <w:color w:val="000000" w:themeColor="text1"/>
          <w:lang w:val="uk-UA"/>
        </w:rPr>
        <w:t xml:space="preserve"> </w:t>
      </w:r>
      <w:r w:rsidR="00E3536F" w:rsidRPr="00B7305F">
        <w:rPr>
          <w:color w:val="000000" w:themeColor="text1"/>
          <w:lang w:val="uk-UA"/>
        </w:rPr>
        <w:t>достовірність,</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вимагало</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просто</w:t>
      </w:r>
      <w:r w:rsidRPr="00B7305F">
        <w:rPr>
          <w:color w:val="000000" w:themeColor="text1"/>
          <w:lang w:val="uk-UA"/>
        </w:rPr>
        <w:t xml:space="preserve"> </w:t>
      </w:r>
      <w:r w:rsidR="00E3536F" w:rsidRPr="00B7305F">
        <w:rPr>
          <w:color w:val="000000" w:themeColor="text1"/>
          <w:lang w:val="uk-UA"/>
        </w:rPr>
        <w:t>демонстрації</w:t>
      </w:r>
      <w:r w:rsidRPr="00B7305F">
        <w:rPr>
          <w:color w:val="000000" w:themeColor="text1"/>
          <w:lang w:val="uk-UA"/>
        </w:rPr>
        <w:t xml:space="preserve"> </w:t>
      </w:r>
      <w:r w:rsidR="00E3536F" w:rsidRPr="00B7305F">
        <w:rPr>
          <w:color w:val="000000" w:themeColor="text1"/>
          <w:lang w:val="uk-UA"/>
        </w:rPr>
        <w:t>емоцій,</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їх</w:t>
      </w:r>
      <w:r w:rsidRPr="00B7305F">
        <w:rPr>
          <w:color w:val="000000" w:themeColor="text1"/>
          <w:lang w:val="uk-UA"/>
        </w:rPr>
        <w:t xml:space="preserve"> </w:t>
      </w:r>
      <w:r w:rsidR="00E3536F" w:rsidRPr="00B7305F">
        <w:rPr>
          <w:color w:val="000000" w:themeColor="text1"/>
          <w:lang w:val="uk-UA"/>
        </w:rPr>
        <w:t>внутрішнього</w:t>
      </w:r>
      <w:r w:rsidRPr="00B7305F">
        <w:rPr>
          <w:color w:val="000000" w:themeColor="text1"/>
          <w:lang w:val="uk-UA"/>
        </w:rPr>
        <w:t xml:space="preserve"> </w:t>
      </w:r>
      <w:r w:rsidR="00E3536F" w:rsidRPr="00B7305F">
        <w:rPr>
          <w:color w:val="000000" w:themeColor="text1"/>
          <w:lang w:val="uk-UA"/>
        </w:rPr>
        <w:t>обґрунтування.</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цей</w:t>
      </w:r>
      <w:r w:rsidRPr="00B7305F">
        <w:rPr>
          <w:color w:val="000000" w:themeColor="text1"/>
          <w:lang w:val="uk-UA"/>
        </w:rPr>
        <w:t xml:space="preserve"> </w:t>
      </w:r>
      <w:r w:rsidR="00E3536F" w:rsidRPr="00B7305F">
        <w:rPr>
          <w:color w:val="000000" w:themeColor="text1"/>
          <w:lang w:val="uk-UA"/>
        </w:rPr>
        <w:t>перехід</w:t>
      </w:r>
      <w:r w:rsidRPr="00B7305F">
        <w:rPr>
          <w:color w:val="000000" w:themeColor="text1"/>
          <w:lang w:val="uk-UA"/>
        </w:rPr>
        <w:t xml:space="preserve"> </w:t>
      </w:r>
      <w:r w:rsidR="00E3536F" w:rsidRPr="00B7305F">
        <w:rPr>
          <w:color w:val="000000" w:themeColor="text1"/>
          <w:lang w:val="uk-UA"/>
        </w:rPr>
        <w:t>стане</w:t>
      </w:r>
      <w:r w:rsidRPr="00B7305F">
        <w:rPr>
          <w:color w:val="000000" w:themeColor="text1"/>
          <w:lang w:val="uk-UA"/>
        </w:rPr>
        <w:t xml:space="preserve"> </w:t>
      </w:r>
      <w:r w:rsidR="00E3536F" w:rsidRPr="00B7305F">
        <w:rPr>
          <w:color w:val="000000" w:themeColor="text1"/>
          <w:lang w:val="uk-UA"/>
        </w:rPr>
        <w:t>фундаментом</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кінематографа,</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вимагатиме</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виконавця</w:t>
      </w:r>
      <w:r w:rsidRPr="00B7305F">
        <w:rPr>
          <w:color w:val="000000" w:themeColor="text1"/>
          <w:lang w:val="uk-UA"/>
        </w:rPr>
        <w:t xml:space="preserve"> </w:t>
      </w:r>
      <w:r w:rsidR="00E3536F" w:rsidRPr="00B7305F">
        <w:rPr>
          <w:color w:val="000000" w:themeColor="text1"/>
          <w:lang w:val="uk-UA"/>
        </w:rPr>
        <w:t>максимальної</w:t>
      </w:r>
      <w:r w:rsidRPr="00B7305F">
        <w:rPr>
          <w:color w:val="000000" w:themeColor="text1"/>
          <w:lang w:val="uk-UA"/>
        </w:rPr>
        <w:t xml:space="preserve"> </w:t>
      </w:r>
      <w:r w:rsidR="00E3536F" w:rsidRPr="00B7305F">
        <w:rPr>
          <w:color w:val="000000" w:themeColor="text1"/>
          <w:lang w:val="uk-UA"/>
        </w:rPr>
        <w:t>правди</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найменшому</w:t>
      </w:r>
      <w:r w:rsidRPr="00B7305F">
        <w:rPr>
          <w:color w:val="000000" w:themeColor="text1"/>
          <w:lang w:val="uk-UA"/>
        </w:rPr>
        <w:t xml:space="preserve"> </w:t>
      </w:r>
      <w:r w:rsidR="00E3536F" w:rsidRPr="00B7305F">
        <w:rPr>
          <w:color w:val="000000" w:themeColor="text1"/>
          <w:lang w:val="uk-UA"/>
        </w:rPr>
        <w:t>жесті</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мікроемоції.</w:t>
      </w:r>
    </w:p>
    <w:p w14:paraId="04832FDD" w14:textId="1FB258CA"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Зародження</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відкриває</w:t>
      </w:r>
      <w:r w:rsidRPr="00B7305F">
        <w:rPr>
          <w:color w:val="000000" w:themeColor="text1"/>
          <w:lang w:val="uk-UA"/>
        </w:rPr>
        <w:t xml:space="preserve"> </w:t>
      </w:r>
      <w:r w:rsidR="00E3536F" w:rsidRPr="00B7305F">
        <w:rPr>
          <w:color w:val="000000" w:themeColor="text1"/>
          <w:lang w:val="uk-UA"/>
        </w:rPr>
        <w:t>новий</w:t>
      </w:r>
      <w:r w:rsidRPr="00B7305F">
        <w:rPr>
          <w:color w:val="000000" w:themeColor="text1"/>
          <w:lang w:val="uk-UA"/>
        </w:rPr>
        <w:t xml:space="preserve"> </w:t>
      </w:r>
      <w:r w:rsidR="00E3536F" w:rsidRPr="00B7305F">
        <w:rPr>
          <w:color w:val="000000" w:themeColor="text1"/>
          <w:lang w:val="uk-UA"/>
        </w:rPr>
        <w:t>етап</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розвитку</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Камера</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її</w:t>
      </w:r>
      <w:r w:rsidRPr="00B7305F">
        <w:rPr>
          <w:color w:val="000000" w:themeColor="text1"/>
          <w:lang w:val="uk-UA"/>
        </w:rPr>
        <w:t xml:space="preserve"> </w:t>
      </w:r>
      <w:r w:rsidR="00E3536F" w:rsidRPr="00B7305F">
        <w:rPr>
          <w:color w:val="000000" w:themeColor="text1"/>
          <w:lang w:val="uk-UA"/>
        </w:rPr>
        <w:t>здатністю</w:t>
      </w:r>
      <w:r w:rsidRPr="00B7305F">
        <w:rPr>
          <w:color w:val="000000" w:themeColor="text1"/>
          <w:lang w:val="uk-UA"/>
        </w:rPr>
        <w:t xml:space="preserve"> </w:t>
      </w:r>
      <w:r w:rsidR="00E3536F" w:rsidRPr="00B7305F">
        <w:rPr>
          <w:color w:val="000000" w:themeColor="text1"/>
          <w:lang w:val="uk-UA"/>
        </w:rPr>
        <w:t>фіксувати</w:t>
      </w:r>
      <w:r w:rsidRPr="00B7305F">
        <w:rPr>
          <w:color w:val="000000" w:themeColor="text1"/>
          <w:lang w:val="uk-UA"/>
        </w:rPr>
        <w:t xml:space="preserve"> </w:t>
      </w:r>
      <w:r w:rsidR="00E3536F" w:rsidRPr="00B7305F">
        <w:rPr>
          <w:color w:val="000000" w:themeColor="text1"/>
          <w:lang w:val="uk-UA"/>
        </w:rPr>
        <w:t>найдрібніший</w:t>
      </w:r>
      <w:r w:rsidRPr="00B7305F">
        <w:rPr>
          <w:color w:val="000000" w:themeColor="text1"/>
          <w:lang w:val="uk-UA"/>
        </w:rPr>
        <w:t xml:space="preserve"> </w:t>
      </w:r>
      <w:r w:rsidR="00E3536F" w:rsidRPr="00B7305F">
        <w:rPr>
          <w:color w:val="000000" w:themeColor="text1"/>
          <w:lang w:val="uk-UA"/>
        </w:rPr>
        <w:t>прояв</w:t>
      </w:r>
      <w:r w:rsidRPr="00B7305F">
        <w:rPr>
          <w:color w:val="000000" w:themeColor="text1"/>
          <w:lang w:val="uk-UA"/>
        </w:rPr>
        <w:t xml:space="preserve"> </w:t>
      </w:r>
      <w:r w:rsidR="00E3536F" w:rsidRPr="00B7305F">
        <w:rPr>
          <w:color w:val="000000" w:themeColor="text1"/>
          <w:lang w:val="uk-UA"/>
        </w:rPr>
        <w:t>почуття</w:t>
      </w:r>
      <w:r w:rsidRPr="00B7305F">
        <w:rPr>
          <w:color w:val="000000" w:themeColor="text1"/>
          <w:lang w:val="uk-UA"/>
        </w:rPr>
        <w:t xml:space="preserve"> </w:t>
      </w:r>
      <w:r w:rsidR="00E3536F" w:rsidRPr="00B7305F">
        <w:rPr>
          <w:color w:val="000000" w:themeColor="text1"/>
          <w:lang w:val="uk-UA"/>
        </w:rPr>
        <w:t>висуває</w:t>
      </w:r>
      <w:r w:rsidRPr="00B7305F">
        <w:rPr>
          <w:color w:val="000000" w:themeColor="text1"/>
          <w:lang w:val="uk-UA"/>
        </w:rPr>
        <w:t xml:space="preserve"> </w:t>
      </w:r>
      <w:r w:rsidR="00E3536F" w:rsidRPr="00B7305F">
        <w:rPr>
          <w:color w:val="000000" w:themeColor="text1"/>
          <w:lang w:val="uk-UA"/>
        </w:rPr>
        <w:t>нові</w:t>
      </w:r>
      <w:r w:rsidRPr="00B7305F">
        <w:rPr>
          <w:color w:val="000000" w:themeColor="text1"/>
          <w:lang w:val="uk-UA"/>
        </w:rPr>
        <w:t xml:space="preserve"> </w:t>
      </w:r>
      <w:r w:rsidR="00E3536F" w:rsidRPr="00B7305F">
        <w:rPr>
          <w:color w:val="000000" w:themeColor="text1"/>
          <w:lang w:val="uk-UA"/>
        </w:rPr>
        <w:t>вимоги:</w:t>
      </w:r>
      <w:r w:rsidRPr="00B7305F">
        <w:rPr>
          <w:color w:val="000000" w:themeColor="text1"/>
          <w:lang w:val="uk-UA"/>
        </w:rPr>
        <w:t xml:space="preserve"> </w:t>
      </w:r>
      <w:r w:rsidR="00E3536F" w:rsidRPr="00B7305F">
        <w:rPr>
          <w:color w:val="000000" w:themeColor="text1"/>
          <w:lang w:val="uk-UA"/>
        </w:rPr>
        <w:lastRenderedPageBreak/>
        <w:t>точність,</w:t>
      </w:r>
      <w:r w:rsidRPr="00B7305F">
        <w:rPr>
          <w:color w:val="000000" w:themeColor="text1"/>
          <w:lang w:val="uk-UA"/>
        </w:rPr>
        <w:t xml:space="preserve"> </w:t>
      </w:r>
      <w:r w:rsidR="00E3536F" w:rsidRPr="00B7305F">
        <w:rPr>
          <w:color w:val="000000" w:themeColor="text1"/>
          <w:lang w:val="uk-UA"/>
        </w:rPr>
        <w:t>стриманість,</w:t>
      </w:r>
      <w:r w:rsidRPr="00B7305F">
        <w:rPr>
          <w:color w:val="000000" w:themeColor="text1"/>
          <w:lang w:val="uk-UA"/>
        </w:rPr>
        <w:t xml:space="preserve"> </w:t>
      </w:r>
      <w:r w:rsidR="00E3536F" w:rsidRPr="00B7305F">
        <w:rPr>
          <w:color w:val="000000" w:themeColor="text1"/>
          <w:lang w:val="uk-UA"/>
        </w:rPr>
        <w:t>природність.</w:t>
      </w:r>
      <w:r w:rsidRPr="00B7305F">
        <w:rPr>
          <w:color w:val="000000" w:themeColor="text1"/>
          <w:lang w:val="uk-UA"/>
        </w:rPr>
        <w:t xml:space="preserve"> </w:t>
      </w:r>
      <w:r w:rsidR="00E3536F" w:rsidRPr="00B7305F">
        <w:rPr>
          <w:color w:val="000000" w:themeColor="text1"/>
          <w:lang w:val="uk-UA"/>
        </w:rPr>
        <w:t>Те,</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сцені</w:t>
      </w:r>
      <w:r w:rsidRPr="00B7305F">
        <w:rPr>
          <w:color w:val="000000" w:themeColor="text1"/>
          <w:lang w:val="uk-UA"/>
        </w:rPr>
        <w:t xml:space="preserve"> </w:t>
      </w:r>
      <w:r w:rsidR="00E3536F" w:rsidRPr="00B7305F">
        <w:rPr>
          <w:color w:val="000000" w:themeColor="text1"/>
          <w:lang w:val="uk-UA"/>
        </w:rPr>
        <w:t>виглядає</w:t>
      </w:r>
      <w:r w:rsidRPr="00B7305F">
        <w:rPr>
          <w:color w:val="000000" w:themeColor="text1"/>
          <w:lang w:val="uk-UA"/>
        </w:rPr>
        <w:t xml:space="preserve"> </w:t>
      </w:r>
      <w:r w:rsidR="00E3536F" w:rsidRPr="00B7305F">
        <w:rPr>
          <w:color w:val="000000" w:themeColor="text1"/>
          <w:lang w:val="uk-UA"/>
        </w:rPr>
        <w:t>органічним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виразним,</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кадрі</w:t>
      </w:r>
      <w:r w:rsidRPr="00B7305F">
        <w:rPr>
          <w:color w:val="000000" w:themeColor="text1"/>
          <w:lang w:val="uk-UA"/>
        </w:rPr>
        <w:t xml:space="preserve"> </w:t>
      </w:r>
      <w:r w:rsidR="00E3536F" w:rsidRPr="00B7305F">
        <w:rPr>
          <w:color w:val="000000" w:themeColor="text1"/>
          <w:lang w:val="uk-UA"/>
        </w:rPr>
        <w:t>може</w:t>
      </w:r>
      <w:r w:rsidRPr="00B7305F">
        <w:rPr>
          <w:color w:val="000000" w:themeColor="text1"/>
          <w:lang w:val="uk-UA"/>
        </w:rPr>
        <w:t xml:space="preserve"> </w:t>
      </w:r>
      <w:r w:rsidR="00E3536F" w:rsidRPr="00B7305F">
        <w:rPr>
          <w:color w:val="000000" w:themeColor="text1"/>
          <w:lang w:val="uk-UA"/>
        </w:rPr>
        <w:t>здаватися</w:t>
      </w:r>
      <w:r w:rsidRPr="00B7305F">
        <w:rPr>
          <w:color w:val="000000" w:themeColor="text1"/>
          <w:lang w:val="uk-UA"/>
        </w:rPr>
        <w:t xml:space="preserve"> </w:t>
      </w:r>
      <w:r w:rsidR="00E3536F" w:rsidRPr="00B7305F">
        <w:rPr>
          <w:color w:val="000000" w:themeColor="text1"/>
          <w:lang w:val="uk-UA"/>
        </w:rPr>
        <w:t>штучним</w:t>
      </w:r>
      <w:r w:rsidRPr="00B7305F">
        <w:rPr>
          <w:color w:val="000000" w:themeColor="text1"/>
          <w:lang w:val="uk-UA"/>
        </w:rPr>
        <w:t xml:space="preserve"> </w:t>
      </w:r>
      <w:r w:rsidR="00E3536F" w:rsidRPr="00B7305F">
        <w:rPr>
          <w:color w:val="000000" w:themeColor="text1"/>
          <w:lang w:val="uk-UA"/>
        </w:rPr>
        <w:t>або</w:t>
      </w:r>
      <w:r w:rsidRPr="00B7305F">
        <w:rPr>
          <w:color w:val="000000" w:themeColor="text1"/>
          <w:lang w:val="uk-UA"/>
        </w:rPr>
        <w:t xml:space="preserve"> </w:t>
      </w:r>
      <w:r w:rsidR="00E3536F" w:rsidRPr="00B7305F">
        <w:rPr>
          <w:color w:val="000000" w:themeColor="text1"/>
          <w:lang w:val="uk-UA"/>
        </w:rPr>
        <w:t>надмірним.</w:t>
      </w:r>
      <w:r w:rsidRPr="00B7305F">
        <w:rPr>
          <w:color w:val="000000" w:themeColor="text1"/>
          <w:lang w:val="uk-UA"/>
        </w:rPr>
        <w:t xml:space="preserve"> </w:t>
      </w:r>
      <w:r w:rsidR="00E3536F" w:rsidRPr="00B7305F">
        <w:rPr>
          <w:color w:val="000000" w:themeColor="text1"/>
          <w:lang w:val="uk-UA"/>
        </w:rPr>
        <w:t>Перші</w:t>
      </w:r>
      <w:r w:rsidRPr="00B7305F">
        <w:rPr>
          <w:color w:val="000000" w:themeColor="text1"/>
          <w:lang w:val="uk-UA"/>
        </w:rPr>
        <w:t xml:space="preserve"> </w:t>
      </w:r>
      <w:r w:rsidR="00E3536F" w:rsidRPr="00B7305F">
        <w:rPr>
          <w:color w:val="000000" w:themeColor="text1"/>
          <w:lang w:val="uk-UA"/>
        </w:rPr>
        <w:t>актори</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вихідці</w:t>
      </w:r>
      <w:r w:rsidRPr="00B7305F">
        <w:rPr>
          <w:color w:val="000000" w:themeColor="text1"/>
          <w:lang w:val="uk-UA"/>
        </w:rPr>
        <w:t xml:space="preserve"> </w:t>
      </w:r>
      <w:r w:rsidR="00E3536F" w:rsidRPr="00B7305F">
        <w:rPr>
          <w:color w:val="000000" w:themeColor="text1"/>
          <w:lang w:val="uk-UA"/>
        </w:rPr>
        <w:t>зі</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змушені</w:t>
      </w:r>
      <w:r w:rsidRPr="00B7305F">
        <w:rPr>
          <w:color w:val="000000" w:themeColor="text1"/>
          <w:lang w:val="uk-UA"/>
        </w:rPr>
        <w:t xml:space="preserve"> </w:t>
      </w:r>
      <w:r w:rsidR="00E3536F" w:rsidRPr="00B7305F">
        <w:rPr>
          <w:color w:val="000000" w:themeColor="text1"/>
          <w:lang w:val="uk-UA"/>
        </w:rPr>
        <w:t>були</w:t>
      </w:r>
      <w:r w:rsidRPr="00B7305F">
        <w:rPr>
          <w:color w:val="000000" w:themeColor="text1"/>
          <w:lang w:val="uk-UA"/>
        </w:rPr>
        <w:t xml:space="preserve"> </w:t>
      </w:r>
      <w:r w:rsidR="00E3536F" w:rsidRPr="00B7305F">
        <w:rPr>
          <w:color w:val="000000" w:themeColor="text1"/>
          <w:lang w:val="uk-UA"/>
        </w:rPr>
        <w:t>адаптувати</w:t>
      </w:r>
      <w:r w:rsidRPr="00B7305F">
        <w:rPr>
          <w:color w:val="000000" w:themeColor="text1"/>
          <w:lang w:val="uk-UA"/>
        </w:rPr>
        <w:t xml:space="preserve"> </w:t>
      </w:r>
      <w:r w:rsidR="00E3536F" w:rsidRPr="00B7305F">
        <w:rPr>
          <w:color w:val="000000" w:themeColor="text1"/>
          <w:lang w:val="uk-UA"/>
        </w:rPr>
        <w:t>свою</w:t>
      </w:r>
      <w:r w:rsidRPr="00B7305F">
        <w:rPr>
          <w:color w:val="000000" w:themeColor="text1"/>
          <w:lang w:val="uk-UA"/>
        </w:rPr>
        <w:t xml:space="preserve"> </w:t>
      </w:r>
      <w:r w:rsidR="00E3536F" w:rsidRPr="00B7305F">
        <w:rPr>
          <w:color w:val="000000" w:themeColor="text1"/>
          <w:lang w:val="uk-UA"/>
        </w:rPr>
        <w:t>техніку:</w:t>
      </w:r>
      <w:r w:rsidRPr="00B7305F">
        <w:rPr>
          <w:color w:val="000000" w:themeColor="text1"/>
          <w:lang w:val="uk-UA"/>
        </w:rPr>
        <w:t xml:space="preserve"> </w:t>
      </w:r>
      <w:r w:rsidR="00E3536F" w:rsidRPr="00B7305F">
        <w:rPr>
          <w:color w:val="000000" w:themeColor="text1"/>
          <w:lang w:val="uk-UA"/>
        </w:rPr>
        <w:t>зменшувати</w:t>
      </w:r>
      <w:r w:rsidRPr="00B7305F">
        <w:rPr>
          <w:color w:val="000000" w:themeColor="text1"/>
          <w:lang w:val="uk-UA"/>
        </w:rPr>
        <w:t xml:space="preserve"> </w:t>
      </w:r>
      <w:r w:rsidR="00E3536F" w:rsidRPr="00B7305F">
        <w:rPr>
          <w:color w:val="000000" w:themeColor="text1"/>
          <w:lang w:val="uk-UA"/>
        </w:rPr>
        <w:t>амплітуду</w:t>
      </w:r>
      <w:r w:rsidRPr="00B7305F">
        <w:rPr>
          <w:color w:val="000000" w:themeColor="text1"/>
          <w:lang w:val="uk-UA"/>
        </w:rPr>
        <w:t xml:space="preserve"> </w:t>
      </w:r>
      <w:r w:rsidR="00E3536F" w:rsidRPr="00B7305F">
        <w:rPr>
          <w:color w:val="000000" w:themeColor="text1"/>
          <w:lang w:val="uk-UA"/>
        </w:rPr>
        <w:t>жесту,</w:t>
      </w:r>
      <w:r w:rsidRPr="00B7305F">
        <w:rPr>
          <w:color w:val="000000" w:themeColor="text1"/>
          <w:lang w:val="uk-UA"/>
        </w:rPr>
        <w:t xml:space="preserve"> </w:t>
      </w:r>
      <w:r w:rsidR="00E3536F" w:rsidRPr="00B7305F">
        <w:rPr>
          <w:color w:val="000000" w:themeColor="text1"/>
          <w:lang w:val="uk-UA"/>
        </w:rPr>
        <w:t>змінювати</w:t>
      </w:r>
      <w:r w:rsidRPr="00B7305F">
        <w:rPr>
          <w:color w:val="000000" w:themeColor="text1"/>
          <w:lang w:val="uk-UA"/>
        </w:rPr>
        <w:t xml:space="preserve"> </w:t>
      </w:r>
      <w:r w:rsidR="00E3536F" w:rsidRPr="00B7305F">
        <w:rPr>
          <w:color w:val="000000" w:themeColor="text1"/>
          <w:lang w:val="uk-UA"/>
        </w:rPr>
        <w:t>ритм</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переосмислювати</w:t>
      </w:r>
      <w:r w:rsidRPr="00B7305F">
        <w:rPr>
          <w:color w:val="000000" w:themeColor="text1"/>
          <w:lang w:val="uk-UA"/>
        </w:rPr>
        <w:t xml:space="preserve"> </w:t>
      </w:r>
      <w:r w:rsidR="00E3536F" w:rsidRPr="00B7305F">
        <w:rPr>
          <w:color w:val="000000" w:themeColor="text1"/>
          <w:lang w:val="uk-UA"/>
        </w:rPr>
        <w:t>спосіб</w:t>
      </w:r>
      <w:r w:rsidRPr="00B7305F">
        <w:rPr>
          <w:color w:val="000000" w:themeColor="text1"/>
          <w:lang w:val="uk-UA"/>
        </w:rPr>
        <w:t xml:space="preserve"> </w:t>
      </w:r>
      <w:r w:rsidR="00E3536F" w:rsidRPr="00B7305F">
        <w:rPr>
          <w:color w:val="000000" w:themeColor="text1"/>
          <w:lang w:val="uk-UA"/>
        </w:rPr>
        <w:t>існування</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художньому</w:t>
      </w:r>
      <w:r w:rsidRPr="00B7305F">
        <w:rPr>
          <w:color w:val="000000" w:themeColor="text1"/>
          <w:lang w:val="uk-UA"/>
        </w:rPr>
        <w:t xml:space="preserve"> </w:t>
      </w:r>
      <w:r w:rsidR="00E3536F" w:rsidRPr="00B7305F">
        <w:rPr>
          <w:color w:val="000000" w:themeColor="text1"/>
          <w:lang w:val="uk-UA"/>
        </w:rPr>
        <w:t>просторі.</w:t>
      </w:r>
      <w:r w:rsidRPr="00B7305F">
        <w:rPr>
          <w:color w:val="000000" w:themeColor="text1"/>
          <w:lang w:val="uk-UA"/>
        </w:rPr>
        <w:t xml:space="preserve"> </w:t>
      </w:r>
      <w:r w:rsidR="00E3536F" w:rsidRPr="00B7305F">
        <w:rPr>
          <w:color w:val="000000" w:themeColor="text1"/>
          <w:lang w:val="uk-UA"/>
        </w:rPr>
        <w:t>Камера</w:t>
      </w:r>
      <w:r w:rsidRPr="00B7305F">
        <w:rPr>
          <w:color w:val="000000" w:themeColor="text1"/>
          <w:lang w:val="uk-UA"/>
        </w:rPr>
        <w:t xml:space="preserve"> </w:t>
      </w:r>
      <w:r w:rsidR="00E3536F" w:rsidRPr="00B7305F">
        <w:rPr>
          <w:color w:val="000000" w:themeColor="text1"/>
          <w:lang w:val="uk-UA"/>
        </w:rPr>
        <w:t>відкрила</w:t>
      </w:r>
      <w:r w:rsidRPr="00B7305F">
        <w:rPr>
          <w:color w:val="000000" w:themeColor="text1"/>
          <w:lang w:val="uk-UA"/>
        </w:rPr>
        <w:t xml:space="preserve"> </w:t>
      </w:r>
      <w:r w:rsidR="00E3536F" w:rsidRPr="00B7305F">
        <w:rPr>
          <w:color w:val="000000" w:themeColor="text1"/>
          <w:lang w:val="uk-UA"/>
        </w:rPr>
        <w:t>можливість</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«внутрішнього</w:t>
      </w:r>
      <w:r w:rsidRPr="00B7305F">
        <w:rPr>
          <w:color w:val="000000" w:themeColor="text1"/>
          <w:lang w:val="uk-UA"/>
        </w:rPr>
        <w:t xml:space="preserve"> </w:t>
      </w:r>
      <w:r w:rsidR="00E3536F" w:rsidRPr="00B7305F">
        <w:rPr>
          <w:color w:val="000000" w:themeColor="text1"/>
          <w:lang w:val="uk-UA"/>
        </w:rPr>
        <w:t>кадру»</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гри,</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народжується</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тонких</w:t>
      </w:r>
      <w:r w:rsidRPr="00B7305F">
        <w:rPr>
          <w:color w:val="000000" w:themeColor="text1"/>
          <w:lang w:val="uk-UA"/>
        </w:rPr>
        <w:t xml:space="preserve"> </w:t>
      </w:r>
      <w:r w:rsidR="00E3536F" w:rsidRPr="00B7305F">
        <w:rPr>
          <w:color w:val="000000" w:themeColor="text1"/>
          <w:lang w:val="uk-UA"/>
        </w:rPr>
        <w:t>психофізичних</w:t>
      </w:r>
      <w:r w:rsidRPr="00B7305F">
        <w:rPr>
          <w:color w:val="000000" w:themeColor="text1"/>
          <w:lang w:val="uk-UA"/>
        </w:rPr>
        <w:t xml:space="preserve"> </w:t>
      </w:r>
      <w:r w:rsidR="00E3536F" w:rsidRPr="00B7305F">
        <w:rPr>
          <w:color w:val="000000" w:themeColor="text1"/>
          <w:lang w:val="uk-UA"/>
        </w:rPr>
        <w:t>реакцій,</w:t>
      </w:r>
      <w:r w:rsidRPr="00B7305F">
        <w:rPr>
          <w:color w:val="000000" w:themeColor="text1"/>
          <w:lang w:val="uk-UA"/>
        </w:rPr>
        <w:t xml:space="preserve"> </w:t>
      </w:r>
      <w:r w:rsidR="00E3536F" w:rsidRPr="00B7305F">
        <w:rPr>
          <w:color w:val="000000" w:themeColor="text1"/>
          <w:lang w:val="uk-UA"/>
        </w:rPr>
        <w:t>мікродинаміки</w:t>
      </w:r>
      <w:r w:rsidRPr="00B7305F">
        <w:rPr>
          <w:color w:val="000000" w:themeColor="text1"/>
          <w:lang w:val="uk-UA"/>
        </w:rPr>
        <w:t xml:space="preserve"> </w:t>
      </w:r>
      <w:r w:rsidR="00E3536F" w:rsidRPr="00B7305F">
        <w:rPr>
          <w:color w:val="000000" w:themeColor="text1"/>
          <w:lang w:val="uk-UA"/>
        </w:rPr>
        <w:t>обличчя,</w:t>
      </w:r>
      <w:r w:rsidRPr="00B7305F">
        <w:rPr>
          <w:color w:val="000000" w:themeColor="text1"/>
          <w:lang w:val="uk-UA"/>
        </w:rPr>
        <w:t xml:space="preserve"> </w:t>
      </w:r>
      <w:r w:rsidR="00E3536F" w:rsidRPr="00B7305F">
        <w:rPr>
          <w:color w:val="000000" w:themeColor="text1"/>
          <w:lang w:val="uk-UA"/>
        </w:rPr>
        <w:t>нечутних</w:t>
      </w:r>
      <w:r w:rsidRPr="00B7305F">
        <w:rPr>
          <w:color w:val="000000" w:themeColor="text1"/>
          <w:lang w:val="uk-UA"/>
        </w:rPr>
        <w:t xml:space="preserve"> </w:t>
      </w:r>
      <w:r w:rsidR="00E3536F" w:rsidRPr="00B7305F">
        <w:rPr>
          <w:color w:val="000000" w:themeColor="text1"/>
          <w:lang w:val="uk-UA"/>
        </w:rPr>
        <w:t>змін</w:t>
      </w:r>
      <w:r w:rsidRPr="00B7305F">
        <w:rPr>
          <w:color w:val="000000" w:themeColor="text1"/>
          <w:lang w:val="uk-UA"/>
        </w:rPr>
        <w:t xml:space="preserve"> </w:t>
      </w:r>
      <w:r w:rsidR="00E3536F" w:rsidRPr="00B7305F">
        <w:rPr>
          <w:color w:val="000000" w:themeColor="text1"/>
          <w:lang w:val="uk-UA"/>
        </w:rPr>
        <w:t>інтонаційного</w:t>
      </w:r>
      <w:r w:rsidRPr="00B7305F">
        <w:rPr>
          <w:color w:val="000000" w:themeColor="text1"/>
          <w:lang w:val="uk-UA"/>
        </w:rPr>
        <w:t xml:space="preserve"> </w:t>
      </w:r>
      <w:r w:rsidR="009F49D8" w:rsidRPr="00B7305F">
        <w:rPr>
          <w:color w:val="000000" w:themeColor="text1"/>
          <w:lang w:val="uk-UA"/>
        </w:rPr>
        <w:t>малюнку</w:t>
      </w:r>
      <w:r w:rsidR="00E3536F" w:rsidRPr="00B7305F">
        <w:rPr>
          <w:color w:val="000000" w:themeColor="text1"/>
          <w:lang w:val="uk-UA"/>
        </w:rPr>
        <w:t>.</w:t>
      </w:r>
    </w:p>
    <w:p w14:paraId="37CFDDA5" w14:textId="684021A6"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ХХ</w:t>
      </w:r>
      <w:r w:rsidRPr="00B7305F">
        <w:rPr>
          <w:color w:val="000000" w:themeColor="text1"/>
          <w:lang w:val="uk-UA"/>
        </w:rPr>
        <w:t xml:space="preserve"> </w:t>
      </w:r>
      <w:r w:rsidR="00E3536F" w:rsidRPr="00B7305F">
        <w:rPr>
          <w:color w:val="000000" w:themeColor="text1"/>
          <w:lang w:val="uk-UA"/>
        </w:rPr>
        <w:t>столітті</w:t>
      </w:r>
      <w:r w:rsidRPr="00B7305F">
        <w:rPr>
          <w:color w:val="000000" w:themeColor="text1"/>
          <w:lang w:val="uk-UA"/>
        </w:rPr>
        <w:t xml:space="preserve"> </w:t>
      </w:r>
      <w:r w:rsidR="00E3536F" w:rsidRPr="00B7305F">
        <w:rPr>
          <w:color w:val="000000" w:themeColor="text1"/>
          <w:lang w:val="uk-UA"/>
        </w:rPr>
        <w:t>розвиток</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набуває</w:t>
      </w:r>
      <w:r w:rsidRPr="00B7305F">
        <w:rPr>
          <w:color w:val="000000" w:themeColor="text1"/>
          <w:lang w:val="uk-UA"/>
        </w:rPr>
        <w:t xml:space="preserve"> </w:t>
      </w:r>
      <w:r w:rsidR="00E3536F" w:rsidRPr="00B7305F">
        <w:rPr>
          <w:color w:val="000000" w:themeColor="text1"/>
          <w:lang w:val="uk-UA"/>
        </w:rPr>
        <w:t>нової</w:t>
      </w:r>
      <w:r w:rsidRPr="00B7305F">
        <w:rPr>
          <w:color w:val="000000" w:themeColor="text1"/>
          <w:lang w:val="uk-UA"/>
        </w:rPr>
        <w:t xml:space="preserve"> </w:t>
      </w:r>
      <w:r w:rsidR="00E3536F" w:rsidRPr="00B7305F">
        <w:rPr>
          <w:color w:val="000000" w:themeColor="text1"/>
          <w:lang w:val="uk-UA"/>
        </w:rPr>
        <w:t>глибини</w:t>
      </w:r>
      <w:r w:rsidRPr="00B7305F">
        <w:rPr>
          <w:color w:val="000000" w:themeColor="text1"/>
          <w:lang w:val="uk-UA"/>
        </w:rPr>
        <w:t xml:space="preserve"> </w:t>
      </w:r>
      <w:r w:rsidR="00E3536F" w:rsidRPr="00B7305F">
        <w:rPr>
          <w:color w:val="000000" w:themeColor="text1"/>
          <w:lang w:val="uk-UA"/>
        </w:rPr>
        <w:t>завдяки</w:t>
      </w:r>
      <w:r w:rsidRPr="00B7305F">
        <w:rPr>
          <w:color w:val="000000" w:themeColor="text1"/>
          <w:lang w:val="uk-UA"/>
        </w:rPr>
        <w:t xml:space="preserve"> </w:t>
      </w:r>
      <w:r w:rsidR="00E3536F" w:rsidRPr="00B7305F">
        <w:rPr>
          <w:color w:val="000000" w:themeColor="text1"/>
          <w:lang w:val="uk-UA"/>
        </w:rPr>
        <w:t>системам</w:t>
      </w:r>
      <w:r w:rsidRPr="00B7305F">
        <w:rPr>
          <w:color w:val="000000" w:themeColor="text1"/>
          <w:lang w:val="uk-UA"/>
        </w:rPr>
        <w:t xml:space="preserve"> </w:t>
      </w:r>
      <w:r w:rsidR="00E3536F" w:rsidRPr="00B7305F">
        <w:rPr>
          <w:color w:val="000000" w:themeColor="text1"/>
          <w:lang w:val="uk-UA"/>
        </w:rPr>
        <w:t>К.</w:t>
      </w:r>
      <w:r w:rsidRPr="00B7305F">
        <w:rPr>
          <w:color w:val="000000" w:themeColor="text1"/>
          <w:lang w:val="uk-UA"/>
        </w:rPr>
        <w:t xml:space="preserve"> </w:t>
      </w:r>
      <w:r w:rsidR="00E3536F" w:rsidRPr="00B7305F">
        <w:rPr>
          <w:color w:val="000000" w:themeColor="text1"/>
          <w:lang w:val="uk-UA"/>
        </w:rPr>
        <w:t>Станіславського,</w:t>
      </w:r>
      <w:r w:rsidRPr="00B7305F">
        <w:rPr>
          <w:color w:val="000000" w:themeColor="text1"/>
          <w:lang w:val="uk-UA"/>
        </w:rPr>
        <w:t xml:space="preserve"> </w:t>
      </w:r>
      <w:r w:rsidR="00E3536F" w:rsidRPr="00B7305F">
        <w:rPr>
          <w:color w:val="000000" w:themeColor="text1"/>
          <w:lang w:val="uk-UA"/>
        </w:rPr>
        <w:t>М.</w:t>
      </w:r>
      <w:r w:rsidRPr="00B7305F">
        <w:rPr>
          <w:color w:val="000000" w:themeColor="text1"/>
          <w:lang w:val="uk-UA"/>
        </w:rPr>
        <w:t xml:space="preserve"> </w:t>
      </w:r>
      <w:r w:rsidR="00E3536F" w:rsidRPr="00B7305F">
        <w:rPr>
          <w:color w:val="000000" w:themeColor="text1"/>
          <w:lang w:val="uk-UA"/>
        </w:rPr>
        <w:t>Чехова,</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Мейєрхольда,</w:t>
      </w:r>
      <w:r w:rsidRPr="00B7305F">
        <w:rPr>
          <w:color w:val="000000" w:themeColor="text1"/>
          <w:lang w:val="uk-UA"/>
        </w:rPr>
        <w:t xml:space="preserve"> </w:t>
      </w:r>
      <w:r w:rsidR="00E3536F" w:rsidRPr="00B7305F">
        <w:rPr>
          <w:color w:val="000000" w:themeColor="text1"/>
          <w:lang w:val="uk-UA"/>
        </w:rPr>
        <w:t>Є.</w:t>
      </w:r>
      <w:r w:rsidRPr="00B7305F">
        <w:rPr>
          <w:color w:val="000000" w:themeColor="text1"/>
          <w:lang w:val="uk-UA"/>
        </w:rPr>
        <w:t xml:space="preserve"> </w:t>
      </w:r>
      <w:r w:rsidR="00E3536F" w:rsidRPr="00B7305F">
        <w:rPr>
          <w:color w:val="000000" w:themeColor="text1"/>
          <w:lang w:val="uk-UA"/>
        </w:rPr>
        <w:t>Вахтангова,</w:t>
      </w:r>
      <w:r w:rsidRPr="00B7305F">
        <w:rPr>
          <w:color w:val="000000" w:themeColor="text1"/>
          <w:lang w:val="uk-UA"/>
        </w:rPr>
        <w:t xml:space="preserve"> </w:t>
      </w:r>
      <w:r w:rsidR="00E3536F" w:rsidRPr="00B7305F">
        <w:rPr>
          <w:color w:val="000000" w:themeColor="text1"/>
          <w:lang w:val="uk-UA"/>
        </w:rPr>
        <w:t>Лі</w:t>
      </w:r>
      <w:r w:rsidRPr="00B7305F">
        <w:rPr>
          <w:color w:val="000000" w:themeColor="text1"/>
          <w:lang w:val="uk-UA"/>
        </w:rPr>
        <w:t xml:space="preserve"> </w:t>
      </w:r>
      <w:r w:rsidR="00E3536F" w:rsidRPr="00B7305F">
        <w:rPr>
          <w:color w:val="000000" w:themeColor="text1"/>
          <w:lang w:val="uk-UA"/>
        </w:rPr>
        <w:t>Страсберга,</w:t>
      </w:r>
      <w:r w:rsidRPr="00B7305F">
        <w:rPr>
          <w:color w:val="000000" w:themeColor="text1"/>
          <w:lang w:val="uk-UA"/>
        </w:rPr>
        <w:t xml:space="preserve"> </w:t>
      </w:r>
      <w:r w:rsidR="00E3536F" w:rsidRPr="00B7305F">
        <w:rPr>
          <w:color w:val="000000" w:themeColor="text1"/>
          <w:lang w:val="uk-UA"/>
        </w:rPr>
        <w:t>Санфорда</w:t>
      </w:r>
      <w:r w:rsidRPr="00B7305F">
        <w:rPr>
          <w:color w:val="000000" w:themeColor="text1"/>
          <w:lang w:val="uk-UA"/>
        </w:rPr>
        <w:t xml:space="preserve"> </w:t>
      </w:r>
      <w:r w:rsidR="00E3536F" w:rsidRPr="00B7305F">
        <w:rPr>
          <w:color w:val="000000" w:themeColor="text1"/>
          <w:lang w:val="uk-UA"/>
        </w:rPr>
        <w:t>Майснера</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багатьох</w:t>
      </w:r>
      <w:r w:rsidRPr="00B7305F">
        <w:rPr>
          <w:color w:val="000000" w:themeColor="text1"/>
          <w:lang w:val="uk-UA"/>
        </w:rPr>
        <w:t xml:space="preserve"> </w:t>
      </w:r>
      <w:r w:rsidR="00E3536F" w:rsidRPr="00B7305F">
        <w:rPr>
          <w:color w:val="000000" w:themeColor="text1"/>
          <w:lang w:val="uk-UA"/>
        </w:rPr>
        <w:t>інших</w:t>
      </w:r>
      <w:r w:rsidRPr="00B7305F">
        <w:rPr>
          <w:color w:val="000000" w:themeColor="text1"/>
          <w:lang w:val="uk-UA"/>
        </w:rPr>
        <w:t xml:space="preserve"> </w:t>
      </w:r>
      <w:r w:rsidR="00E3536F" w:rsidRPr="00B7305F">
        <w:rPr>
          <w:color w:val="000000" w:themeColor="text1"/>
          <w:lang w:val="uk-UA"/>
        </w:rPr>
        <w:t>реформаторів.</w:t>
      </w:r>
      <w:r w:rsidRPr="00B7305F">
        <w:rPr>
          <w:color w:val="000000" w:themeColor="text1"/>
          <w:lang w:val="uk-UA"/>
        </w:rPr>
        <w:t xml:space="preserve"> </w:t>
      </w:r>
      <w:r w:rsidR="00E3536F" w:rsidRPr="00B7305F">
        <w:rPr>
          <w:color w:val="000000" w:themeColor="text1"/>
          <w:lang w:val="uk-UA"/>
        </w:rPr>
        <w:t>Власне,</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цей</w:t>
      </w:r>
      <w:r w:rsidRPr="00B7305F">
        <w:rPr>
          <w:color w:val="000000" w:themeColor="text1"/>
          <w:lang w:val="uk-UA"/>
        </w:rPr>
        <w:t xml:space="preserve"> </w:t>
      </w:r>
      <w:r w:rsidR="00E3536F" w:rsidRPr="00B7305F">
        <w:rPr>
          <w:color w:val="000000" w:themeColor="text1"/>
          <w:lang w:val="uk-UA"/>
        </w:rPr>
        <w:t>час</w:t>
      </w:r>
      <w:r w:rsidRPr="00B7305F">
        <w:rPr>
          <w:color w:val="000000" w:themeColor="text1"/>
          <w:lang w:val="uk-UA"/>
        </w:rPr>
        <w:t xml:space="preserve"> </w:t>
      </w:r>
      <w:r w:rsidR="00E3536F" w:rsidRPr="00B7305F">
        <w:rPr>
          <w:color w:val="000000" w:themeColor="text1"/>
          <w:lang w:val="uk-UA"/>
        </w:rPr>
        <w:t>формується</w:t>
      </w:r>
      <w:r w:rsidRPr="00B7305F">
        <w:rPr>
          <w:color w:val="000000" w:themeColor="text1"/>
          <w:lang w:val="uk-UA"/>
        </w:rPr>
        <w:t xml:space="preserve"> </w:t>
      </w:r>
      <w:r w:rsidR="00E3536F" w:rsidRPr="00B7305F">
        <w:rPr>
          <w:color w:val="000000" w:themeColor="text1"/>
          <w:lang w:val="uk-UA"/>
        </w:rPr>
        <w:t>поняття</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методології</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цілісної</w:t>
      </w:r>
      <w:r w:rsidRPr="00B7305F">
        <w:rPr>
          <w:color w:val="000000" w:themeColor="text1"/>
          <w:lang w:val="uk-UA"/>
        </w:rPr>
        <w:t xml:space="preserve"> </w:t>
      </w:r>
      <w:r w:rsidR="00E3536F" w:rsidRPr="00B7305F">
        <w:rPr>
          <w:color w:val="000000" w:themeColor="text1"/>
          <w:lang w:val="uk-UA"/>
        </w:rPr>
        <w:t>системи</w:t>
      </w:r>
      <w:r w:rsidRPr="00B7305F">
        <w:rPr>
          <w:color w:val="000000" w:themeColor="text1"/>
          <w:lang w:val="uk-UA"/>
        </w:rPr>
        <w:t xml:space="preserve"> </w:t>
      </w:r>
      <w:r w:rsidR="00E3536F" w:rsidRPr="00B7305F">
        <w:rPr>
          <w:color w:val="000000" w:themeColor="text1"/>
          <w:lang w:val="uk-UA"/>
        </w:rPr>
        <w:t>принципів,</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визначають</w:t>
      </w:r>
      <w:r w:rsidRPr="00B7305F">
        <w:rPr>
          <w:color w:val="000000" w:themeColor="text1"/>
          <w:lang w:val="uk-UA"/>
        </w:rPr>
        <w:t xml:space="preserve"> </w:t>
      </w:r>
      <w:r w:rsidR="00E3536F" w:rsidRPr="00B7305F">
        <w:rPr>
          <w:color w:val="000000" w:themeColor="text1"/>
          <w:lang w:val="uk-UA"/>
        </w:rPr>
        <w:t>спосіб</w:t>
      </w:r>
      <w:r w:rsidRPr="00B7305F">
        <w:rPr>
          <w:color w:val="000000" w:themeColor="text1"/>
          <w:lang w:val="uk-UA"/>
        </w:rPr>
        <w:t xml:space="preserve"> </w:t>
      </w:r>
      <w:r w:rsidR="00E3536F" w:rsidRPr="00B7305F">
        <w:rPr>
          <w:color w:val="000000" w:themeColor="text1"/>
          <w:lang w:val="uk-UA"/>
        </w:rPr>
        <w:t>входження</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роль,</w:t>
      </w:r>
      <w:r w:rsidRPr="00B7305F">
        <w:rPr>
          <w:color w:val="000000" w:themeColor="text1"/>
          <w:lang w:val="uk-UA"/>
        </w:rPr>
        <w:t xml:space="preserve"> </w:t>
      </w:r>
      <w:r w:rsidR="00E3536F" w:rsidRPr="00B7305F">
        <w:rPr>
          <w:color w:val="000000" w:themeColor="text1"/>
          <w:lang w:val="uk-UA"/>
        </w:rPr>
        <w:t>створення</w:t>
      </w:r>
      <w:r w:rsidRPr="00B7305F">
        <w:rPr>
          <w:color w:val="000000" w:themeColor="text1"/>
          <w:lang w:val="uk-UA"/>
        </w:rPr>
        <w:t xml:space="preserve"> </w:t>
      </w:r>
      <w:r w:rsidR="00E3536F" w:rsidRPr="00B7305F">
        <w:rPr>
          <w:color w:val="000000" w:themeColor="text1"/>
          <w:lang w:val="uk-UA"/>
        </w:rPr>
        <w:t>образу</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органічного</w:t>
      </w:r>
      <w:r w:rsidRPr="00B7305F">
        <w:rPr>
          <w:color w:val="000000" w:themeColor="text1"/>
          <w:lang w:val="uk-UA"/>
        </w:rPr>
        <w:t xml:space="preserve"> </w:t>
      </w:r>
      <w:r w:rsidR="00E3536F" w:rsidRPr="00B7305F">
        <w:rPr>
          <w:color w:val="000000" w:themeColor="text1"/>
          <w:lang w:val="uk-UA"/>
        </w:rPr>
        <w:t>існування</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сценічному</w:t>
      </w:r>
      <w:r w:rsidRPr="00B7305F">
        <w:rPr>
          <w:color w:val="000000" w:themeColor="text1"/>
          <w:lang w:val="uk-UA"/>
        </w:rPr>
        <w:t xml:space="preserve"> </w:t>
      </w:r>
      <w:r w:rsidR="00E3536F" w:rsidRPr="00B7305F">
        <w:rPr>
          <w:color w:val="000000" w:themeColor="text1"/>
          <w:lang w:val="uk-UA"/>
        </w:rPr>
        <w:t>чи</w:t>
      </w:r>
      <w:r w:rsidRPr="00B7305F">
        <w:rPr>
          <w:color w:val="000000" w:themeColor="text1"/>
          <w:lang w:val="uk-UA"/>
        </w:rPr>
        <w:t xml:space="preserve"> </w:t>
      </w:r>
      <w:r w:rsidR="00E3536F" w:rsidRPr="00B7305F">
        <w:rPr>
          <w:color w:val="000000" w:themeColor="text1"/>
          <w:lang w:val="uk-UA"/>
        </w:rPr>
        <w:t>екранному</w:t>
      </w:r>
      <w:r w:rsidRPr="00B7305F">
        <w:rPr>
          <w:color w:val="000000" w:themeColor="text1"/>
          <w:lang w:val="uk-UA"/>
        </w:rPr>
        <w:t xml:space="preserve"> </w:t>
      </w:r>
      <w:r w:rsidR="00E3536F" w:rsidRPr="00B7305F">
        <w:rPr>
          <w:color w:val="000000" w:themeColor="text1"/>
          <w:lang w:val="uk-UA"/>
        </w:rPr>
        <w:t>середовищі.</w:t>
      </w:r>
      <w:r w:rsidRPr="00B7305F">
        <w:rPr>
          <w:color w:val="000000" w:themeColor="text1"/>
          <w:lang w:val="uk-UA"/>
        </w:rPr>
        <w:t xml:space="preserve"> </w:t>
      </w:r>
      <w:r w:rsidR="00E3536F" w:rsidRPr="00B7305F">
        <w:rPr>
          <w:color w:val="000000" w:themeColor="text1"/>
          <w:lang w:val="uk-UA"/>
        </w:rPr>
        <w:t>Кінематограф</w:t>
      </w:r>
      <w:r w:rsidRPr="00B7305F">
        <w:rPr>
          <w:color w:val="000000" w:themeColor="text1"/>
          <w:lang w:val="uk-UA"/>
        </w:rPr>
        <w:t xml:space="preserve"> </w:t>
      </w:r>
      <w:r w:rsidR="00E3536F" w:rsidRPr="00B7305F">
        <w:rPr>
          <w:color w:val="000000" w:themeColor="text1"/>
          <w:lang w:val="uk-UA"/>
        </w:rPr>
        <w:t>активно</w:t>
      </w:r>
      <w:r w:rsidRPr="00B7305F">
        <w:rPr>
          <w:color w:val="000000" w:themeColor="text1"/>
          <w:lang w:val="uk-UA"/>
        </w:rPr>
        <w:t xml:space="preserve"> </w:t>
      </w:r>
      <w:r w:rsidR="00E3536F" w:rsidRPr="00B7305F">
        <w:rPr>
          <w:color w:val="000000" w:themeColor="text1"/>
          <w:lang w:val="uk-UA"/>
        </w:rPr>
        <w:t>переймає</w:t>
      </w:r>
      <w:r w:rsidRPr="00B7305F">
        <w:rPr>
          <w:color w:val="000000" w:themeColor="text1"/>
          <w:lang w:val="uk-UA"/>
        </w:rPr>
        <w:t xml:space="preserve"> </w:t>
      </w:r>
      <w:r w:rsidR="00E3536F" w:rsidRPr="00B7305F">
        <w:rPr>
          <w:color w:val="000000" w:themeColor="text1"/>
          <w:lang w:val="uk-UA"/>
        </w:rPr>
        <w:t>ці</w:t>
      </w:r>
      <w:r w:rsidRPr="00B7305F">
        <w:rPr>
          <w:color w:val="000000" w:themeColor="text1"/>
          <w:lang w:val="uk-UA"/>
        </w:rPr>
        <w:t xml:space="preserve"> </w:t>
      </w:r>
      <w:r w:rsidR="00E3536F" w:rsidRPr="00B7305F">
        <w:rPr>
          <w:color w:val="000000" w:themeColor="text1"/>
          <w:lang w:val="uk-UA"/>
        </w:rPr>
        <w:t>підходи,</w:t>
      </w:r>
      <w:r w:rsidRPr="00B7305F">
        <w:rPr>
          <w:color w:val="000000" w:themeColor="text1"/>
          <w:lang w:val="uk-UA"/>
        </w:rPr>
        <w:t xml:space="preserve"> </w:t>
      </w:r>
      <w:r w:rsidR="00E3536F" w:rsidRPr="00B7305F">
        <w:rPr>
          <w:color w:val="000000" w:themeColor="text1"/>
          <w:lang w:val="uk-UA"/>
        </w:rPr>
        <w:t>трансформує</w:t>
      </w:r>
      <w:r w:rsidRPr="00B7305F">
        <w:rPr>
          <w:color w:val="000000" w:themeColor="text1"/>
          <w:lang w:val="uk-UA"/>
        </w:rPr>
        <w:t xml:space="preserve"> </w:t>
      </w:r>
      <w:r w:rsidR="00E3536F" w:rsidRPr="00B7305F">
        <w:rPr>
          <w:color w:val="000000" w:themeColor="text1"/>
          <w:lang w:val="uk-UA"/>
        </w:rPr>
        <w:t>їх</w:t>
      </w:r>
      <w:r w:rsidRPr="00B7305F">
        <w:rPr>
          <w:color w:val="000000" w:themeColor="text1"/>
          <w:lang w:val="uk-UA"/>
        </w:rPr>
        <w:t xml:space="preserve"> </w:t>
      </w:r>
      <w:r w:rsidR="00E3536F" w:rsidRPr="00B7305F">
        <w:rPr>
          <w:color w:val="000000" w:themeColor="text1"/>
          <w:lang w:val="uk-UA"/>
        </w:rPr>
        <w:t>відповідно</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вимог</w:t>
      </w:r>
      <w:r w:rsidRPr="00B7305F">
        <w:rPr>
          <w:color w:val="000000" w:themeColor="text1"/>
          <w:lang w:val="uk-UA"/>
        </w:rPr>
        <w:t xml:space="preserve"> </w:t>
      </w:r>
      <w:r w:rsidR="00E3536F" w:rsidRPr="00B7305F">
        <w:rPr>
          <w:color w:val="000000" w:themeColor="text1"/>
          <w:lang w:val="uk-UA"/>
        </w:rPr>
        <w:t>медіа,</w:t>
      </w:r>
      <w:r w:rsidRPr="00B7305F">
        <w:rPr>
          <w:color w:val="000000" w:themeColor="text1"/>
          <w:lang w:val="uk-UA"/>
        </w:rPr>
        <w:t xml:space="preserve"> </w:t>
      </w:r>
      <w:r w:rsidR="00E3536F" w:rsidRPr="00B7305F">
        <w:rPr>
          <w:color w:val="000000" w:themeColor="text1"/>
          <w:lang w:val="uk-UA"/>
        </w:rPr>
        <w:t>створюючи</w:t>
      </w:r>
      <w:r w:rsidRPr="00B7305F">
        <w:rPr>
          <w:color w:val="000000" w:themeColor="text1"/>
          <w:lang w:val="uk-UA"/>
        </w:rPr>
        <w:t xml:space="preserve"> </w:t>
      </w:r>
      <w:r w:rsidR="00E3536F" w:rsidRPr="00B7305F">
        <w:rPr>
          <w:color w:val="000000" w:themeColor="text1"/>
          <w:lang w:val="uk-UA"/>
        </w:rPr>
        <w:t>нові</w:t>
      </w:r>
      <w:r w:rsidRPr="00B7305F">
        <w:rPr>
          <w:color w:val="000000" w:themeColor="text1"/>
          <w:lang w:val="uk-UA"/>
        </w:rPr>
        <w:t xml:space="preserve"> </w:t>
      </w:r>
      <w:r w:rsidR="00E3536F" w:rsidRPr="00B7305F">
        <w:rPr>
          <w:color w:val="000000" w:themeColor="text1"/>
          <w:lang w:val="uk-UA"/>
        </w:rPr>
        <w:t>форми</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присутності:</w:t>
      </w:r>
      <w:r w:rsidRPr="00B7305F">
        <w:rPr>
          <w:color w:val="000000" w:themeColor="text1"/>
          <w:lang w:val="uk-UA"/>
        </w:rPr>
        <w:t xml:space="preserve"> </w:t>
      </w:r>
      <w:r w:rsidR="00E3536F" w:rsidRPr="00B7305F">
        <w:rPr>
          <w:color w:val="000000" w:themeColor="text1"/>
          <w:lang w:val="uk-UA"/>
        </w:rPr>
        <w:t>камерну,</w:t>
      </w:r>
      <w:r w:rsidRPr="00B7305F">
        <w:rPr>
          <w:color w:val="000000" w:themeColor="text1"/>
          <w:lang w:val="uk-UA"/>
        </w:rPr>
        <w:t xml:space="preserve"> </w:t>
      </w:r>
      <w:r w:rsidR="00E3536F" w:rsidRPr="00B7305F">
        <w:rPr>
          <w:color w:val="000000" w:themeColor="text1"/>
          <w:lang w:val="uk-UA"/>
        </w:rPr>
        <w:t>інтимну,</w:t>
      </w:r>
      <w:r w:rsidRPr="00B7305F">
        <w:rPr>
          <w:color w:val="000000" w:themeColor="text1"/>
          <w:lang w:val="uk-UA"/>
        </w:rPr>
        <w:t xml:space="preserve"> </w:t>
      </w:r>
      <w:r w:rsidR="00E3536F" w:rsidRPr="00B7305F">
        <w:rPr>
          <w:color w:val="000000" w:themeColor="text1"/>
          <w:lang w:val="uk-UA"/>
        </w:rPr>
        <w:t>детальну.</w:t>
      </w:r>
    </w:p>
    <w:p w14:paraId="3C76CACC" w14:textId="50B03FF4"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Поширення</w:t>
      </w:r>
      <w:r w:rsidRPr="00B7305F">
        <w:rPr>
          <w:color w:val="000000" w:themeColor="text1"/>
          <w:lang w:val="uk-UA"/>
        </w:rPr>
        <w:t xml:space="preserve"> </w:t>
      </w:r>
      <w:r w:rsidR="00E3536F" w:rsidRPr="00B7305F">
        <w:rPr>
          <w:color w:val="000000" w:themeColor="text1"/>
          <w:lang w:val="uk-UA"/>
        </w:rPr>
        <w:t>цифрових</w:t>
      </w:r>
      <w:r w:rsidRPr="00B7305F">
        <w:rPr>
          <w:color w:val="000000" w:themeColor="text1"/>
          <w:lang w:val="uk-UA"/>
        </w:rPr>
        <w:t xml:space="preserve"> </w:t>
      </w:r>
      <w:r w:rsidR="00E3536F" w:rsidRPr="00B7305F">
        <w:rPr>
          <w:color w:val="000000" w:themeColor="text1"/>
          <w:lang w:val="uk-UA"/>
        </w:rPr>
        <w:t>технологій</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motion</w:t>
      </w:r>
      <w:r w:rsidRPr="00B7305F">
        <w:rPr>
          <w:color w:val="000000" w:themeColor="text1"/>
          <w:lang w:val="uk-UA"/>
        </w:rPr>
        <w:t xml:space="preserve"> </w:t>
      </w:r>
      <w:r w:rsidR="00E3536F" w:rsidRPr="00B7305F">
        <w:rPr>
          <w:color w:val="000000" w:themeColor="text1"/>
          <w:lang w:val="uk-UA"/>
        </w:rPr>
        <w:t>capture</w:t>
      </w:r>
      <w:r w:rsidRPr="00B7305F">
        <w:rPr>
          <w:color w:val="000000" w:themeColor="text1"/>
          <w:lang w:val="uk-UA"/>
        </w:rPr>
        <w:t xml:space="preserve"> </w:t>
      </w:r>
      <w:r w:rsidR="004B0283" w:rsidRPr="00380B63">
        <w:rPr>
          <w:lang w:val="uk-UA"/>
        </w:rPr>
        <w:t>(</w:t>
      </w:r>
      <w:r w:rsidR="008005EB">
        <w:rPr>
          <w:lang w:val="uk-UA"/>
        </w:rPr>
        <w:t>«</w:t>
      </w:r>
      <w:r w:rsidR="00380B63" w:rsidRPr="00380B63">
        <w:rPr>
          <w:lang w:val="uk-UA"/>
        </w:rPr>
        <w:t>захоплення руху</w:t>
      </w:r>
      <w:r w:rsidR="008005EB">
        <w:rPr>
          <w:lang w:val="uk-UA"/>
        </w:rPr>
        <w:t>»</w:t>
      </w:r>
      <w:r w:rsidR="004B0283" w:rsidRPr="00380B63">
        <w:rPr>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XXI</w:t>
      </w:r>
      <w:r w:rsidRPr="00B7305F">
        <w:rPr>
          <w:color w:val="000000" w:themeColor="text1"/>
          <w:lang w:val="uk-UA"/>
        </w:rPr>
        <w:t xml:space="preserve"> </w:t>
      </w:r>
      <w:r w:rsidR="00E3536F" w:rsidRPr="00B7305F">
        <w:rPr>
          <w:color w:val="000000" w:themeColor="text1"/>
          <w:lang w:val="uk-UA"/>
        </w:rPr>
        <w:t>столітті</w:t>
      </w:r>
      <w:r w:rsidRPr="00B7305F">
        <w:rPr>
          <w:color w:val="000000" w:themeColor="text1"/>
          <w:lang w:val="uk-UA"/>
        </w:rPr>
        <w:t xml:space="preserve"> </w:t>
      </w:r>
      <w:r w:rsidR="00E3536F" w:rsidRPr="00B7305F">
        <w:rPr>
          <w:color w:val="000000" w:themeColor="text1"/>
          <w:lang w:val="uk-UA"/>
        </w:rPr>
        <w:t>знову</w:t>
      </w:r>
      <w:r w:rsidRPr="00B7305F">
        <w:rPr>
          <w:color w:val="000000" w:themeColor="text1"/>
          <w:lang w:val="uk-UA"/>
        </w:rPr>
        <w:t xml:space="preserve"> </w:t>
      </w:r>
      <w:r w:rsidR="00E3536F" w:rsidRPr="00B7305F">
        <w:rPr>
          <w:color w:val="000000" w:themeColor="text1"/>
          <w:lang w:val="uk-UA"/>
        </w:rPr>
        <w:t>розширює</w:t>
      </w:r>
      <w:r w:rsidRPr="00B7305F">
        <w:rPr>
          <w:color w:val="000000" w:themeColor="text1"/>
          <w:lang w:val="uk-UA"/>
        </w:rPr>
        <w:t xml:space="preserve"> </w:t>
      </w:r>
      <w:r w:rsidR="00E3536F" w:rsidRPr="00B7305F">
        <w:rPr>
          <w:color w:val="000000" w:themeColor="text1"/>
          <w:lang w:val="uk-UA"/>
        </w:rPr>
        <w:t>межі</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Тепер</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має</w:t>
      </w:r>
      <w:r w:rsidRPr="00B7305F">
        <w:rPr>
          <w:color w:val="000000" w:themeColor="text1"/>
          <w:lang w:val="uk-UA"/>
        </w:rPr>
        <w:t xml:space="preserve"> </w:t>
      </w:r>
      <w:r w:rsidR="00E3536F" w:rsidRPr="00B7305F">
        <w:rPr>
          <w:color w:val="000000" w:themeColor="text1"/>
          <w:lang w:val="uk-UA"/>
        </w:rPr>
        <w:t>працювати</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лише</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тілом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голосом,</w:t>
      </w:r>
      <w:r w:rsidRPr="00B7305F">
        <w:rPr>
          <w:color w:val="000000" w:themeColor="text1"/>
          <w:lang w:val="uk-UA"/>
        </w:rPr>
        <w:t xml:space="preserve"> </w:t>
      </w:r>
      <w:r w:rsidR="00E3536F" w:rsidRPr="00B7305F">
        <w:rPr>
          <w:color w:val="000000" w:themeColor="text1"/>
          <w:lang w:val="uk-UA"/>
        </w:rPr>
        <w:t>але</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«цифровим</w:t>
      </w:r>
      <w:r w:rsidRPr="00B7305F">
        <w:rPr>
          <w:color w:val="000000" w:themeColor="text1"/>
          <w:lang w:val="uk-UA"/>
        </w:rPr>
        <w:t xml:space="preserve"> </w:t>
      </w:r>
      <w:r w:rsidR="00E3536F" w:rsidRPr="00B7305F">
        <w:rPr>
          <w:color w:val="000000" w:themeColor="text1"/>
          <w:lang w:val="uk-UA"/>
        </w:rPr>
        <w:t>тілом</w:t>
      </w:r>
      <w:r w:rsidR="004B0283" w:rsidRPr="004B0283">
        <w:rPr>
          <w:color w:val="000000" w:themeColor="text1"/>
          <w:lang w:val="ru-RU"/>
        </w:rPr>
        <w:t xml:space="preserve"> </w:t>
      </w:r>
      <w:r w:rsidR="004B0283" w:rsidRPr="00380B63">
        <w:rPr>
          <w:lang w:val="ru-RU"/>
        </w:rPr>
        <w:t>[</w:t>
      </w:r>
      <w:r w:rsidR="00380B63" w:rsidRPr="00380B63">
        <w:rPr>
          <w:lang w:val="ru-RU"/>
        </w:rPr>
        <w:t>36</w:t>
      </w:r>
      <w:r w:rsidR="004B0283" w:rsidRPr="00380B63">
        <w:rPr>
          <w:lang w:val="ru-RU"/>
        </w:rPr>
        <w:t xml:space="preserve">, </w:t>
      </w:r>
      <w:r w:rsidR="004B0283" w:rsidRPr="00380B63">
        <w:t>c</w:t>
      </w:r>
      <w:r w:rsidR="004B0283" w:rsidRPr="00380B63">
        <w:rPr>
          <w:lang w:val="ru-RU"/>
        </w:rPr>
        <w:t>.</w:t>
      </w:r>
      <w:r w:rsidR="00380B63" w:rsidRPr="00380B63">
        <w:rPr>
          <w:lang w:val="ru-RU"/>
        </w:rPr>
        <w:t>184</w:t>
      </w:r>
      <w:r w:rsidR="004B0283" w:rsidRPr="00380B63">
        <w:rPr>
          <w:lang w:val="ru-RU"/>
        </w:rPr>
        <w:t>]</w:t>
      </w:r>
      <w:r w:rsidR="00E3536F" w:rsidRPr="00380B63">
        <w:rPr>
          <w:lang w:val="uk-UA"/>
        </w:rPr>
        <w:t>»</w:t>
      </w:r>
      <w:r w:rsidRPr="00380B63">
        <w:rPr>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системою</w:t>
      </w:r>
      <w:r w:rsidRPr="00B7305F">
        <w:rPr>
          <w:color w:val="000000" w:themeColor="text1"/>
          <w:lang w:val="uk-UA"/>
        </w:rPr>
        <w:t xml:space="preserve"> </w:t>
      </w:r>
      <w:r w:rsidR="00E3536F" w:rsidRPr="00B7305F">
        <w:rPr>
          <w:color w:val="000000" w:themeColor="text1"/>
          <w:lang w:val="uk-UA"/>
        </w:rPr>
        <w:t>захоплення</w:t>
      </w:r>
      <w:r w:rsidRPr="00B7305F">
        <w:rPr>
          <w:color w:val="000000" w:themeColor="text1"/>
          <w:lang w:val="uk-UA"/>
        </w:rPr>
        <w:t xml:space="preserve"> </w:t>
      </w:r>
      <w:r w:rsidR="00E3536F" w:rsidRPr="00B7305F">
        <w:rPr>
          <w:color w:val="000000" w:themeColor="text1"/>
          <w:lang w:val="uk-UA"/>
        </w:rPr>
        <w:t>руху,</w:t>
      </w:r>
      <w:r w:rsidRPr="00B7305F">
        <w:rPr>
          <w:color w:val="000000" w:themeColor="text1"/>
          <w:lang w:val="uk-UA"/>
        </w:rPr>
        <w:t xml:space="preserve"> </w:t>
      </w:r>
      <w:r w:rsidR="00E3536F" w:rsidRPr="00B7305F">
        <w:rPr>
          <w:color w:val="000000" w:themeColor="text1"/>
          <w:lang w:val="uk-UA"/>
        </w:rPr>
        <w:t>віртуальним</w:t>
      </w:r>
      <w:r w:rsidRPr="00B7305F">
        <w:rPr>
          <w:color w:val="000000" w:themeColor="text1"/>
          <w:lang w:val="uk-UA"/>
        </w:rPr>
        <w:t xml:space="preserve"> </w:t>
      </w:r>
      <w:r w:rsidR="00E3536F" w:rsidRPr="00B7305F">
        <w:rPr>
          <w:color w:val="000000" w:themeColor="text1"/>
          <w:lang w:val="uk-UA"/>
        </w:rPr>
        <w:t>простором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цифровими</w:t>
      </w:r>
      <w:r w:rsidRPr="00B7305F">
        <w:rPr>
          <w:color w:val="000000" w:themeColor="text1"/>
          <w:lang w:val="uk-UA"/>
        </w:rPr>
        <w:t xml:space="preserve"> </w:t>
      </w:r>
      <w:r w:rsidR="00E3536F" w:rsidRPr="00B7305F">
        <w:rPr>
          <w:color w:val="000000" w:themeColor="text1"/>
          <w:lang w:val="uk-UA"/>
        </w:rPr>
        <w:t>персонажами.</w:t>
      </w:r>
      <w:r w:rsidRPr="00B7305F">
        <w:rPr>
          <w:color w:val="000000" w:themeColor="text1"/>
          <w:lang w:val="uk-UA"/>
        </w:rPr>
        <w:t xml:space="preserve"> </w:t>
      </w:r>
      <w:r w:rsidR="00E3536F" w:rsidRPr="00B7305F">
        <w:rPr>
          <w:color w:val="000000" w:themeColor="text1"/>
          <w:lang w:val="uk-UA"/>
        </w:rPr>
        <w:t>Попри</w:t>
      </w:r>
      <w:r w:rsidRPr="00B7305F">
        <w:rPr>
          <w:color w:val="000000" w:themeColor="text1"/>
          <w:lang w:val="uk-UA"/>
        </w:rPr>
        <w:t xml:space="preserve"> </w:t>
      </w:r>
      <w:r w:rsidR="00E3536F" w:rsidRPr="00B7305F">
        <w:rPr>
          <w:color w:val="000000" w:themeColor="text1"/>
          <w:lang w:val="uk-UA"/>
        </w:rPr>
        <w:t>технічні</w:t>
      </w:r>
      <w:r w:rsidRPr="00B7305F">
        <w:rPr>
          <w:color w:val="000000" w:themeColor="text1"/>
          <w:lang w:val="uk-UA"/>
        </w:rPr>
        <w:t xml:space="preserve"> </w:t>
      </w:r>
      <w:r w:rsidR="00E3536F" w:rsidRPr="00B7305F">
        <w:rPr>
          <w:color w:val="000000" w:themeColor="text1"/>
          <w:lang w:val="uk-UA"/>
        </w:rPr>
        <w:t>зміни,</w:t>
      </w:r>
      <w:r w:rsidRPr="00B7305F">
        <w:rPr>
          <w:color w:val="000000" w:themeColor="text1"/>
          <w:lang w:val="uk-UA"/>
        </w:rPr>
        <w:t xml:space="preserve"> </w:t>
      </w:r>
      <w:r w:rsidR="00E3536F" w:rsidRPr="00B7305F">
        <w:rPr>
          <w:color w:val="000000" w:themeColor="text1"/>
          <w:lang w:val="uk-UA"/>
        </w:rPr>
        <w:t>сутність</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професії</w:t>
      </w:r>
      <w:r w:rsidRPr="00B7305F">
        <w:rPr>
          <w:color w:val="000000" w:themeColor="text1"/>
          <w:lang w:val="uk-UA"/>
        </w:rPr>
        <w:t xml:space="preserve"> </w:t>
      </w:r>
      <w:r w:rsidR="00E3536F" w:rsidRPr="00B7305F">
        <w:rPr>
          <w:color w:val="000000" w:themeColor="text1"/>
          <w:lang w:val="uk-UA"/>
        </w:rPr>
        <w:t>залишається</w:t>
      </w:r>
      <w:r w:rsidRPr="00B7305F">
        <w:rPr>
          <w:color w:val="000000" w:themeColor="text1"/>
          <w:lang w:val="uk-UA"/>
        </w:rPr>
        <w:t xml:space="preserve"> </w:t>
      </w:r>
      <w:r w:rsidR="00E3536F" w:rsidRPr="00B7305F">
        <w:rPr>
          <w:color w:val="000000" w:themeColor="text1"/>
          <w:lang w:val="uk-UA"/>
        </w:rPr>
        <w:t>незмінною:</w:t>
      </w:r>
      <w:r w:rsidRPr="00B7305F">
        <w:rPr>
          <w:color w:val="000000" w:themeColor="text1"/>
          <w:lang w:val="uk-UA"/>
        </w:rPr>
        <w:t xml:space="preserve"> </w:t>
      </w:r>
      <w:r w:rsidR="00E3536F" w:rsidRPr="00B7305F">
        <w:rPr>
          <w:color w:val="000000" w:themeColor="text1"/>
          <w:lang w:val="uk-UA"/>
        </w:rPr>
        <w:t>створення</w:t>
      </w:r>
      <w:r w:rsidRPr="00B7305F">
        <w:rPr>
          <w:color w:val="000000" w:themeColor="text1"/>
          <w:lang w:val="uk-UA"/>
        </w:rPr>
        <w:t xml:space="preserve"> </w:t>
      </w:r>
      <w:r w:rsidR="00E3536F" w:rsidRPr="00B7305F">
        <w:rPr>
          <w:color w:val="000000" w:themeColor="text1"/>
          <w:lang w:val="uk-UA"/>
        </w:rPr>
        <w:t>живого</w:t>
      </w:r>
      <w:r w:rsidRPr="00B7305F">
        <w:rPr>
          <w:color w:val="000000" w:themeColor="text1"/>
          <w:lang w:val="uk-UA"/>
        </w:rPr>
        <w:t xml:space="preserve"> </w:t>
      </w:r>
      <w:r w:rsidR="00E3536F" w:rsidRPr="00B7305F">
        <w:rPr>
          <w:color w:val="000000" w:themeColor="text1"/>
          <w:lang w:val="uk-UA"/>
        </w:rPr>
        <w:t>переживання,</w:t>
      </w:r>
      <w:r w:rsidRPr="00B7305F">
        <w:rPr>
          <w:color w:val="000000" w:themeColor="text1"/>
          <w:lang w:val="uk-UA"/>
        </w:rPr>
        <w:t xml:space="preserve"> </w:t>
      </w:r>
      <w:r w:rsidR="00E3536F" w:rsidRPr="00B7305F">
        <w:rPr>
          <w:color w:val="000000" w:themeColor="text1"/>
          <w:lang w:val="uk-UA"/>
        </w:rPr>
        <w:t>яке</w:t>
      </w:r>
      <w:r w:rsidRPr="00B7305F">
        <w:rPr>
          <w:color w:val="000000" w:themeColor="text1"/>
          <w:lang w:val="uk-UA"/>
        </w:rPr>
        <w:t xml:space="preserve"> </w:t>
      </w:r>
      <w:r w:rsidR="00E3536F" w:rsidRPr="00B7305F">
        <w:rPr>
          <w:color w:val="000000" w:themeColor="text1"/>
          <w:lang w:val="uk-UA"/>
        </w:rPr>
        <w:t>глядач</w:t>
      </w:r>
      <w:r w:rsidRPr="00B7305F">
        <w:rPr>
          <w:color w:val="000000" w:themeColor="text1"/>
          <w:lang w:val="uk-UA"/>
        </w:rPr>
        <w:t xml:space="preserve"> </w:t>
      </w:r>
      <w:r w:rsidR="00E3536F" w:rsidRPr="00B7305F">
        <w:rPr>
          <w:color w:val="000000" w:themeColor="text1"/>
          <w:lang w:val="uk-UA"/>
        </w:rPr>
        <w:t>сприймає</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правду</w:t>
      </w:r>
      <w:r w:rsidRPr="00B7305F">
        <w:rPr>
          <w:color w:val="000000" w:themeColor="text1"/>
          <w:lang w:val="uk-UA"/>
        </w:rPr>
        <w:t xml:space="preserve"> </w:t>
      </w:r>
      <w:r w:rsidR="00E3536F" w:rsidRPr="00B7305F">
        <w:rPr>
          <w:color w:val="000000" w:themeColor="text1"/>
          <w:lang w:val="uk-UA"/>
        </w:rPr>
        <w:t>художнього</w:t>
      </w:r>
      <w:r w:rsidRPr="00B7305F">
        <w:rPr>
          <w:color w:val="000000" w:themeColor="text1"/>
          <w:lang w:val="uk-UA"/>
        </w:rPr>
        <w:t xml:space="preserve"> </w:t>
      </w:r>
      <w:r w:rsidR="00E3536F" w:rsidRPr="00B7305F">
        <w:rPr>
          <w:color w:val="000000" w:themeColor="text1"/>
          <w:lang w:val="uk-UA"/>
        </w:rPr>
        <w:t>світу.</w:t>
      </w:r>
    </w:p>
    <w:p w14:paraId="344ED55E" w14:textId="62B9BE9A"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Таким</w:t>
      </w:r>
      <w:r w:rsidRPr="00B7305F">
        <w:rPr>
          <w:color w:val="000000" w:themeColor="text1"/>
          <w:lang w:val="uk-UA"/>
        </w:rPr>
        <w:t xml:space="preserve"> </w:t>
      </w:r>
      <w:r w:rsidR="00E3536F" w:rsidRPr="00B7305F">
        <w:rPr>
          <w:color w:val="000000" w:themeColor="text1"/>
          <w:lang w:val="uk-UA"/>
        </w:rPr>
        <w:t>чином,</w:t>
      </w:r>
      <w:r w:rsidRPr="00B7305F">
        <w:rPr>
          <w:color w:val="000000" w:themeColor="text1"/>
          <w:lang w:val="uk-UA"/>
        </w:rPr>
        <w:t xml:space="preserve"> </w:t>
      </w:r>
      <w:r w:rsidR="00E3536F" w:rsidRPr="00B7305F">
        <w:rPr>
          <w:color w:val="000000" w:themeColor="text1"/>
          <w:lang w:val="uk-UA"/>
        </w:rPr>
        <w:t>розвиток</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екрана</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це</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лінійний</w:t>
      </w:r>
      <w:r w:rsidRPr="00B7305F">
        <w:rPr>
          <w:color w:val="000000" w:themeColor="text1"/>
          <w:lang w:val="uk-UA"/>
        </w:rPr>
        <w:t xml:space="preserve"> </w:t>
      </w:r>
      <w:r w:rsidR="00E3536F" w:rsidRPr="00B7305F">
        <w:rPr>
          <w:color w:val="000000" w:themeColor="text1"/>
          <w:lang w:val="uk-UA"/>
        </w:rPr>
        <w:t>процес,</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послідовність</w:t>
      </w:r>
      <w:r w:rsidRPr="00B7305F">
        <w:rPr>
          <w:color w:val="000000" w:themeColor="text1"/>
          <w:lang w:val="uk-UA"/>
        </w:rPr>
        <w:t xml:space="preserve"> </w:t>
      </w:r>
      <w:r w:rsidR="00E3536F" w:rsidRPr="00B7305F">
        <w:rPr>
          <w:color w:val="000000" w:themeColor="text1"/>
          <w:lang w:val="uk-UA"/>
        </w:rPr>
        <w:t>адаптацій,</w:t>
      </w:r>
      <w:r w:rsidRPr="00B7305F">
        <w:rPr>
          <w:color w:val="000000" w:themeColor="text1"/>
          <w:lang w:val="uk-UA"/>
        </w:rPr>
        <w:t xml:space="preserve"> </w:t>
      </w:r>
      <w:r w:rsidR="00E3536F" w:rsidRPr="00B7305F">
        <w:rPr>
          <w:color w:val="000000" w:themeColor="text1"/>
          <w:lang w:val="uk-UA"/>
        </w:rPr>
        <w:t>де</w:t>
      </w:r>
      <w:r w:rsidRPr="00B7305F">
        <w:rPr>
          <w:color w:val="000000" w:themeColor="text1"/>
          <w:lang w:val="uk-UA"/>
        </w:rPr>
        <w:t xml:space="preserve"> </w:t>
      </w:r>
      <w:r w:rsidR="00E3536F" w:rsidRPr="00B7305F">
        <w:rPr>
          <w:color w:val="000000" w:themeColor="text1"/>
          <w:lang w:val="uk-UA"/>
        </w:rPr>
        <w:t>кожна</w:t>
      </w:r>
      <w:r w:rsidRPr="00B7305F">
        <w:rPr>
          <w:color w:val="000000" w:themeColor="text1"/>
          <w:lang w:val="uk-UA"/>
        </w:rPr>
        <w:t xml:space="preserve"> </w:t>
      </w:r>
      <w:r w:rsidR="00E3536F" w:rsidRPr="00B7305F">
        <w:rPr>
          <w:color w:val="000000" w:themeColor="text1"/>
          <w:lang w:val="uk-UA"/>
        </w:rPr>
        <w:t>епоха</w:t>
      </w:r>
      <w:r w:rsidRPr="00B7305F">
        <w:rPr>
          <w:color w:val="000000" w:themeColor="text1"/>
          <w:lang w:val="uk-UA"/>
        </w:rPr>
        <w:t xml:space="preserve"> </w:t>
      </w:r>
      <w:r w:rsidR="00E3536F" w:rsidRPr="00B7305F">
        <w:rPr>
          <w:color w:val="000000" w:themeColor="text1"/>
          <w:lang w:val="uk-UA"/>
        </w:rPr>
        <w:t>розширює</w:t>
      </w:r>
      <w:r w:rsidRPr="00B7305F">
        <w:rPr>
          <w:color w:val="000000" w:themeColor="text1"/>
          <w:lang w:val="uk-UA"/>
        </w:rPr>
        <w:t xml:space="preserve"> </w:t>
      </w:r>
      <w:r w:rsidR="00E3536F" w:rsidRPr="00B7305F">
        <w:rPr>
          <w:color w:val="000000" w:themeColor="text1"/>
          <w:lang w:val="uk-UA"/>
        </w:rPr>
        <w:t>межі</w:t>
      </w:r>
      <w:r w:rsidRPr="00B7305F">
        <w:rPr>
          <w:color w:val="000000" w:themeColor="text1"/>
          <w:lang w:val="uk-UA"/>
        </w:rPr>
        <w:t xml:space="preserve"> </w:t>
      </w:r>
      <w:r w:rsidR="00E3536F" w:rsidRPr="00B7305F">
        <w:rPr>
          <w:color w:val="000000" w:themeColor="text1"/>
          <w:lang w:val="uk-UA"/>
        </w:rPr>
        <w:t>виражальних</w:t>
      </w:r>
      <w:r w:rsidRPr="00B7305F">
        <w:rPr>
          <w:color w:val="000000" w:themeColor="text1"/>
          <w:lang w:val="uk-UA"/>
        </w:rPr>
        <w:t xml:space="preserve"> </w:t>
      </w:r>
      <w:r w:rsidR="00E3536F" w:rsidRPr="00B7305F">
        <w:rPr>
          <w:color w:val="000000" w:themeColor="text1"/>
          <w:lang w:val="uk-UA"/>
        </w:rPr>
        <w:t>можливостей</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сформував</w:t>
      </w:r>
      <w:r w:rsidRPr="00B7305F">
        <w:rPr>
          <w:color w:val="000000" w:themeColor="text1"/>
          <w:lang w:val="uk-UA"/>
        </w:rPr>
        <w:t xml:space="preserve"> </w:t>
      </w:r>
      <w:r w:rsidR="00E3536F" w:rsidRPr="00B7305F">
        <w:rPr>
          <w:color w:val="000000" w:themeColor="text1"/>
          <w:lang w:val="uk-UA"/>
        </w:rPr>
        <w:t>фундаментальні</w:t>
      </w:r>
      <w:r w:rsidRPr="00B7305F">
        <w:rPr>
          <w:color w:val="000000" w:themeColor="text1"/>
          <w:lang w:val="uk-UA"/>
        </w:rPr>
        <w:t xml:space="preserve"> </w:t>
      </w:r>
      <w:r w:rsidR="00E3536F" w:rsidRPr="00B7305F">
        <w:rPr>
          <w:color w:val="000000" w:themeColor="text1"/>
          <w:lang w:val="uk-UA"/>
        </w:rPr>
        <w:t>принципи</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кінематограф</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збагатив</w:t>
      </w:r>
      <w:r w:rsidRPr="00B7305F">
        <w:rPr>
          <w:color w:val="000000" w:themeColor="text1"/>
          <w:lang w:val="uk-UA"/>
        </w:rPr>
        <w:t xml:space="preserve"> </w:t>
      </w:r>
      <w:r w:rsidR="00E3536F" w:rsidRPr="00B7305F">
        <w:rPr>
          <w:color w:val="000000" w:themeColor="text1"/>
          <w:lang w:val="uk-UA"/>
        </w:rPr>
        <w:t>їх</w:t>
      </w:r>
      <w:r w:rsidRPr="00B7305F">
        <w:rPr>
          <w:color w:val="000000" w:themeColor="text1"/>
          <w:lang w:val="uk-UA"/>
        </w:rPr>
        <w:t xml:space="preserve"> </w:t>
      </w:r>
      <w:r w:rsidR="00E3536F" w:rsidRPr="00B7305F">
        <w:rPr>
          <w:color w:val="000000" w:themeColor="text1"/>
          <w:lang w:val="uk-UA"/>
        </w:rPr>
        <w:t>новими</w:t>
      </w:r>
      <w:r w:rsidRPr="00B7305F">
        <w:rPr>
          <w:color w:val="000000" w:themeColor="text1"/>
          <w:lang w:val="uk-UA"/>
        </w:rPr>
        <w:t xml:space="preserve"> </w:t>
      </w:r>
      <w:r w:rsidR="00E3536F" w:rsidRPr="00B7305F">
        <w:rPr>
          <w:color w:val="000000" w:themeColor="text1"/>
          <w:lang w:val="uk-UA"/>
        </w:rPr>
        <w:t>вимірами</w:t>
      </w:r>
      <w:r w:rsidRPr="00B7305F">
        <w:rPr>
          <w:color w:val="000000" w:themeColor="text1"/>
          <w:lang w:val="uk-UA"/>
        </w:rPr>
        <w:t xml:space="preserve"> </w:t>
      </w:r>
      <w:r w:rsidR="00E3536F" w:rsidRPr="00B7305F">
        <w:rPr>
          <w:color w:val="000000" w:themeColor="text1"/>
          <w:lang w:val="uk-UA"/>
        </w:rPr>
        <w:t>психологічної</w:t>
      </w:r>
      <w:r w:rsidRPr="00B7305F">
        <w:rPr>
          <w:color w:val="000000" w:themeColor="text1"/>
          <w:lang w:val="uk-UA"/>
        </w:rPr>
        <w:t xml:space="preserve"> </w:t>
      </w:r>
      <w:r w:rsidR="00E3536F" w:rsidRPr="00B7305F">
        <w:rPr>
          <w:color w:val="000000" w:themeColor="text1"/>
          <w:lang w:val="uk-UA"/>
        </w:rPr>
        <w:t>достовірності</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перетині</w:t>
      </w:r>
      <w:r w:rsidRPr="00B7305F">
        <w:rPr>
          <w:color w:val="000000" w:themeColor="text1"/>
          <w:lang w:val="uk-UA"/>
        </w:rPr>
        <w:t xml:space="preserve"> </w:t>
      </w:r>
      <w:r w:rsidR="00E3536F" w:rsidRPr="00B7305F">
        <w:rPr>
          <w:color w:val="000000" w:themeColor="text1"/>
          <w:lang w:val="uk-UA"/>
        </w:rPr>
        <w:t>цих</w:t>
      </w:r>
      <w:r w:rsidRPr="00B7305F">
        <w:rPr>
          <w:color w:val="000000" w:themeColor="text1"/>
          <w:lang w:val="uk-UA"/>
        </w:rPr>
        <w:t xml:space="preserve"> </w:t>
      </w:r>
      <w:r w:rsidR="00E3536F" w:rsidRPr="00B7305F">
        <w:rPr>
          <w:color w:val="000000" w:themeColor="text1"/>
          <w:lang w:val="uk-UA"/>
        </w:rPr>
        <w:t>двох</w:t>
      </w:r>
      <w:r w:rsidRPr="00B7305F">
        <w:rPr>
          <w:color w:val="000000" w:themeColor="text1"/>
          <w:lang w:val="uk-UA"/>
        </w:rPr>
        <w:t xml:space="preserve"> </w:t>
      </w:r>
      <w:r w:rsidR="00E3536F" w:rsidRPr="00B7305F">
        <w:rPr>
          <w:color w:val="000000" w:themeColor="text1"/>
          <w:lang w:val="uk-UA"/>
        </w:rPr>
        <w:t>мистецьких</w:t>
      </w:r>
      <w:r w:rsidRPr="00B7305F">
        <w:rPr>
          <w:color w:val="000000" w:themeColor="text1"/>
          <w:lang w:val="uk-UA"/>
        </w:rPr>
        <w:t xml:space="preserve"> </w:t>
      </w:r>
      <w:r w:rsidR="00E3536F" w:rsidRPr="00B7305F">
        <w:rPr>
          <w:color w:val="000000" w:themeColor="text1"/>
          <w:lang w:val="uk-UA"/>
        </w:rPr>
        <w:t>площин</w:t>
      </w:r>
      <w:r w:rsidRPr="00B7305F">
        <w:rPr>
          <w:color w:val="000000" w:themeColor="text1"/>
          <w:lang w:val="uk-UA"/>
        </w:rPr>
        <w:t xml:space="preserve"> </w:t>
      </w:r>
      <w:r w:rsidR="00E3536F" w:rsidRPr="00B7305F">
        <w:rPr>
          <w:color w:val="000000" w:themeColor="text1"/>
          <w:lang w:val="uk-UA"/>
        </w:rPr>
        <w:t>виникають</w:t>
      </w:r>
      <w:r w:rsidRPr="00B7305F">
        <w:rPr>
          <w:color w:val="000000" w:themeColor="text1"/>
          <w:lang w:val="uk-UA"/>
        </w:rPr>
        <w:t xml:space="preserve"> </w:t>
      </w:r>
      <w:r w:rsidR="00E3536F" w:rsidRPr="00B7305F">
        <w:rPr>
          <w:color w:val="000000" w:themeColor="text1"/>
          <w:lang w:val="uk-UA"/>
        </w:rPr>
        <w:t>сучасні</w:t>
      </w:r>
      <w:r w:rsidRPr="00B7305F">
        <w:rPr>
          <w:color w:val="000000" w:themeColor="text1"/>
          <w:lang w:val="uk-UA"/>
        </w:rPr>
        <w:t xml:space="preserve"> </w:t>
      </w:r>
      <w:r w:rsidR="00E3536F" w:rsidRPr="00B7305F">
        <w:rPr>
          <w:color w:val="000000" w:themeColor="text1"/>
          <w:lang w:val="uk-UA"/>
        </w:rPr>
        <w:t>акторські</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визначають</w:t>
      </w:r>
      <w:r w:rsidRPr="00B7305F">
        <w:rPr>
          <w:color w:val="000000" w:themeColor="text1"/>
          <w:lang w:val="uk-UA"/>
        </w:rPr>
        <w:t xml:space="preserve"> </w:t>
      </w:r>
      <w:r w:rsidR="00E3536F" w:rsidRPr="00B7305F">
        <w:rPr>
          <w:color w:val="000000" w:themeColor="text1"/>
          <w:lang w:val="uk-UA"/>
        </w:rPr>
        <w:t>художню</w:t>
      </w:r>
      <w:r w:rsidRPr="00B7305F">
        <w:rPr>
          <w:color w:val="000000" w:themeColor="text1"/>
          <w:lang w:val="uk-UA"/>
        </w:rPr>
        <w:t xml:space="preserve"> </w:t>
      </w:r>
      <w:r w:rsidR="00E3536F" w:rsidRPr="00B7305F">
        <w:rPr>
          <w:color w:val="000000" w:themeColor="text1"/>
          <w:lang w:val="uk-UA"/>
        </w:rPr>
        <w:t>мову</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так</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екрана.</w:t>
      </w:r>
    </w:p>
    <w:p w14:paraId="29CCB561" w14:textId="6005FB09" w:rsidR="00516DF2"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Витоки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театральній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традиції</w:t>
      </w:r>
    </w:p>
    <w:p w14:paraId="7D8A8C85" w14:textId="77777777" w:rsidR="001F4BC5"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Перші</w:t>
      </w:r>
      <w:r w:rsidRPr="00B7305F">
        <w:rPr>
          <w:rFonts w:cs="Times New Roman"/>
          <w:color w:val="000000" w:themeColor="text1"/>
          <w:lang w:val="uk-UA"/>
        </w:rPr>
        <w:t xml:space="preserve"> </w:t>
      </w:r>
      <w:r w:rsidR="009D21BD" w:rsidRPr="00B7305F">
        <w:rPr>
          <w:rFonts w:cs="Times New Roman"/>
          <w:color w:val="000000" w:themeColor="text1"/>
          <w:lang w:val="uk-UA"/>
        </w:rPr>
        <w:t>форми</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гри</w:t>
      </w:r>
      <w:r w:rsidRPr="00B7305F">
        <w:rPr>
          <w:rFonts w:cs="Times New Roman"/>
          <w:color w:val="000000" w:themeColor="text1"/>
          <w:lang w:val="uk-UA"/>
        </w:rPr>
        <w:t xml:space="preserve"> </w:t>
      </w:r>
      <w:r w:rsidR="009D21BD" w:rsidRPr="00B7305F">
        <w:rPr>
          <w:rFonts w:cs="Times New Roman"/>
          <w:color w:val="000000" w:themeColor="text1"/>
          <w:lang w:val="uk-UA"/>
        </w:rPr>
        <w:t>були</w:t>
      </w:r>
      <w:r w:rsidRPr="00B7305F">
        <w:rPr>
          <w:rFonts w:cs="Times New Roman"/>
          <w:color w:val="000000" w:themeColor="text1"/>
          <w:lang w:val="uk-UA"/>
        </w:rPr>
        <w:t xml:space="preserve"> </w:t>
      </w:r>
      <w:r w:rsidR="009D21BD" w:rsidRPr="00B7305F">
        <w:rPr>
          <w:rFonts w:cs="Times New Roman"/>
          <w:color w:val="000000" w:themeColor="text1"/>
          <w:lang w:val="uk-UA"/>
        </w:rPr>
        <w:t>тісно</w:t>
      </w:r>
      <w:r w:rsidRPr="00B7305F">
        <w:rPr>
          <w:rFonts w:cs="Times New Roman"/>
          <w:color w:val="000000" w:themeColor="text1"/>
          <w:lang w:val="uk-UA"/>
        </w:rPr>
        <w:t xml:space="preserve"> </w:t>
      </w:r>
      <w:r w:rsidR="009D21BD" w:rsidRPr="00B7305F">
        <w:rPr>
          <w:rFonts w:cs="Times New Roman"/>
          <w:color w:val="000000" w:themeColor="text1"/>
          <w:lang w:val="uk-UA"/>
        </w:rPr>
        <w:t>пов’язані</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ритуалом</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маскою.</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давньогрецькому</w:t>
      </w:r>
      <w:r w:rsidRPr="00B7305F">
        <w:rPr>
          <w:rFonts w:cs="Times New Roman"/>
          <w:color w:val="000000" w:themeColor="text1"/>
          <w:lang w:val="uk-UA"/>
        </w:rPr>
        <w:t xml:space="preserve"> </w:t>
      </w:r>
      <w:r w:rsidR="009D21BD" w:rsidRPr="00B7305F">
        <w:rPr>
          <w:rFonts w:cs="Times New Roman"/>
          <w:color w:val="000000" w:themeColor="text1"/>
          <w:lang w:val="uk-UA"/>
        </w:rPr>
        <w:t>театрі</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акторська</w:t>
      </w:r>
      <w:r w:rsidRPr="00B7305F">
        <w:rPr>
          <w:rFonts w:cs="Times New Roman"/>
          <w:color w:val="000000" w:themeColor="text1"/>
          <w:lang w:val="uk-UA"/>
        </w:rPr>
        <w:t xml:space="preserve"> </w:t>
      </w:r>
      <w:r w:rsidR="009D21BD" w:rsidRPr="00B7305F">
        <w:rPr>
          <w:rFonts w:cs="Times New Roman"/>
          <w:color w:val="000000" w:themeColor="text1"/>
          <w:lang w:val="uk-UA"/>
        </w:rPr>
        <w:t>техніка</w:t>
      </w:r>
      <w:r w:rsidRPr="00B7305F">
        <w:rPr>
          <w:rFonts w:cs="Times New Roman"/>
          <w:color w:val="000000" w:themeColor="text1"/>
          <w:lang w:val="uk-UA"/>
        </w:rPr>
        <w:t xml:space="preserve"> </w:t>
      </w:r>
      <w:r w:rsidR="009D21BD" w:rsidRPr="00B7305F">
        <w:rPr>
          <w:rFonts w:cs="Times New Roman"/>
          <w:color w:val="000000" w:themeColor="text1"/>
          <w:lang w:val="uk-UA"/>
        </w:rPr>
        <w:t>базувалася</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чітких</w:t>
      </w:r>
      <w:r w:rsidRPr="00B7305F">
        <w:rPr>
          <w:rFonts w:cs="Times New Roman"/>
          <w:color w:val="000000" w:themeColor="text1"/>
          <w:lang w:val="uk-UA"/>
        </w:rPr>
        <w:t xml:space="preserve"> </w:t>
      </w:r>
      <w:r w:rsidR="009D21BD" w:rsidRPr="00B7305F">
        <w:rPr>
          <w:rFonts w:cs="Times New Roman"/>
          <w:color w:val="000000" w:themeColor="text1"/>
          <w:lang w:val="uk-UA"/>
        </w:rPr>
        <w:t>зовнішніх</w:t>
      </w:r>
      <w:r w:rsidRPr="00B7305F">
        <w:rPr>
          <w:rFonts w:cs="Times New Roman"/>
          <w:color w:val="000000" w:themeColor="text1"/>
          <w:lang w:val="uk-UA"/>
        </w:rPr>
        <w:t xml:space="preserve"> </w:t>
      </w:r>
      <w:r w:rsidR="009D21BD" w:rsidRPr="00B7305F">
        <w:rPr>
          <w:rFonts w:cs="Times New Roman"/>
          <w:color w:val="000000" w:themeColor="text1"/>
          <w:lang w:val="uk-UA"/>
        </w:rPr>
        <w:t>прийомах:</w:t>
      </w:r>
      <w:r w:rsidRPr="00B7305F">
        <w:rPr>
          <w:rFonts w:cs="Times New Roman"/>
          <w:color w:val="000000" w:themeColor="text1"/>
          <w:lang w:val="uk-UA"/>
        </w:rPr>
        <w:t xml:space="preserve"> </w:t>
      </w:r>
      <w:r w:rsidR="009D21BD" w:rsidRPr="00B7305F">
        <w:rPr>
          <w:rFonts w:cs="Times New Roman"/>
          <w:color w:val="000000" w:themeColor="text1"/>
          <w:lang w:val="uk-UA"/>
        </w:rPr>
        <w:t>жест,</w:t>
      </w:r>
      <w:r w:rsidRPr="00B7305F">
        <w:rPr>
          <w:rFonts w:cs="Times New Roman"/>
          <w:color w:val="000000" w:themeColor="text1"/>
          <w:lang w:val="uk-UA"/>
        </w:rPr>
        <w:t xml:space="preserve"> </w:t>
      </w:r>
      <w:r w:rsidR="009D21BD" w:rsidRPr="00B7305F">
        <w:rPr>
          <w:rFonts w:cs="Times New Roman"/>
          <w:color w:val="000000" w:themeColor="text1"/>
          <w:lang w:val="uk-UA"/>
        </w:rPr>
        <w:t>поза,</w:t>
      </w:r>
      <w:r w:rsidRPr="00B7305F">
        <w:rPr>
          <w:rFonts w:cs="Times New Roman"/>
          <w:color w:val="000000" w:themeColor="text1"/>
          <w:lang w:val="uk-UA"/>
        </w:rPr>
        <w:t xml:space="preserve"> </w:t>
      </w:r>
      <w:r w:rsidR="009D21BD" w:rsidRPr="00B7305F">
        <w:rPr>
          <w:rFonts w:cs="Times New Roman"/>
          <w:color w:val="000000" w:themeColor="text1"/>
          <w:lang w:val="uk-UA"/>
        </w:rPr>
        <w:t>інтонація,</w:t>
      </w:r>
      <w:r w:rsidRPr="00B7305F">
        <w:rPr>
          <w:rFonts w:cs="Times New Roman"/>
          <w:color w:val="000000" w:themeColor="text1"/>
          <w:lang w:val="uk-UA"/>
        </w:rPr>
        <w:t xml:space="preserve"> </w:t>
      </w:r>
      <w:r w:rsidR="009D21BD" w:rsidRPr="00B7305F">
        <w:rPr>
          <w:rFonts w:cs="Times New Roman"/>
          <w:color w:val="000000" w:themeColor="text1"/>
          <w:lang w:val="uk-UA"/>
        </w:rPr>
        <w:t>хоровий</w:t>
      </w:r>
      <w:r w:rsidRPr="00B7305F">
        <w:rPr>
          <w:rFonts w:cs="Times New Roman"/>
          <w:color w:val="000000" w:themeColor="text1"/>
          <w:lang w:val="uk-UA"/>
        </w:rPr>
        <w:t xml:space="preserve"> </w:t>
      </w:r>
      <w:r w:rsidR="009D21BD" w:rsidRPr="00B7305F">
        <w:rPr>
          <w:rFonts w:cs="Times New Roman"/>
          <w:color w:val="000000" w:themeColor="text1"/>
          <w:lang w:val="uk-UA"/>
        </w:rPr>
        <w:t>рух.</w:t>
      </w:r>
      <w:r w:rsidRPr="00B7305F">
        <w:rPr>
          <w:rFonts w:cs="Times New Roman"/>
          <w:color w:val="000000" w:themeColor="text1"/>
          <w:lang w:val="uk-UA"/>
        </w:rPr>
        <w:t xml:space="preserve"> </w:t>
      </w:r>
      <w:r w:rsidR="009D21BD" w:rsidRPr="00B7305F">
        <w:rPr>
          <w:rFonts w:cs="Times New Roman"/>
          <w:color w:val="000000" w:themeColor="text1"/>
          <w:lang w:val="uk-UA"/>
        </w:rPr>
        <w:t>Глядач</w:t>
      </w:r>
      <w:r w:rsidRPr="00B7305F">
        <w:rPr>
          <w:rFonts w:cs="Times New Roman"/>
          <w:color w:val="000000" w:themeColor="text1"/>
          <w:lang w:val="uk-UA"/>
        </w:rPr>
        <w:t xml:space="preserve"> </w:t>
      </w:r>
      <w:r w:rsidR="009D21BD" w:rsidRPr="00B7305F">
        <w:rPr>
          <w:rFonts w:cs="Times New Roman"/>
          <w:color w:val="000000" w:themeColor="text1"/>
          <w:lang w:val="uk-UA"/>
        </w:rPr>
        <w:t>сприймав</w:t>
      </w:r>
      <w:r w:rsidRPr="00B7305F">
        <w:rPr>
          <w:rFonts w:cs="Times New Roman"/>
          <w:color w:val="000000" w:themeColor="text1"/>
          <w:lang w:val="uk-UA"/>
        </w:rPr>
        <w:t xml:space="preserve"> </w:t>
      </w:r>
      <w:r w:rsidR="009D21BD" w:rsidRPr="00B7305F">
        <w:rPr>
          <w:rFonts w:cs="Times New Roman"/>
          <w:color w:val="000000" w:themeColor="text1"/>
          <w:lang w:val="uk-UA"/>
        </w:rPr>
        <w:t>дію</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відстані,</w:t>
      </w:r>
      <w:r w:rsidRPr="00B7305F">
        <w:rPr>
          <w:rFonts w:cs="Times New Roman"/>
          <w:color w:val="000000" w:themeColor="text1"/>
          <w:lang w:val="uk-UA"/>
        </w:rPr>
        <w:t xml:space="preserve"> </w:t>
      </w:r>
      <w:r w:rsidR="009D21BD" w:rsidRPr="00B7305F">
        <w:rPr>
          <w:rFonts w:cs="Times New Roman"/>
          <w:color w:val="000000" w:themeColor="text1"/>
          <w:lang w:val="uk-UA"/>
        </w:rPr>
        <w:t>тому</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мав</w:t>
      </w:r>
      <w:r w:rsidRPr="00B7305F">
        <w:rPr>
          <w:rFonts w:cs="Times New Roman"/>
          <w:color w:val="000000" w:themeColor="text1"/>
          <w:lang w:val="uk-UA"/>
        </w:rPr>
        <w:t xml:space="preserve"> </w:t>
      </w:r>
      <w:r w:rsidR="009D21BD" w:rsidRPr="00B7305F">
        <w:rPr>
          <w:rFonts w:cs="Times New Roman"/>
          <w:color w:val="000000" w:themeColor="text1"/>
          <w:lang w:val="uk-UA"/>
        </w:rPr>
        <w:t>передавати</w:t>
      </w:r>
      <w:r w:rsidRPr="00B7305F">
        <w:rPr>
          <w:rFonts w:cs="Times New Roman"/>
          <w:color w:val="000000" w:themeColor="text1"/>
          <w:lang w:val="uk-UA"/>
        </w:rPr>
        <w:t xml:space="preserve"> </w:t>
      </w:r>
      <w:r w:rsidR="009D21BD" w:rsidRPr="00B7305F">
        <w:rPr>
          <w:rFonts w:cs="Times New Roman"/>
          <w:color w:val="000000" w:themeColor="text1"/>
          <w:lang w:val="uk-UA"/>
        </w:rPr>
        <w:t>почуття</w:t>
      </w:r>
      <w:r w:rsidRPr="00B7305F">
        <w:rPr>
          <w:rFonts w:cs="Times New Roman"/>
          <w:color w:val="000000" w:themeColor="text1"/>
          <w:lang w:val="uk-UA"/>
        </w:rPr>
        <w:t xml:space="preserve"> </w:t>
      </w:r>
      <w:r w:rsidR="009D21BD" w:rsidRPr="00B7305F">
        <w:rPr>
          <w:rFonts w:cs="Times New Roman"/>
          <w:color w:val="000000" w:themeColor="text1"/>
          <w:lang w:val="uk-UA"/>
        </w:rPr>
        <w:t>через</w:t>
      </w:r>
      <w:r w:rsidRPr="00B7305F">
        <w:rPr>
          <w:rFonts w:cs="Times New Roman"/>
          <w:color w:val="000000" w:themeColor="text1"/>
          <w:lang w:val="uk-UA"/>
        </w:rPr>
        <w:t xml:space="preserve"> </w:t>
      </w:r>
      <w:r w:rsidR="009D21BD" w:rsidRPr="00B7305F">
        <w:rPr>
          <w:rFonts w:cs="Times New Roman"/>
          <w:color w:val="000000" w:themeColor="text1"/>
          <w:lang w:val="uk-UA"/>
        </w:rPr>
        <w:t>узагальнений</w:t>
      </w:r>
      <w:r w:rsidRPr="00B7305F">
        <w:rPr>
          <w:rFonts w:cs="Times New Roman"/>
          <w:color w:val="000000" w:themeColor="text1"/>
          <w:lang w:val="uk-UA"/>
        </w:rPr>
        <w:t xml:space="preserve"> </w:t>
      </w:r>
      <w:r w:rsidR="009D21BD" w:rsidRPr="00B7305F">
        <w:rPr>
          <w:rFonts w:cs="Times New Roman"/>
          <w:color w:val="000000" w:themeColor="text1"/>
          <w:lang w:val="uk-UA"/>
        </w:rPr>
        <w:t>символічний</w:t>
      </w:r>
      <w:r w:rsidRPr="00B7305F">
        <w:rPr>
          <w:rFonts w:cs="Times New Roman"/>
          <w:color w:val="000000" w:themeColor="text1"/>
          <w:lang w:val="uk-UA"/>
        </w:rPr>
        <w:t xml:space="preserve"> </w:t>
      </w:r>
      <w:r w:rsidR="009D21BD" w:rsidRPr="00B7305F">
        <w:rPr>
          <w:rFonts w:cs="Times New Roman"/>
          <w:color w:val="000000" w:themeColor="text1"/>
          <w:lang w:val="uk-UA"/>
        </w:rPr>
        <w:t>жест.</w:t>
      </w:r>
      <w:r w:rsidRPr="00B7305F">
        <w:rPr>
          <w:rFonts w:cs="Times New Roman"/>
          <w:color w:val="000000" w:themeColor="text1"/>
          <w:lang w:val="uk-UA"/>
        </w:rPr>
        <w:t xml:space="preserve"> </w:t>
      </w:r>
      <w:r w:rsidR="009D21BD" w:rsidRPr="00B7305F">
        <w:rPr>
          <w:rFonts w:cs="Times New Roman"/>
          <w:color w:val="000000" w:themeColor="text1"/>
          <w:lang w:val="uk-UA"/>
        </w:rPr>
        <w:t>Цей</w:t>
      </w:r>
      <w:r w:rsidRPr="00B7305F">
        <w:rPr>
          <w:rFonts w:cs="Times New Roman"/>
          <w:color w:val="000000" w:themeColor="text1"/>
          <w:lang w:val="uk-UA"/>
        </w:rPr>
        <w:t xml:space="preserve"> </w:t>
      </w:r>
      <w:r w:rsidR="009D21BD" w:rsidRPr="00B7305F">
        <w:rPr>
          <w:rFonts w:cs="Times New Roman"/>
          <w:color w:val="000000" w:themeColor="text1"/>
          <w:lang w:val="uk-UA"/>
        </w:rPr>
        <w:t>принцип</w:t>
      </w:r>
      <w:r w:rsidRPr="00B7305F">
        <w:rPr>
          <w:rFonts w:cs="Times New Roman"/>
          <w:color w:val="000000" w:themeColor="text1"/>
          <w:lang w:val="uk-UA"/>
        </w:rPr>
        <w:t xml:space="preserve"> </w:t>
      </w:r>
      <w:r w:rsidR="009D21BD" w:rsidRPr="00B7305F">
        <w:rPr>
          <w:rFonts w:cs="Times New Roman"/>
          <w:color w:val="000000" w:themeColor="text1"/>
          <w:lang w:val="uk-UA"/>
        </w:rPr>
        <w:t>театральної</w:t>
      </w:r>
      <w:r w:rsidRPr="00B7305F">
        <w:rPr>
          <w:rFonts w:cs="Times New Roman"/>
          <w:color w:val="000000" w:themeColor="text1"/>
          <w:lang w:val="uk-UA"/>
        </w:rPr>
        <w:t xml:space="preserve"> </w:t>
      </w:r>
      <w:r w:rsidR="009D21BD" w:rsidRPr="00B7305F">
        <w:rPr>
          <w:rFonts w:cs="Times New Roman"/>
          <w:color w:val="000000" w:themeColor="text1"/>
          <w:lang w:val="uk-UA"/>
        </w:rPr>
        <w:t>експресії</w:t>
      </w:r>
      <w:r w:rsidRPr="00B7305F">
        <w:rPr>
          <w:rFonts w:cs="Times New Roman"/>
          <w:color w:val="000000" w:themeColor="text1"/>
          <w:lang w:val="uk-UA"/>
        </w:rPr>
        <w:t xml:space="preserve"> </w:t>
      </w:r>
      <w:r w:rsidR="009D21BD" w:rsidRPr="00B7305F">
        <w:rPr>
          <w:rFonts w:cs="Times New Roman"/>
          <w:color w:val="000000" w:themeColor="text1"/>
          <w:lang w:val="uk-UA"/>
        </w:rPr>
        <w:t>зберігався</w:t>
      </w:r>
      <w:r w:rsidRPr="00B7305F">
        <w:rPr>
          <w:rFonts w:cs="Times New Roman"/>
          <w:color w:val="000000" w:themeColor="text1"/>
          <w:lang w:val="uk-UA"/>
        </w:rPr>
        <w:t xml:space="preserve"> </w:t>
      </w:r>
      <w:r w:rsidR="009D21BD" w:rsidRPr="00B7305F">
        <w:rPr>
          <w:rFonts w:cs="Times New Roman"/>
          <w:color w:val="000000" w:themeColor="text1"/>
          <w:lang w:val="uk-UA"/>
        </w:rPr>
        <w:t>впродовж</w:t>
      </w:r>
      <w:r w:rsidRPr="00B7305F">
        <w:rPr>
          <w:rFonts w:cs="Times New Roman"/>
          <w:color w:val="000000" w:themeColor="text1"/>
          <w:lang w:val="uk-UA"/>
        </w:rPr>
        <w:t xml:space="preserve"> </w:t>
      </w:r>
      <w:r w:rsidR="009D21BD" w:rsidRPr="00B7305F">
        <w:rPr>
          <w:rFonts w:cs="Times New Roman"/>
          <w:color w:val="000000" w:themeColor="text1"/>
          <w:lang w:val="uk-UA"/>
        </w:rPr>
        <w:t>століть,</w:t>
      </w:r>
      <w:r w:rsidRPr="00B7305F">
        <w:rPr>
          <w:rFonts w:cs="Times New Roman"/>
          <w:color w:val="000000" w:themeColor="text1"/>
          <w:lang w:val="uk-UA"/>
        </w:rPr>
        <w:t xml:space="preserve"> </w:t>
      </w:r>
      <w:r w:rsidR="009D21BD" w:rsidRPr="00B7305F">
        <w:rPr>
          <w:rFonts w:cs="Times New Roman"/>
          <w:color w:val="000000" w:themeColor="text1"/>
          <w:lang w:val="uk-UA"/>
        </w:rPr>
        <w:t>аж</w:t>
      </w:r>
      <w:r w:rsidRPr="00B7305F">
        <w:rPr>
          <w:rFonts w:cs="Times New Roman"/>
          <w:color w:val="000000" w:themeColor="text1"/>
          <w:lang w:val="uk-UA"/>
        </w:rPr>
        <w:t xml:space="preserve"> </w:t>
      </w:r>
      <w:r w:rsidR="009D21BD" w:rsidRPr="00B7305F">
        <w:rPr>
          <w:rFonts w:cs="Times New Roman"/>
          <w:color w:val="000000" w:themeColor="text1"/>
          <w:lang w:val="uk-UA"/>
        </w:rPr>
        <w:t>поки</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межі</w:t>
      </w:r>
      <w:r w:rsidRPr="00B7305F">
        <w:rPr>
          <w:rFonts w:cs="Times New Roman"/>
          <w:color w:val="000000" w:themeColor="text1"/>
          <w:lang w:val="uk-UA"/>
        </w:rPr>
        <w:t xml:space="preserve"> </w:t>
      </w:r>
      <w:r w:rsidR="009D21BD" w:rsidRPr="00B7305F">
        <w:rPr>
          <w:rFonts w:cs="Times New Roman"/>
          <w:color w:val="000000" w:themeColor="text1"/>
          <w:lang w:val="uk-UA"/>
        </w:rPr>
        <w:t>XIX–XX</w:t>
      </w:r>
      <w:r w:rsidRPr="00B7305F">
        <w:rPr>
          <w:rFonts w:cs="Times New Roman"/>
          <w:color w:val="000000" w:themeColor="text1"/>
          <w:lang w:val="uk-UA"/>
        </w:rPr>
        <w:t xml:space="preserve"> </w:t>
      </w:r>
      <w:r w:rsidR="009D21BD" w:rsidRPr="00B7305F">
        <w:rPr>
          <w:rFonts w:cs="Times New Roman"/>
          <w:color w:val="000000" w:themeColor="text1"/>
          <w:lang w:val="uk-UA"/>
        </w:rPr>
        <w:t>століть</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відбулася</w:t>
      </w:r>
      <w:r w:rsidRPr="00B7305F">
        <w:rPr>
          <w:rFonts w:cs="Times New Roman"/>
          <w:color w:val="000000" w:themeColor="text1"/>
          <w:lang w:val="uk-UA"/>
        </w:rPr>
        <w:t xml:space="preserve"> </w:t>
      </w:r>
      <w:r w:rsidR="009D21BD" w:rsidRPr="00B7305F">
        <w:rPr>
          <w:rFonts w:cs="Times New Roman"/>
          <w:color w:val="000000" w:themeColor="text1"/>
          <w:lang w:val="uk-UA"/>
        </w:rPr>
        <w:t>революція</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розумінні</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природи.</w:t>
      </w:r>
    </w:p>
    <w:p w14:paraId="2F72A668" w14:textId="77777777" w:rsidR="001F4BC5"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Саме</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цей</w:t>
      </w:r>
      <w:r w:rsidRPr="00B7305F">
        <w:rPr>
          <w:rFonts w:cs="Times New Roman"/>
          <w:color w:val="000000" w:themeColor="text1"/>
          <w:lang w:val="uk-UA"/>
        </w:rPr>
        <w:t xml:space="preserve"> </w:t>
      </w:r>
      <w:r w:rsidR="009D21BD" w:rsidRPr="00B7305F">
        <w:rPr>
          <w:rFonts w:cs="Times New Roman"/>
          <w:color w:val="000000" w:themeColor="text1"/>
          <w:lang w:val="uk-UA"/>
        </w:rPr>
        <w:t>період</w:t>
      </w:r>
      <w:r w:rsidRPr="00B7305F">
        <w:rPr>
          <w:rFonts w:cs="Times New Roman"/>
          <w:color w:val="000000" w:themeColor="text1"/>
          <w:lang w:val="uk-UA"/>
        </w:rPr>
        <w:t xml:space="preserve"> </w:t>
      </w:r>
      <w:r w:rsidR="009D21BD" w:rsidRPr="00B7305F">
        <w:rPr>
          <w:rFonts w:cs="Times New Roman"/>
          <w:color w:val="000000" w:themeColor="text1"/>
          <w:lang w:val="uk-UA"/>
        </w:rPr>
        <w:t>з’явилася</w:t>
      </w:r>
      <w:r w:rsidRPr="00B7305F">
        <w:rPr>
          <w:rFonts w:cs="Times New Roman"/>
          <w:color w:val="000000" w:themeColor="text1"/>
          <w:lang w:val="uk-UA"/>
        </w:rPr>
        <w:t xml:space="preserve"> </w:t>
      </w:r>
      <w:r w:rsidR="009D21BD" w:rsidRPr="00B7305F">
        <w:rPr>
          <w:rFonts w:cs="Times New Roman"/>
          <w:color w:val="000000" w:themeColor="text1"/>
          <w:lang w:val="uk-UA"/>
        </w:rPr>
        <w:t>система</w:t>
      </w:r>
      <w:r w:rsidRPr="00B7305F">
        <w:rPr>
          <w:rFonts w:cs="Times New Roman"/>
          <w:color w:val="000000" w:themeColor="text1"/>
          <w:lang w:val="uk-UA"/>
        </w:rPr>
        <w:t xml:space="preserve"> </w:t>
      </w:r>
      <w:r w:rsidR="009D21BD" w:rsidRPr="00B7305F">
        <w:rPr>
          <w:rFonts w:cs="Times New Roman"/>
          <w:color w:val="000000" w:themeColor="text1"/>
          <w:lang w:val="uk-UA"/>
        </w:rPr>
        <w:t>Костянтина</w:t>
      </w:r>
      <w:r w:rsidRPr="00B7305F">
        <w:rPr>
          <w:rFonts w:cs="Times New Roman"/>
          <w:color w:val="000000" w:themeColor="text1"/>
          <w:lang w:val="uk-UA"/>
        </w:rPr>
        <w:t xml:space="preserve"> </w:t>
      </w:r>
      <w:r w:rsidR="009D21BD" w:rsidRPr="00B7305F">
        <w:rPr>
          <w:rFonts w:cs="Times New Roman"/>
          <w:color w:val="000000" w:themeColor="text1"/>
          <w:lang w:val="uk-UA"/>
        </w:rPr>
        <w:t>Станіславського,</w:t>
      </w:r>
      <w:r w:rsidRPr="00B7305F">
        <w:rPr>
          <w:rFonts w:cs="Times New Roman"/>
          <w:color w:val="000000" w:themeColor="text1"/>
          <w:lang w:val="uk-UA"/>
        </w:rPr>
        <w:t xml:space="preserve"> </w:t>
      </w:r>
      <w:r w:rsidR="009D21BD" w:rsidRPr="00B7305F">
        <w:rPr>
          <w:rFonts w:cs="Times New Roman"/>
          <w:color w:val="000000" w:themeColor="text1"/>
          <w:lang w:val="uk-UA"/>
        </w:rPr>
        <w:t>яка</w:t>
      </w:r>
      <w:r w:rsidRPr="00B7305F">
        <w:rPr>
          <w:rFonts w:cs="Times New Roman"/>
          <w:color w:val="000000" w:themeColor="text1"/>
          <w:lang w:val="uk-UA"/>
        </w:rPr>
        <w:t xml:space="preserve"> </w:t>
      </w:r>
      <w:r w:rsidR="009D21BD" w:rsidRPr="00B7305F">
        <w:rPr>
          <w:rFonts w:cs="Times New Roman"/>
          <w:color w:val="000000" w:themeColor="text1"/>
          <w:lang w:val="uk-UA"/>
        </w:rPr>
        <w:t>заклала</w:t>
      </w:r>
      <w:r w:rsidRPr="00B7305F">
        <w:rPr>
          <w:rFonts w:cs="Times New Roman"/>
          <w:color w:val="000000" w:themeColor="text1"/>
          <w:lang w:val="uk-UA"/>
        </w:rPr>
        <w:t xml:space="preserve"> </w:t>
      </w:r>
      <w:r w:rsidR="009D21BD" w:rsidRPr="00B7305F">
        <w:rPr>
          <w:rFonts w:cs="Times New Roman"/>
          <w:color w:val="000000" w:themeColor="text1"/>
          <w:lang w:val="uk-UA"/>
        </w:rPr>
        <w:t>основи</w:t>
      </w:r>
      <w:r w:rsidRPr="00B7305F">
        <w:rPr>
          <w:rFonts w:cs="Times New Roman"/>
          <w:color w:val="000000" w:themeColor="text1"/>
          <w:lang w:val="uk-UA"/>
        </w:rPr>
        <w:t xml:space="preserve"> </w:t>
      </w:r>
      <w:r w:rsidR="009D21BD" w:rsidRPr="00B7305F">
        <w:rPr>
          <w:rFonts w:cs="Times New Roman"/>
          <w:color w:val="000000" w:themeColor="text1"/>
          <w:lang w:val="uk-UA"/>
        </w:rPr>
        <w:t>сучасної</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психологічної</w:t>
      </w:r>
      <w:r w:rsidRPr="00B7305F">
        <w:rPr>
          <w:rFonts w:cs="Times New Roman"/>
          <w:color w:val="000000" w:themeColor="text1"/>
          <w:lang w:val="uk-UA"/>
        </w:rPr>
        <w:t xml:space="preserve"> </w:t>
      </w:r>
      <w:r w:rsidR="009D21BD" w:rsidRPr="00B7305F">
        <w:rPr>
          <w:rFonts w:cs="Times New Roman"/>
          <w:color w:val="000000" w:themeColor="text1"/>
          <w:lang w:val="uk-UA"/>
        </w:rPr>
        <w:t>школи</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гри.</w:t>
      </w:r>
      <w:r w:rsidRPr="00B7305F">
        <w:rPr>
          <w:rFonts w:cs="Times New Roman"/>
          <w:color w:val="000000" w:themeColor="text1"/>
          <w:lang w:val="uk-UA"/>
        </w:rPr>
        <w:t xml:space="preserve"> </w:t>
      </w:r>
      <w:r w:rsidR="009D21BD" w:rsidRPr="00B7305F">
        <w:rPr>
          <w:rFonts w:cs="Times New Roman"/>
          <w:color w:val="000000" w:themeColor="text1"/>
          <w:lang w:val="uk-UA"/>
        </w:rPr>
        <w:t>Головним</w:t>
      </w:r>
      <w:r w:rsidRPr="00B7305F">
        <w:rPr>
          <w:rFonts w:cs="Times New Roman"/>
          <w:color w:val="000000" w:themeColor="text1"/>
          <w:lang w:val="uk-UA"/>
        </w:rPr>
        <w:t xml:space="preserve"> </w:t>
      </w:r>
      <w:r w:rsidR="009D21BD" w:rsidRPr="00B7305F">
        <w:rPr>
          <w:rFonts w:cs="Times New Roman"/>
          <w:color w:val="000000" w:themeColor="text1"/>
          <w:lang w:val="uk-UA"/>
        </w:rPr>
        <w:t>відкриттям</w:t>
      </w:r>
      <w:r w:rsidRPr="00B7305F">
        <w:rPr>
          <w:rFonts w:cs="Times New Roman"/>
          <w:color w:val="000000" w:themeColor="text1"/>
          <w:lang w:val="uk-UA"/>
        </w:rPr>
        <w:t xml:space="preserve"> </w:t>
      </w:r>
      <w:r w:rsidR="009D21BD" w:rsidRPr="00B7305F">
        <w:rPr>
          <w:rFonts w:cs="Times New Roman"/>
          <w:color w:val="000000" w:themeColor="text1"/>
          <w:lang w:val="uk-UA"/>
        </w:rPr>
        <w:t>митця</w:t>
      </w:r>
      <w:r w:rsidRPr="00B7305F">
        <w:rPr>
          <w:rFonts w:cs="Times New Roman"/>
          <w:color w:val="000000" w:themeColor="text1"/>
          <w:lang w:val="uk-UA"/>
        </w:rPr>
        <w:t xml:space="preserve"> </w:t>
      </w:r>
      <w:r w:rsidR="009D21BD" w:rsidRPr="00B7305F">
        <w:rPr>
          <w:rFonts w:cs="Times New Roman"/>
          <w:color w:val="000000" w:themeColor="text1"/>
          <w:lang w:val="uk-UA"/>
        </w:rPr>
        <w:t>стало</w:t>
      </w:r>
      <w:r w:rsidRPr="00B7305F">
        <w:rPr>
          <w:rFonts w:cs="Times New Roman"/>
          <w:color w:val="000000" w:themeColor="text1"/>
          <w:lang w:val="uk-UA"/>
        </w:rPr>
        <w:t xml:space="preserve"> </w:t>
      </w:r>
      <w:r w:rsidR="009D21BD" w:rsidRPr="00B7305F">
        <w:rPr>
          <w:rFonts w:cs="Times New Roman"/>
          <w:color w:val="000000" w:themeColor="text1"/>
          <w:lang w:val="uk-UA"/>
        </w:rPr>
        <w:t>поняття</w:t>
      </w:r>
      <w:r w:rsidRPr="00B7305F">
        <w:rPr>
          <w:rFonts w:cs="Times New Roman"/>
          <w:color w:val="000000" w:themeColor="text1"/>
          <w:lang w:val="uk-UA"/>
        </w:rPr>
        <w:t xml:space="preserve"> </w:t>
      </w:r>
      <w:r w:rsidR="009D21BD" w:rsidRPr="00B7305F">
        <w:rPr>
          <w:rFonts w:cs="Times New Roman"/>
          <w:color w:val="000000" w:themeColor="text1"/>
          <w:lang w:val="uk-UA"/>
        </w:rPr>
        <w:t>«життя</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запропонованих</w:t>
      </w:r>
      <w:r w:rsidRPr="00B7305F">
        <w:rPr>
          <w:rFonts w:cs="Times New Roman"/>
          <w:color w:val="000000" w:themeColor="text1"/>
          <w:lang w:val="uk-UA"/>
        </w:rPr>
        <w:t xml:space="preserve"> </w:t>
      </w:r>
      <w:r w:rsidR="009D21BD" w:rsidRPr="00B7305F">
        <w:rPr>
          <w:rFonts w:cs="Times New Roman"/>
          <w:color w:val="000000" w:themeColor="text1"/>
          <w:lang w:val="uk-UA"/>
        </w:rPr>
        <w:t>обставинах»</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має</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грати,</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жити</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сцені.</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техніка</w:t>
      </w:r>
      <w:r w:rsidRPr="00B7305F">
        <w:rPr>
          <w:rFonts w:cs="Times New Roman"/>
          <w:color w:val="000000" w:themeColor="text1"/>
          <w:lang w:val="uk-UA"/>
        </w:rPr>
        <w:t xml:space="preserve"> </w:t>
      </w:r>
      <w:r w:rsidR="009D21BD" w:rsidRPr="00B7305F">
        <w:rPr>
          <w:rFonts w:cs="Times New Roman"/>
          <w:color w:val="000000" w:themeColor="text1"/>
          <w:lang w:val="uk-UA"/>
        </w:rPr>
        <w:t>перетворюється</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засіб</w:t>
      </w:r>
      <w:r w:rsidRPr="00B7305F">
        <w:rPr>
          <w:rFonts w:cs="Times New Roman"/>
          <w:color w:val="000000" w:themeColor="text1"/>
          <w:lang w:val="uk-UA"/>
        </w:rPr>
        <w:t xml:space="preserve"> </w:t>
      </w:r>
      <w:r w:rsidR="009D21BD" w:rsidRPr="00B7305F">
        <w:rPr>
          <w:rFonts w:cs="Times New Roman"/>
          <w:color w:val="000000" w:themeColor="text1"/>
          <w:lang w:val="uk-UA"/>
        </w:rPr>
        <w:t>втілення</w:t>
      </w:r>
      <w:r w:rsidRPr="00B7305F">
        <w:rPr>
          <w:rFonts w:cs="Times New Roman"/>
          <w:color w:val="000000" w:themeColor="text1"/>
          <w:lang w:val="uk-UA"/>
        </w:rPr>
        <w:t xml:space="preserve"> </w:t>
      </w:r>
      <w:r w:rsidR="009D21BD" w:rsidRPr="00B7305F">
        <w:rPr>
          <w:rFonts w:cs="Times New Roman"/>
          <w:color w:val="000000" w:themeColor="text1"/>
          <w:lang w:val="uk-UA"/>
        </w:rPr>
        <w:t>внутрішнього</w:t>
      </w:r>
      <w:r w:rsidRPr="00B7305F">
        <w:rPr>
          <w:rFonts w:cs="Times New Roman"/>
          <w:color w:val="000000" w:themeColor="text1"/>
          <w:lang w:val="uk-UA"/>
        </w:rPr>
        <w:t xml:space="preserve"> </w:t>
      </w:r>
      <w:r w:rsidR="009D21BD" w:rsidRPr="00B7305F">
        <w:rPr>
          <w:rFonts w:cs="Times New Roman"/>
          <w:color w:val="000000" w:themeColor="text1"/>
          <w:lang w:val="uk-UA"/>
        </w:rPr>
        <w:t>стану,</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сценічна</w:t>
      </w:r>
      <w:r w:rsidRPr="00B7305F">
        <w:rPr>
          <w:rFonts w:cs="Times New Roman"/>
          <w:color w:val="000000" w:themeColor="text1"/>
          <w:lang w:val="uk-UA"/>
        </w:rPr>
        <w:t xml:space="preserve"> </w:t>
      </w:r>
      <w:r w:rsidR="009D21BD" w:rsidRPr="00B7305F">
        <w:rPr>
          <w:rFonts w:cs="Times New Roman"/>
          <w:color w:val="000000" w:themeColor="text1"/>
          <w:lang w:val="uk-UA"/>
        </w:rPr>
        <w:t>дія</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логічно</w:t>
      </w:r>
      <w:r w:rsidRPr="00B7305F">
        <w:rPr>
          <w:rFonts w:cs="Times New Roman"/>
          <w:color w:val="000000" w:themeColor="text1"/>
          <w:lang w:val="uk-UA"/>
        </w:rPr>
        <w:t xml:space="preserve"> </w:t>
      </w:r>
      <w:r w:rsidR="009D21BD" w:rsidRPr="00B7305F">
        <w:rPr>
          <w:rFonts w:cs="Times New Roman"/>
          <w:color w:val="000000" w:themeColor="text1"/>
          <w:lang w:val="uk-UA"/>
        </w:rPr>
        <w:t>обґрунтовану</w:t>
      </w:r>
      <w:r w:rsidRPr="00B7305F">
        <w:rPr>
          <w:rFonts w:cs="Times New Roman"/>
          <w:color w:val="000000" w:themeColor="text1"/>
          <w:lang w:val="uk-UA"/>
        </w:rPr>
        <w:t xml:space="preserve"> </w:t>
      </w:r>
      <w:r w:rsidR="009D21BD" w:rsidRPr="00B7305F">
        <w:rPr>
          <w:rFonts w:cs="Times New Roman"/>
          <w:color w:val="000000" w:themeColor="text1"/>
          <w:lang w:val="uk-UA"/>
        </w:rPr>
        <w:t>послідовність</w:t>
      </w:r>
      <w:r w:rsidRPr="00B7305F">
        <w:rPr>
          <w:rFonts w:cs="Times New Roman"/>
          <w:color w:val="000000" w:themeColor="text1"/>
          <w:lang w:val="uk-UA"/>
        </w:rPr>
        <w:t xml:space="preserve"> </w:t>
      </w:r>
      <w:r w:rsidR="009D21BD" w:rsidRPr="00B7305F">
        <w:rPr>
          <w:rFonts w:cs="Times New Roman"/>
          <w:color w:val="000000" w:themeColor="text1"/>
          <w:lang w:val="uk-UA"/>
        </w:rPr>
        <w:t>емоційних</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фізичних</w:t>
      </w:r>
      <w:r w:rsidRPr="00B7305F">
        <w:rPr>
          <w:rFonts w:cs="Times New Roman"/>
          <w:color w:val="000000" w:themeColor="text1"/>
          <w:lang w:val="uk-UA"/>
        </w:rPr>
        <w:t xml:space="preserve"> </w:t>
      </w:r>
      <w:r w:rsidR="009D21BD" w:rsidRPr="00B7305F">
        <w:rPr>
          <w:rFonts w:cs="Times New Roman"/>
          <w:color w:val="000000" w:themeColor="text1"/>
          <w:lang w:val="uk-UA"/>
        </w:rPr>
        <w:t>дій.</w:t>
      </w:r>
      <w:r w:rsidRPr="00B7305F">
        <w:rPr>
          <w:rFonts w:cs="Times New Roman"/>
          <w:color w:val="000000" w:themeColor="text1"/>
          <w:lang w:val="uk-UA"/>
        </w:rPr>
        <w:t xml:space="preserve"> </w:t>
      </w:r>
      <w:r w:rsidR="009D21BD" w:rsidRPr="00B7305F">
        <w:rPr>
          <w:rFonts w:cs="Times New Roman"/>
          <w:color w:val="000000" w:themeColor="text1"/>
          <w:lang w:val="uk-UA"/>
        </w:rPr>
        <w:t>Система</w:t>
      </w:r>
      <w:r w:rsidRPr="00B7305F">
        <w:rPr>
          <w:rFonts w:cs="Times New Roman"/>
          <w:color w:val="000000" w:themeColor="text1"/>
          <w:lang w:val="uk-UA"/>
        </w:rPr>
        <w:t xml:space="preserve"> </w:t>
      </w:r>
      <w:r w:rsidR="009D21BD" w:rsidRPr="00B7305F">
        <w:rPr>
          <w:rFonts w:cs="Times New Roman"/>
          <w:color w:val="000000" w:themeColor="text1"/>
          <w:lang w:val="uk-UA"/>
        </w:rPr>
        <w:t>Станіславського</w:t>
      </w:r>
      <w:r w:rsidRPr="00B7305F">
        <w:rPr>
          <w:rFonts w:cs="Times New Roman"/>
          <w:color w:val="000000" w:themeColor="text1"/>
          <w:lang w:val="uk-UA"/>
        </w:rPr>
        <w:t xml:space="preserve"> </w:t>
      </w:r>
      <w:r w:rsidR="009D21BD" w:rsidRPr="00B7305F">
        <w:rPr>
          <w:rFonts w:cs="Times New Roman"/>
          <w:color w:val="000000" w:themeColor="text1"/>
          <w:lang w:val="uk-UA"/>
        </w:rPr>
        <w:t>стала</w:t>
      </w:r>
      <w:r w:rsidRPr="00B7305F">
        <w:rPr>
          <w:rFonts w:cs="Times New Roman"/>
          <w:color w:val="000000" w:themeColor="text1"/>
          <w:lang w:val="uk-UA"/>
        </w:rPr>
        <w:t xml:space="preserve"> </w:t>
      </w:r>
      <w:r w:rsidR="009D21BD" w:rsidRPr="00B7305F">
        <w:rPr>
          <w:rFonts w:cs="Times New Roman"/>
          <w:color w:val="000000" w:themeColor="text1"/>
          <w:lang w:val="uk-UA"/>
        </w:rPr>
        <w:t>підґрунтям</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лише</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акторська</w:t>
      </w:r>
      <w:r w:rsidRPr="00B7305F">
        <w:rPr>
          <w:rFonts w:cs="Times New Roman"/>
          <w:color w:val="000000" w:themeColor="text1"/>
          <w:lang w:val="uk-UA"/>
        </w:rPr>
        <w:t xml:space="preserve"> </w:t>
      </w:r>
      <w:r w:rsidR="009D21BD" w:rsidRPr="00B7305F">
        <w:rPr>
          <w:rFonts w:cs="Times New Roman"/>
          <w:color w:val="000000" w:themeColor="text1"/>
          <w:lang w:val="uk-UA"/>
        </w:rPr>
        <w:t>правда</w:t>
      </w:r>
      <w:r w:rsidRPr="00B7305F">
        <w:rPr>
          <w:rFonts w:cs="Times New Roman"/>
          <w:color w:val="000000" w:themeColor="text1"/>
          <w:lang w:val="uk-UA"/>
        </w:rPr>
        <w:t xml:space="preserve"> </w:t>
      </w:r>
      <w:r w:rsidR="009D21BD" w:rsidRPr="00B7305F">
        <w:rPr>
          <w:rFonts w:cs="Times New Roman"/>
          <w:color w:val="000000" w:themeColor="text1"/>
          <w:lang w:val="uk-UA"/>
        </w:rPr>
        <w:t>набуває</w:t>
      </w:r>
      <w:r w:rsidRPr="00B7305F">
        <w:rPr>
          <w:rFonts w:cs="Times New Roman"/>
          <w:color w:val="000000" w:themeColor="text1"/>
          <w:lang w:val="uk-UA"/>
        </w:rPr>
        <w:t xml:space="preserve"> </w:t>
      </w:r>
      <w:r w:rsidR="009D21BD" w:rsidRPr="00B7305F">
        <w:rPr>
          <w:rFonts w:cs="Times New Roman"/>
          <w:color w:val="000000" w:themeColor="text1"/>
          <w:lang w:val="uk-UA"/>
        </w:rPr>
        <w:t>особливого</w:t>
      </w:r>
      <w:r w:rsidRPr="00B7305F">
        <w:rPr>
          <w:rFonts w:cs="Times New Roman"/>
          <w:color w:val="000000" w:themeColor="text1"/>
          <w:lang w:val="uk-UA"/>
        </w:rPr>
        <w:t xml:space="preserve"> </w:t>
      </w:r>
      <w:r w:rsidR="009D21BD" w:rsidRPr="00B7305F">
        <w:rPr>
          <w:rFonts w:cs="Times New Roman"/>
          <w:color w:val="000000" w:themeColor="text1"/>
          <w:lang w:val="uk-UA"/>
        </w:rPr>
        <w:t>значення.</w:t>
      </w:r>
    </w:p>
    <w:p w14:paraId="57A1E387" w14:textId="2A2A2FA5" w:rsidR="00516DF2"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9D21BD" w:rsidRPr="00B7305F">
        <w:rPr>
          <w:rFonts w:cs="Times New Roman"/>
          <w:b/>
          <w:bCs/>
          <w:color w:val="000000" w:themeColor="text1"/>
          <w:lang w:val="uk-UA"/>
        </w:rPr>
        <w:t>Подальша</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еволюція:</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від</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психологічного</w:t>
      </w:r>
      <w:r w:rsidRPr="00B7305F">
        <w:rPr>
          <w:rFonts w:cs="Times New Roman"/>
          <w:b/>
          <w:bCs/>
          <w:color w:val="000000" w:themeColor="text1"/>
          <w:lang w:val="uk-UA"/>
        </w:rPr>
        <w:t xml:space="preserve"> </w:t>
      </w:r>
      <w:r w:rsidR="009D21BD" w:rsidRPr="00B7305F">
        <w:rPr>
          <w:rFonts w:cs="Times New Roman"/>
          <w:b/>
          <w:bCs/>
          <w:color w:val="000000" w:themeColor="text1"/>
          <w:lang w:val="uk-UA"/>
        </w:rPr>
        <w:t>театру</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до</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методу</w:t>
      </w:r>
      <w:r w:rsidRPr="00B7305F">
        <w:rPr>
          <w:rFonts w:cs="Times New Roman"/>
          <w:b/>
          <w:bCs/>
          <w:color w:val="000000" w:themeColor="text1"/>
          <w:lang w:val="uk-UA"/>
        </w:rPr>
        <w:t xml:space="preserve"> </w:t>
      </w:r>
      <w:r w:rsidR="009D21BD" w:rsidRPr="00B7305F">
        <w:rPr>
          <w:rFonts w:cs="Times New Roman"/>
          <w:b/>
          <w:bCs/>
          <w:color w:val="000000" w:themeColor="text1"/>
          <w:lang w:val="uk-UA"/>
        </w:rPr>
        <w:t>акторського</w:t>
      </w:r>
      <w:r w:rsidRPr="00B7305F">
        <w:rPr>
          <w:rFonts w:cs="Times New Roman"/>
          <w:b/>
          <w:bCs/>
          <w:color w:val="000000" w:themeColor="text1"/>
          <w:lang w:val="uk-UA"/>
        </w:rPr>
        <w:t xml:space="preserve"> </w:t>
      </w:r>
      <w:r w:rsidR="009D21BD" w:rsidRPr="00B7305F">
        <w:rPr>
          <w:rFonts w:cs="Times New Roman"/>
          <w:b/>
          <w:bCs/>
          <w:color w:val="000000" w:themeColor="text1"/>
          <w:lang w:val="uk-UA"/>
        </w:rPr>
        <w:t>існування</w:t>
      </w:r>
      <w:r w:rsidR="009D21BD" w:rsidRPr="00B7305F">
        <w:rPr>
          <w:rFonts w:cs="Times New Roman"/>
          <w:b/>
          <w:bCs/>
          <w:color w:val="000000" w:themeColor="text1"/>
          <w:lang w:val="uk-UA"/>
        </w:rPr>
        <w:br/>
      </w:r>
      <w:r w:rsidRPr="00B7305F">
        <w:rPr>
          <w:rFonts w:cs="Times New Roman"/>
          <w:color w:val="000000" w:themeColor="text1"/>
          <w:lang w:val="uk-UA"/>
        </w:rPr>
        <w:t xml:space="preserve">       </w:t>
      </w:r>
      <w:r w:rsidR="009D21BD" w:rsidRPr="00B7305F">
        <w:rPr>
          <w:rFonts w:cs="Times New Roman"/>
          <w:color w:val="000000" w:themeColor="text1"/>
          <w:lang w:val="uk-UA"/>
        </w:rPr>
        <w:t>Учні</w:t>
      </w:r>
      <w:r w:rsidRPr="00B7305F">
        <w:rPr>
          <w:rFonts w:cs="Times New Roman"/>
          <w:color w:val="000000" w:themeColor="text1"/>
          <w:lang w:val="uk-UA"/>
        </w:rPr>
        <w:t xml:space="preserve"> </w:t>
      </w:r>
      <w:r w:rsidR="009D21BD" w:rsidRPr="00B7305F">
        <w:rPr>
          <w:rFonts w:cs="Times New Roman"/>
          <w:color w:val="000000" w:themeColor="text1"/>
          <w:lang w:val="uk-UA"/>
        </w:rPr>
        <w:t>та</w:t>
      </w:r>
      <w:r w:rsidRPr="00B7305F">
        <w:rPr>
          <w:rFonts w:cs="Times New Roman"/>
          <w:color w:val="000000" w:themeColor="text1"/>
          <w:lang w:val="uk-UA"/>
        </w:rPr>
        <w:t xml:space="preserve"> </w:t>
      </w:r>
      <w:r w:rsidR="009D21BD" w:rsidRPr="00B7305F">
        <w:rPr>
          <w:rFonts w:cs="Times New Roman"/>
          <w:color w:val="000000" w:themeColor="text1"/>
          <w:lang w:val="uk-UA"/>
        </w:rPr>
        <w:t>послідовники</w:t>
      </w:r>
      <w:r w:rsidRPr="00B7305F">
        <w:rPr>
          <w:rFonts w:cs="Times New Roman"/>
          <w:color w:val="000000" w:themeColor="text1"/>
          <w:lang w:val="uk-UA"/>
        </w:rPr>
        <w:t xml:space="preserve"> </w:t>
      </w:r>
      <w:r w:rsidR="009D21BD" w:rsidRPr="00B7305F">
        <w:rPr>
          <w:rFonts w:cs="Times New Roman"/>
          <w:color w:val="000000" w:themeColor="text1"/>
          <w:lang w:val="uk-UA"/>
        </w:rPr>
        <w:t>Станіславського</w:t>
      </w:r>
      <w:r w:rsidRPr="00B7305F">
        <w:rPr>
          <w:rFonts w:cs="Times New Roman"/>
          <w:color w:val="000000" w:themeColor="text1"/>
          <w:lang w:val="uk-UA"/>
        </w:rPr>
        <w:t xml:space="preserve"> </w:t>
      </w:r>
      <w:r w:rsidR="009D21BD" w:rsidRPr="00B7305F">
        <w:rPr>
          <w:rFonts w:cs="Times New Roman"/>
          <w:color w:val="000000" w:themeColor="text1"/>
          <w:lang w:val="uk-UA"/>
        </w:rPr>
        <w:t>розвинули</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ідеї</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різних</w:t>
      </w:r>
      <w:r w:rsidRPr="00B7305F">
        <w:rPr>
          <w:rFonts w:cs="Times New Roman"/>
          <w:color w:val="000000" w:themeColor="text1"/>
          <w:lang w:val="uk-UA"/>
        </w:rPr>
        <w:t xml:space="preserve"> </w:t>
      </w:r>
      <w:r w:rsidR="009D21BD" w:rsidRPr="00B7305F">
        <w:rPr>
          <w:rFonts w:cs="Times New Roman"/>
          <w:color w:val="000000" w:themeColor="text1"/>
          <w:lang w:val="uk-UA"/>
        </w:rPr>
        <w:t>напрямках.</w:t>
      </w:r>
      <w:r w:rsidRPr="00B7305F">
        <w:rPr>
          <w:rFonts w:cs="Times New Roman"/>
          <w:color w:val="000000" w:themeColor="text1"/>
          <w:lang w:val="uk-UA"/>
        </w:rPr>
        <w:t xml:space="preserve"> </w:t>
      </w:r>
      <w:r w:rsidR="009D21BD" w:rsidRPr="00B7305F">
        <w:rPr>
          <w:rFonts w:cs="Times New Roman"/>
          <w:color w:val="000000" w:themeColor="text1"/>
          <w:lang w:val="uk-UA"/>
        </w:rPr>
        <w:t>Михайло</w:t>
      </w:r>
      <w:r w:rsidRPr="00B7305F">
        <w:rPr>
          <w:rFonts w:cs="Times New Roman"/>
          <w:color w:val="000000" w:themeColor="text1"/>
          <w:lang w:val="uk-UA"/>
        </w:rPr>
        <w:t xml:space="preserve"> </w:t>
      </w:r>
      <w:r w:rsidR="009D21BD" w:rsidRPr="00B7305F">
        <w:rPr>
          <w:rFonts w:cs="Times New Roman"/>
          <w:color w:val="000000" w:themeColor="text1"/>
          <w:lang w:val="uk-UA"/>
        </w:rPr>
        <w:t>Чехов</w:t>
      </w:r>
      <w:r w:rsidRPr="00B7305F">
        <w:rPr>
          <w:rFonts w:cs="Times New Roman"/>
          <w:color w:val="000000" w:themeColor="text1"/>
          <w:lang w:val="uk-UA"/>
        </w:rPr>
        <w:t xml:space="preserve"> </w:t>
      </w:r>
      <w:r w:rsidR="009D21BD" w:rsidRPr="00B7305F">
        <w:rPr>
          <w:rFonts w:cs="Times New Roman"/>
          <w:color w:val="000000" w:themeColor="text1"/>
          <w:lang w:val="uk-UA"/>
        </w:rPr>
        <w:t>увів</w:t>
      </w:r>
      <w:r w:rsidRPr="00B7305F">
        <w:rPr>
          <w:rFonts w:cs="Times New Roman"/>
          <w:color w:val="000000" w:themeColor="text1"/>
          <w:lang w:val="uk-UA"/>
        </w:rPr>
        <w:t xml:space="preserve"> </w:t>
      </w:r>
      <w:r w:rsidR="009D21BD" w:rsidRPr="00B7305F">
        <w:rPr>
          <w:rFonts w:cs="Times New Roman"/>
          <w:color w:val="000000" w:themeColor="text1"/>
          <w:lang w:val="uk-UA"/>
        </w:rPr>
        <w:t>поняття</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«психологічного</w:t>
      </w:r>
      <w:r w:rsidRPr="00B7305F">
        <w:rPr>
          <w:rFonts w:cs="Times New Roman"/>
          <w:color w:val="000000" w:themeColor="text1"/>
          <w:lang w:val="uk-UA"/>
        </w:rPr>
        <w:t xml:space="preserve"> </w:t>
      </w:r>
      <w:r w:rsidR="009D21BD" w:rsidRPr="00B7305F">
        <w:rPr>
          <w:rFonts w:cs="Times New Roman"/>
          <w:color w:val="000000" w:themeColor="text1"/>
          <w:lang w:val="uk-UA"/>
        </w:rPr>
        <w:t>жесту»,</w:t>
      </w:r>
      <w:r w:rsidRPr="00B7305F">
        <w:rPr>
          <w:rFonts w:cs="Times New Roman"/>
          <w:color w:val="000000" w:themeColor="text1"/>
          <w:lang w:val="uk-UA"/>
        </w:rPr>
        <w:t xml:space="preserve"> </w:t>
      </w:r>
      <w:r w:rsidR="009D21BD" w:rsidRPr="00B7305F">
        <w:rPr>
          <w:rFonts w:cs="Times New Roman"/>
          <w:color w:val="000000" w:themeColor="text1"/>
          <w:lang w:val="uk-UA"/>
        </w:rPr>
        <w:t>який</w:t>
      </w:r>
      <w:r w:rsidRPr="00B7305F">
        <w:rPr>
          <w:rFonts w:cs="Times New Roman"/>
          <w:color w:val="000000" w:themeColor="text1"/>
          <w:lang w:val="uk-UA"/>
        </w:rPr>
        <w:t xml:space="preserve"> </w:t>
      </w:r>
      <w:r w:rsidR="009D21BD" w:rsidRPr="00B7305F">
        <w:rPr>
          <w:rFonts w:cs="Times New Roman"/>
          <w:color w:val="000000" w:themeColor="text1"/>
          <w:lang w:val="uk-UA"/>
        </w:rPr>
        <w:t>допомагає</w:t>
      </w:r>
      <w:r w:rsidRPr="00B7305F">
        <w:rPr>
          <w:rFonts w:cs="Times New Roman"/>
          <w:color w:val="000000" w:themeColor="text1"/>
          <w:lang w:val="uk-UA"/>
        </w:rPr>
        <w:t xml:space="preserve"> </w:t>
      </w:r>
      <w:r w:rsidR="009D21BD" w:rsidRPr="00B7305F">
        <w:rPr>
          <w:rFonts w:cs="Times New Roman"/>
          <w:color w:val="000000" w:themeColor="text1"/>
          <w:lang w:val="uk-UA"/>
        </w:rPr>
        <w:t>актору</w:t>
      </w:r>
      <w:r w:rsidRPr="00B7305F">
        <w:rPr>
          <w:rFonts w:cs="Times New Roman"/>
          <w:color w:val="000000" w:themeColor="text1"/>
          <w:lang w:val="uk-UA"/>
        </w:rPr>
        <w:t xml:space="preserve"> </w:t>
      </w:r>
      <w:r w:rsidR="009D21BD" w:rsidRPr="00B7305F">
        <w:rPr>
          <w:rFonts w:cs="Times New Roman"/>
          <w:color w:val="000000" w:themeColor="text1"/>
          <w:lang w:val="uk-UA"/>
        </w:rPr>
        <w:t>сконцентрувати</w:t>
      </w:r>
      <w:r w:rsidRPr="00B7305F">
        <w:rPr>
          <w:rFonts w:cs="Times New Roman"/>
          <w:color w:val="000000" w:themeColor="text1"/>
          <w:lang w:val="uk-UA"/>
        </w:rPr>
        <w:t xml:space="preserve"> </w:t>
      </w:r>
      <w:r w:rsidR="009D21BD" w:rsidRPr="00B7305F">
        <w:rPr>
          <w:rFonts w:cs="Times New Roman"/>
          <w:color w:val="000000" w:themeColor="text1"/>
          <w:lang w:val="uk-UA"/>
        </w:rPr>
        <w:t>енергію</w:t>
      </w:r>
      <w:r w:rsidRPr="00B7305F">
        <w:rPr>
          <w:rFonts w:cs="Times New Roman"/>
          <w:color w:val="000000" w:themeColor="text1"/>
          <w:lang w:val="uk-UA"/>
        </w:rPr>
        <w:t xml:space="preserve"> </w:t>
      </w:r>
      <w:r w:rsidR="009D21BD" w:rsidRPr="00B7305F">
        <w:rPr>
          <w:rFonts w:cs="Times New Roman"/>
          <w:color w:val="000000" w:themeColor="text1"/>
          <w:lang w:val="uk-UA"/>
        </w:rPr>
        <w:t>образу</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фізичному</w:t>
      </w:r>
      <w:r w:rsidRPr="00B7305F">
        <w:rPr>
          <w:rFonts w:cs="Times New Roman"/>
          <w:color w:val="000000" w:themeColor="text1"/>
          <w:lang w:val="uk-UA"/>
        </w:rPr>
        <w:t xml:space="preserve"> </w:t>
      </w:r>
      <w:r w:rsidR="009D21BD" w:rsidRPr="00B7305F">
        <w:rPr>
          <w:rFonts w:cs="Times New Roman"/>
          <w:color w:val="000000" w:themeColor="text1"/>
          <w:lang w:val="uk-UA"/>
        </w:rPr>
        <w:t>русі.</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Чехова</w:t>
      </w:r>
      <w:r w:rsidRPr="00B7305F">
        <w:rPr>
          <w:rFonts w:cs="Times New Roman"/>
          <w:color w:val="000000" w:themeColor="text1"/>
          <w:lang w:val="uk-UA"/>
        </w:rPr>
        <w:t xml:space="preserve"> </w:t>
      </w:r>
      <w:r w:rsidR="009D21BD" w:rsidRPr="00B7305F">
        <w:rPr>
          <w:rFonts w:cs="Times New Roman"/>
          <w:color w:val="000000" w:themeColor="text1"/>
          <w:lang w:val="uk-UA"/>
        </w:rPr>
        <w:t>тіло</w:t>
      </w:r>
      <w:r w:rsidRPr="00B7305F">
        <w:rPr>
          <w:rFonts w:cs="Times New Roman"/>
          <w:color w:val="000000" w:themeColor="text1"/>
          <w:lang w:val="uk-UA"/>
        </w:rPr>
        <w:t xml:space="preserve"> </w:t>
      </w:r>
      <w:r w:rsidR="009D21BD" w:rsidRPr="00B7305F">
        <w:rPr>
          <w:rFonts w:cs="Times New Roman"/>
          <w:color w:val="000000" w:themeColor="text1"/>
          <w:lang w:val="uk-UA"/>
        </w:rPr>
        <w:t>було</w:t>
      </w:r>
      <w:r w:rsidRPr="00B7305F">
        <w:rPr>
          <w:rFonts w:cs="Times New Roman"/>
          <w:color w:val="000000" w:themeColor="text1"/>
          <w:lang w:val="uk-UA"/>
        </w:rPr>
        <w:t xml:space="preserve"> </w:t>
      </w:r>
      <w:r w:rsidR="009D21BD" w:rsidRPr="00B7305F">
        <w:rPr>
          <w:rFonts w:cs="Times New Roman"/>
          <w:color w:val="000000" w:themeColor="text1"/>
          <w:lang w:val="uk-UA"/>
        </w:rPr>
        <w:t>продовженням</w:t>
      </w:r>
      <w:r w:rsidRPr="00B7305F">
        <w:rPr>
          <w:rFonts w:cs="Times New Roman"/>
          <w:color w:val="000000" w:themeColor="text1"/>
          <w:lang w:val="uk-UA"/>
        </w:rPr>
        <w:t xml:space="preserve"> </w:t>
      </w:r>
      <w:r w:rsidR="009D21BD" w:rsidRPr="00B7305F">
        <w:rPr>
          <w:rFonts w:cs="Times New Roman"/>
          <w:color w:val="000000" w:themeColor="text1"/>
          <w:lang w:val="uk-UA"/>
        </w:rPr>
        <w:t>душі,</w:t>
      </w:r>
      <w:r w:rsidRPr="00B7305F">
        <w:rPr>
          <w:rFonts w:cs="Times New Roman"/>
          <w:color w:val="000000" w:themeColor="text1"/>
          <w:lang w:val="uk-UA"/>
        </w:rPr>
        <w:t xml:space="preserve"> </w:t>
      </w:r>
      <w:r w:rsidR="009D21BD" w:rsidRPr="00B7305F">
        <w:rPr>
          <w:rFonts w:cs="Times New Roman"/>
          <w:color w:val="000000" w:themeColor="text1"/>
          <w:lang w:val="uk-UA"/>
        </w:rPr>
        <w:t>тому</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мав</w:t>
      </w:r>
      <w:r w:rsidRPr="00B7305F">
        <w:rPr>
          <w:rFonts w:cs="Times New Roman"/>
          <w:color w:val="000000" w:themeColor="text1"/>
          <w:lang w:val="uk-UA"/>
        </w:rPr>
        <w:t xml:space="preserve"> </w:t>
      </w:r>
      <w:r w:rsidR="009D21BD" w:rsidRPr="00B7305F">
        <w:rPr>
          <w:rFonts w:cs="Times New Roman"/>
          <w:color w:val="000000" w:themeColor="text1"/>
          <w:lang w:val="uk-UA"/>
        </w:rPr>
        <w:t>навчитися</w:t>
      </w:r>
      <w:r w:rsidRPr="00B7305F">
        <w:rPr>
          <w:rFonts w:cs="Times New Roman"/>
          <w:color w:val="000000" w:themeColor="text1"/>
          <w:lang w:val="uk-UA"/>
        </w:rPr>
        <w:t xml:space="preserve"> </w:t>
      </w:r>
      <w:r w:rsidR="009D21BD" w:rsidRPr="00B7305F">
        <w:rPr>
          <w:rFonts w:cs="Times New Roman"/>
          <w:color w:val="000000" w:themeColor="text1"/>
          <w:lang w:val="uk-UA"/>
        </w:rPr>
        <w:t>узгоджувати</w:t>
      </w:r>
      <w:r w:rsidRPr="00B7305F">
        <w:rPr>
          <w:rFonts w:cs="Times New Roman"/>
          <w:color w:val="000000" w:themeColor="text1"/>
          <w:lang w:val="uk-UA"/>
        </w:rPr>
        <w:t xml:space="preserve"> </w:t>
      </w:r>
      <w:r w:rsidR="009D21BD" w:rsidRPr="00B7305F">
        <w:rPr>
          <w:rFonts w:cs="Times New Roman"/>
          <w:color w:val="000000" w:themeColor="text1"/>
          <w:lang w:val="uk-UA"/>
        </w:rPr>
        <w:t>внутрішній</w:t>
      </w:r>
      <w:r w:rsidRPr="00B7305F">
        <w:rPr>
          <w:rFonts w:cs="Times New Roman"/>
          <w:color w:val="000000" w:themeColor="text1"/>
          <w:lang w:val="uk-UA"/>
        </w:rPr>
        <w:t xml:space="preserve"> </w:t>
      </w:r>
      <w:r w:rsidR="009D21BD" w:rsidRPr="00B7305F">
        <w:rPr>
          <w:rFonts w:cs="Times New Roman"/>
          <w:color w:val="000000" w:themeColor="text1"/>
          <w:lang w:val="uk-UA"/>
        </w:rPr>
        <w:t>імпульс</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зовнішню</w:t>
      </w:r>
      <w:r w:rsidRPr="00B7305F">
        <w:rPr>
          <w:rFonts w:cs="Times New Roman"/>
          <w:color w:val="000000" w:themeColor="text1"/>
          <w:lang w:val="uk-UA"/>
        </w:rPr>
        <w:t xml:space="preserve"> </w:t>
      </w:r>
      <w:r w:rsidR="009D21BD" w:rsidRPr="00B7305F">
        <w:rPr>
          <w:rFonts w:cs="Times New Roman"/>
          <w:color w:val="000000" w:themeColor="text1"/>
          <w:lang w:val="uk-UA"/>
        </w:rPr>
        <w:t>форму.</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метод</w:t>
      </w:r>
      <w:r w:rsidRPr="00B7305F">
        <w:rPr>
          <w:rFonts w:cs="Times New Roman"/>
          <w:color w:val="000000" w:themeColor="text1"/>
          <w:lang w:val="uk-UA"/>
        </w:rPr>
        <w:t xml:space="preserve"> </w:t>
      </w:r>
      <w:r w:rsidR="009D21BD" w:rsidRPr="00B7305F">
        <w:rPr>
          <w:rFonts w:cs="Times New Roman"/>
          <w:color w:val="000000" w:themeColor="text1"/>
          <w:lang w:val="uk-UA"/>
        </w:rPr>
        <w:t>виявився</w:t>
      </w:r>
      <w:r w:rsidRPr="00B7305F">
        <w:rPr>
          <w:rFonts w:cs="Times New Roman"/>
          <w:color w:val="000000" w:themeColor="text1"/>
          <w:lang w:val="uk-UA"/>
        </w:rPr>
        <w:t xml:space="preserve"> </w:t>
      </w:r>
      <w:r w:rsidR="009D21BD" w:rsidRPr="00B7305F">
        <w:rPr>
          <w:rFonts w:cs="Times New Roman"/>
          <w:color w:val="000000" w:themeColor="text1"/>
          <w:lang w:val="uk-UA"/>
        </w:rPr>
        <w:t>надзвичайно</w:t>
      </w:r>
      <w:r w:rsidRPr="00B7305F">
        <w:rPr>
          <w:rFonts w:cs="Times New Roman"/>
          <w:color w:val="000000" w:themeColor="text1"/>
          <w:lang w:val="uk-UA"/>
        </w:rPr>
        <w:t xml:space="preserve"> </w:t>
      </w:r>
      <w:r w:rsidR="009D21BD" w:rsidRPr="00B7305F">
        <w:rPr>
          <w:rFonts w:cs="Times New Roman"/>
          <w:color w:val="000000" w:themeColor="text1"/>
          <w:lang w:val="uk-UA"/>
        </w:rPr>
        <w:t>ефективним</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кінематографа,</w:t>
      </w:r>
      <w:r w:rsidRPr="00B7305F">
        <w:rPr>
          <w:rFonts w:cs="Times New Roman"/>
          <w:color w:val="000000" w:themeColor="text1"/>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дрібна</w:t>
      </w:r>
      <w:r w:rsidRPr="00B7305F">
        <w:rPr>
          <w:rFonts w:cs="Times New Roman"/>
          <w:color w:val="000000" w:themeColor="text1"/>
          <w:lang w:val="uk-UA"/>
        </w:rPr>
        <w:t xml:space="preserve"> </w:t>
      </w:r>
      <w:r w:rsidR="009D21BD" w:rsidRPr="00B7305F">
        <w:rPr>
          <w:rFonts w:cs="Times New Roman"/>
          <w:color w:val="000000" w:themeColor="text1"/>
          <w:lang w:val="uk-UA"/>
        </w:rPr>
        <w:t>пластика</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мікродеталь</w:t>
      </w:r>
      <w:r w:rsidRPr="00B7305F">
        <w:rPr>
          <w:rFonts w:cs="Times New Roman"/>
          <w:color w:val="000000" w:themeColor="text1"/>
          <w:lang w:val="uk-UA"/>
        </w:rPr>
        <w:t xml:space="preserve"> </w:t>
      </w:r>
      <w:r w:rsidR="009D21BD" w:rsidRPr="00B7305F">
        <w:rPr>
          <w:rFonts w:cs="Times New Roman"/>
          <w:color w:val="000000" w:themeColor="text1"/>
          <w:lang w:val="uk-UA"/>
        </w:rPr>
        <w:t>мають</w:t>
      </w:r>
      <w:r w:rsidRPr="00B7305F">
        <w:rPr>
          <w:rFonts w:cs="Times New Roman"/>
          <w:color w:val="000000" w:themeColor="text1"/>
          <w:lang w:val="uk-UA"/>
        </w:rPr>
        <w:t xml:space="preserve"> </w:t>
      </w:r>
      <w:r w:rsidR="009D21BD" w:rsidRPr="00B7305F">
        <w:rPr>
          <w:rFonts w:cs="Times New Roman"/>
          <w:color w:val="000000" w:themeColor="text1"/>
          <w:lang w:val="uk-UA"/>
        </w:rPr>
        <w:t>першорядне</w:t>
      </w:r>
      <w:r w:rsidRPr="00B7305F">
        <w:rPr>
          <w:rFonts w:cs="Times New Roman"/>
          <w:color w:val="000000" w:themeColor="text1"/>
          <w:lang w:val="uk-UA"/>
        </w:rPr>
        <w:t xml:space="preserve"> </w:t>
      </w:r>
      <w:r w:rsidR="009D21BD" w:rsidRPr="00B7305F">
        <w:rPr>
          <w:rFonts w:cs="Times New Roman"/>
          <w:color w:val="000000" w:themeColor="text1"/>
          <w:lang w:val="uk-UA"/>
        </w:rPr>
        <w:t>значення.</w:t>
      </w:r>
    </w:p>
    <w:p w14:paraId="133FAB2A" w14:textId="3A9D17A9"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Бертольт</w:t>
      </w:r>
      <w:r w:rsidRPr="00B7305F">
        <w:rPr>
          <w:rFonts w:cs="Times New Roman"/>
          <w:color w:val="000000" w:themeColor="text1"/>
          <w:lang w:val="uk-UA"/>
        </w:rPr>
        <w:t xml:space="preserve"> </w:t>
      </w:r>
      <w:r w:rsidR="009D21BD" w:rsidRPr="00B7305F">
        <w:rPr>
          <w:rFonts w:cs="Times New Roman"/>
          <w:color w:val="000000" w:themeColor="text1"/>
          <w:lang w:val="uk-UA"/>
        </w:rPr>
        <w:t>Брехт,</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свою</w:t>
      </w:r>
      <w:r w:rsidRPr="00B7305F">
        <w:rPr>
          <w:rFonts w:cs="Times New Roman"/>
          <w:color w:val="000000" w:themeColor="text1"/>
          <w:lang w:val="uk-UA"/>
        </w:rPr>
        <w:t xml:space="preserve"> </w:t>
      </w:r>
      <w:r w:rsidR="009D21BD" w:rsidRPr="00B7305F">
        <w:rPr>
          <w:rFonts w:cs="Times New Roman"/>
          <w:color w:val="000000" w:themeColor="text1"/>
          <w:lang w:val="uk-UA"/>
        </w:rPr>
        <w:t>чергу,</w:t>
      </w:r>
      <w:r w:rsidRPr="00B7305F">
        <w:rPr>
          <w:rFonts w:cs="Times New Roman"/>
          <w:color w:val="000000" w:themeColor="text1"/>
          <w:lang w:val="uk-UA"/>
        </w:rPr>
        <w:t xml:space="preserve"> </w:t>
      </w:r>
      <w:r w:rsidR="009D21BD" w:rsidRPr="00B7305F">
        <w:rPr>
          <w:rFonts w:cs="Times New Roman"/>
          <w:color w:val="000000" w:themeColor="text1"/>
          <w:lang w:val="uk-UA"/>
        </w:rPr>
        <w:t>запровадив</w:t>
      </w:r>
      <w:r w:rsidRPr="00B7305F">
        <w:rPr>
          <w:rFonts w:cs="Times New Roman"/>
          <w:color w:val="000000" w:themeColor="text1"/>
          <w:lang w:val="uk-UA"/>
        </w:rPr>
        <w:t xml:space="preserve"> </w:t>
      </w:r>
      <w:r w:rsidR="009D21BD" w:rsidRPr="00B7305F">
        <w:rPr>
          <w:rFonts w:cs="Times New Roman"/>
          <w:color w:val="000000" w:themeColor="text1"/>
          <w:lang w:val="uk-UA"/>
        </w:rPr>
        <w:t>концепцію</w:t>
      </w:r>
      <w:r w:rsidRPr="00B7305F">
        <w:rPr>
          <w:rFonts w:cs="Times New Roman"/>
          <w:color w:val="000000" w:themeColor="text1"/>
          <w:lang w:val="uk-UA"/>
        </w:rPr>
        <w:t xml:space="preserve"> </w:t>
      </w:r>
      <w:r w:rsidR="009D21BD" w:rsidRPr="00B7305F">
        <w:rPr>
          <w:rFonts w:cs="Times New Roman"/>
          <w:color w:val="000000" w:themeColor="text1"/>
          <w:lang w:val="uk-UA"/>
        </w:rPr>
        <w:t>«ефекту</w:t>
      </w:r>
      <w:r w:rsidRPr="00B7305F">
        <w:rPr>
          <w:rFonts w:cs="Times New Roman"/>
          <w:color w:val="000000" w:themeColor="text1"/>
          <w:lang w:val="uk-UA"/>
        </w:rPr>
        <w:t xml:space="preserve"> </w:t>
      </w:r>
      <w:r w:rsidR="009D21BD" w:rsidRPr="00B7305F">
        <w:rPr>
          <w:rFonts w:cs="Times New Roman"/>
          <w:color w:val="000000" w:themeColor="text1"/>
          <w:lang w:val="uk-UA"/>
        </w:rPr>
        <w:t>відчуження</w:t>
      </w:r>
      <w:r w:rsidR="004B0283" w:rsidRPr="004B0283">
        <w:rPr>
          <w:rFonts w:cs="Times New Roman"/>
          <w:color w:val="000000" w:themeColor="text1"/>
          <w:lang w:val="ru-RU"/>
        </w:rPr>
        <w:t xml:space="preserve"> </w:t>
      </w:r>
      <w:r w:rsidR="004B0283" w:rsidRPr="00380B63">
        <w:rPr>
          <w:rFonts w:cs="Times New Roman"/>
          <w:lang w:val="ru-RU"/>
        </w:rPr>
        <w:t>[</w:t>
      </w:r>
      <w:r w:rsidR="00380B63" w:rsidRPr="00380B63">
        <w:rPr>
          <w:rFonts w:cs="Times New Roman"/>
          <w:lang w:val="ru-RU"/>
        </w:rPr>
        <w:t>50</w:t>
      </w:r>
      <w:r w:rsidR="004B0283" w:rsidRPr="00380B63">
        <w:rPr>
          <w:rFonts w:cs="Times New Roman"/>
          <w:lang w:val="ru-RU"/>
        </w:rPr>
        <w:t xml:space="preserve">, </w:t>
      </w:r>
      <w:r w:rsidR="004B0283" w:rsidRPr="00380B63">
        <w:rPr>
          <w:rFonts w:cs="Times New Roman"/>
        </w:rPr>
        <w:t>c</w:t>
      </w:r>
      <w:r w:rsidR="004B0283" w:rsidRPr="00380B63">
        <w:rPr>
          <w:rFonts w:cs="Times New Roman"/>
          <w:lang w:val="ru-RU"/>
        </w:rPr>
        <w:t>.</w:t>
      </w:r>
      <w:r w:rsidR="00380B63" w:rsidRPr="00380B63">
        <w:rPr>
          <w:rFonts w:cs="Times New Roman"/>
          <w:lang w:val="ru-RU"/>
        </w:rPr>
        <w:t>1</w:t>
      </w:r>
      <w:r w:rsidR="0066118A">
        <w:rPr>
          <w:rFonts w:cs="Times New Roman"/>
          <w:lang w:val="ru-RU"/>
        </w:rPr>
        <w:t>60</w:t>
      </w:r>
      <w:r w:rsidR="004B0283" w:rsidRPr="00380B63">
        <w:rPr>
          <w:rFonts w:cs="Times New Roman"/>
          <w:lang w:val="ru-RU"/>
        </w:rPr>
        <w:t>]</w:t>
      </w:r>
      <w:r w:rsidR="009D21BD" w:rsidRPr="00380B63">
        <w:rPr>
          <w:rFonts w:cs="Times New Roman"/>
          <w:lang w:val="uk-UA"/>
        </w:rPr>
        <w:t>»,</w:t>
      </w:r>
      <w:r w:rsidRPr="00380B63">
        <w:rPr>
          <w:rFonts w:cs="Times New Roman"/>
          <w:lang w:val="uk-UA"/>
        </w:rPr>
        <w:t xml:space="preserve"> </w:t>
      </w:r>
      <w:r w:rsidR="009D21BD" w:rsidRPr="00B7305F">
        <w:rPr>
          <w:rFonts w:cs="Times New Roman"/>
          <w:color w:val="000000" w:themeColor="text1"/>
          <w:lang w:val="uk-UA"/>
        </w:rPr>
        <w:t>яка</w:t>
      </w:r>
      <w:r w:rsidRPr="00B7305F">
        <w:rPr>
          <w:rFonts w:cs="Times New Roman"/>
          <w:color w:val="000000" w:themeColor="text1"/>
          <w:lang w:val="uk-UA"/>
        </w:rPr>
        <w:t xml:space="preserve"> </w:t>
      </w:r>
      <w:r w:rsidR="009D21BD" w:rsidRPr="00B7305F">
        <w:rPr>
          <w:rFonts w:cs="Times New Roman"/>
          <w:color w:val="000000" w:themeColor="text1"/>
          <w:lang w:val="uk-UA"/>
        </w:rPr>
        <w:t>стала</w:t>
      </w:r>
      <w:r w:rsidRPr="00B7305F">
        <w:rPr>
          <w:rFonts w:cs="Times New Roman"/>
          <w:color w:val="000000" w:themeColor="text1"/>
          <w:lang w:val="uk-UA"/>
        </w:rPr>
        <w:t xml:space="preserve"> </w:t>
      </w:r>
      <w:r w:rsidR="009D21BD" w:rsidRPr="00B7305F">
        <w:rPr>
          <w:rFonts w:cs="Times New Roman"/>
          <w:color w:val="000000" w:themeColor="text1"/>
          <w:lang w:val="uk-UA"/>
        </w:rPr>
        <w:t>антиподом</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психологічного</w:t>
      </w:r>
      <w:r w:rsidRPr="00B7305F">
        <w:rPr>
          <w:rFonts w:cs="Times New Roman"/>
          <w:color w:val="000000" w:themeColor="text1"/>
          <w:lang w:val="uk-UA"/>
        </w:rPr>
        <w:t xml:space="preserve"> </w:t>
      </w:r>
      <w:r w:rsidR="009D21BD" w:rsidRPr="00B7305F">
        <w:rPr>
          <w:rFonts w:cs="Times New Roman"/>
          <w:color w:val="000000" w:themeColor="text1"/>
          <w:lang w:val="uk-UA"/>
        </w:rPr>
        <w:t>реалізму.</w:t>
      </w:r>
      <w:r w:rsidRPr="00B7305F">
        <w:rPr>
          <w:rFonts w:cs="Times New Roman"/>
          <w:color w:val="000000" w:themeColor="text1"/>
          <w:lang w:val="uk-UA"/>
        </w:rPr>
        <w:t xml:space="preserve"> </w:t>
      </w:r>
      <w:r w:rsidR="009D21BD" w:rsidRPr="00B7305F">
        <w:rPr>
          <w:rFonts w:cs="Times New Roman"/>
          <w:color w:val="000000" w:themeColor="text1"/>
          <w:lang w:val="uk-UA"/>
        </w:rPr>
        <w:t>Брехтівський</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не</w:t>
      </w:r>
      <w:r w:rsidRPr="00B7305F">
        <w:rPr>
          <w:rFonts w:cs="Times New Roman"/>
          <w:color w:val="000000" w:themeColor="text1"/>
          <w:lang w:val="uk-UA"/>
        </w:rPr>
        <w:t xml:space="preserve"> </w:t>
      </w:r>
      <w:r w:rsidR="009D21BD" w:rsidRPr="00B7305F">
        <w:rPr>
          <w:rFonts w:cs="Times New Roman"/>
          <w:color w:val="000000" w:themeColor="text1"/>
          <w:lang w:val="uk-UA"/>
        </w:rPr>
        <w:t>занурюється</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роль,</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демонструє</w:t>
      </w:r>
      <w:r w:rsidRPr="00B7305F">
        <w:rPr>
          <w:rFonts w:cs="Times New Roman"/>
          <w:color w:val="000000" w:themeColor="text1"/>
          <w:lang w:val="uk-UA"/>
        </w:rPr>
        <w:t xml:space="preserve"> </w:t>
      </w:r>
      <w:r w:rsidR="009D21BD" w:rsidRPr="00B7305F">
        <w:rPr>
          <w:rFonts w:cs="Times New Roman"/>
          <w:color w:val="000000" w:themeColor="text1"/>
          <w:lang w:val="uk-UA"/>
        </w:rPr>
        <w:t>її,</w:t>
      </w:r>
      <w:r w:rsidRPr="00B7305F">
        <w:rPr>
          <w:rFonts w:cs="Times New Roman"/>
          <w:color w:val="000000" w:themeColor="text1"/>
          <w:lang w:val="uk-UA"/>
        </w:rPr>
        <w:t xml:space="preserve"> </w:t>
      </w:r>
      <w:r w:rsidR="009D21BD" w:rsidRPr="00B7305F">
        <w:rPr>
          <w:rFonts w:cs="Times New Roman"/>
          <w:color w:val="000000" w:themeColor="text1"/>
          <w:lang w:val="uk-UA"/>
        </w:rPr>
        <w:t>створюючи</w:t>
      </w:r>
      <w:r w:rsidRPr="00B7305F">
        <w:rPr>
          <w:rFonts w:cs="Times New Roman"/>
          <w:color w:val="000000" w:themeColor="text1"/>
          <w:lang w:val="uk-UA"/>
        </w:rPr>
        <w:t xml:space="preserve"> </w:t>
      </w:r>
      <w:r w:rsidR="009D21BD" w:rsidRPr="00B7305F">
        <w:rPr>
          <w:rFonts w:cs="Times New Roman"/>
          <w:color w:val="000000" w:themeColor="text1"/>
          <w:lang w:val="uk-UA"/>
        </w:rPr>
        <w:t>дистанцію</w:t>
      </w:r>
      <w:r w:rsidRPr="00B7305F">
        <w:rPr>
          <w:rFonts w:cs="Times New Roman"/>
          <w:color w:val="000000" w:themeColor="text1"/>
          <w:lang w:val="uk-UA"/>
        </w:rPr>
        <w:t xml:space="preserve"> </w:t>
      </w:r>
      <w:r w:rsidR="009D21BD" w:rsidRPr="00B7305F">
        <w:rPr>
          <w:rFonts w:cs="Times New Roman"/>
          <w:color w:val="000000" w:themeColor="text1"/>
          <w:lang w:val="uk-UA"/>
        </w:rPr>
        <w:t>між</w:t>
      </w:r>
      <w:r w:rsidRPr="00B7305F">
        <w:rPr>
          <w:rFonts w:cs="Times New Roman"/>
          <w:color w:val="000000" w:themeColor="text1"/>
          <w:lang w:val="uk-UA"/>
        </w:rPr>
        <w:t xml:space="preserve"> </w:t>
      </w:r>
      <w:r w:rsidR="009D21BD" w:rsidRPr="00B7305F">
        <w:rPr>
          <w:rFonts w:cs="Times New Roman"/>
          <w:color w:val="000000" w:themeColor="text1"/>
          <w:lang w:val="uk-UA"/>
        </w:rPr>
        <w:t>собою</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персонажем.</w:t>
      </w:r>
      <w:r w:rsidRPr="00B7305F">
        <w:rPr>
          <w:rFonts w:cs="Times New Roman"/>
          <w:color w:val="000000" w:themeColor="text1"/>
          <w:lang w:val="uk-UA"/>
        </w:rPr>
        <w:t xml:space="preserve"> </w:t>
      </w:r>
      <w:r w:rsidR="009D21BD" w:rsidRPr="00B7305F">
        <w:rPr>
          <w:rFonts w:cs="Times New Roman"/>
          <w:color w:val="000000" w:themeColor="text1"/>
          <w:lang w:val="uk-UA"/>
        </w:rPr>
        <w:t>Ця</w:t>
      </w:r>
      <w:r w:rsidRPr="00B7305F">
        <w:rPr>
          <w:rFonts w:cs="Times New Roman"/>
          <w:color w:val="000000" w:themeColor="text1"/>
          <w:lang w:val="uk-UA"/>
        </w:rPr>
        <w:t xml:space="preserve"> </w:t>
      </w:r>
      <w:r w:rsidR="009D21BD" w:rsidRPr="00B7305F">
        <w:rPr>
          <w:rFonts w:cs="Times New Roman"/>
          <w:color w:val="000000" w:themeColor="text1"/>
          <w:lang w:val="uk-UA"/>
        </w:rPr>
        <w:t>техніка</w:t>
      </w:r>
      <w:r w:rsidRPr="00B7305F">
        <w:rPr>
          <w:rFonts w:cs="Times New Roman"/>
          <w:color w:val="000000" w:themeColor="text1"/>
          <w:lang w:val="uk-UA"/>
        </w:rPr>
        <w:t xml:space="preserve"> </w:t>
      </w:r>
      <w:r w:rsidR="009D21BD" w:rsidRPr="00B7305F">
        <w:rPr>
          <w:rFonts w:cs="Times New Roman"/>
          <w:color w:val="000000" w:themeColor="text1"/>
          <w:lang w:val="uk-UA"/>
        </w:rPr>
        <w:t>пізніше</w:t>
      </w:r>
      <w:r w:rsidRPr="00B7305F">
        <w:rPr>
          <w:rFonts w:cs="Times New Roman"/>
          <w:color w:val="000000" w:themeColor="text1"/>
          <w:lang w:val="uk-UA"/>
        </w:rPr>
        <w:t xml:space="preserve"> </w:t>
      </w:r>
      <w:r w:rsidR="009D21BD" w:rsidRPr="00B7305F">
        <w:rPr>
          <w:rFonts w:cs="Times New Roman"/>
          <w:color w:val="000000" w:themeColor="text1"/>
          <w:lang w:val="uk-UA"/>
        </w:rPr>
        <w:t>знайшла</w:t>
      </w:r>
      <w:r w:rsidRPr="00B7305F">
        <w:rPr>
          <w:rFonts w:cs="Times New Roman"/>
          <w:color w:val="000000" w:themeColor="text1"/>
          <w:lang w:val="uk-UA"/>
        </w:rPr>
        <w:t xml:space="preserve"> </w:t>
      </w:r>
      <w:r w:rsidR="009D21BD" w:rsidRPr="00B7305F">
        <w:rPr>
          <w:rFonts w:cs="Times New Roman"/>
          <w:color w:val="000000" w:themeColor="text1"/>
          <w:lang w:val="uk-UA"/>
        </w:rPr>
        <w:t>продовження</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кіномистецтві,</w:t>
      </w:r>
      <w:r w:rsidRPr="00B7305F">
        <w:rPr>
          <w:rFonts w:cs="Times New Roman"/>
          <w:color w:val="000000" w:themeColor="text1"/>
          <w:lang w:val="uk-UA"/>
        </w:rPr>
        <w:t xml:space="preserve"> </w:t>
      </w:r>
      <w:r w:rsidR="009D21BD" w:rsidRPr="00B7305F">
        <w:rPr>
          <w:rFonts w:cs="Times New Roman"/>
          <w:color w:val="000000" w:themeColor="text1"/>
          <w:lang w:val="uk-UA"/>
        </w:rPr>
        <w:t>особливо</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фільмах</w:t>
      </w:r>
      <w:r w:rsidRPr="00B7305F">
        <w:rPr>
          <w:rFonts w:cs="Times New Roman"/>
          <w:color w:val="000000" w:themeColor="text1"/>
          <w:lang w:val="uk-UA"/>
        </w:rPr>
        <w:t xml:space="preserve"> </w:t>
      </w:r>
      <w:r w:rsidR="009D21BD" w:rsidRPr="00B7305F">
        <w:rPr>
          <w:rFonts w:cs="Times New Roman"/>
          <w:color w:val="000000" w:themeColor="text1"/>
          <w:lang w:val="uk-UA"/>
        </w:rPr>
        <w:lastRenderedPageBreak/>
        <w:t>європейського</w:t>
      </w:r>
      <w:r w:rsidRPr="00B7305F">
        <w:rPr>
          <w:rFonts w:cs="Times New Roman"/>
          <w:color w:val="000000" w:themeColor="text1"/>
          <w:lang w:val="uk-UA"/>
        </w:rPr>
        <w:t xml:space="preserve"> </w:t>
      </w:r>
      <w:r w:rsidR="009D21BD" w:rsidRPr="00B7305F">
        <w:rPr>
          <w:rFonts w:cs="Times New Roman"/>
          <w:color w:val="000000" w:themeColor="text1"/>
          <w:lang w:val="uk-UA"/>
        </w:rPr>
        <w:t>«нового</w:t>
      </w:r>
      <w:r w:rsidRPr="00B7305F">
        <w:rPr>
          <w:rFonts w:cs="Times New Roman"/>
          <w:color w:val="000000" w:themeColor="text1"/>
          <w:lang w:val="uk-UA"/>
        </w:rPr>
        <w:t xml:space="preserve"> </w:t>
      </w:r>
      <w:r w:rsidR="009D21BD" w:rsidRPr="00380B63">
        <w:rPr>
          <w:rFonts w:cs="Times New Roman"/>
          <w:lang w:val="uk-UA"/>
        </w:rPr>
        <w:t>кіно</w:t>
      </w:r>
      <w:r w:rsidR="004B0283" w:rsidRPr="00380B63">
        <w:rPr>
          <w:rFonts w:cs="Times New Roman"/>
          <w:lang w:val="ru-RU"/>
        </w:rPr>
        <w:t xml:space="preserve"> [</w:t>
      </w:r>
      <w:r w:rsidR="00380B63" w:rsidRPr="00380B63">
        <w:rPr>
          <w:rFonts w:cs="Times New Roman"/>
          <w:lang w:val="ru-RU"/>
        </w:rPr>
        <w:t>50</w:t>
      </w:r>
      <w:r w:rsidR="004B0283" w:rsidRPr="00380B63">
        <w:rPr>
          <w:rFonts w:cs="Times New Roman"/>
          <w:lang w:val="ru-RU"/>
        </w:rPr>
        <w:t xml:space="preserve">, </w:t>
      </w:r>
      <w:r w:rsidR="004B0283" w:rsidRPr="00380B63">
        <w:rPr>
          <w:rFonts w:cs="Times New Roman"/>
        </w:rPr>
        <w:t>c</w:t>
      </w:r>
      <w:r w:rsidR="004B0283" w:rsidRPr="00380B63">
        <w:rPr>
          <w:rFonts w:cs="Times New Roman"/>
          <w:lang w:val="ru-RU"/>
        </w:rPr>
        <w:t>.</w:t>
      </w:r>
      <w:r w:rsidR="00380B63" w:rsidRPr="00380B63">
        <w:rPr>
          <w:rFonts w:cs="Times New Roman"/>
          <w:lang w:val="ru-RU"/>
        </w:rPr>
        <w:t>160</w:t>
      </w:r>
      <w:r w:rsidR="004B0283" w:rsidRPr="00380B63">
        <w:rPr>
          <w:rFonts w:cs="Times New Roman"/>
          <w:lang w:val="ru-RU"/>
        </w:rPr>
        <w:t>]</w:t>
      </w:r>
      <w:r w:rsidR="009D21BD" w:rsidRPr="00380B63">
        <w:rPr>
          <w:rFonts w:cs="Times New Roman"/>
          <w:lang w:val="uk-UA"/>
        </w:rPr>
        <w:t>»,</w:t>
      </w:r>
      <w:r w:rsidRPr="00380B63">
        <w:rPr>
          <w:rFonts w:cs="Times New Roman"/>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акторська</w:t>
      </w:r>
      <w:r w:rsidRPr="00B7305F">
        <w:rPr>
          <w:rFonts w:cs="Times New Roman"/>
          <w:color w:val="000000" w:themeColor="text1"/>
          <w:lang w:val="uk-UA"/>
        </w:rPr>
        <w:t xml:space="preserve"> </w:t>
      </w:r>
      <w:r w:rsidR="009D21BD" w:rsidRPr="00B7305F">
        <w:rPr>
          <w:rFonts w:cs="Times New Roman"/>
          <w:color w:val="000000" w:themeColor="text1"/>
          <w:lang w:val="uk-UA"/>
        </w:rPr>
        <w:t>гра</w:t>
      </w:r>
      <w:r w:rsidRPr="00B7305F">
        <w:rPr>
          <w:rFonts w:cs="Times New Roman"/>
          <w:color w:val="000000" w:themeColor="text1"/>
          <w:lang w:val="uk-UA"/>
        </w:rPr>
        <w:t xml:space="preserve"> </w:t>
      </w:r>
      <w:r w:rsidR="009D21BD" w:rsidRPr="00B7305F">
        <w:rPr>
          <w:rFonts w:cs="Times New Roman"/>
          <w:color w:val="000000" w:themeColor="text1"/>
          <w:lang w:val="uk-UA"/>
        </w:rPr>
        <w:t>часто</w:t>
      </w:r>
      <w:r w:rsidRPr="00B7305F">
        <w:rPr>
          <w:rFonts w:cs="Times New Roman"/>
          <w:color w:val="000000" w:themeColor="text1"/>
          <w:lang w:val="uk-UA"/>
        </w:rPr>
        <w:t xml:space="preserve"> </w:t>
      </w:r>
      <w:r w:rsidR="009D21BD" w:rsidRPr="00B7305F">
        <w:rPr>
          <w:rFonts w:cs="Times New Roman"/>
          <w:color w:val="000000" w:themeColor="text1"/>
          <w:lang w:val="uk-UA"/>
        </w:rPr>
        <w:t>має</w:t>
      </w:r>
      <w:r w:rsidRPr="00B7305F">
        <w:rPr>
          <w:rFonts w:cs="Times New Roman"/>
          <w:color w:val="000000" w:themeColor="text1"/>
          <w:lang w:val="uk-UA"/>
        </w:rPr>
        <w:t xml:space="preserve"> </w:t>
      </w:r>
      <w:r w:rsidR="009D21BD" w:rsidRPr="00B7305F">
        <w:rPr>
          <w:rFonts w:cs="Times New Roman"/>
          <w:color w:val="000000" w:themeColor="text1"/>
          <w:lang w:val="uk-UA"/>
        </w:rPr>
        <w:t>аналітичний,</w:t>
      </w:r>
      <w:r w:rsidRPr="00B7305F">
        <w:rPr>
          <w:rFonts w:cs="Times New Roman"/>
          <w:color w:val="000000" w:themeColor="text1"/>
          <w:lang w:val="uk-UA"/>
        </w:rPr>
        <w:t xml:space="preserve"> </w:t>
      </w:r>
      <w:r w:rsidR="009D21BD" w:rsidRPr="00B7305F">
        <w:rPr>
          <w:rFonts w:cs="Times New Roman"/>
          <w:color w:val="000000" w:themeColor="text1"/>
          <w:lang w:val="uk-UA"/>
        </w:rPr>
        <w:t>інтелектуальний</w:t>
      </w:r>
      <w:r w:rsidRPr="00B7305F">
        <w:rPr>
          <w:rFonts w:cs="Times New Roman"/>
          <w:color w:val="000000" w:themeColor="text1"/>
          <w:lang w:val="uk-UA"/>
        </w:rPr>
        <w:t xml:space="preserve"> </w:t>
      </w:r>
      <w:r w:rsidR="009D21BD" w:rsidRPr="00B7305F">
        <w:rPr>
          <w:rFonts w:cs="Times New Roman"/>
          <w:color w:val="000000" w:themeColor="text1"/>
          <w:lang w:val="uk-UA"/>
        </w:rPr>
        <w:t>характер.</w:t>
      </w:r>
    </w:p>
    <w:p w14:paraId="6521EA86" w14:textId="652D03E1"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середині</w:t>
      </w:r>
      <w:r w:rsidRPr="00B7305F">
        <w:rPr>
          <w:rFonts w:cs="Times New Roman"/>
          <w:color w:val="000000" w:themeColor="text1"/>
          <w:lang w:val="uk-UA"/>
        </w:rPr>
        <w:t xml:space="preserve"> </w:t>
      </w:r>
      <w:r w:rsidR="009D21BD" w:rsidRPr="00B7305F">
        <w:rPr>
          <w:rFonts w:cs="Times New Roman"/>
          <w:color w:val="000000" w:themeColor="text1"/>
          <w:lang w:val="uk-UA"/>
        </w:rPr>
        <w:t>ХХ</w:t>
      </w:r>
      <w:r w:rsidRPr="00B7305F">
        <w:rPr>
          <w:rFonts w:cs="Times New Roman"/>
          <w:color w:val="000000" w:themeColor="text1"/>
          <w:lang w:val="uk-UA"/>
        </w:rPr>
        <w:t xml:space="preserve"> </w:t>
      </w:r>
      <w:r w:rsidR="009D21BD" w:rsidRPr="00B7305F">
        <w:rPr>
          <w:rFonts w:cs="Times New Roman"/>
          <w:color w:val="000000" w:themeColor="text1"/>
          <w:lang w:val="uk-UA"/>
        </w:rPr>
        <w:t>століття</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США</w:t>
      </w:r>
      <w:r w:rsidRPr="00B7305F">
        <w:rPr>
          <w:rFonts w:cs="Times New Roman"/>
          <w:color w:val="000000" w:themeColor="text1"/>
          <w:lang w:val="uk-UA"/>
        </w:rPr>
        <w:t xml:space="preserve"> </w:t>
      </w:r>
      <w:r w:rsidR="009D21BD" w:rsidRPr="00B7305F">
        <w:rPr>
          <w:rFonts w:cs="Times New Roman"/>
          <w:color w:val="000000" w:themeColor="text1"/>
          <w:lang w:val="uk-UA"/>
        </w:rPr>
        <w:t>виник</w:t>
      </w:r>
      <w:r w:rsidRPr="00B7305F">
        <w:rPr>
          <w:rFonts w:cs="Times New Roman"/>
          <w:color w:val="000000" w:themeColor="text1"/>
          <w:lang w:val="uk-UA"/>
        </w:rPr>
        <w:t xml:space="preserve"> </w:t>
      </w:r>
      <w:r w:rsidR="009D21BD" w:rsidRPr="00B7305F">
        <w:rPr>
          <w:rFonts w:cs="Times New Roman"/>
          <w:color w:val="000000" w:themeColor="text1"/>
          <w:lang w:val="uk-UA"/>
        </w:rPr>
        <w:t>«метод»</w:t>
      </w:r>
      <w:r w:rsidRPr="00B7305F">
        <w:rPr>
          <w:rFonts w:cs="Times New Roman"/>
          <w:color w:val="000000" w:themeColor="text1"/>
          <w:lang w:val="uk-UA"/>
        </w:rPr>
        <w:t xml:space="preserve"> </w:t>
      </w:r>
      <w:r w:rsidR="009D21BD" w:rsidRPr="00B7305F">
        <w:rPr>
          <w:rFonts w:cs="Times New Roman"/>
          <w:color w:val="000000" w:themeColor="text1"/>
          <w:lang w:val="uk-UA"/>
        </w:rPr>
        <w:t>Лі</w:t>
      </w:r>
      <w:r w:rsidRPr="00B7305F">
        <w:rPr>
          <w:rFonts w:cs="Times New Roman"/>
          <w:color w:val="000000" w:themeColor="text1"/>
          <w:lang w:val="uk-UA"/>
        </w:rPr>
        <w:t xml:space="preserve"> </w:t>
      </w:r>
      <w:r w:rsidR="009D21BD" w:rsidRPr="00B7305F">
        <w:rPr>
          <w:rFonts w:cs="Times New Roman"/>
          <w:color w:val="000000" w:themeColor="text1"/>
          <w:lang w:val="uk-UA"/>
        </w:rPr>
        <w:t>Страсберга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адаптація</w:t>
      </w:r>
      <w:r w:rsidRPr="00B7305F">
        <w:rPr>
          <w:rFonts w:cs="Times New Roman"/>
          <w:color w:val="000000" w:themeColor="text1"/>
          <w:lang w:val="uk-UA"/>
        </w:rPr>
        <w:t xml:space="preserve"> </w:t>
      </w:r>
      <w:r w:rsidR="009D21BD" w:rsidRPr="00B7305F">
        <w:rPr>
          <w:rFonts w:cs="Times New Roman"/>
          <w:color w:val="000000" w:themeColor="text1"/>
          <w:lang w:val="uk-UA"/>
        </w:rPr>
        <w:t>системи</w:t>
      </w:r>
      <w:r w:rsidRPr="00B7305F">
        <w:rPr>
          <w:rFonts w:cs="Times New Roman"/>
          <w:color w:val="000000" w:themeColor="text1"/>
          <w:lang w:val="uk-UA"/>
        </w:rPr>
        <w:t xml:space="preserve"> </w:t>
      </w:r>
      <w:r w:rsidR="009D21BD" w:rsidRPr="00B7305F">
        <w:rPr>
          <w:rFonts w:cs="Times New Roman"/>
          <w:color w:val="000000" w:themeColor="text1"/>
          <w:lang w:val="uk-UA"/>
        </w:rPr>
        <w:t>Станіславського</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кінематографа.</w:t>
      </w:r>
      <w:r w:rsidRPr="00B7305F">
        <w:rPr>
          <w:rFonts w:cs="Times New Roman"/>
          <w:color w:val="000000" w:themeColor="text1"/>
          <w:lang w:val="uk-UA"/>
        </w:rPr>
        <w:t xml:space="preserve"> </w:t>
      </w:r>
      <w:r w:rsidR="009D21BD" w:rsidRPr="00B7305F">
        <w:rPr>
          <w:rFonts w:cs="Times New Roman"/>
          <w:color w:val="000000" w:themeColor="text1"/>
          <w:lang w:val="uk-UA"/>
        </w:rPr>
        <w:t>Основою</w:t>
      </w:r>
      <w:r w:rsidRPr="00B7305F">
        <w:rPr>
          <w:rFonts w:cs="Times New Roman"/>
          <w:color w:val="000000" w:themeColor="text1"/>
          <w:lang w:val="uk-UA"/>
        </w:rPr>
        <w:t xml:space="preserve"> </w:t>
      </w:r>
      <w:r w:rsidR="009D21BD" w:rsidRPr="00B7305F">
        <w:rPr>
          <w:rFonts w:cs="Times New Roman"/>
          <w:color w:val="000000" w:themeColor="text1"/>
          <w:lang w:val="uk-UA"/>
        </w:rPr>
        <w:t>методу</w:t>
      </w:r>
      <w:r w:rsidRPr="00B7305F">
        <w:rPr>
          <w:rFonts w:cs="Times New Roman"/>
          <w:color w:val="000000" w:themeColor="text1"/>
          <w:lang w:val="uk-UA"/>
        </w:rPr>
        <w:t xml:space="preserve"> </w:t>
      </w:r>
      <w:r w:rsidR="009D21BD" w:rsidRPr="00B7305F">
        <w:rPr>
          <w:rFonts w:cs="Times New Roman"/>
          <w:color w:val="000000" w:themeColor="text1"/>
          <w:lang w:val="uk-UA"/>
        </w:rPr>
        <w:t>є</w:t>
      </w:r>
      <w:r w:rsidRPr="00B7305F">
        <w:rPr>
          <w:rFonts w:cs="Times New Roman"/>
          <w:color w:val="000000" w:themeColor="text1"/>
          <w:lang w:val="uk-UA"/>
        </w:rPr>
        <w:t xml:space="preserve"> </w:t>
      </w:r>
      <w:r w:rsidR="009D21BD" w:rsidRPr="00B7305F">
        <w:rPr>
          <w:rFonts w:cs="Times New Roman"/>
          <w:color w:val="000000" w:themeColor="text1"/>
          <w:lang w:val="uk-UA"/>
        </w:rPr>
        <w:t>особистий</w:t>
      </w:r>
      <w:r w:rsidRPr="00B7305F">
        <w:rPr>
          <w:rFonts w:cs="Times New Roman"/>
          <w:color w:val="000000" w:themeColor="text1"/>
          <w:lang w:val="uk-UA"/>
        </w:rPr>
        <w:t xml:space="preserve"> </w:t>
      </w:r>
      <w:r w:rsidR="009D21BD" w:rsidRPr="00B7305F">
        <w:rPr>
          <w:rFonts w:cs="Times New Roman"/>
          <w:color w:val="000000" w:themeColor="text1"/>
          <w:lang w:val="uk-UA"/>
        </w:rPr>
        <w:t>досвід</w:t>
      </w:r>
      <w:r w:rsidRPr="00B7305F">
        <w:rPr>
          <w:rFonts w:cs="Times New Roman"/>
          <w:color w:val="000000" w:themeColor="text1"/>
          <w:lang w:val="uk-UA"/>
        </w:rPr>
        <w:t xml:space="preserve"> </w:t>
      </w:r>
      <w:r w:rsidR="009D21BD" w:rsidRPr="00B7305F">
        <w:rPr>
          <w:rFonts w:cs="Times New Roman"/>
          <w:color w:val="000000" w:themeColor="text1"/>
          <w:lang w:val="uk-UA"/>
        </w:rPr>
        <w:t>актора,</w:t>
      </w:r>
      <w:r w:rsidRPr="00B7305F">
        <w:rPr>
          <w:rFonts w:cs="Times New Roman"/>
          <w:color w:val="000000" w:themeColor="text1"/>
          <w:lang w:val="uk-UA"/>
        </w:rPr>
        <w:t xml:space="preserve"> </w:t>
      </w:r>
      <w:r w:rsidR="009D21BD" w:rsidRPr="00B7305F">
        <w:rPr>
          <w:rFonts w:cs="Times New Roman"/>
          <w:color w:val="000000" w:themeColor="text1"/>
          <w:lang w:val="uk-UA"/>
        </w:rPr>
        <w:t>який</w:t>
      </w:r>
      <w:r w:rsidRPr="00B7305F">
        <w:rPr>
          <w:rFonts w:cs="Times New Roman"/>
          <w:color w:val="000000" w:themeColor="text1"/>
          <w:lang w:val="uk-UA"/>
        </w:rPr>
        <w:t xml:space="preserve"> </w:t>
      </w:r>
      <w:r w:rsidR="009D21BD" w:rsidRPr="00B7305F">
        <w:rPr>
          <w:rFonts w:cs="Times New Roman"/>
          <w:color w:val="000000" w:themeColor="text1"/>
          <w:lang w:val="uk-UA"/>
        </w:rPr>
        <w:t>використовує</w:t>
      </w:r>
      <w:r w:rsidRPr="00B7305F">
        <w:rPr>
          <w:rFonts w:cs="Times New Roman"/>
          <w:color w:val="000000" w:themeColor="text1"/>
          <w:lang w:val="uk-UA"/>
        </w:rPr>
        <w:t xml:space="preserve"> </w:t>
      </w:r>
      <w:r w:rsidR="009D21BD" w:rsidRPr="00B7305F">
        <w:rPr>
          <w:rFonts w:cs="Times New Roman"/>
          <w:color w:val="000000" w:themeColor="text1"/>
          <w:lang w:val="uk-UA"/>
        </w:rPr>
        <w:t>власні</w:t>
      </w:r>
      <w:r w:rsidRPr="00B7305F">
        <w:rPr>
          <w:rFonts w:cs="Times New Roman"/>
          <w:color w:val="000000" w:themeColor="text1"/>
          <w:lang w:val="uk-UA"/>
        </w:rPr>
        <w:t xml:space="preserve"> </w:t>
      </w:r>
      <w:r w:rsidR="009D21BD" w:rsidRPr="00B7305F">
        <w:rPr>
          <w:rFonts w:cs="Times New Roman"/>
          <w:color w:val="000000" w:themeColor="text1"/>
          <w:lang w:val="uk-UA"/>
        </w:rPr>
        <w:t>спогади</w:t>
      </w:r>
      <w:r w:rsidRPr="00B7305F">
        <w:rPr>
          <w:rFonts w:cs="Times New Roman"/>
          <w:color w:val="000000" w:themeColor="text1"/>
          <w:lang w:val="uk-UA"/>
        </w:rPr>
        <w:t xml:space="preserve"> </w:t>
      </w:r>
      <w:r w:rsidR="009D21BD" w:rsidRPr="00B7305F">
        <w:rPr>
          <w:rFonts w:cs="Times New Roman"/>
          <w:color w:val="000000" w:themeColor="text1"/>
          <w:lang w:val="uk-UA"/>
        </w:rPr>
        <w:t>для</w:t>
      </w:r>
      <w:r w:rsidRPr="00B7305F">
        <w:rPr>
          <w:rFonts w:cs="Times New Roman"/>
          <w:color w:val="000000" w:themeColor="text1"/>
          <w:lang w:val="uk-UA"/>
        </w:rPr>
        <w:t xml:space="preserve"> </w:t>
      </w:r>
      <w:r w:rsidR="009D21BD" w:rsidRPr="00B7305F">
        <w:rPr>
          <w:rFonts w:cs="Times New Roman"/>
          <w:color w:val="000000" w:themeColor="text1"/>
          <w:lang w:val="uk-UA"/>
        </w:rPr>
        <w:t>досягнення</w:t>
      </w:r>
      <w:r w:rsidRPr="00B7305F">
        <w:rPr>
          <w:rFonts w:cs="Times New Roman"/>
          <w:color w:val="000000" w:themeColor="text1"/>
          <w:lang w:val="uk-UA"/>
        </w:rPr>
        <w:t xml:space="preserve"> </w:t>
      </w:r>
      <w:r w:rsidR="009D21BD" w:rsidRPr="00B7305F">
        <w:rPr>
          <w:rFonts w:cs="Times New Roman"/>
          <w:color w:val="000000" w:themeColor="text1"/>
          <w:lang w:val="uk-UA"/>
        </w:rPr>
        <w:t>емоційної</w:t>
      </w:r>
      <w:r w:rsidRPr="00B7305F">
        <w:rPr>
          <w:rFonts w:cs="Times New Roman"/>
          <w:color w:val="000000" w:themeColor="text1"/>
          <w:lang w:val="uk-UA"/>
        </w:rPr>
        <w:t xml:space="preserve"> </w:t>
      </w:r>
      <w:r w:rsidR="009D21BD" w:rsidRPr="00B7305F">
        <w:rPr>
          <w:rFonts w:cs="Times New Roman"/>
          <w:color w:val="000000" w:themeColor="text1"/>
          <w:lang w:val="uk-UA"/>
        </w:rPr>
        <w:t>правди.</w:t>
      </w:r>
      <w:r w:rsidRPr="00B7305F">
        <w:rPr>
          <w:rFonts w:cs="Times New Roman"/>
          <w:color w:val="000000" w:themeColor="text1"/>
          <w:lang w:val="uk-UA"/>
        </w:rPr>
        <w:t xml:space="preserve"> </w:t>
      </w:r>
      <w:r w:rsidR="009D21BD" w:rsidRPr="00B7305F">
        <w:rPr>
          <w:rFonts w:cs="Times New Roman"/>
          <w:color w:val="000000" w:themeColor="text1"/>
          <w:lang w:val="uk-UA"/>
        </w:rPr>
        <w:t>Такий</w:t>
      </w:r>
      <w:r w:rsidRPr="00B7305F">
        <w:rPr>
          <w:rFonts w:cs="Times New Roman"/>
          <w:color w:val="000000" w:themeColor="text1"/>
          <w:lang w:val="uk-UA"/>
        </w:rPr>
        <w:t xml:space="preserve"> </w:t>
      </w:r>
      <w:r w:rsidR="009D21BD" w:rsidRPr="00B7305F">
        <w:rPr>
          <w:rFonts w:cs="Times New Roman"/>
          <w:color w:val="000000" w:themeColor="text1"/>
          <w:lang w:val="uk-UA"/>
        </w:rPr>
        <w:t>підхід</w:t>
      </w:r>
      <w:r w:rsidRPr="00B7305F">
        <w:rPr>
          <w:rFonts w:cs="Times New Roman"/>
          <w:color w:val="000000" w:themeColor="text1"/>
          <w:lang w:val="uk-UA"/>
        </w:rPr>
        <w:t xml:space="preserve"> </w:t>
      </w:r>
      <w:r w:rsidR="009D21BD" w:rsidRPr="00B7305F">
        <w:rPr>
          <w:rFonts w:cs="Times New Roman"/>
          <w:color w:val="000000" w:themeColor="text1"/>
          <w:lang w:val="uk-UA"/>
        </w:rPr>
        <w:t>вимагає</w:t>
      </w:r>
      <w:r w:rsidRPr="00B7305F">
        <w:rPr>
          <w:rFonts w:cs="Times New Roman"/>
          <w:color w:val="000000" w:themeColor="text1"/>
          <w:lang w:val="uk-UA"/>
        </w:rPr>
        <w:t xml:space="preserve"> </w:t>
      </w:r>
      <w:r w:rsidR="009D21BD" w:rsidRPr="00B7305F">
        <w:rPr>
          <w:rFonts w:cs="Times New Roman"/>
          <w:color w:val="000000" w:themeColor="text1"/>
          <w:lang w:val="uk-UA"/>
        </w:rPr>
        <w:t>глибокої</w:t>
      </w:r>
      <w:r w:rsidRPr="00B7305F">
        <w:rPr>
          <w:rFonts w:cs="Times New Roman"/>
          <w:color w:val="000000" w:themeColor="text1"/>
          <w:lang w:val="uk-UA"/>
        </w:rPr>
        <w:t xml:space="preserve"> </w:t>
      </w:r>
      <w:r w:rsidR="009D21BD" w:rsidRPr="00B7305F">
        <w:rPr>
          <w:rFonts w:cs="Times New Roman"/>
          <w:color w:val="000000" w:themeColor="text1"/>
          <w:lang w:val="uk-UA"/>
        </w:rPr>
        <w:t>психологічної</w:t>
      </w:r>
      <w:r w:rsidRPr="00B7305F">
        <w:rPr>
          <w:rFonts w:cs="Times New Roman"/>
          <w:color w:val="000000" w:themeColor="text1"/>
          <w:lang w:val="uk-UA"/>
        </w:rPr>
        <w:t xml:space="preserve"> </w:t>
      </w:r>
      <w:r w:rsidR="009D21BD" w:rsidRPr="00B7305F">
        <w:rPr>
          <w:rFonts w:cs="Times New Roman"/>
          <w:color w:val="000000" w:themeColor="text1"/>
          <w:lang w:val="uk-UA"/>
        </w:rPr>
        <w:t>роботи,</w:t>
      </w:r>
      <w:r w:rsidRPr="00B7305F">
        <w:rPr>
          <w:rFonts w:cs="Times New Roman"/>
          <w:color w:val="000000" w:themeColor="text1"/>
          <w:lang w:val="uk-UA"/>
        </w:rPr>
        <w:t xml:space="preserve"> </w:t>
      </w:r>
      <w:r w:rsidR="009D21BD" w:rsidRPr="00B7305F">
        <w:rPr>
          <w:rFonts w:cs="Times New Roman"/>
          <w:color w:val="000000" w:themeColor="text1"/>
          <w:lang w:val="uk-UA"/>
        </w:rPr>
        <w:t>але</w:t>
      </w:r>
      <w:r w:rsidRPr="00B7305F">
        <w:rPr>
          <w:rFonts w:cs="Times New Roman"/>
          <w:color w:val="000000" w:themeColor="text1"/>
          <w:lang w:val="uk-UA"/>
        </w:rPr>
        <w:t xml:space="preserve"> </w:t>
      </w:r>
      <w:r w:rsidR="009D21BD" w:rsidRPr="00B7305F">
        <w:rPr>
          <w:rFonts w:cs="Times New Roman"/>
          <w:color w:val="000000" w:themeColor="text1"/>
          <w:lang w:val="uk-UA"/>
        </w:rPr>
        <w:t>дозволяє</w:t>
      </w:r>
      <w:r w:rsidRPr="00B7305F">
        <w:rPr>
          <w:rFonts w:cs="Times New Roman"/>
          <w:color w:val="000000" w:themeColor="text1"/>
          <w:lang w:val="uk-UA"/>
        </w:rPr>
        <w:t xml:space="preserve"> </w:t>
      </w:r>
      <w:r w:rsidR="009D21BD" w:rsidRPr="00B7305F">
        <w:rPr>
          <w:rFonts w:cs="Times New Roman"/>
          <w:color w:val="000000" w:themeColor="text1"/>
          <w:lang w:val="uk-UA"/>
        </w:rPr>
        <w:t>створювати</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екрані</w:t>
      </w:r>
      <w:r w:rsidRPr="00B7305F">
        <w:rPr>
          <w:rFonts w:cs="Times New Roman"/>
          <w:color w:val="000000" w:themeColor="text1"/>
          <w:lang w:val="uk-UA"/>
        </w:rPr>
        <w:t xml:space="preserve"> </w:t>
      </w:r>
      <w:r w:rsidR="009D21BD" w:rsidRPr="00B7305F">
        <w:rPr>
          <w:rFonts w:cs="Times New Roman"/>
          <w:color w:val="000000" w:themeColor="text1"/>
          <w:lang w:val="uk-UA"/>
        </w:rPr>
        <w:t>максимально</w:t>
      </w:r>
      <w:r w:rsidRPr="00B7305F">
        <w:rPr>
          <w:rFonts w:cs="Times New Roman"/>
          <w:color w:val="000000" w:themeColor="text1"/>
          <w:lang w:val="uk-UA"/>
        </w:rPr>
        <w:t xml:space="preserve"> </w:t>
      </w:r>
      <w:r w:rsidR="009D21BD" w:rsidRPr="00B7305F">
        <w:rPr>
          <w:rFonts w:cs="Times New Roman"/>
          <w:color w:val="000000" w:themeColor="text1"/>
          <w:lang w:val="uk-UA"/>
        </w:rPr>
        <w:t>достовірні</w:t>
      </w:r>
      <w:r w:rsidRPr="00B7305F">
        <w:rPr>
          <w:rFonts w:cs="Times New Roman"/>
          <w:color w:val="000000" w:themeColor="text1"/>
          <w:lang w:val="uk-UA"/>
        </w:rPr>
        <w:t xml:space="preserve"> </w:t>
      </w:r>
      <w:r w:rsidR="009D21BD" w:rsidRPr="00B7305F">
        <w:rPr>
          <w:rFonts w:cs="Times New Roman"/>
          <w:color w:val="000000" w:themeColor="text1"/>
          <w:lang w:val="uk-UA"/>
        </w:rPr>
        <w:t>образи.</w:t>
      </w:r>
      <w:r w:rsidRPr="00B7305F">
        <w:rPr>
          <w:rFonts w:cs="Times New Roman"/>
          <w:color w:val="000000" w:themeColor="text1"/>
          <w:lang w:val="uk-UA"/>
        </w:rPr>
        <w:t xml:space="preserve"> </w:t>
      </w:r>
      <w:r w:rsidR="009D21BD" w:rsidRPr="00B7305F">
        <w:rPr>
          <w:rFonts w:cs="Times New Roman"/>
          <w:color w:val="000000" w:themeColor="text1"/>
          <w:lang w:val="uk-UA"/>
        </w:rPr>
        <w:t>Метод</w:t>
      </w:r>
      <w:r w:rsidRPr="00B7305F">
        <w:rPr>
          <w:rFonts w:cs="Times New Roman"/>
          <w:color w:val="000000" w:themeColor="text1"/>
          <w:lang w:val="uk-UA"/>
        </w:rPr>
        <w:t xml:space="preserve"> </w:t>
      </w:r>
      <w:r w:rsidR="009D21BD" w:rsidRPr="00B7305F">
        <w:rPr>
          <w:rFonts w:cs="Times New Roman"/>
          <w:color w:val="000000" w:themeColor="text1"/>
          <w:lang w:val="uk-UA"/>
        </w:rPr>
        <w:t>Страсберга</w:t>
      </w:r>
      <w:r w:rsidRPr="00B7305F">
        <w:rPr>
          <w:rFonts w:cs="Times New Roman"/>
          <w:color w:val="000000" w:themeColor="text1"/>
          <w:lang w:val="uk-UA"/>
        </w:rPr>
        <w:t xml:space="preserve"> </w:t>
      </w:r>
      <w:r w:rsidR="009D21BD" w:rsidRPr="00B7305F">
        <w:rPr>
          <w:rFonts w:cs="Times New Roman"/>
          <w:color w:val="000000" w:themeColor="text1"/>
          <w:lang w:val="uk-UA"/>
        </w:rPr>
        <w:t>став</w:t>
      </w:r>
      <w:r w:rsidRPr="00B7305F">
        <w:rPr>
          <w:rFonts w:cs="Times New Roman"/>
          <w:color w:val="000000" w:themeColor="text1"/>
          <w:lang w:val="uk-UA"/>
        </w:rPr>
        <w:t xml:space="preserve"> </w:t>
      </w:r>
      <w:r w:rsidR="009D21BD" w:rsidRPr="00B7305F">
        <w:rPr>
          <w:rFonts w:cs="Times New Roman"/>
          <w:color w:val="000000" w:themeColor="text1"/>
          <w:lang w:val="uk-UA"/>
        </w:rPr>
        <w:t>основою</w:t>
      </w:r>
      <w:r w:rsidRPr="00B7305F">
        <w:rPr>
          <w:rFonts w:cs="Times New Roman"/>
          <w:color w:val="000000" w:themeColor="text1"/>
          <w:lang w:val="uk-UA"/>
        </w:rPr>
        <w:t xml:space="preserve"> </w:t>
      </w:r>
      <w:r w:rsidR="009D21BD" w:rsidRPr="00B7305F">
        <w:rPr>
          <w:rFonts w:cs="Times New Roman"/>
          <w:color w:val="000000" w:themeColor="text1"/>
          <w:lang w:val="uk-UA"/>
        </w:rPr>
        <w:t>американської</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школи,</w:t>
      </w:r>
      <w:r w:rsidRPr="00B7305F">
        <w:rPr>
          <w:rFonts w:cs="Times New Roman"/>
          <w:color w:val="000000" w:themeColor="text1"/>
          <w:lang w:val="uk-UA"/>
        </w:rPr>
        <w:t xml:space="preserve"> </w:t>
      </w:r>
      <w:r w:rsidR="009D21BD" w:rsidRPr="00B7305F">
        <w:rPr>
          <w:rFonts w:cs="Times New Roman"/>
          <w:color w:val="000000" w:themeColor="text1"/>
          <w:lang w:val="uk-UA"/>
        </w:rPr>
        <w:t>виховавши</w:t>
      </w:r>
      <w:r w:rsidRPr="00B7305F">
        <w:rPr>
          <w:rFonts w:cs="Times New Roman"/>
          <w:color w:val="000000" w:themeColor="text1"/>
          <w:lang w:val="uk-UA"/>
        </w:rPr>
        <w:t xml:space="preserve"> </w:t>
      </w:r>
      <w:r w:rsidR="009D21BD" w:rsidRPr="00B7305F">
        <w:rPr>
          <w:rFonts w:cs="Times New Roman"/>
          <w:color w:val="000000" w:themeColor="text1"/>
          <w:lang w:val="uk-UA"/>
        </w:rPr>
        <w:t>таких</w:t>
      </w:r>
      <w:r w:rsidRPr="00B7305F">
        <w:rPr>
          <w:rFonts w:cs="Times New Roman"/>
          <w:color w:val="000000" w:themeColor="text1"/>
          <w:lang w:val="uk-UA"/>
        </w:rPr>
        <w:t xml:space="preserve"> </w:t>
      </w:r>
      <w:r w:rsidR="009D21BD" w:rsidRPr="00B7305F">
        <w:rPr>
          <w:rFonts w:cs="Times New Roman"/>
          <w:color w:val="000000" w:themeColor="text1"/>
          <w:lang w:val="uk-UA"/>
        </w:rPr>
        <w:t>митців,</w:t>
      </w:r>
      <w:r w:rsidRPr="00B7305F">
        <w:rPr>
          <w:rFonts w:cs="Times New Roman"/>
          <w:color w:val="000000" w:themeColor="text1"/>
          <w:lang w:val="uk-UA"/>
        </w:rPr>
        <w:t xml:space="preserve"> </w:t>
      </w:r>
      <w:r w:rsidR="009D21BD" w:rsidRPr="00B7305F">
        <w:rPr>
          <w:rFonts w:cs="Times New Roman"/>
          <w:color w:val="000000" w:themeColor="text1"/>
          <w:lang w:val="uk-UA"/>
        </w:rPr>
        <w:t>як</w:t>
      </w:r>
      <w:r w:rsidRPr="00B7305F">
        <w:rPr>
          <w:rFonts w:cs="Times New Roman"/>
          <w:color w:val="000000" w:themeColor="text1"/>
          <w:lang w:val="uk-UA"/>
        </w:rPr>
        <w:t xml:space="preserve"> </w:t>
      </w:r>
      <w:r w:rsidR="009D21BD" w:rsidRPr="00B7305F">
        <w:rPr>
          <w:rFonts w:cs="Times New Roman"/>
          <w:color w:val="000000" w:themeColor="text1"/>
          <w:lang w:val="uk-UA"/>
        </w:rPr>
        <w:t>Марлон</w:t>
      </w:r>
      <w:r w:rsidRPr="00B7305F">
        <w:rPr>
          <w:rFonts w:cs="Times New Roman"/>
          <w:color w:val="000000" w:themeColor="text1"/>
          <w:lang w:val="uk-UA"/>
        </w:rPr>
        <w:t xml:space="preserve"> </w:t>
      </w:r>
      <w:r w:rsidR="009D21BD" w:rsidRPr="00B7305F">
        <w:rPr>
          <w:rFonts w:cs="Times New Roman"/>
          <w:color w:val="000000" w:themeColor="text1"/>
          <w:lang w:val="uk-UA"/>
        </w:rPr>
        <w:t>Брандо,</w:t>
      </w:r>
      <w:r w:rsidRPr="00B7305F">
        <w:rPr>
          <w:rFonts w:cs="Times New Roman"/>
          <w:color w:val="000000" w:themeColor="text1"/>
          <w:lang w:val="uk-UA"/>
        </w:rPr>
        <w:t xml:space="preserve"> </w:t>
      </w:r>
      <w:r w:rsidR="009D21BD" w:rsidRPr="00B7305F">
        <w:rPr>
          <w:rFonts w:cs="Times New Roman"/>
          <w:color w:val="000000" w:themeColor="text1"/>
          <w:lang w:val="uk-UA"/>
        </w:rPr>
        <w:t>Аль</w:t>
      </w:r>
      <w:r w:rsidRPr="00B7305F">
        <w:rPr>
          <w:rFonts w:cs="Times New Roman"/>
          <w:color w:val="000000" w:themeColor="text1"/>
          <w:lang w:val="uk-UA"/>
        </w:rPr>
        <w:t xml:space="preserve"> </w:t>
      </w:r>
      <w:r w:rsidR="009D21BD" w:rsidRPr="00B7305F">
        <w:rPr>
          <w:rFonts w:cs="Times New Roman"/>
          <w:color w:val="000000" w:themeColor="text1"/>
          <w:lang w:val="uk-UA"/>
        </w:rPr>
        <w:t>Пачіно,</w:t>
      </w:r>
      <w:r w:rsidRPr="00B7305F">
        <w:rPr>
          <w:rFonts w:cs="Times New Roman"/>
          <w:color w:val="000000" w:themeColor="text1"/>
          <w:lang w:val="uk-UA"/>
        </w:rPr>
        <w:t xml:space="preserve"> </w:t>
      </w:r>
      <w:r w:rsidR="009D21BD" w:rsidRPr="00B7305F">
        <w:rPr>
          <w:rFonts w:cs="Times New Roman"/>
          <w:color w:val="000000" w:themeColor="text1"/>
          <w:lang w:val="uk-UA"/>
        </w:rPr>
        <w:t>Роберт</w:t>
      </w:r>
      <w:r w:rsidRPr="00B7305F">
        <w:rPr>
          <w:rFonts w:cs="Times New Roman"/>
          <w:color w:val="000000" w:themeColor="text1"/>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Ніро.</w:t>
      </w:r>
    </w:p>
    <w:p w14:paraId="123E6899" w14:textId="4EFBCD56" w:rsidR="00516DF2" w:rsidRPr="00B7305F" w:rsidRDefault="00480420"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Єжи</w:t>
      </w:r>
      <w:r w:rsidRPr="00B7305F">
        <w:rPr>
          <w:rFonts w:cs="Times New Roman"/>
          <w:color w:val="000000" w:themeColor="text1"/>
          <w:lang w:val="uk-UA"/>
        </w:rPr>
        <w:t xml:space="preserve"> </w:t>
      </w:r>
      <w:r w:rsidR="009D21BD" w:rsidRPr="00B7305F">
        <w:rPr>
          <w:rFonts w:cs="Times New Roman"/>
          <w:color w:val="000000" w:themeColor="text1"/>
          <w:lang w:val="uk-UA"/>
        </w:rPr>
        <w:t>Гротовський</w:t>
      </w:r>
      <w:r w:rsidRPr="00B7305F">
        <w:rPr>
          <w:rFonts w:cs="Times New Roman"/>
          <w:color w:val="000000" w:themeColor="text1"/>
          <w:lang w:val="uk-UA"/>
        </w:rPr>
        <w:t xml:space="preserve"> </w:t>
      </w:r>
      <w:r w:rsidR="009D21BD" w:rsidRPr="00B7305F">
        <w:rPr>
          <w:rFonts w:cs="Times New Roman"/>
          <w:color w:val="000000" w:themeColor="text1"/>
          <w:lang w:val="uk-UA"/>
        </w:rPr>
        <w:t>розвинув</w:t>
      </w:r>
      <w:r w:rsidRPr="00B7305F">
        <w:rPr>
          <w:rFonts w:cs="Times New Roman"/>
          <w:color w:val="000000" w:themeColor="text1"/>
          <w:lang w:val="uk-UA"/>
        </w:rPr>
        <w:t xml:space="preserve"> </w:t>
      </w:r>
      <w:r w:rsidR="009D21BD" w:rsidRPr="00B7305F">
        <w:rPr>
          <w:rFonts w:cs="Times New Roman"/>
          <w:color w:val="000000" w:themeColor="text1"/>
          <w:lang w:val="uk-UA"/>
        </w:rPr>
        <w:t>ідею</w:t>
      </w:r>
      <w:r w:rsidRPr="00B7305F">
        <w:rPr>
          <w:rFonts w:cs="Times New Roman"/>
          <w:color w:val="000000" w:themeColor="text1"/>
          <w:lang w:val="uk-UA"/>
        </w:rPr>
        <w:t xml:space="preserve"> </w:t>
      </w:r>
      <w:r w:rsidR="009D21BD" w:rsidRPr="00B7305F">
        <w:rPr>
          <w:rFonts w:cs="Times New Roman"/>
          <w:color w:val="000000" w:themeColor="text1"/>
          <w:lang w:val="uk-UA"/>
        </w:rPr>
        <w:t>«бідного</w:t>
      </w:r>
      <w:r w:rsidRPr="00B7305F">
        <w:rPr>
          <w:rFonts w:cs="Times New Roman"/>
          <w:color w:val="000000" w:themeColor="text1"/>
          <w:lang w:val="uk-UA"/>
        </w:rPr>
        <w:t xml:space="preserve"> </w:t>
      </w:r>
      <w:r w:rsidR="009D21BD" w:rsidRPr="00380B63">
        <w:rPr>
          <w:rFonts w:cs="Times New Roman"/>
          <w:lang w:val="uk-UA"/>
        </w:rPr>
        <w:t>театру</w:t>
      </w:r>
      <w:r w:rsidR="004B0283" w:rsidRPr="00380B63">
        <w:rPr>
          <w:rFonts w:cs="Times New Roman"/>
          <w:lang w:val="ru-RU"/>
        </w:rPr>
        <w:t xml:space="preserve"> [</w:t>
      </w:r>
      <w:r w:rsidR="00380B63" w:rsidRPr="00380B63">
        <w:rPr>
          <w:rFonts w:cs="Times New Roman"/>
          <w:lang w:val="ru-RU"/>
        </w:rPr>
        <w:t>44</w:t>
      </w:r>
      <w:r w:rsidR="004B0283" w:rsidRPr="00380B63">
        <w:rPr>
          <w:rFonts w:cs="Times New Roman"/>
          <w:lang w:val="ru-RU"/>
        </w:rPr>
        <w:t xml:space="preserve">, </w:t>
      </w:r>
      <w:r w:rsidR="004B0283" w:rsidRPr="00380B63">
        <w:rPr>
          <w:rFonts w:cs="Times New Roman"/>
        </w:rPr>
        <w:t>c</w:t>
      </w:r>
      <w:r w:rsidR="004B0283" w:rsidRPr="00380B63">
        <w:rPr>
          <w:rFonts w:cs="Times New Roman"/>
          <w:lang w:val="ru-RU"/>
        </w:rPr>
        <w:t>.</w:t>
      </w:r>
      <w:r w:rsidR="00380B63" w:rsidRPr="00380B63">
        <w:rPr>
          <w:rFonts w:cs="Times New Roman"/>
          <w:lang w:val="ru-RU"/>
        </w:rPr>
        <w:t>85</w:t>
      </w:r>
      <w:r w:rsidR="004B0283" w:rsidRPr="00380B63">
        <w:rPr>
          <w:rFonts w:cs="Times New Roman"/>
          <w:lang w:val="ru-RU"/>
        </w:rPr>
        <w:t>]</w:t>
      </w:r>
      <w:r w:rsidR="009D21BD" w:rsidRPr="00380B63">
        <w:rPr>
          <w:rFonts w:cs="Times New Roman"/>
          <w:lang w:val="uk-UA"/>
        </w:rPr>
        <w:t>»,</w:t>
      </w:r>
      <w:r w:rsidRPr="00380B63">
        <w:rPr>
          <w:rFonts w:cs="Times New Roman"/>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якому</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стає</w:t>
      </w:r>
      <w:r w:rsidRPr="00B7305F">
        <w:rPr>
          <w:rFonts w:cs="Times New Roman"/>
          <w:color w:val="000000" w:themeColor="text1"/>
          <w:lang w:val="uk-UA"/>
        </w:rPr>
        <w:t xml:space="preserve"> </w:t>
      </w:r>
      <w:r w:rsidR="009D21BD" w:rsidRPr="00B7305F">
        <w:rPr>
          <w:rFonts w:cs="Times New Roman"/>
          <w:color w:val="000000" w:themeColor="text1"/>
          <w:lang w:val="uk-UA"/>
        </w:rPr>
        <w:t>головним</w:t>
      </w:r>
      <w:r w:rsidRPr="00B7305F">
        <w:rPr>
          <w:rFonts w:cs="Times New Roman"/>
          <w:color w:val="000000" w:themeColor="text1"/>
          <w:lang w:val="uk-UA"/>
        </w:rPr>
        <w:t xml:space="preserve"> </w:t>
      </w:r>
      <w:r w:rsidR="009D21BD" w:rsidRPr="00B7305F">
        <w:rPr>
          <w:rFonts w:cs="Times New Roman"/>
          <w:color w:val="000000" w:themeColor="text1"/>
          <w:lang w:val="uk-UA"/>
        </w:rPr>
        <w:t>інструментом</w:t>
      </w:r>
      <w:r w:rsidRPr="00B7305F">
        <w:rPr>
          <w:rFonts w:cs="Times New Roman"/>
          <w:color w:val="000000" w:themeColor="text1"/>
          <w:lang w:val="uk-UA"/>
        </w:rPr>
        <w:t xml:space="preserve"> </w:t>
      </w:r>
      <w:r w:rsidR="009D21BD" w:rsidRPr="00B7305F">
        <w:rPr>
          <w:rFonts w:cs="Times New Roman"/>
          <w:color w:val="000000" w:themeColor="text1"/>
          <w:lang w:val="uk-UA"/>
        </w:rPr>
        <w:t>дії.</w:t>
      </w:r>
      <w:r w:rsidRPr="00B7305F">
        <w:rPr>
          <w:rFonts w:cs="Times New Roman"/>
          <w:color w:val="000000" w:themeColor="text1"/>
          <w:lang w:val="uk-UA"/>
        </w:rPr>
        <w:t xml:space="preserve"> </w:t>
      </w:r>
      <w:r w:rsidR="009D21BD" w:rsidRPr="00B7305F">
        <w:rPr>
          <w:rFonts w:cs="Times New Roman"/>
          <w:color w:val="000000" w:themeColor="text1"/>
          <w:lang w:val="uk-UA"/>
        </w:rPr>
        <w:t>Він</w:t>
      </w:r>
      <w:r w:rsidRPr="00B7305F">
        <w:rPr>
          <w:rFonts w:cs="Times New Roman"/>
          <w:color w:val="000000" w:themeColor="text1"/>
          <w:lang w:val="uk-UA"/>
        </w:rPr>
        <w:t xml:space="preserve"> </w:t>
      </w:r>
      <w:r w:rsidR="009D21BD" w:rsidRPr="00B7305F">
        <w:rPr>
          <w:rFonts w:cs="Times New Roman"/>
          <w:color w:val="000000" w:themeColor="text1"/>
          <w:lang w:val="uk-UA"/>
        </w:rPr>
        <w:t>відмовився</w:t>
      </w:r>
      <w:r w:rsidRPr="00B7305F">
        <w:rPr>
          <w:rFonts w:cs="Times New Roman"/>
          <w:color w:val="000000" w:themeColor="text1"/>
          <w:lang w:val="uk-UA"/>
        </w:rPr>
        <w:t xml:space="preserve"> </w:t>
      </w:r>
      <w:r w:rsidR="009D21BD" w:rsidRPr="00B7305F">
        <w:rPr>
          <w:rFonts w:cs="Times New Roman"/>
          <w:color w:val="000000" w:themeColor="text1"/>
          <w:lang w:val="uk-UA"/>
        </w:rPr>
        <w:t>від</w:t>
      </w:r>
      <w:r w:rsidRPr="00B7305F">
        <w:rPr>
          <w:rFonts w:cs="Times New Roman"/>
          <w:color w:val="000000" w:themeColor="text1"/>
          <w:lang w:val="uk-UA"/>
        </w:rPr>
        <w:t xml:space="preserve"> </w:t>
      </w:r>
      <w:r w:rsidR="009D21BD" w:rsidRPr="00B7305F">
        <w:rPr>
          <w:rFonts w:cs="Times New Roman"/>
          <w:color w:val="000000" w:themeColor="text1"/>
          <w:lang w:val="uk-UA"/>
        </w:rPr>
        <w:t>декорацій,</w:t>
      </w:r>
      <w:r w:rsidRPr="00B7305F">
        <w:rPr>
          <w:rFonts w:cs="Times New Roman"/>
          <w:color w:val="000000" w:themeColor="text1"/>
          <w:lang w:val="uk-UA"/>
        </w:rPr>
        <w:t xml:space="preserve"> </w:t>
      </w:r>
      <w:r w:rsidR="009D21BD" w:rsidRPr="00B7305F">
        <w:rPr>
          <w:rFonts w:cs="Times New Roman"/>
          <w:color w:val="000000" w:themeColor="text1"/>
          <w:lang w:val="uk-UA"/>
        </w:rPr>
        <w:t>костюмів</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навіть</w:t>
      </w:r>
      <w:r w:rsidRPr="00B7305F">
        <w:rPr>
          <w:rFonts w:cs="Times New Roman"/>
          <w:color w:val="000000" w:themeColor="text1"/>
          <w:lang w:val="uk-UA"/>
        </w:rPr>
        <w:t xml:space="preserve"> </w:t>
      </w:r>
      <w:r w:rsidR="009D21BD" w:rsidRPr="00B7305F">
        <w:rPr>
          <w:rFonts w:cs="Times New Roman"/>
          <w:color w:val="000000" w:themeColor="text1"/>
          <w:lang w:val="uk-UA"/>
        </w:rPr>
        <w:t>музики,</w:t>
      </w:r>
      <w:r w:rsidRPr="00B7305F">
        <w:rPr>
          <w:rFonts w:cs="Times New Roman"/>
          <w:color w:val="000000" w:themeColor="text1"/>
          <w:lang w:val="uk-UA"/>
        </w:rPr>
        <w:t xml:space="preserve"> </w:t>
      </w:r>
      <w:r w:rsidR="009D21BD" w:rsidRPr="00B7305F">
        <w:rPr>
          <w:rFonts w:cs="Times New Roman"/>
          <w:color w:val="000000" w:themeColor="text1"/>
          <w:lang w:val="uk-UA"/>
        </w:rPr>
        <w:t>наголошуючи,</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справжня</w:t>
      </w:r>
      <w:r w:rsidRPr="00B7305F">
        <w:rPr>
          <w:rFonts w:cs="Times New Roman"/>
          <w:color w:val="000000" w:themeColor="text1"/>
          <w:lang w:val="uk-UA"/>
        </w:rPr>
        <w:t xml:space="preserve"> </w:t>
      </w:r>
      <w:r w:rsidR="009D21BD" w:rsidRPr="00B7305F">
        <w:rPr>
          <w:rFonts w:cs="Times New Roman"/>
          <w:color w:val="000000" w:themeColor="text1"/>
          <w:lang w:val="uk-UA"/>
        </w:rPr>
        <w:t>сила</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полягає</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акторському</w:t>
      </w:r>
      <w:r w:rsidRPr="00B7305F">
        <w:rPr>
          <w:rFonts w:cs="Times New Roman"/>
          <w:color w:val="000000" w:themeColor="text1"/>
          <w:lang w:val="uk-UA"/>
        </w:rPr>
        <w:t xml:space="preserve"> </w:t>
      </w:r>
      <w:r w:rsidR="009D21BD" w:rsidRPr="00B7305F">
        <w:rPr>
          <w:rFonts w:cs="Times New Roman"/>
          <w:color w:val="000000" w:themeColor="text1"/>
          <w:lang w:val="uk-UA"/>
        </w:rPr>
        <w:t>тілі</w:t>
      </w:r>
      <w:r w:rsidRPr="00B7305F">
        <w:rPr>
          <w:rFonts w:cs="Times New Roman"/>
          <w:color w:val="000000" w:themeColor="text1"/>
          <w:lang w:val="uk-UA"/>
        </w:rPr>
        <w:t xml:space="preserve"> </w:t>
      </w:r>
      <w:r w:rsidR="009D21BD" w:rsidRPr="00B7305F">
        <w:rPr>
          <w:rFonts w:cs="Times New Roman"/>
          <w:color w:val="000000" w:themeColor="text1"/>
          <w:lang w:val="uk-UA"/>
        </w:rPr>
        <w:t>й</w:t>
      </w:r>
      <w:r w:rsidRPr="00B7305F">
        <w:rPr>
          <w:rFonts w:cs="Times New Roman"/>
          <w:color w:val="000000" w:themeColor="text1"/>
          <w:lang w:val="uk-UA"/>
        </w:rPr>
        <w:t xml:space="preserve"> </w:t>
      </w:r>
      <w:r w:rsidR="009D21BD" w:rsidRPr="00B7305F">
        <w:rPr>
          <w:rFonts w:cs="Times New Roman"/>
          <w:color w:val="000000" w:themeColor="text1"/>
          <w:lang w:val="uk-UA"/>
        </w:rPr>
        <w:t>голосі.</w:t>
      </w:r>
      <w:r w:rsidRPr="00B7305F">
        <w:rPr>
          <w:rFonts w:cs="Times New Roman"/>
          <w:color w:val="000000" w:themeColor="text1"/>
          <w:lang w:val="uk-UA"/>
        </w:rPr>
        <w:t xml:space="preserve"> </w:t>
      </w:r>
      <w:r w:rsidR="009D21BD" w:rsidRPr="00B7305F">
        <w:rPr>
          <w:rFonts w:cs="Times New Roman"/>
          <w:color w:val="000000" w:themeColor="text1"/>
          <w:lang w:val="uk-UA"/>
        </w:rPr>
        <w:t>Гротовський</w:t>
      </w:r>
      <w:r w:rsidRPr="00B7305F">
        <w:rPr>
          <w:rFonts w:cs="Times New Roman"/>
          <w:color w:val="000000" w:themeColor="text1"/>
          <w:lang w:val="uk-UA"/>
        </w:rPr>
        <w:t xml:space="preserve"> </w:t>
      </w:r>
      <w:r w:rsidR="009D21BD" w:rsidRPr="00B7305F">
        <w:rPr>
          <w:rFonts w:cs="Times New Roman"/>
          <w:color w:val="000000" w:themeColor="text1"/>
          <w:lang w:val="uk-UA"/>
        </w:rPr>
        <w:t>підняв</w:t>
      </w:r>
      <w:r w:rsidRPr="00B7305F">
        <w:rPr>
          <w:rFonts w:cs="Times New Roman"/>
          <w:color w:val="000000" w:themeColor="text1"/>
          <w:lang w:val="uk-UA"/>
        </w:rPr>
        <w:t xml:space="preserve"> </w:t>
      </w:r>
      <w:r w:rsidR="009D21BD" w:rsidRPr="00B7305F">
        <w:rPr>
          <w:rFonts w:cs="Times New Roman"/>
          <w:color w:val="000000" w:themeColor="text1"/>
          <w:lang w:val="uk-UA"/>
        </w:rPr>
        <w:t>техніку</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рівня</w:t>
      </w:r>
      <w:r w:rsidRPr="00B7305F">
        <w:rPr>
          <w:rFonts w:cs="Times New Roman"/>
          <w:color w:val="000000" w:themeColor="text1"/>
          <w:lang w:val="uk-UA"/>
        </w:rPr>
        <w:t xml:space="preserve"> </w:t>
      </w:r>
      <w:r w:rsidR="009D21BD" w:rsidRPr="00B7305F">
        <w:rPr>
          <w:rFonts w:cs="Times New Roman"/>
          <w:color w:val="000000" w:themeColor="text1"/>
          <w:lang w:val="uk-UA"/>
        </w:rPr>
        <w:t>духовної</w:t>
      </w:r>
      <w:r w:rsidRPr="00B7305F">
        <w:rPr>
          <w:rFonts w:cs="Times New Roman"/>
          <w:color w:val="000000" w:themeColor="text1"/>
          <w:lang w:val="uk-UA"/>
        </w:rPr>
        <w:t xml:space="preserve"> </w:t>
      </w:r>
      <w:r w:rsidR="009D21BD" w:rsidRPr="00B7305F">
        <w:rPr>
          <w:rFonts w:cs="Times New Roman"/>
          <w:color w:val="000000" w:themeColor="text1"/>
          <w:lang w:val="uk-UA"/>
        </w:rPr>
        <w:t>практики,</w:t>
      </w:r>
      <w:r w:rsidRPr="00B7305F">
        <w:rPr>
          <w:rFonts w:cs="Times New Roman"/>
          <w:color w:val="000000" w:themeColor="text1"/>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досягає</w:t>
      </w:r>
      <w:r w:rsidRPr="00B7305F">
        <w:rPr>
          <w:rFonts w:cs="Times New Roman"/>
          <w:color w:val="000000" w:themeColor="text1"/>
          <w:lang w:val="uk-UA"/>
        </w:rPr>
        <w:t xml:space="preserve"> </w:t>
      </w:r>
      <w:r w:rsidR="009D21BD" w:rsidRPr="00B7305F">
        <w:rPr>
          <w:rFonts w:cs="Times New Roman"/>
          <w:color w:val="000000" w:themeColor="text1"/>
          <w:lang w:val="uk-UA"/>
        </w:rPr>
        <w:t>«тотальної</w:t>
      </w:r>
      <w:r w:rsidRPr="00B7305F">
        <w:rPr>
          <w:rFonts w:cs="Times New Roman"/>
          <w:color w:val="000000" w:themeColor="text1"/>
          <w:lang w:val="uk-UA"/>
        </w:rPr>
        <w:t xml:space="preserve"> </w:t>
      </w:r>
      <w:r w:rsidR="009D21BD" w:rsidRPr="00B7305F">
        <w:rPr>
          <w:rFonts w:cs="Times New Roman"/>
          <w:color w:val="000000" w:themeColor="text1"/>
          <w:lang w:val="uk-UA"/>
        </w:rPr>
        <w:t>присутності»</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стану</w:t>
      </w:r>
      <w:r w:rsidRPr="00B7305F">
        <w:rPr>
          <w:rFonts w:cs="Times New Roman"/>
          <w:color w:val="000000" w:themeColor="text1"/>
          <w:lang w:val="uk-UA"/>
        </w:rPr>
        <w:t xml:space="preserve"> </w:t>
      </w:r>
      <w:r w:rsidR="009D21BD" w:rsidRPr="00B7305F">
        <w:rPr>
          <w:rFonts w:cs="Times New Roman"/>
          <w:color w:val="000000" w:themeColor="text1"/>
          <w:lang w:val="uk-UA"/>
        </w:rPr>
        <w:t>абсолютної</w:t>
      </w:r>
      <w:r w:rsidRPr="00B7305F">
        <w:rPr>
          <w:rFonts w:cs="Times New Roman"/>
          <w:color w:val="000000" w:themeColor="text1"/>
          <w:lang w:val="uk-UA"/>
        </w:rPr>
        <w:t xml:space="preserve"> </w:t>
      </w:r>
      <w:r w:rsidR="009D21BD" w:rsidRPr="00B7305F">
        <w:rPr>
          <w:rFonts w:cs="Times New Roman"/>
          <w:color w:val="000000" w:themeColor="text1"/>
          <w:lang w:val="uk-UA"/>
        </w:rPr>
        <w:t>концентрації,</w:t>
      </w:r>
      <w:r w:rsidRPr="00B7305F">
        <w:rPr>
          <w:rFonts w:cs="Times New Roman"/>
          <w:color w:val="000000" w:themeColor="text1"/>
          <w:lang w:val="uk-UA"/>
        </w:rPr>
        <w:t xml:space="preserve"> </w:t>
      </w:r>
      <w:r w:rsidR="009D21BD" w:rsidRPr="00B7305F">
        <w:rPr>
          <w:rFonts w:cs="Times New Roman"/>
          <w:color w:val="000000" w:themeColor="text1"/>
          <w:lang w:val="uk-UA"/>
        </w:rPr>
        <w:t>який</w:t>
      </w:r>
      <w:r w:rsidRPr="00B7305F">
        <w:rPr>
          <w:rFonts w:cs="Times New Roman"/>
          <w:color w:val="000000" w:themeColor="text1"/>
          <w:lang w:val="uk-UA"/>
        </w:rPr>
        <w:t xml:space="preserve"> </w:t>
      </w:r>
      <w:r w:rsidR="009D21BD" w:rsidRPr="00B7305F">
        <w:rPr>
          <w:rFonts w:cs="Times New Roman"/>
          <w:color w:val="000000" w:themeColor="text1"/>
          <w:lang w:val="uk-UA"/>
        </w:rPr>
        <w:t>згодом</w:t>
      </w:r>
      <w:r w:rsidRPr="00B7305F">
        <w:rPr>
          <w:rFonts w:cs="Times New Roman"/>
          <w:color w:val="000000" w:themeColor="text1"/>
          <w:lang w:val="uk-UA"/>
        </w:rPr>
        <w:t xml:space="preserve"> </w:t>
      </w:r>
      <w:r w:rsidR="009D21BD" w:rsidRPr="00B7305F">
        <w:rPr>
          <w:rFonts w:cs="Times New Roman"/>
          <w:color w:val="000000" w:themeColor="text1"/>
          <w:lang w:val="uk-UA"/>
        </w:rPr>
        <w:t>став</w:t>
      </w:r>
      <w:r w:rsidRPr="00B7305F">
        <w:rPr>
          <w:rFonts w:cs="Times New Roman"/>
          <w:color w:val="000000" w:themeColor="text1"/>
          <w:lang w:val="uk-UA"/>
        </w:rPr>
        <w:t xml:space="preserve"> </w:t>
      </w:r>
      <w:r w:rsidR="009D21BD" w:rsidRPr="00B7305F">
        <w:rPr>
          <w:rFonts w:cs="Times New Roman"/>
          <w:color w:val="000000" w:themeColor="text1"/>
          <w:lang w:val="uk-UA"/>
        </w:rPr>
        <w:t>ідеалом</w:t>
      </w:r>
      <w:r w:rsidRPr="00B7305F">
        <w:rPr>
          <w:rFonts w:cs="Times New Roman"/>
          <w:color w:val="000000" w:themeColor="text1"/>
          <w:lang w:val="uk-UA"/>
        </w:rPr>
        <w:t xml:space="preserve"> </w:t>
      </w:r>
      <w:r w:rsidR="009D21BD"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9D21BD" w:rsidRPr="00B7305F">
        <w:rPr>
          <w:rFonts w:cs="Times New Roman"/>
          <w:color w:val="000000" w:themeColor="text1"/>
          <w:lang w:val="uk-UA"/>
        </w:rPr>
        <w:t>мінімалізму.</w:t>
      </w:r>
      <w:r w:rsidRPr="00B7305F">
        <w:rPr>
          <w:rFonts w:cs="Times New Roman"/>
          <w:b/>
          <w:bCs/>
          <w:color w:val="000000" w:themeColor="text1"/>
          <w:lang w:val="uk-UA"/>
        </w:rPr>
        <w:t xml:space="preserve"> </w:t>
      </w:r>
    </w:p>
    <w:p w14:paraId="7318B62A" w14:textId="3054EB02" w:rsidR="00E3536F"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692232" w:rsidRPr="00B7305F">
        <w:rPr>
          <w:rFonts w:cs="Times New Roman"/>
          <w:b/>
          <w:bCs/>
          <w:color w:val="000000" w:themeColor="text1"/>
          <w:lang w:val="uk-UA"/>
        </w:rPr>
        <w:t>Українська</w:t>
      </w:r>
      <w:r w:rsidRPr="00B7305F">
        <w:rPr>
          <w:rFonts w:cs="Times New Roman"/>
          <w:b/>
          <w:bCs/>
          <w:color w:val="000000" w:themeColor="text1"/>
          <w:lang w:val="uk-UA"/>
        </w:rPr>
        <w:t xml:space="preserve"> </w:t>
      </w:r>
      <w:r w:rsidR="00692232" w:rsidRPr="00B7305F">
        <w:rPr>
          <w:rFonts w:cs="Times New Roman"/>
          <w:b/>
          <w:bCs/>
          <w:color w:val="000000" w:themeColor="text1"/>
          <w:lang w:val="uk-UA"/>
        </w:rPr>
        <w:t>акторська</w:t>
      </w:r>
      <w:r w:rsidRPr="00B7305F">
        <w:rPr>
          <w:rFonts w:cs="Times New Roman"/>
          <w:b/>
          <w:bCs/>
          <w:color w:val="000000" w:themeColor="text1"/>
          <w:lang w:val="uk-UA"/>
        </w:rPr>
        <w:t xml:space="preserve"> </w:t>
      </w:r>
      <w:r w:rsidR="00692232" w:rsidRPr="00B7305F">
        <w:rPr>
          <w:rFonts w:cs="Times New Roman"/>
          <w:b/>
          <w:bCs/>
          <w:color w:val="000000" w:themeColor="text1"/>
          <w:lang w:val="uk-UA"/>
        </w:rPr>
        <w:t>школа</w:t>
      </w:r>
      <w:r w:rsidRPr="00B7305F">
        <w:rPr>
          <w:rFonts w:cs="Times New Roman"/>
          <w:b/>
          <w:bCs/>
          <w:color w:val="000000" w:themeColor="text1"/>
          <w:lang w:val="uk-UA"/>
        </w:rPr>
        <w:t xml:space="preserve"> </w:t>
      </w:r>
      <w:r w:rsidR="00692232" w:rsidRPr="00B7305F">
        <w:rPr>
          <w:rFonts w:cs="Times New Roman"/>
          <w:b/>
          <w:bCs/>
          <w:color w:val="000000" w:themeColor="text1"/>
          <w:lang w:val="uk-UA"/>
        </w:rPr>
        <w:t>і</w:t>
      </w:r>
      <w:r w:rsidRPr="00B7305F">
        <w:rPr>
          <w:rFonts w:cs="Times New Roman"/>
          <w:b/>
          <w:bCs/>
          <w:color w:val="000000" w:themeColor="text1"/>
          <w:lang w:val="uk-UA"/>
        </w:rPr>
        <w:t xml:space="preserve"> </w:t>
      </w:r>
      <w:r w:rsidR="00692232" w:rsidRPr="00B7305F">
        <w:rPr>
          <w:rFonts w:cs="Times New Roman"/>
          <w:b/>
          <w:bCs/>
          <w:color w:val="000000" w:themeColor="text1"/>
          <w:lang w:val="uk-UA"/>
        </w:rPr>
        <w:t>її</w:t>
      </w:r>
      <w:r w:rsidRPr="00B7305F">
        <w:rPr>
          <w:rFonts w:cs="Times New Roman"/>
          <w:b/>
          <w:bCs/>
          <w:color w:val="000000" w:themeColor="text1"/>
          <w:lang w:val="uk-UA"/>
        </w:rPr>
        <w:t xml:space="preserve"> </w:t>
      </w:r>
      <w:r w:rsidR="00692232" w:rsidRPr="00B7305F">
        <w:rPr>
          <w:rFonts w:cs="Times New Roman"/>
          <w:b/>
          <w:bCs/>
          <w:color w:val="000000" w:themeColor="text1"/>
          <w:lang w:val="uk-UA"/>
        </w:rPr>
        <w:t>вплив</w:t>
      </w:r>
      <w:r w:rsidRPr="00B7305F">
        <w:rPr>
          <w:rFonts w:cs="Times New Roman"/>
          <w:b/>
          <w:bCs/>
          <w:color w:val="000000" w:themeColor="text1"/>
          <w:lang w:val="uk-UA"/>
        </w:rPr>
        <w:t xml:space="preserve"> </w:t>
      </w:r>
      <w:r w:rsidR="00692232" w:rsidRPr="00B7305F">
        <w:rPr>
          <w:rFonts w:cs="Times New Roman"/>
          <w:b/>
          <w:bCs/>
          <w:color w:val="000000" w:themeColor="text1"/>
          <w:lang w:val="uk-UA"/>
        </w:rPr>
        <w:t>на</w:t>
      </w:r>
      <w:r w:rsidRPr="00B7305F">
        <w:rPr>
          <w:rFonts w:cs="Times New Roman"/>
          <w:b/>
          <w:bCs/>
          <w:color w:val="000000" w:themeColor="text1"/>
          <w:lang w:val="uk-UA"/>
        </w:rPr>
        <w:t xml:space="preserve"> </w:t>
      </w:r>
      <w:r w:rsidR="00692232" w:rsidRPr="00B7305F">
        <w:rPr>
          <w:rFonts w:cs="Times New Roman"/>
          <w:b/>
          <w:bCs/>
          <w:color w:val="000000" w:themeColor="text1"/>
          <w:lang w:val="uk-UA"/>
        </w:rPr>
        <w:t>кінематограф</w:t>
      </w:r>
    </w:p>
    <w:p w14:paraId="161168F0" w14:textId="2ED1E890"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Розвиток</w:t>
      </w:r>
      <w:r w:rsidRPr="00B7305F">
        <w:rPr>
          <w:color w:val="000000" w:themeColor="text1"/>
          <w:lang w:val="uk-UA"/>
        </w:rPr>
        <w:t xml:space="preserve"> </w:t>
      </w:r>
      <w:r w:rsidR="00E3536F" w:rsidRPr="00B7305F">
        <w:rPr>
          <w:color w:val="000000" w:themeColor="text1"/>
          <w:lang w:val="uk-UA"/>
        </w:rPr>
        <w:t>української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школи</w:t>
      </w:r>
      <w:r w:rsidRPr="00B7305F">
        <w:rPr>
          <w:color w:val="000000" w:themeColor="text1"/>
          <w:lang w:val="uk-UA"/>
        </w:rPr>
        <w:t xml:space="preserve"> </w:t>
      </w:r>
      <w:r w:rsidR="00E3536F" w:rsidRPr="00B7305F">
        <w:rPr>
          <w:color w:val="000000" w:themeColor="text1"/>
          <w:lang w:val="uk-UA"/>
        </w:rPr>
        <w:t>є</w:t>
      </w:r>
      <w:r w:rsidRPr="00B7305F">
        <w:rPr>
          <w:color w:val="000000" w:themeColor="text1"/>
          <w:lang w:val="uk-UA"/>
        </w:rPr>
        <w:t xml:space="preserve"> </w:t>
      </w:r>
      <w:r w:rsidR="00E3536F" w:rsidRPr="00B7305F">
        <w:rPr>
          <w:color w:val="000000" w:themeColor="text1"/>
          <w:lang w:val="uk-UA"/>
        </w:rPr>
        <w:t>особливим</w:t>
      </w:r>
      <w:r w:rsidRPr="00B7305F">
        <w:rPr>
          <w:color w:val="000000" w:themeColor="text1"/>
          <w:lang w:val="uk-UA"/>
        </w:rPr>
        <w:t xml:space="preserve"> </w:t>
      </w:r>
      <w:r w:rsidR="00E3536F" w:rsidRPr="00B7305F">
        <w:rPr>
          <w:color w:val="000000" w:themeColor="text1"/>
          <w:lang w:val="uk-UA"/>
        </w:rPr>
        <w:t>феноменом,</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якому</w:t>
      </w:r>
      <w:r w:rsidRPr="00B7305F">
        <w:rPr>
          <w:color w:val="000000" w:themeColor="text1"/>
          <w:lang w:val="uk-UA"/>
        </w:rPr>
        <w:t xml:space="preserve"> </w:t>
      </w:r>
      <w:r w:rsidR="00E3536F" w:rsidRPr="00B7305F">
        <w:rPr>
          <w:color w:val="000000" w:themeColor="text1"/>
          <w:lang w:val="uk-UA"/>
        </w:rPr>
        <w:t>поєдналися</w:t>
      </w:r>
      <w:r w:rsidRPr="00B7305F">
        <w:rPr>
          <w:color w:val="000000" w:themeColor="text1"/>
          <w:lang w:val="uk-UA"/>
        </w:rPr>
        <w:t xml:space="preserve"> </w:t>
      </w:r>
      <w:r w:rsidR="00E3536F" w:rsidRPr="00B7305F">
        <w:rPr>
          <w:color w:val="000000" w:themeColor="text1"/>
          <w:lang w:val="uk-UA"/>
        </w:rPr>
        <w:t>етнокультурні</w:t>
      </w:r>
      <w:r w:rsidRPr="00B7305F">
        <w:rPr>
          <w:color w:val="000000" w:themeColor="text1"/>
          <w:lang w:val="uk-UA"/>
        </w:rPr>
        <w:t xml:space="preserve"> </w:t>
      </w:r>
      <w:r w:rsidR="00E3536F" w:rsidRPr="00B7305F">
        <w:rPr>
          <w:color w:val="000000" w:themeColor="text1"/>
          <w:lang w:val="uk-UA"/>
        </w:rPr>
        <w:t>традиції,</w:t>
      </w:r>
      <w:r w:rsidRPr="00B7305F">
        <w:rPr>
          <w:color w:val="000000" w:themeColor="text1"/>
          <w:lang w:val="uk-UA"/>
        </w:rPr>
        <w:t xml:space="preserve"> </w:t>
      </w:r>
      <w:r w:rsidR="00E3536F" w:rsidRPr="00B7305F">
        <w:rPr>
          <w:color w:val="000000" w:themeColor="text1"/>
          <w:lang w:val="uk-UA"/>
        </w:rPr>
        <w:t>потужні</w:t>
      </w:r>
      <w:r w:rsidRPr="00B7305F">
        <w:rPr>
          <w:color w:val="000000" w:themeColor="text1"/>
          <w:lang w:val="uk-UA"/>
        </w:rPr>
        <w:t xml:space="preserve"> </w:t>
      </w:r>
      <w:r w:rsidR="00E3536F" w:rsidRPr="00B7305F">
        <w:rPr>
          <w:color w:val="000000" w:themeColor="text1"/>
          <w:lang w:val="uk-UA"/>
        </w:rPr>
        <w:t>філософські</w:t>
      </w:r>
      <w:r w:rsidRPr="00B7305F">
        <w:rPr>
          <w:color w:val="000000" w:themeColor="text1"/>
          <w:lang w:val="uk-UA"/>
        </w:rPr>
        <w:t xml:space="preserve"> </w:t>
      </w:r>
      <w:r w:rsidR="00E3536F" w:rsidRPr="00B7305F">
        <w:rPr>
          <w:color w:val="000000" w:themeColor="text1"/>
          <w:lang w:val="uk-UA"/>
        </w:rPr>
        <w:t>ідеї</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інноваційні</w:t>
      </w:r>
      <w:r w:rsidRPr="00B7305F">
        <w:rPr>
          <w:color w:val="000000" w:themeColor="text1"/>
          <w:lang w:val="uk-UA"/>
        </w:rPr>
        <w:t xml:space="preserve"> </w:t>
      </w:r>
      <w:r w:rsidR="00E3536F" w:rsidRPr="00B7305F">
        <w:rPr>
          <w:color w:val="000000" w:themeColor="text1"/>
          <w:lang w:val="uk-UA"/>
        </w:rPr>
        <w:t>підходи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сценічної</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відміну</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багатьох</w:t>
      </w:r>
      <w:r w:rsidRPr="00B7305F">
        <w:rPr>
          <w:color w:val="000000" w:themeColor="text1"/>
          <w:lang w:val="uk-UA"/>
        </w:rPr>
        <w:t xml:space="preserve"> </w:t>
      </w:r>
      <w:r w:rsidR="00E3536F" w:rsidRPr="00B7305F">
        <w:rPr>
          <w:color w:val="000000" w:themeColor="text1"/>
          <w:lang w:val="uk-UA"/>
        </w:rPr>
        <w:t>європейських</w:t>
      </w:r>
      <w:r w:rsidRPr="00B7305F">
        <w:rPr>
          <w:color w:val="000000" w:themeColor="text1"/>
          <w:lang w:val="uk-UA"/>
        </w:rPr>
        <w:t xml:space="preserve"> </w:t>
      </w:r>
      <w:r w:rsidR="00E3536F" w:rsidRPr="00B7305F">
        <w:rPr>
          <w:color w:val="000000" w:themeColor="text1"/>
          <w:lang w:val="uk-UA"/>
        </w:rPr>
        <w:t>моделей,</w:t>
      </w:r>
      <w:r w:rsidRPr="00B7305F">
        <w:rPr>
          <w:color w:val="000000" w:themeColor="text1"/>
          <w:lang w:val="uk-UA"/>
        </w:rPr>
        <w:t xml:space="preserve"> </w:t>
      </w:r>
      <w:r w:rsidR="00E3536F" w:rsidRPr="00B7305F">
        <w:rPr>
          <w:color w:val="000000" w:themeColor="text1"/>
          <w:lang w:val="uk-UA"/>
        </w:rPr>
        <w:t>вітчизняна</w:t>
      </w:r>
      <w:r w:rsidRPr="00B7305F">
        <w:rPr>
          <w:color w:val="000000" w:themeColor="text1"/>
          <w:lang w:val="uk-UA"/>
        </w:rPr>
        <w:t xml:space="preserve"> </w:t>
      </w:r>
      <w:r w:rsidR="00E3536F" w:rsidRPr="00B7305F">
        <w:rPr>
          <w:color w:val="000000" w:themeColor="text1"/>
          <w:lang w:val="uk-UA"/>
        </w:rPr>
        <w:t>школа</w:t>
      </w:r>
      <w:r w:rsidRPr="00B7305F">
        <w:rPr>
          <w:color w:val="000000" w:themeColor="text1"/>
          <w:lang w:val="uk-UA"/>
        </w:rPr>
        <w:t xml:space="preserve"> </w:t>
      </w:r>
      <w:r w:rsidR="00E3536F" w:rsidRPr="00B7305F">
        <w:rPr>
          <w:color w:val="000000" w:themeColor="text1"/>
          <w:lang w:val="uk-UA"/>
        </w:rPr>
        <w:t>формувалася</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межі</w:t>
      </w:r>
      <w:r w:rsidRPr="00B7305F">
        <w:rPr>
          <w:color w:val="000000" w:themeColor="text1"/>
          <w:lang w:val="uk-UA"/>
        </w:rPr>
        <w:t xml:space="preserve"> </w:t>
      </w:r>
      <w:r w:rsidR="00E3536F" w:rsidRPr="00B7305F">
        <w:rPr>
          <w:color w:val="000000" w:themeColor="text1"/>
          <w:lang w:val="uk-UA"/>
        </w:rPr>
        <w:t>кількох</w:t>
      </w:r>
      <w:r w:rsidRPr="00B7305F">
        <w:rPr>
          <w:color w:val="000000" w:themeColor="text1"/>
          <w:lang w:val="uk-UA"/>
        </w:rPr>
        <w:t xml:space="preserve"> </w:t>
      </w:r>
      <w:r w:rsidR="00E3536F" w:rsidRPr="00B7305F">
        <w:rPr>
          <w:color w:val="000000" w:themeColor="text1"/>
          <w:lang w:val="uk-UA"/>
        </w:rPr>
        <w:t>естетичних</w:t>
      </w:r>
      <w:r w:rsidRPr="00B7305F">
        <w:rPr>
          <w:color w:val="000000" w:themeColor="text1"/>
          <w:lang w:val="uk-UA"/>
        </w:rPr>
        <w:t xml:space="preserve"> </w:t>
      </w:r>
      <w:r w:rsidR="00E3536F" w:rsidRPr="00B7305F">
        <w:rPr>
          <w:color w:val="000000" w:themeColor="text1"/>
          <w:lang w:val="uk-UA"/>
        </w:rPr>
        <w:t>систем</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народного</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психологічного</w:t>
      </w:r>
      <w:r w:rsidRPr="00B7305F">
        <w:rPr>
          <w:color w:val="000000" w:themeColor="text1"/>
          <w:lang w:val="uk-UA"/>
        </w:rPr>
        <w:t xml:space="preserve"> </w:t>
      </w:r>
      <w:r w:rsidR="00E3536F" w:rsidRPr="00B7305F">
        <w:rPr>
          <w:color w:val="000000" w:themeColor="text1"/>
          <w:lang w:val="uk-UA"/>
        </w:rPr>
        <w:t>реалізму,</w:t>
      </w:r>
      <w:r w:rsidRPr="00B7305F">
        <w:rPr>
          <w:color w:val="000000" w:themeColor="text1"/>
          <w:lang w:val="uk-UA"/>
        </w:rPr>
        <w:t xml:space="preserve"> </w:t>
      </w:r>
      <w:r w:rsidR="00E3536F" w:rsidRPr="00B7305F">
        <w:rPr>
          <w:color w:val="000000" w:themeColor="text1"/>
          <w:lang w:val="uk-UA"/>
        </w:rPr>
        <w:t>поетичного</w:t>
      </w:r>
      <w:r w:rsidRPr="00B7305F">
        <w:rPr>
          <w:color w:val="000000" w:themeColor="text1"/>
          <w:lang w:val="uk-UA"/>
        </w:rPr>
        <w:t xml:space="preserve"> </w:t>
      </w:r>
      <w:r w:rsidR="00E3536F" w:rsidRPr="00B7305F">
        <w:rPr>
          <w:color w:val="000000" w:themeColor="text1"/>
          <w:lang w:val="uk-UA"/>
        </w:rPr>
        <w:t>символізму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експериментального</w:t>
      </w:r>
      <w:r w:rsidRPr="00B7305F">
        <w:rPr>
          <w:color w:val="000000" w:themeColor="text1"/>
          <w:lang w:val="uk-UA"/>
        </w:rPr>
        <w:t xml:space="preserve"> </w:t>
      </w:r>
      <w:r w:rsidR="00E3536F" w:rsidRPr="00B7305F">
        <w:rPr>
          <w:color w:val="000000" w:themeColor="text1"/>
          <w:lang w:val="uk-UA"/>
        </w:rPr>
        <w:t>авангарду.</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ця</w:t>
      </w:r>
      <w:r w:rsidRPr="00B7305F">
        <w:rPr>
          <w:color w:val="000000" w:themeColor="text1"/>
          <w:lang w:val="uk-UA"/>
        </w:rPr>
        <w:t xml:space="preserve"> </w:t>
      </w:r>
      <w:r w:rsidR="00E3536F" w:rsidRPr="00B7305F">
        <w:rPr>
          <w:color w:val="000000" w:themeColor="text1"/>
          <w:lang w:val="uk-UA"/>
        </w:rPr>
        <w:t>багатошаровість</w:t>
      </w:r>
      <w:r w:rsidRPr="00B7305F">
        <w:rPr>
          <w:color w:val="000000" w:themeColor="text1"/>
          <w:lang w:val="uk-UA"/>
        </w:rPr>
        <w:t xml:space="preserve"> </w:t>
      </w:r>
      <w:r w:rsidR="00E3536F" w:rsidRPr="00B7305F">
        <w:rPr>
          <w:color w:val="000000" w:themeColor="text1"/>
          <w:lang w:val="uk-UA"/>
        </w:rPr>
        <w:t>створила</w:t>
      </w:r>
      <w:r w:rsidRPr="00B7305F">
        <w:rPr>
          <w:color w:val="000000" w:themeColor="text1"/>
          <w:lang w:val="uk-UA"/>
        </w:rPr>
        <w:t xml:space="preserve"> </w:t>
      </w:r>
      <w:r w:rsidR="00E3536F" w:rsidRPr="00B7305F">
        <w:rPr>
          <w:color w:val="000000" w:themeColor="text1"/>
          <w:lang w:val="uk-UA"/>
        </w:rPr>
        <w:t>ґрунт,</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якому</w:t>
      </w:r>
      <w:r w:rsidRPr="00B7305F">
        <w:rPr>
          <w:color w:val="000000" w:themeColor="text1"/>
          <w:lang w:val="uk-UA"/>
        </w:rPr>
        <w:t xml:space="preserve"> </w:t>
      </w:r>
      <w:r w:rsidR="00E3536F" w:rsidRPr="00B7305F">
        <w:rPr>
          <w:color w:val="000000" w:themeColor="text1"/>
          <w:lang w:val="uk-UA"/>
        </w:rPr>
        <w:t>український</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став</w:t>
      </w:r>
      <w:r w:rsidRPr="00B7305F">
        <w:rPr>
          <w:color w:val="000000" w:themeColor="text1"/>
          <w:lang w:val="uk-UA"/>
        </w:rPr>
        <w:t xml:space="preserve"> </w:t>
      </w:r>
      <w:r w:rsidR="00E3536F" w:rsidRPr="00B7305F">
        <w:rPr>
          <w:color w:val="000000" w:themeColor="text1"/>
          <w:lang w:val="uk-UA"/>
        </w:rPr>
        <w:t>органічним</w:t>
      </w:r>
      <w:r w:rsidRPr="00B7305F">
        <w:rPr>
          <w:color w:val="000000" w:themeColor="text1"/>
          <w:lang w:val="uk-UA"/>
        </w:rPr>
        <w:t xml:space="preserve"> </w:t>
      </w:r>
      <w:r w:rsidR="00E3536F" w:rsidRPr="00B7305F">
        <w:rPr>
          <w:color w:val="000000" w:themeColor="text1"/>
          <w:lang w:val="uk-UA"/>
        </w:rPr>
        <w:t>носієм</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сценічної,</w:t>
      </w:r>
      <w:r w:rsidRPr="00B7305F">
        <w:rPr>
          <w:color w:val="000000" w:themeColor="text1"/>
          <w:lang w:val="uk-UA"/>
        </w:rPr>
        <w:t xml:space="preserve"> </w:t>
      </w:r>
      <w:r w:rsidR="00E3536F" w:rsidRPr="00B7305F">
        <w:rPr>
          <w:color w:val="000000" w:themeColor="text1"/>
          <w:lang w:val="uk-UA"/>
        </w:rPr>
        <w:t>так</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кінематографічної</w:t>
      </w:r>
      <w:r w:rsidRPr="00B7305F">
        <w:rPr>
          <w:color w:val="000000" w:themeColor="text1"/>
          <w:lang w:val="uk-UA"/>
        </w:rPr>
        <w:t xml:space="preserve"> </w:t>
      </w:r>
      <w:r w:rsidR="00E3536F" w:rsidRPr="00B7305F">
        <w:rPr>
          <w:color w:val="000000" w:themeColor="text1"/>
          <w:lang w:val="uk-UA"/>
        </w:rPr>
        <w:t>природи.</w:t>
      </w:r>
    </w:p>
    <w:p w14:paraId="34F38672" w14:textId="2E57FC67"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Визначальною</w:t>
      </w:r>
      <w:r w:rsidRPr="00B7305F">
        <w:rPr>
          <w:color w:val="000000" w:themeColor="text1"/>
          <w:lang w:val="uk-UA"/>
        </w:rPr>
        <w:t xml:space="preserve"> </w:t>
      </w:r>
      <w:r w:rsidR="00E3536F" w:rsidRPr="00B7305F">
        <w:rPr>
          <w:color w:val="000000" w:themeColor="text1"/>
          <w:lang w:val="uk-UA"/>
        </w:rPr>
        <w:t>постаттю</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становленні</w:t>
      </w:r>
      <w:r w:rsidRPr="00B7305F">
        <w:rPr>
          <w:color w:val="000000" w:themeColor="text1"/>
          <w:lang w:val="uk-UA"/>
        </w:rPr>
        <w:t xml:space="preserve"> </w:t>
      </w:r>
      <w:r w:rsidR="00E3536F" w:rsidRPr="00B7305F">
        <w:rPr>
          <w:color w:val="000000" w:themeColor="text1"/>
          <w:lang w:val="uk-UA"/>
        </w:rPr>
        <w:t>професійної</w:t>
      </w:r>
      <w:r w:rsidRPr="00B7305F">
        <w:rPr>
          <w:color w:val="000000" w:themeColor="text1"/>
          <w:lang w:val="uk-UA"/>
        </w:rPr>
        <w:t xml:space="preserve"> </w:t>
      </w:r>
      <w:r w:rsidR="00E3536F" w:rsidRPr="00B7305F">
        <w:rPr>
          <w:color w:val="000000" w:themeColor="text1"/>
          <w:lang w:val="uk-UA"/>
        </w:rPr>
        <w:t>української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був</w:t>
      </w:r>
      <w:r w:rsidRPr="00B7305F">
        <w:rPr>
          <w:color w:val="000000" w:themeColor="text1"/>
          <w:lang w:val="uk-UA"/>
        </w:rPr>
        <w:t xml:space="preserve"> </w:t>
      </w:r>
      <w:r w:rsidR="00E3536F" w:rsidRPr="00B7305F">
        <w:rPr>
          <w:b/>
          <w:bCs/>
          <w:color w:val="000000" w:themeColor="text1"/>
          <w:lang w:val="uk-UA"/>
        </w:rPr>
        <w:t>Лесь</w:t>
      </w:r>
      <w:r w:rsidRPr="00B7305F">
        <w:rPr>
          <w:b/>
          <w:bCs/>
          <w:color w:val="000000" w:themeColor="text1"/>
          <w:lang w:val="uk-UA"/>
        </w:rPr>
        <w:t xml:space="preserve"> </w:t>
      </w:r>
      <w:r w:rsidR="00E3536F" w:rsidRPr="00B7305F">
        <w:rPr>
          <w:b/>
          <w:bCs/>
          <w:color w:val="000000" w:themeColor="text1"/>
          <w:lang w:val="uk-UA"/>
        </w:rPr>
        <w:t>Курбас</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запропонував</w:t>
      </w:r>
      <w:r w:rsidRPr="00B7305F">
        <w:rPr>
          <w:color w:val="000000" w:themeColor="text1"/>
          <w:lang w:val="uk-UA"/>
        </w:rPr>
        <w:t xml:space="preserve"> </w:t>
      </w:r>
      <w:r w:rsidR="00E3536F" w:rsidRPr="00B7305F">
        <w:rPr>
          <w:color w:val="000000" w:themeColor="text1"/>
          <w:lang w:val="uk-UA"/>
        </w:rPr>
        <w:t>принципово</w:t>
      </w:r>
      <w:r w:rsidRPr="00B7305F">
        <w:rPr>
          <w:color w:val="000000" w:themeColor="text1"/>
          <w:lang w:val="uk-UA"/>
        </w:rPr>
        <w:t xml:space="preserve"> </w:t>
      </w:r>
      <w:r w:rsidR="00E3536F" w:rsidRPr="00B7305F">
        <w:rPr>
          <w:color w:val="000000" w:themeColor="text1"/>
          <w:lang w:val="uk-UA"/>
        </w:rPr>
        <w:t>новий</w:t>
      </w:r>
      <w:r w:rsidRPr="00B7305F">
        <w:rPr>
          <w:color w:val="000000" w:themeColor="text1"/>
          <w:lang w:val="uk-UA"/>
        </w:rPr>
        <w:t xml:space="preserve"> </w:t>
      </w:r>
      <w:r w:rsidR="00E3536F" w:rsidRPr="00B7305F">
        <w:rPr>
          <w:color w:val="000000" w:themeColor="text1"/>
          <w:lang w:val="uk-UA"/>
        </w:rPr>
        <w:t>підхід</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сценічного</w:t>
      </w:r>
      <w:r w:rsidRPr="00B7305F">
        <w:rPr>
          <w:color w:val="000000" w:themeColor="text1"/>
          <w:lang w:val="uk-UA"/>
        </w:rPr>
        <w:t xml:space="preserve"> </w:t>
      </w:r>
      <w:r w:rsidR="00E3536F" w:rsidRPr="00B7305F">
        <w:rPr>
          <w:color w:val="000000" w:themeColor="text1"/>
          <w:lang w:val="uk-UA"/>
        </w:rPr>
        <w:t>існування.</w:t>
      </w:r>
      <w:r w:rsidRPr="00B7305F">
        <w:rPr>
          <w:color w:val="000000" w:themeColor="text1"/>
          <w:lang w:val="uk-UA"/>
        </w:rPr>
        <w:t xml:space="preserve"> </w:t>
      </w:r>
      <w:r w:rsidR="00E3536F" w:rsidRPr="00B7305F">
        <w:rPr>
          <w:color w:val="000000" w:themeColor="text1"/>
          <w:lang w:val="uk-UA"/>
        </w:rPr>
        <w:t>Його</w:t>
      </w:r>
      <w:r w:rsidRPr="00B7305F">
        <w:rPr>
          <w:color w:val="000000" w:themeColor="text1"/>
          <w:lang w:val="uk-UA"/>
        </w:rPr>
        <w:t xml:space="preserve"> </w:t>
      </w:r>
      <w:r w:rsidR="00E3536F" w:rsidRPr="00B7305F">
        <w:rPr>
          <w:color w:val="000000" w:themeColor="text1"/>
          <w:lang w:val="uk-UA"/>
        </w:rPr>
        <w:t>концепція</w:t>
      </w:r>
      <w:r w:rsidRPr="00B7305F">
        <w:rPr>
          <w:color w:val="000000" w:themeColor="text1"/>
          <w:lang w:val="uk-UA"/>
        </w:rPr>
        <w:t xml:space="preserve"> </w:t>
      </w:r>
      <w:r w:rsidR="00E3536F" w:rsidRPr="00B7305F">
        <w:rPr>
          <w:color w:val="000000" w:themeColor="text1"/>
          <w:lang w:val="uk-UA"/>
        </w:rPr>
        <w:t>синтетичного</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передбачала</w:t>
      </w:r>
      <w:r w:rsidRPr="00B7305F">
        <w:rPr>
          <w:color w:val="000000" w:themeColor="text1"/>
          <w:lang w:val="uk-UA"/>
        </w:rPr>
        <w:t xml:space="preserve"> </w:t>
      </w:r>
      <w:r w:rsidR="00E3536F" w:rsidRPr="00B7305F">
        <w:rPr>
          <w:color w:val="000000" w:themeColor="text1"/>
          <w:lang w:val="uk-UA"/>
        </w:rPr>
        <w:t>рівновагу</w:t>
      </w:r>
      <w:r w:rsidRPr="00B7305F">
        <w:rPr>
          <w:color w:val="000000" w:themeColor="text1"/>
          <w:lang w:val="uk-UA"/>
        </w:rPr>
        <w:t xml:space="preserve"> </w:t>
      </w:r>
      <w:r w:rsidR="00E3536F" w:rsidRPr="00B7305F">
        <w:rPr>
          <w:color w:val="000000" w:themeColor="text1"/>
          <w:lang w:val="uk-UA"/>
        </w:rPr>
        <w:t>між</w:t>
      </w:r>
      <w:r w:rsidRPr="00B7305F">
        <w:rPr>
          <w:color w:val="000000" w:themeColor="text1"/>
          <w:lang w:val="uk-UA"/>
        </w:rPr>
        <w:t xml:space="preserve"> </w:t>
      </w:r>
      <w:r w:rsidR="00E3536F" w:rsidRPr="00B7305F">
        <w:rPr>
          <w:color w:val="000000" w:themeColor="text1"/>
          <w:lang w:val="uk-UA"/>
        </w:rPr>
        <w:t>фізичною</w:t>
      </w:r>
      <w:r w:rsidRPr="00B7305F">
        <w:rPr>
          <w:color w:val="000000" w:themeColor="text1"/>
          <w:lang w:val="uk-UA"/>
        </w:rPr>
        <w:t xml:space="preserve"> </w:t>
      </w:r>
      <w:r w:rsidR="00E3536F" w:rsidRPr="00B7305F">
        <w:rPr>
          <w:color w:val="000000" w:themeColor="text1"/>
          <w:lang w:val="uk-UA"/>
        </w:rPr>
        <w:t>дією,</w:t>
      </w:r>
      <w:r w:rsidRPr="00B7305F">
        <w:rPr>
          <w:color w:val="000000" w:themeColor="text1"/>
          <w:lang w:val="uk-UA"/>
        </w:rPr>
        <w:t xml:space="preserve"> </w:t>
      </w:r>
      <w:r w:rsidR="00E3536F" w:rsidRPr="00B7305F">
        <w:rPr>
          <w:color w:val="000000" w:themeColor="text1"/>
          <w:lang w:val="uk-UA"/>
        </w:rPr>
        <w:t>психологічною</w:t>
      </w:r>
      <w:r w:rsidRPr="00B7305F">
        <w:rPr>
          <w:color w:val="000000" w:themeColor="text1"/>
          <w:lang w:val="uk-UA"/>
        </w:rPr>
        <w:t xml:space="preserve"> </w:t>
      </w:r>
      <w:r w:rsidR="00E3536F" w:rsidRPr="00B7305F">
        <w:rPr>
          <w:color w:val="000000" w:themeColor="text1"/>
          <w:lang w:val="uk-UA"/>
        </w:rPr>
        <w:t>структурою</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образною</w:t>
      </w:r>
      <w:r w:rsidRPr="00B7305F">
        <w:rPr>
          <w:color w:val="000000" w:themeColor="text1"/>
          <w:lang w:val="uk-UA"/>
        </w:rPr>
        <w:t xml:space="preserve"> </w:t>
      </w:r>
      <w:r w:rsidR="00E3536F" w:rsidRPr="00B7305F">
        <w:rPr>
          <w:color w:val="000000" w:themeColor="text1"/>
          <w:lang w:val="uk-UA"/>
        </w:rPr>
        <w:t>поетичністю.</w:t>
      </w:r>
      <w:r w:rsidRPr="00B7305F">
        <w:rPr>
          <w:color w:val="000000" w:themeColor="text1"/>
          <w:lang w:val="uk-UA"/>
        </w:rPr>
        <w:t xml:space="preserve"> </w:t>
      </w:r>
      <w:r w:rsidR="00E3536F" w:rsidRPr="00B7305F">
        <w:rPr>
          <w:color w:val="000000" w:themeColor="text1"/>
          <w:lang w:val="uk-UA"/>
        </w:rPr>
        <w:t>Курбас</w:t>
      </w:r>
      <w:r w:rsidRPr="00B7305F">
        <w:rPr>
          <w:color w:val="000000" w:themeColor="text1"/>
          <w:lang w:val="uk-UA"/>
        </w:rPr>
        <w:t xml:space="preserve"> </w:t>
      </w:r>
      <w:r w:rsidR="00E3536F" w:rsidRPr="00B7305F">
        <w:rPr>
          <w:color w:val="000000" w:themeColor="text1"/>
          <w:lang w:val="uk-UA"/>
        </w:rPr>
        <w:lastRenderedPageBreak/>
        <w:t>вважав,</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має</w:t>
      </w:r>
      <w:r w:rsidRPr="00B7305F">
        <w:rPr>
          <w:color w:val="000000" w:themeColor="text1"/>
          <w:lang w:val="uk-UA"/>
        </w:rPr>
        <w:t xml:space="preserve"> </w:t>
      </w:r>
      <w:r w:rsidR="00E3536F" w:rsidRPr="00B7305F">
        <w:rPr>
          <w:color w:val="000000" w:themeColor="text1"/>
          <w:lang w:val="uk-UA"/>
        </w:rPr>
        <w:t>вміти</w:t>
      </w:r>
      <w:r w:rsidRPr="00B7305F">
        <w:rPr>
          <w:color w:val="000000" w:themeColor="text1"/>
          <w:lang w:val="uk-UA"/>
        </w:rPr>
        <w:t xml:space="preserve"> </w:t>
      </w:r>
      <w:r w:rsidR="00E3536F" w:rsidRPr="00B7305F">
        <w:rPr>
          <w:color w:val="000000" w:themeColor="text1"/>
          <w:lang w:val="uk-UA"/>
        </w:rPr>
        <w:t>«мислити</w:t>
      </w:r>
      <w:r w:rsidRPr="00B7305F">
        <w:rPr>
          <w:color w:val="000000" w:themeColor="text1"/>
          <w:lang w:val="uk-UA"/>
        </w:rPr>
        <w:t xml:space="preserve"> </w:t>
      </w:r>
      <w:r w:rsidR="00E3536F" w:rsidRPr="00B7305F">
        <w:rPr>
          <w:color w:val="000000" w:themeColor="text1"/>
          <w:lang w:val="uk-UA"/>
        </w:rPr>
        <w:t>ритмом</w:t>
      </w:r>
      <w:r w:rsidR="004B0283" w:rsidRPr="004B0283">
        <w:rPr>
          <w:color w:val="000000" w:themeColor="text1"/>
          <w:lang w:val="ru-RU"/>
        </w:rPr>
        <w:t xml:space="preserve"> </w:t>
      </w:r>
      <w:r w:rsidR="004B0283" w:rsidRPr="007B02E3">
        <w:rPr>
          <w:lang w:val="ru-RU"/>
        </w:rPr>
        <w:t>[</w:t>
      </w:r>
      <w:r w:rsidR="007B02E3" w:rsidRPr="007B02E3">
        <w:rPr>
          <w:lang w:val="ru-RU"/>
        </w:rPr>
        <w:t>21</w:t>
      </w:r>
      <w:r w:rsidR="004B0283" w:rsidRPr="007B02E3">
        <w:rPr>
          <w:lang w:val="ru-RU"/>
        </w:rPr>
        <w:t xml:space="preserve">, </w:t>
      </w:r>
      <w:r w:rsidR="004B0283" w:rsidRPr="007B02E3">
        <w:t>c</w:t>
      </w:r>
      <w:r w:rsidR="004B0283" w:rsidRPr="007B02E3">
        <w:rPr>
          <w:lang w:val="ru-RU"/>
        </w:rPr>
        <w:t>.</w:t>
      </w:r>
      <w:r w:rsidR="007B02E3" w:rsidRPr="007B02E3">
        <w:rPr>
          <w:lang w:val="ru-RU"/>
        </w:rPr>
        <w:t>47</w:t>
      </w:r>
      <w:r w:rsidR="004B0283" w:rsidRPr="007B02E3">
        <w:rPr>
          <w:lang w:val="ru-RU"/>
        </w:rPr>
        <w:t>]</w:t>
      </w:r>
      <w:r w:rsidR="00E3536F" w:rsidRPr="007B02E3">
        <w:rPr>
          <w:lang w:val="uk-UA"/>
        </w:rPr>
        <w:t>»,</w:t>
      </w:r>
      <w:r w:rsidRPr="007B02E3">
        <w:rPr>
          <w:lang w:val="uk-UA"/>
        </w:rPr>
        <w:t xml:space="preserve"> </w:t>
      </w:r>
      <w:r w:rsidR="00E3536F" w:rsidRPr="00B7305F">
        <w:rPr>
          <w:color w:val="000000" w:themeColor="text1"/>
          <w:lang w:val="uk-UA"/>
        </w:rPr>
        <w:t>«бачити</w:t>
      </w:r>
      <w:r w:rsidRPr="00B7305F">
        <w:rPr>
          <w:color w:val="000000" w:themeColor="text1"/>
          <w:lang w:val="uk-UA"/>
        </w:rPr>
        <w:t xml:space="preserve"> </w:t>
      </w:r>
      <w:r w:rsidR="00E3536F" w:rsidRPr="00B7305F">
        <w:rPr>
          <w:color w:val="000000" w:themeColor="text1"/>
          <w:lang w:val="uk-UA"/>
        </w:rPr>
        <w:t>простір</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партитур</w:t>
      </w:r>
      <w:r w:rsidR="004B0283">
        <w:rPr>
          <w:color w:val="000000" w:themeColor="text1"/>
          <w:lang w:val="uk-UA"/>
        </w:rPr>
        <w:t>у</w:t>
      </w:r>
      <w:r w:rsidR="004B0283" w:rsidRPr="004B0283">
        <w:rPr>
          <w:color w:val="000000" w:themeColor="text1"/>
          <w:lang w:val="ru-RU"/>
        </w:rPr>
        <w:t xml:space="preserve"> </w:t>
      </w:r>
      <w:r w:rsidR="007B02E3" w:rsidRPr="007B02E3">
        <w:rPr>
          <w:lang w:val="ru-RU"/>
        </w:rPr>
        <w:t xml:space="preserve">[21, </w:t>
      </w:r>
      <w:r w:rsidR="007B02E3" w:rsidRPr="007B02E3">
        <w:t>c</w:t>
      </w:r>
      <w:r w:rsidR="007B02E3" w:rsidRPr="007B02E3">
        <w:rPr>
          <w:lang w:val="ru-RU"/>
        </w:rPr>
        <w:t>.47]</w:t>
      </w:r>
      <w:r w:rsidR="007B02E3" w:rsidRPr="007B02E3">
        <w:rPr>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працювати</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лише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межах</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вимірі</w:t>
      </w:r>
      <w:r w:rsidRPr="00B7305F">
        <w:rPr>
          <w:color w:val="000000" w:themeColor="text1"/>
          <w:lang w:val="uk-UA"/>
        </w:rPr>
        <w:t xml:space="preserve"> </w:t>
      </w:r>
      <w:r w:rsidR="00E3536F" w:rsidRPr="00B7305F">
        <w:rPr>
          <w:color w:val="000000" w:themeColor="text1"/>
          <w:lang w:val="uk-UA"/>
        </w:rPr>
        <w:t>монтажного</w:t>
      </w:r>
      <w:r w:rsidRPr="00B7305F">
        <w:rPr>
          <w:color w:val="000000" w:themeColor="text1"/>
          <w:lang w:val="uk-UA"/>
        </w:rPr>
        <w:t xml:space="preserve"> </w:t>
      </w:r>
      <w:r w:rsidR="00E3536F" w:rsidRPr="00B7305F">
        <w:rPr>
          <w:color w:val="000000" w:themeColor="text1"/>
          <w:lang w:val="uk-UA"/>
        </w:rPr>
        <w:t>мислення.</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це</w:t>
      </w:r>
      <w:r w:rsidRPr="00B7305F">
        <w:rPr>
          <w:color w:val="000000" w:themeColor="text1"/>
          <w:lang w:val="uk-UA"/>
        </w:rPr>
        <w:t xml:space="preserve"> </w:t>
      </w:r>
      <w:r w:rsidR="00E3536F" w:rsidRPr="00B7305F">
        <w:rPr>
          <w:color w:val="000000" w:themeColor="text1"/>
          <w:lang w:val="uk-UA"/>
        </w:rPr>
        <w:t>монтажне</w:t>
      </w:r>
      <w:r w:rsidRPr="00B7305F">
        <w:rPr>
          <w:color w:val="000000" w:themeColor="text1"/>
          <w:lang w:val="uk-UA"/>
        </w:rPr>
        <w:t xml:space="preserve"> </w:t>
      </w:r>
      <w:r w:rsidR="00E3536F" w:rsidRPr="00B7305F">
        <w:rPr>
          <w:color w:val="000000" w:themeColor="text1"/>
          <w:lang w:val="uk-UA"/>
        </w:rPr>
        <w:t>бачення</w:t>
      </w:r>
      <w:r w:rsidRPr="00B7305F">
        <w:rPr>
          <w:color w:val="000000" w:themeColor="text1"/>
          <w:lang w:val="uk-UA"/>
        </w:rPr>
        <w:t xml:space="preserve"> </w:t>
      </w:r>
      <w:r w:rsidR="00E3536F" w:rsidRPr="00B7305F">
        <w:rPr>
          <w:color w:val="000000" w:themeColor="text1"/>
          <w:lang w:val="uk-UA"/>
        </w:rPr>
        <w:t>стало</w:t>
      </w:r>
      <w:r w:rsidRPr="00B7305F">
        <w:rPr>
          <w:color w:val="000000" w:themeColor="text1"/>
          <w:lang w:val="uk-UA"/>
        </w:rPr>
        <w:t xml:space="preserve"> </w:t>
      </w:r>
      <w:r w:rsidR="00E3536F" w:rsidRPr="00B7305F">
        <w:rPr>
          <w:color w:val="000000" w:themeColor="text1"/>
          <w:lang w:val="uk-UA"/>
        </w:rPr>
        <w:t>тим</w:t>
      </w:r>
      <w:r w:rsidRPr="00B7305F">
        <w:rPr>
          <w:color w:val="000000" w:themeColor="text1"/>
          <w:lang w:val="uk-UA"/>
        </w:rPr>
        <w:t xml:space="preserve"> </w:t>
      </w:r>
      <w:r w:rsidR="00E3536F" w:rsidRPr="00B7305F">
        <w:rPr>
          <w:color w:val="000000" w:themeColor="text1"/>
          <w:lang w:val="uk-UA"/>
        </w:rPr>
        <w:t>містком,</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згодом</w:t>
      </w:r>
      <w:r w:rsidRPr="00B7305F">
        <w:rPr>
          <w:color w:val="000000" w:themeColor="text1"/>
          <w:lang w:val="uk-UA"/>
        </w:rPr>
        <w:t xml:space="preserve"> </w:t>
      </w:r>
      <w:r w:rsidR="00E3536F" w:rsidRPr="00B7305F">
        <w:rPr>
          <w:color w:val="000000" w:themeColor="text1"/>
          <w:lang w:val="uk-UA"/>
        </w:rPr>
        <w:t>визначив</w:t>
      </w:r>
      <w:r w:rsidRPr="00B7305F">
        <w:rPr>
          <w:color w:val="000000" w:themeColor="text1"/>
          <w:lang w:val="uk-UA"/>
        </w:rPr>
        <w:t xml:space="preserve"> </w:t>
      </w:r>
      <w:r w:rsidR="00E3536F" w:rsidRPr="00B7305F">
        <w:rPr>
          <w:color w:val="000000" w:themeColor="text1"/>
          <w:lang w:val="uk-UA"/>
        </w:rPr>
        <w:t>проникнення</w:t>
      </w:r>
      <w:r w:rsidRPr="00B7305F">
        <w:rPr>
          <w:color w:val="000000" w:themeColor="text1"/>
          <w:lang w:val="uk-UA"/>
        </w:rPr>
        <w:t xml:space="preserve"> </w:t>
      </w:r>
      <w:r w:rsidR="00E3536F" w:rsidRPr="00B7305F">
        <w:rPr>
          <w:color w:val="000000" w:themeColor="text1"/>
          <w:lang w:val="uk-UA"/>
        </w:rPr>
        <w:t>кінематографічних</w:t>
      </w:r>
      <w:r w:rsidRPr="00B7305F">
        <w:rPr>
          <w:color w:val="000000" w:themeColor="text1"/>
          <w:lang w:val="uk-UA"/>
        </w:rPr>
        <w:t xml:space="preserve"> </w:t>
      </w:r>
      <w:r w:rsidR="00E3536F" w:rsidRPr="00B7305F">
        <w:rPr>
          <w:color w:val="000000" w:themeColor="text1"/>
          <w:lang w:val="uk-UA"/>
        </w:rPr>
        <w:t>принципів</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театральну</w:t>
      </w:r>
      <w:r w:rsidRPr="00B7305F">
        <w:rPr>
          <w:color w:val="000000" w:themeColor="text1"/>
          <w:lang w:val="uk-UA"/>
        </w:rPr>
        <w:t xml:space="preserve"> </w:t>
      </w:r>
      <w:r w:rsidR="00E3536F" w:rsidRPr="00B7305F">
        <w:rPr>
          <w:color w:val="000000" w:themeColor="text1"/>
          <w:lang w:val="uk-UA"/>
        </w:rPr>
        <w:t>педагогіку.</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Курбаса</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був</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лише</w:t>
      </w:r>
      <w:r w:rsidRPr="00B7305F">
        <w:rPr>
          <w:color w:val="000000" w:themeColor="text1"/>
          <w:lang w:val="uk-UA"/>
        </w:rPr>
        <w:t xml:space="preserve"> </w:t>
      </w:r>
      <w:r w:rsidR="00E3536F" w:rsidRPr="00B7305F">
        <w:rPr>
          <w:color w:val="000000" w:themeColor="text1"/>
          <w:lang w:val="uk-UA"/>
        </w:rPr>
        <w:t>виконавцем</w:t>
      </w:r>
      <w:r w:rsidRPr="00B7305F">
        <w:rPr>
          <w:color w:val="000000" w:themeColor="text1"/>
          <w:lang w:val="uk-UA"/>
        </w:rPr>
        <w:t xml:space="preserve"> </w:t>
      </w:r>
      <w:r w:rsidR="00E3536F" w:rsidRPr="00B7305F">
        <w:rPr>
          <w:color w:val="000000" w:themeColor="text1"/>
          <w:lang w:val="uk-UA"/>
        </w:rPr>
        <w:t>ролі,</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співтворцем</w:t>
      </w:r>
      <w:r w:rsidRPr="00B7305F">
        <w:rPr>
          <w:color w:val="000000" w:themeColor="text1"/>
          <w:lang w:val="uk-UA"/>
        </w:rPr>
        <w:t xml:space="preserve"> </w:t>
      </w:r>
      <w:r w:rsidR="00E3536F" w:rsidRPr="00B7305F">
        <w:rPr>
          <w:color w:val="000000" w:themeColor="text1"/>
          <w:lang w:val="uk-UA"/>
        </w:rPr>
        <w:t>драматургії</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здатним</w:t>
      </w:r>
      <w:r w:rsidRPr="00B7305F">
        <w:rPr>
          <w:color w:val="000000" w:themeColor="text1"/>
          <w:lang w:val="uk-UA"/>
        </w:rPr>
        <w:t xml:space="preserve"> </w:t>
      </w:r>
      <w:r w:rsidR="00E3536F" w:rsidRPr="00B7305F">
        <w:rPr>
          <w:color w:val="000000" w:themeColor="text1"/>
          <w:lang w:val="uk-UA"/>
        </w:rPr>
        <w:t>перетворювати</w:t>
      </w:r>
      <w:r w:rsidRPr="00B7305F">
        <w:rPr>
          <w:color w:val="000000" w:themeColor="text1"/>
          <w:lang w:val="uk-UA"/>
        </w:rPr>
        <w:t xml:space="preserve"> </w:t>
      </w:r>
      <w:r w:rsidR="00E3536F" w:rsidRPr="00B7305F">
        <w:rPr>
          <w:color w:val="000000" w:themeColor="text1"/>
          <w:lang w:val="uk-UA"/>
        </w:rPr>
        <w:t>сценічний</w:t>
      </w:r>
      <w:r w:rsidRPr="00B7305F">
        <w:rPr>
          <w:color w:val="000000" w:themeColor="text1"/>
          <w:lang w:val="uk-UA"/>
        </w:rPr>
        <w:t xml:space="preserve"> </w:t>
      </w:r>
      <w:r w:rsidR="00E3536F" w:rsidRPr="00B7305F">
        <w:rPr>
          <w:color w:val="000000" w:themeColor="text1"/>
          <w:lang w:val="uk-UA"/>
        </w:rPr>
        <w:t>образ</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динамічну</w:t>
      </w:r>
      <w:r w:rsidRPr="00B7305F">
        <w:rPr>
          <w:color w:val="000000" w:themeColor="text1"/>
          <w:lang w:val="uk-UA"/>
        </w:rPr>
        <w:t xml:space="preserve"> </w:t>
      </w:r>
      <w:r w:rsidR="00E3536F" w:rsidRPr="00B7305F">
        <w:rPr>
          <w:color w:val="000000" w:themeColor="text1"/>
          <w:lang w:val="uk-UA"/>
        </w:rPr>
        <w:t>систему</w:t>
      </w:r>
      <w:r w:rsidRPr="00B7305F">
        <w:rPr>
          <w:color w:val="000000" w:themeColor="text1"/>
          <w:lang w:val="uk-UA"/>
        </w:rPr>
        <w:t xml:space="preserve"> </w:t>
      </w:r>
      <w:r w:rsidR="00E3536F" w:rsidRPr="00B7305F">
        <w:rPr>
          <w:color w:val="000000" w:themeColor="text1"/>
          <w:lang w:val="uk-UA"/>
        </w:rPr>
        <w:t>смислів,</w:t>
      </w:r>
      <w:r w:rsidRPr="00B7305F">
        <w:rPr>
          <w:color w:val="000000" w:themeColor="text1"/>
          <w:lang w:val="uk-UA"/>
        </w:rPr>
        <w:t xml:space="preserve"> </w:t>
      </w:r>
      <w:r w:rsidR="00E3536F" w:rsidRPr="00B7305F">
        <w:rPr>
          <w:color w:val="000000" w:themeColor="text1"/>
          <w:lang w:val="uk-UA"/>
        </w:rPr>
        <w:t>подібно</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того,</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це</w:t>
      </w:r>
      <w:r w:rsidRPr="00B7305F">
        <w:rPr>
          <w:color w:val="000000" w:themeColor="text1"/>
          <w:lang w:val="uk-UA"/>
        </w:rPr>
        <w:t xml:space="preserve"> </w:t>
      </w:r>
      <w:r w:rsidR="00E3536F" w:rsidRPr="00B7305F">
        <w:rPr>
          <w:color w:val="000000" w:themeColor="text1"/>
          <w:lang w:val="uk-UA"/>
        </w:rPr>
        <w:t>робить</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через</w:t>
      </w:r>
      <w:r w:rsidRPr="00B7305F">
        <w:rPr>
          <w:color w:val="000000" w:themeColor="text1"/>
          <w:lang w:val="uk-UA"/>
        </w:rPr>
        <w:t xml:space="preserve"> </w:t>
      </w:r>
      <w:r w:rsidR="00E3536F" w:rsidRPr="00B7305F">
        <w:rPr>
          <w:color w:val="000000" w:themeColor="text1"/>
          <w:lang w:val="uk-UA"/>
        </w:rPr>
        <w:t>зміну</w:t>
      </w:r>
      <w:r w:rsidRPr="00B7305F">
        <w:rPr>
          <w:color w:val="000000" w:themeColor="text1"/>
          <w:lang w:val="uk-UA"/>
        </w:rPr>
        <w:t xml:space="preserve"> </w:t>
      </w:r>
      <w:r w:rsidR="00E3536F" w:rsidRPr="00B7305F">
        <w:rPr>
          <w:color w:val="000000" w:themeColor="text1"/>
          <w:lang w:val="uk-UA"/>
        </w:rPr>
        <w:t>планів</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ракурсів.</w:t>
      </w:r>
    </w:p>
    <w:p w14:paraId="7D799349" w14:textId="508E5CAA"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творчості</w:t>
      </w:r>
      <w:r w:rsidRPr="00B7305F">
        <w:rPr>
          <w:color w:val="000000" w:themeColor="text1"/>
          <w:lang w:val="uk-UA"/>
        </w:rPr>
        <w:t xml:space="preserve"> </w:t>
      </w:r>
      <w:r w:rsidR="00E3536F" w:rsidRPr="00B7305F">
        <w:rPr>
          <w:b/>
          <w:bCs/>
          <w:color w:val="000000" w:themeColor="text1"/>
          <w:lang w:val="uk-UA"/>
        </w:rPr>
        <w:t>Івана</w:t>
      </w:r>
      <w:r w:rsidRPr="00B7305F">
        <w:rPr>
          <w:b/>
          <w:bCs/>
          <w:color w:val="000000" w:themeColor="text1"/>
          <w:lang w:val="uk-UA"/>
        </w:rPr>
        <w:t xml:space="preserve"> </w:t>
      </w:r>
      <w:r w:rsidR="00E3536F" w:rsidRPr="00B7305F">
        <w:rPr>
          <w:b/>
          <w:bCs/>
          <w:color w:val="000000" w:themeColor="text1"/>
          <w:lang w:val="uk-UA"/>
        </w:rPr>
        <w:t>Кавалерідзе</w:t>
      </w:r>
      <w:r w:rsidRPr="00B7305F">
        <w:rPr>
          <w:color w:val="000000" w:themeColor="text1"/>
          <w:lang w:val="uk-UA"/>
        </w:rPr>
        <w:t xml:space="preserve"> </w:t>
      </w:r>
      <w:r w:rsidR="00E3536F" w:rsidRPr="00B7305F">
        <w:rPr>
          <w:color w:val="000000" w:themeColor="text1"/>
          <w:lang w:val="uk-UA"/>
        </w:rPr>
        <w:t>театральність</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кінематографічність</w:t>
      </w:r>
      <w:r w:rsidRPr="00B7305F">
        <w:rPr>
          <w:color w:val="000000" w:themeColor="text1"/>
          <w:lang w:val="uk-UA"/>
        </w:rPr>
        <w:t xml:space="preserve"> </w:t>
      </w:r>
      <w:r w:rsidR="00E3536F" w:rsidRPr="00B7305F">
        <w:rPr>
          <w:color w:val="000000" w:themeColor="text1"/>
          <w:lang w:val="uk-UA"/>
        </w:rPr>
        <w:t>зійшлися</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одну</w:t>
      </w:r>
      <w:r w:rsidRPr="00B7305F">
        <w:rPr>
          <w:color w:val="000000" w:themeColor="text1"/>
          <w:lang w:val="uk-UA"/>
        </w:rPr>
        <w:t xml:space="preserve"> </w:t>
      </w:r>
      <w:r w:rsidR="00E3536F" w:rsidRPr="00B7305F">
        <w:rPr>
          <w:color w:val="000000" w:themeColor="text1"/>
          <w:lang w:val="uk-UA"/>
        </w:rPr>
        <w:t>художню</w:t>
      </w:r>
      <w:r w:rsidRPr="00B7305F">
        <w:rPr>
          <w:color w:val="000000" w:themeColor="text1"/>
          <w:lang w:val="uk-UA"/>
        </w:rPr>
        <w:t xml:space="preserve"> </w:t>
      </w:r>
      <w:r w:rsidR="00E3536F" w:rsidRPr="00B7305F">
        <w:rPr>
          <w:color w:val="000000" w:themeColor="text1"/>
          <w:lang w:val="uk-UA"/>
        </w:rPr>
        <w:t>площину.</w:t>
      </w:r>
      <w:r w:rsidRPr="00B7305F">
        <w:rPr>
          <w:color w:val="000000" w:themeColor="text1"/>
          <w:lang w:val="uk-UA"/>
        </w:rPr>
        <w:t xml:space="preserve"> </w:t>
      </w:r>
      <w:r w:rsidR="00E3536F" w:rsidRPr="00B7305F">
        <w:rPr>
          <w:color w:val="000000" w:themeColor="text1"/>
          <w:lang w:val="uk-UA"/>
        </w:rPr>
        <w:t>Його</w:t>
      </w:r>
      <w:r w:rsidRPr="00B7305F">
        <w:rPr>
          <w:color w:val="000000" w:themeColor="text1"/>
          <w:lang w:val="uk-UA"/>
        </w:rPr>
        <w:t xml:space="preserve"> </w:t>
      </w:r>
      <w:r w:rsidR="00E3536F" w:rsidRPr="00B7305F">
        <w:rPr>
          <w:color w:val="000000" w:themeColor="text1"/>
          <w:lang w:val="uk-UA"/>
        </w:rPr>
        <w:t>актори</w:t>
      </w:r>
      <w:r w:rsidRPr="00B7305F">
        <w:rPr>
          <w:color w:val="000000" w:themeColor="text1"/>
          <w:lang w:val="uk-UA"/>
        </w:rPr>
        <w:t xml:space="preserve"> </w:t>
      </w:r>
      <w:r w:rsidR="00E3536F" w:rsidRPr="00B7305F">
        <w:rPr>
          <w:color w:val="000000" w:themeColor="text1"/>
          <w:lang w:val="uk-UA"/>
        </w:rPr>
        <w:t>володіли</w:t>
      </w:r>
      <w:r w:rsidRPr="00B7305F">
        <w:rPr>
          <w:color w:val="000000" w:themeColor="text1"/>
          <w:lang w:val="uk-UA"/>
        </w:rPr>
        <w:t xml:space="preserve"> </w:t>
      </w:r>
      <w:r w:rsidR="00E3536F" w:rsidRPr="00B7305F">
        <w:rPr>
          <w:color w:val="000000" w:themeColor="text1"/>
          <w:lang w:val="uk-UA"/>
        </w:rPr>
        <w:t>чіткою</w:t>
      </w:r>
      <w:r w:rsidRPr="00B7305F">
        <w:rPr>
          <w:color w:val="000000" w:themeColor="text1"/>
          <w:lang w:val="uk-UA"/>
        </w:rPr>
        <w:t xml:space="preserve"> </w:t>
      </w:r>
      <w:r w:rsidR="00E3536F" w:rsidRPr="00B7305F">
        <w:rPr>
          <w:color w:val="000000" w:themeColor="text1"/>
          <w:lang w:val="uk-UA"/>
        </w:rPr>
        <w:t>пластичною</w:t>
      </w:r>
      <w:r w:rsidRPr="00B7305F">
        <w:rPr>
          <w:color w:val="000000" w:themeColor="text1"/>
          <w:lang w:val="uk-UA"/>
        </w:rPr>
        <w:t xml:space="preserve"> </w:t>
      </w:r>
      <w:r w:rsidR="00E3536F" w:rsidRPr="00B7305F">
        <w:rPr>
          <w:color w:val="000000" w:themeColor="text1"/>
          <w:lang w:val="uk-UA"/>
        </w:rPr>
        <w:t>побудовою,</w:t>
      </w:r>
      <w:r w:rsidRPr="00B7305F">
        <w:rPr>
          <w:color w:val="000000" w:themeColor="text1"/>
          <w:lang w:val="uk-UA"/>
        </w:rPr>
        <w:t xml:space="preserve"> </w:t>
      </w:r>
      <w:r w:rsidR="00E3536F" w:rsidRPr="00B7305F">
        <w:rPr>
          <w:color w:val="000000" w:themeColor="text1"/>
          <w:lang w:val="uk-UA"/>
        </w:rPr>
        <w:t>властивою</w:t>
      </w:r>
      <w:r w:rsidRPr="00B7305F">
        <w:rPr>
          <w:color w:val="000000" w:themeColor="text1"/>
          <w:lang w:val="uk-UA"/>
        </w:rPr>
        <w:t xml:space="preserve"> </w:t>
      </w:r>
      <w:r w:rsidR="00E3536F" w:rsidRPr="00B7305F">
        <w:rPr>
          <w:color w:val="000000" w:themeColor="text1"/>
          <w:lang w:val="uk-UA"/>
        </w:rPr>
        <w:t>сцені,</w:t>
      </w:r>
      <w:r w:rsidRPr="00B7305F">
        <w:rPr>
          <w:color w:val="000000" w:themeColor="text1"/>
          <w:lang w:val="uk-UA"/>
        </w:rPr>
        <w:t xml:space="preserve"> </w:t>
      </w:r>
      <w:r w:rsidR="00E3536F" w:rsidRPr="00B7305F">
        <w:rPr>
          <w:color w:val="000000" w:themeColor="text1"/>
          <w:lang w:val="uk-UA"/>
        </w:rPr>
        <w:t>проте</w:t>
      </w:r>
      <w:r w:rsidRPr="00B7305F">
        <w:rPr>
          <w:color w:val="000000" w:themeColor="text1"/>
          <w:lang w:val="uk-UA"/>
        </w:rPr>
        <w:t xml:space="preserve"> </w:t>
      </w:r>
      <w:r w:rsidR="00E3536F" w:rsidRPr="00B7305F">
        <w:rPr>
          <w:color w:val="000000" w:themeColor="text1"/>
          <w:lang w:val="uk-UA"/>
        </w:rPr>
        <w:t>вміли</w:t>
      </w:r>
      <w:r w:rsidRPr="00B7305F">
        <w:rPr>
          <w:color w:val="000000" w:themeColor="text1"/>
          <w:lang w:val="uk-UA"/>
        </w:rPr>
        <w:t xml:space="preserve"> </w:t>
      </w:r>
      <w:r w:rsidR="00E3536F" w:rsidRPr="00B7305F">
        <w:rPr>
          <w:color w:val="000000" w:themeColor="text1"/>
          <w:lang w:val="uk-UA"/>
        </w:rPr>
        <w:t>працювати</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мінімалізмом</w:t>
      </w:r>
      <w:r w:rsidRPr="00B7305F">
        <w:rPr>
          <w:color w:val="000000" w:themeColor="text1"/>
          <w:lang w:val="uk-UA"/>
        </w:rPr>
        <w:t xml:space="preserve"> </w:t>
      </w:r>
      <w:r w:rsidR="00E3536F" w:rsidRPr="00B7305F">
        <w:rPr>
          <w:color w:val="000000" w:themeColor="text1"/>
          <w:lang w:val="uk-UA"/>
        </w:rPr>
        <w:t>жесту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внутрішньою</w:t>
      </w:r>
      <w:r w:rsidRPr="00B7305F">
        <w:rPr>
          <w:color w:val="000000" w:themeColor="text1"/>
          <w:lang w:val="uk-UA"/>
        </w:rPr>
        <w:t xml:space="preserve"> </w:t>
      </w:r>
      <w:r w:rsidR="00E3536F" w:rsidRPr="00B7305F">
        <w:rPr>
          <w:color w:val="000000" w:themeColor="text1"/>
          <w:lang w:val="uk-UA"/>
        </w:rPr>
        <w:t>зосередженістю,</w:t>
      </w:r>
      <w:r w:rsidRPr="00B7305F">
        <w:rPr>
          <w:color w:val="000000" w:themeColor="text1"/>
          <w:lang w:val="uk-UA"/>
        </w:rPr>
        <w:t xml:space="preserve"> </w:t>
      </w:r>
      <w:r w:rsidR="00E3536F" w:rsidRPr="00B7305F">
        <w:rPr>
          <w:color w:val="000000" w:themeColor="text1"/>
          <w:lang w:val="uk-UA"/>
        </w:rPr>
        <w:t>необхідними</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екрану.</w:t>
      </w:r>
      <w:r w:rsidRPr="00B7305F">
        <w:rPr>
          <w:color w:val="000000" w:themeColor="text1"/>
          <w:lang w:val="uk-UA"/>
        </w:rPr>
        <w:t xml:space="preserve"> </w:t>
      </w:r>
      <w:r w:rsidR="00E3536F" w:rsidRPr="00B7305F">
        <w:rPr>
          <w:color w:val="000000" w:themeColor="text1"/>
          <w:lang w:val="uk-UA"/>
        </w:rPr>
        <w:t>Кавалерідзе</w:t>
      </w:r>
      <w:r w:rsidRPr="00B7305F">
        <w:rPr>
          <w:color w:val="000000" w:themeColor="text1"/>
          <w:lang w:val="uk-UA"/>
        </w:rPr>
        <w:t xml:space="preserve"> </w:t>
      </w:r>
      <w:r w:rsidR="00E3536F" w:rsidRPr="00B7305F">
        <w:rPr>
          <w:color w:val="000000" w:themeColor="text1"/>
          <w:lang w:val="uk-UA"/>
        </w:rPr>
        <w:t>сформував</w:t>
      </w:r>
      <w:r w:rsidRPr="00B7305F">
        <w:rPr>
          <w:color w:val="000000" w:themeColor="text1"/>
          <w:lang w:val="uk-UA"/>
        </w:rPr>
        <w:t xml:space="preserve"> </w:t>
      </w:r>
      <w:r w:rsidR="00E3536F" w:rsidRPr="00B7305F">
        <w:rPr>
          <w:color w:val="000000" w:themeColor="text1"/>
          <w:lang w:val="uk-UA"/>
        </w:rPr>
        <w:t>своєрідний</w:t>
      </w:r>
      <w:r w:rsidRPr="00B7305F">
        <w:rPr>
          <w:color w:val="000000" w:themeColor="text1"/>
          <w:lang w:val="uk-UA"/>
        </w:rPr>
        <w:t xml:space="preserve"> </w:t>
      </w:r>
      <w:r w:rsidR="00E3536F" w:rsidRPr="00B7305F">
        <w:rPr>
          <w:color w:val="000000" w:themeColor="text1"/>
          <w:lang w:val="uk-UA"/>
        </w:rPr>
        <w:t>«монументальний</w:t>
      </w:r>
      <w:r w:rsidRPr="00B7305F">
        <w:rPr>
          <w:color w:val="000000" w:themeColor="text1"/>
          <w:lang w:val="uk-UA"/>
        </w:rPr>
        <w:t xml:space="preserve"> </w:t>
      </w:r>
      <w:r w:rsidR="00E3536F" w:rsidRPr="00B7305F">
        <w:rPr>
          <w:color w:val="000000" w:themeColor="text1"/>
          <w:lang w:val="uk-UA"/>
        </w:rPr>
        <w:t>реалізм</w:t>
      </w:r>
      <w:r w:rsidR="004B0283">
        <w:rPr>
          <w:color w:val="000000" w:themeColor="text1"/>
          <w:lang w:val="uk-UA"/>
        </w:rPr>
        <w:t xml:space="preserve"> </w:t>
      </w:r>
      <w:r w:rsidR="004B0283" w:rsidRPr="007B02E3">
        <w:rPr>
          <w:lang w:val="ru-RU"/>
        </w:rPr>
        <w:t>[</w:t>
      </w:r>
      <w:r w:rsidR="007B02E3" w:rsidRPr="007B02E3">
        <w:rPr>
          <w:lang w:val="ru-RU"/>
        </w:rPr>
        <w:t>20</w:t>
      </w:r>
      <w:r w:rsidR="004B0283" w:rsidRPr="007B02E3">
        <w:rPr>
          <w:lang w:val="ru-RU"/>
        </w:rPr>
        <w:t>,</w:t>
      </w:r>
      <w:r w:rsidR="004B0283" w:rsidRPr="007B02E3">
        <w:t>c</w:t>
      </w:r>
      <w:r w:rsidR="004B0283" w:rsidRPr="007B02E3">
        <w:rPr>
          <w:lang w:val="ru-RU"/>
        </w:rPr>
        <w:t>.</w:t>
      </w:r>
      <w:r w:rsidR="007B02E3" w:rsidRPr="007B02E3">
        <w:rPr>
          <w:lang w:val="ru-RU"/>
        </w:rPr>
        <w:t>90]</w:t>
      </w:r>
      <w:r w:rsidR="00E3536F" w:rsidRPr="007B02E3">
        <w:rPr>
          <w:lang w:val="uk-UA"/>
        </w:rPr>
        <w:t>»,</w:t>
      </w:r>
      <w:r w:rsidRPr="007B02E3">
        <w:rPr>
          <w:lang w:val="uk-UA"/>
        </w:rPr>
        <w:t xml:space="preserve"> </w:t>
      </w:r>
      <w:r w:rsidR="00E3536F" w:rsidRPr="00B7305F">
        <w:rPr>
          <w:color w:val="000000" w:themeColor="text1"/>
          <w:lang w:val="uk-UA"/>
        </w:rPr>
        <w:t>де</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розчиняється</w:t>
      </w:r>
      <w:r w:rsidRPr="00B7305F">
        <w:rPr>
          <w:color w:val="000000" w:themeColor="text1"/>
          <w:lang w:val="uk-UA"/>
        </w:rPr>
        <w:t xml:space="preserve"> </w:t>
      </w:r>
      <w:r w:rsidR="00E3536F" w:rsidRPr="00B7305F">
        <w:rPr>
          <w:color w:val="000000" w:themeColor="text1"/>
          <w:lang w:val="uk-UA"/>
        </w:rPr>
        <w:t>серед</w:t>
      </w:r>
      <w:r w:rsidRPr="00B7305F">
        <w:rPr>
          <w:color w:val="000000" w:themeColor="text1"/>
          <w:lang w:val="uk-UA"/>
        </w:rPr>
        <w:t xml:space="preserve"> </w:t>
      </w:r>
      <w:r w:rsidR="00E3536F" w:rsidRPr="00B7305F">
        <w:rPr>
          <w:color w:val="000000" w:themeColor="text1"/>
          <w:lang w:val="uk-UA"/>
        </w:rPr>
        <w:t>великих</w:t>
      </w:r>
      <w:r w:rsidRPr="00B7305F">
        <w:rPr>
          <w:color w:val="000000" w:themeColor="text1"/>
          <w:lang w:val="uk-UA"/>
        </w:rPr>
        <w:t xml:space="preserve"> </w:t>
      </w:r>
      <w:r w:rsidR="00E3536F" w:rsidRPr="00B7305F">
        <w:rPr>
          <w:color w:val="000000" w:themeColor="text1"/>
          <w:lang w:val="uk-UA"/>
        </w:rPr>
        <w:t>форм,</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навпаки</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стає</w:t>
      </w:r>
      <w:r w:rsidRPr="00B7305F">
        <w:rPr>
          <w:color w:val="000000" w:themeColor="text1"/>
          <w:lang w:val="uk-UA"/>
        </w:rPr>
        <w:t xml:space="preserve"> </w:t>
      </w:r>
      <w:r w:rsidR="00E3536F" w:rsidRPr="00B7305F">
        <w:rPr>
          <w:color w:val="000000" w:themeColor="text1"/>
          <w:lang w:val="uk-UA"/>
        </w:rPr>
        <w:t>їх</w:t>
      </w:r>
      <w:r w:rsidRPr="00B7305F">
        <w:rPr>
          <w:color w:val="000000" w:themeColor="text1"/>
          <w:lang w:val="uk-UA"/>
        </w:rPr>
        <w:t xml:space="preserve"> </w:t>
      </w:r>
      <w:r w:rsidR="00E3536F" w:rsidRPr="00B7305F">
        <w:rPr>
          <w:color w:val="000000" w:themeColor="text1"/>
          <w:lang w:val="uk-UA"/>
        </w:rPr>
        <w:t>центром.</w:t>
      </w:r>
      <w:r w:rsidRPr="00B7305F">
        <w:rPr>
          <w:color w:val="000000" w:themeColor="text1"/>
          <w:lang w:val="uk-UA"/>
        </w:rPr>
        <w:t xml:space="preserve"> </w:t>
      </w:r>
      <w:r w:rsidR="00E3536F" w:rsidRPr="00B7305F">
        <w:rPr>
          <w:color w:val="000000" w:themeColor="text1"/>
          <w:lang w:val="uk-UA"/>
        </w:rPr>
        <w:t>Ця</w:t>
      </w:r>
      <w:r w:rsidRPr="00B7305F">
        <w:rPr>
          <w:color w:val="000000" w:themeColor="text1"/>
          <w:lang w:val="uk-UA"/>
        </w:rPr>
        <w:t xml:space="preserve"> </w:t>
      </w:r>
      <w:r w:rsidR="00E3536F" w:rsidRPr="00B7305F">
        <w:rPr>
          <w:color w:val="000000" w:themeColor="text1"/>
          <w:lang w:val="uk-UA"/>
        </w:rPr>
        <w:t>якість</w:t>
      </w:r>
      <w:r w:rsidRPr="00B7305F">
        <w:rPr>
          <w:color w:val="000000" w:themeColor="text1"/>
          <w:lang w:val="uk-UA"/>
        </w:rPr>
        <w:t xml:space="preserve"> </w:t>
      </w:r>
      <w:r w:rsidR="00E3536F" w:rsidRPr="00B7305F">
        <w:rPr>
          <w:color w:val="000000" w:themeColor="text1"/>
          <w:lang w:val="uk-UA"/>
        </w:rPr>
        <w:t>зробила</w:t>
      </w:r>
      <w:r w:rsidRPr="00B7305F">
        <w:rPr>
          <w:color w:val="000000" w:themeColor="text1"/>
          <w:lang w:val="uk-UA"/>
        </w:rPr>
        <w:t xml:space="preserve"> </w:t>
      </w:r>
      <w:r w:rsidR="00E3536F" w:rsidRPr="00B7305F">
        <w:rPr>
          <w:color w:val="000000" w:themeColor="text1"/>
          <w:lang w:val="uk-UA"/>
        </w:rPr>
        <w:t>його</w:t>
      </w:r>
      <w:r w:rsidRPr="00B7305F">
        <w:rPr>
          <w:color w:val="000000" w:themeColor="text1"/>
          <w:lang w:val="uk-UA"/>
        </w:rPr>
        <w:t xml:space="preserve"> </w:t>
      </w:r>
      <w:r w:rsidR="00E3536F" w:rsidRPr="00B7305F">
        <w:rPr>
          <w:color w:val="000000" w:themeColor="text1"/>
          <w:lang w:val="uk-UA"/>
        </w:rPr>
        <w:t>підхід</w:t>
      </w:r>
      <w:r w:rsidRPr="00B7305F">
        <w:rPr>
          <w:color w:val="000000" w:themeColor="text1"/>
          <w:lang w:val="uk-UA"/>
        </w:rPr>
        <w:t xml:space="preserve"> </w:t>
      </w:r>
      <w:r w:rsidR="00E3536F" w:rsidRPr="00B7305F">
        <w:rPr>
          <w:color w:val="000000" w:themeColor="text1"/>
          <w:lang w:val="uk-UA"/>
        </w:rPr>
        <w:t>важливою</w:t>
      </w:r>
      <w:r w:rsidRPr="00B7305F">
        <w:rPr>
          <w:color w:val="000000" w:themeColor="text1"/>
          <w:lang w:val="uk-UA"/>
        </w:rPr>
        <w:t xml:space="preserve"> </w:t>
      </w:r>
      <w:r w:rsidR="00E3536F" w:rsidRPr="00B7305F">
        <w:rPr>
          <w:color w:val="000000" w:themeColor="text1"/>
          <w:lang w:val="uk-UA"/>
        </w:rPr>
        <w:t>складовою</w:t>
      </w:r>
      <w:r w:rsidRPr="00B7305F">
        <w:rPr>
          <w:color w:val="000000" w:themeColor="text1"/>
          <w:lang w:val="uk-UA"/>
        </w:rPr>
        <w:t xml:space="preserve"> </w:t>
      </w:r>
      <w:r w:rsidR="00E3536F" w:rsidRPr="00B7305F">
        <w:rPr>
          <w:color w:val="000000" w:themeColor="text1"/>
          <w:lang w:val="uk-UA"/>
        </w:rPr>
        <w:t>раннього</w:t>
      </w:r>
      <w:r w:rsidRPr="00B7305F">
        <w:rPr>
          <w:color w:val="000000" w:themeColor="text1"/>
          <w:lang w:val="uk-UA"/>
        </w:rPr>
        <w:t xml:space="preserve"> </w:t>
      </w:r>
      <w:r w:rsidR="00E3536F" w:rsidRPr="00B7305F">
        <w:rPr>
          <w:color w:val="000000" w:themeColor="text1"/>
          <w:lang w:val="uk-UA"/>
        </w:rPr>
        <w:t>українського</w:t>
      </w:r>
      <w:r w:rsidRPr="00B7305F">
        <w:rPr>
          <w:color w:val="000000" w:themeColor="text1"/>
          <w:lang w:val="uk-UA"/>
        </w:rPr>
        <w:t xml:space="preserve"> </w:t>
      </w:r>
      <w:r w:rsidR="00E3536F" w:rsidRPr="00B7305F">
        <w:rPr>
          <w:color w:val="000000" w:themeColor="text1"/>
          <w:lang w:val="uk-UA"/>
        </w:rPr>
        <w:t>кінематографа,</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якому</w:t>
      </w:r>
      <w:r w:rsidRPr="00B7305F">
        <w:rPr>
          <w:color w:val="000000" w:themeColor="text1"/>
          <w:lang w:val="uk-UA"/>
        </w:rPr>
        <w:t xml:space="preserve"> </w:t>
      </w:r>
      <w:r w:rsidR="00E3536F" w:rsidRPr="00B7305F">
        <w:rPr>
          <w:color w:val="000000" w:themeColor="text1"/>
          <w:lang w:val="uk-UA"/>
        </w:rPr>
        <w:t>виявилася</w:t>
      </w:r>
      <w:r w:rsidRPr="00B7305F">
        <w:rPr>
          <w:color w:val="000000" w:themeColor="text1"/>
          <w:lang w:val="uk-UA"/>
        </w:rPr>
        <w:t xml:space="preserve"> </w:t>
      </w:r>
      <w:r w:rsidR="00E3536F" w:rsidRPr="00B7305F">
        <w:rPr>
          <w:color w:val="000000" w:themeColor="text1"/>
          <w:lang w:val="uk-UA"/>
        </w:rPr>
        <w:t>мова</w:t>
      </w:r>
      <w:r w:rsidRPr="00B7305F">
        <w:rPr>
          <w:color w:val="000000" w:themeColor="text1"/>
          <w:lang w:val="uk-UA"/>
        </w:rPr>
        <w:t xml:space="preserve"> </w:t>
      </w:r>
      <w:r w:rsidR="00E3536F" w:rsidRPr="00B7305F">
        <w:rPr>
          <w:color w:val="000000" w:themeColor="text1"/>
          <w:lang w:val="uk-UA"/>
        </w:rPr>
        <w:t>скульптурної</w:t>
      </w:r>
      <w:r w:rsidRPr="00B7305F">
        <w:rPr>
          <w:color w:val="000000" w:themeColor="text1"/>
          <w:lang w:val="uk-UA"/>
        </w:rPr>
        <w:t xml:space="preserve"> </w:t>
      </w:r>
      <w:r w:rsidR="00E3536F" w:rsidRPr="00B7305F">
        <w:rPr>
          <w:color w:val="000000" w:themeColor="text1"/>
          <w:lang w:val="uk-UA"/>
        </w:rPr>
        <w:t>простоти</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водночас</w:t>
      </w:r>
      <w:r w:rsidRPr="00B7305F">
        <w:rPr>
          <w:color w:val="000000" w:themeColor="text1"/>
          <w:lang w:val="uk-UA"/>
        </w:rPr>
        <w:t xml:space="preserve"> </w:t>
      </w:r>
      <w:r w:rsidR="00E3536F" w:rsidRPr="00B7305F">
        <w:rPr>
          <w:color w:val="000000" w:themeColor="text1"/>
          <w:lang w:val="uk-UA"/>
        </w:rPr>
        <w:t>драматичної</w:t>
      </w:r>
      <w:r w:rsidRPr="00B7305F">
        <w:rPr>
          <w:color w:val="000000" w:themeColor="text1"/>
          <w:lang w:val="uk-UA"/>
        </w:rPr>
        <w:t xml:space="preserve"> </w:t>
      </w:r>
      <w:r w:rsidR="00E3536F" w:rsidRPr="00B7305F">
        <w:rPr>
          <w:color w:val="000000" w:themeColor="text1"/>
          <w:lang w:val="uk-UA"/>
        </w:rPr>
        <w:t>насиченості.</w:t>
      </w:r>
    </w:p>
    <w:p w14:paraId="3C14497C" w14:textId="47198334"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Важливий</w:t>
      </w:r>
      <w:r w:rsidRPr="00B7305F">
        <w:rPr>
          <w:color w:val="000000" w:themeColor="text1"/>
          <w:lang w:val="uk-UA"/>
        </w:rPr>
        <w:t xml:space="preserve"> </w:t>
      </w:r>
      <w:r w:rsidR="00E3536F" w:rsidRPr="00B7305F">
        <w:rPr>
          <w:color w:val="000000" w:themeColor="text1"/>
          <w:lang w:val="uk-UA"/>
        </w:rPr>
        <w:t>внесок</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формування</w:t>
      </w:r>
      <w:r w:rsidRPr="00B7305F">
        <w:rPr>
          <w:color w:val="000000" w:themeColor="text1"/>
          <w:lang w:val="uk-UA"/>
        </w:rPr>
        <w:t xml:space="preserve"> </w:t>
      </w:r>
      <w:r w:rsidR="00E3536F" w:rsidRPr="00B7305F">
        <w:rPr>
          <w:color w:val="000000" w:themeColor="text1"/>
          <w:lang w:val="uk-UA"/>
        </w:rPr>
        <w:t>української</w:t>
      </w:r>
      <w:r w:rsidRPr="00B7305F">
        <w:rPr>
          <w:color w:val="000000" w:themeColor="text1"/>
          <w:lang w:val="uk-UA"/>
        </w:rPr>
        <w:t xml:space="preserve"> </w:t>
      </w:r>
      <w:r w:rsidR="00E3536F" w:rsidRPr="00B7305F">
        <w:rPr>
          <w:color w:val="000000" w:themeColor="text1"/>
          <w:lang w:val="uk-UA"/>
        </w:rPr>
        <w:t>екранної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зробив</w:t>
      </w:r>
      <w:r w:rsidRPr="00B7305F">
        <w:rPr>
          <w:color w:val="000000" w:themeColor="text1"/>
          <w:lang w:val="uk-UA"/>
        </w:rPr>
        <w:t xml:space="preserve"> </w:t>
      </w:r>
      <w:r w:rsidR="00E3536F" w:rsidRPr="00B7305F">
        <w:rPr>
          <w:b/>
          <w:bCs/>
          <w:color w:val="000000" w:themeColor="text1"/>
          <w:lang w:val="uk-UA"/>
        </w:rPr>
        <w:t>Олександр</w:t>
      </w:r>
      <w:r w:rsidRPr="00B7305F">
        <w:rPr>
          <w:b/>
          <w:bCs/>
          <w:color w:val="000000" w:themeColor="text1"/>
          <w:lang w:val="uk-UA"/>
        </w:rPr>
        <w:t xml:space="preserve"> </w:t>
      </w:r>
      <w:r w:rsidR="00E3536F" w:rsidRPr="00B7305F">
        <w:rPr>
          <w:b/>
          <w:bCs/>
          <w:color w:val="000000" w:themeColor="text1"/>
          <w:lang w:val="uk-UA"/>
        </w:rPr>
        <w:t>Довженко</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створив</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«поетичного</w:t>
      </w:r>
      <w:r w:rsidRPr="00B7305F">
        <w:rPr>
          <w:color w:val="000000" w:themeColor="text1"/>
          <w:lang w:val="uk-UA"/>
        </w:rPr>
        <w:t xml:space="preserve"> </w:t>
      </w:r>
      <w:r w:rsidR="00E3536F" w:rsidRPr="00602983">
        <w:rPr>
          <w:lang w:val="uk-UA"/>
        </w:rPr>
        <w:t>типу</w:t>
      </w:r>
      <w:r w:rsidR="004B0283" w:rsidRPr="00602983">
        <w:rPr>
          <w:lang w:val="ru-RU"/>
        </w:rPr>
        <w:t xml:space="preserve">  [</w:t>
      </w:r>
      <w:r w:rsidR="00602983" w:rsidRPr="00602983">
        <w:rPr>
          <w:lang w:val="ru-RU"/>
        </w:rPr>
        <w:t>34</w:t>
      </w:r>
      <w:r w:rsidR="004B0283" w:rsidRPr="00602983">
        <w:rPr>
          <w:lang w:val="ru-RU"/>
        </w:rPr>
        <w:t xml:space="preserve">, </w:t>
      </w:r>
      <w:r w:rsidR="004B0283" w:rsidRPr="00602983">
        <w:t>c</w:t>
      </w:r>
      <w:r w:rsidR="004B0283" w:rsidRPr="00602983">
        <w:rPr>
          <w:lang w:val="ru-RU"/>
        </w:rPr>
        <w:t xml:space="preserve">.      </w:t>
      </w:r>
      <w:r w:rsidR="00602983" w:rsidRPr="00602983">
        <w:rPr>
          <w:lang w:val="ru-RU"/>
        </w:rPr>
        <w:t>73-80</w:t>
      </w:r>
      <w:r w:rsidR="004B0283" w:rsidRPr="00602983">
        <w:rPr>
          <w:lang w:val="ru-RU"/>
        </w:rPr>
        <w:t>]</w:t>
      </w:r>
      <w:r w:rsidR="00E3536F" w:rsidRPr="00602983">
        <w:rPr>
          <w:lang w:val="uk-UA"/>
        </w:rPr>
        <w:t>».</w:t>
      </w:r>
      <w:r w:rsidRPr="00602983">
        <w:rPr>
          <w:lang w:val="uk-UA"/>
        </w:rPr>
        <w:t xml:space="preserve"> </w:t>
      </w:r>
      <w:r w:rsidR="00E3536F" w:rsidRPr="00602983">
        <w:rPr>
          <w:lang w:val="uk-UA"/>
        </w:rPr>
        <w:t>Для</w:t>
      </w:r>
      <w:r w:rsidRPr="00602983">
        <w:rPr>
          <w:lang w:val="uk-UA"/>
        </w:rPr>
        <w:t xml:space="preserve"> </w:t>
      </w:r>
      <w:r w:rsidR="00E3536F" w:rsidRPr="00602983">
        <w:rPr>
          <w:lang w:val="uk-UA"/>
        </w:rPr>
        <w:t>нього</w:t>
      </w:r>
      <w:r w:rsidRPr="00602983">
        <w:rPr>
          <w:lang w:val="uk-UA"/>
        </w:rPr>
        <w:t xml:space="preserve"> </w:t>
      </w:r>
      <w:r w:rsidR="00E3536F" w:rsidRPr="00602983">
        <w:rPr>
          <w:lang w:val="uk-UA"/>
        </w:rPr>
        <w:t>актор</w:t>
      </w:r>
      <w:r w:rsidRPr="00602983">
        <w:rPr>
          <w:lang w:val="uk-UA"/>
        </w:rPr>
        <w:t xml:space="preserve"> </w:t>
      </w:r>
      <w:r w:rsidR="00E3536F" w:rsidRPr="00602983">
        <w:rPr>
          <w:lang w:val="uk-UA"/>
        </w:rPr>
        <w:t>не</w:t>
      </w:r>
      <w:r w:rsidRPr="00602983">
        <w:rPr>
          <w:lang w:val="uk-UA"/>
        </w:rPr>
        <w:t xml:space="preserve"> </w:t>
      </w:r>
      <w:r w:rsidR="00E3536F" w:rsidRPr="00602983">
        <w:rPr>
          <w:lang w:val="uk-UA"/>
        </w:rPr>
        <w:t>мав</w:t>
      </w:r>
      <w:r w:rsidRPr="00602983">
        <w:rPr>
          <w:lang w:val="uk-UA"/>
        </w:rPr>
        <w:t xml:space="preserve"> </w:t>
      </w:r>
      <w:r w:rsidR="00E3536F" w:rsidRPr="00602983">
        <w:rPr>
          <w:lang w:val="uk-UA"/>
        </w:rPr>
        <w:t>демонструвати</w:t>
      </w:r>
      <w:r w:rsidRPr="00602983">
        <w:rPr>
          <w:lang w:val="uk-UA"/>
        </w:rPr>
        <w:t xml:space="preserve"> </w:t>
      </w:r>
      <w:r w:rsidR="00E3536F" w:rsidRPr="00602983">
        <w:rPr>
          <w:lang w:val="uk-UA"/>
        </w:rPr>
        <w:t>складні</w:t>
      </w:r>
      <w:r w:rsidRPr="00602983">
        <w:rPr>
          <w:lang w:val="uk-UA"/>
        </w:rPr>
        <w:t xml:space="preserve"> </w:t>
      </w:r>
      <w:r w:rsidR="00E3536F" w:rsidRPr="00602983">
        <w:rPr>
          <w:lang w:val="uk-UA"/>
        </w:rPr>
        <w:t>психофізичні</w:t>
      </w:r>
      <w:r w:rsidRPr="00602983">
        <w:rPr>
          <w:lang w:val="uk-UA"/>
        </w:rPr>
        <w:t xml:space="preserve"> </w:t>
      </w:r>
      <w:r w:rsidR="00E3536F" w:rsidRPr="00602983">
        <w:rPr>
          <w:lang w:val="uk-UA"/>
        </w:rPr>
        <w:t>процеси</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важливішими</w:t>
      </w:r>
      <w:r w:rsidRPr="00B7305F">
        <w:rPr>
          <w:color w:val="000000" w:themeColor="text1"/>
          <w:lang w:val="uk-UA"/>
        </w:rPr>
        <w:t xml:space="preserve"> </w:t>
      </w:r>
      <w:r w:rsidR="00E3536F" w:rsidRPr="00B7305F">
        <w:rPr>
          <w:color w:val="000000" w:themeColor="text1"/>
          <w:lang w:val="uk-UA"/>
        </w:rPr>
        <w:t>були</w:t>
      </w:r>
      <w:r w:rsidRPr="00B7305F">
        <w:rPr>
          <w:color w:val="000000" w:themeColor="text1"/>
          <w:lang w:val="uk-UA"/>
        </w:rPr>
        <w:t xml:space="preserve"> </w:t>
      </w:r>
      <w:r w:rsidR="00E3536F" w:rsidRPr="00B7305F">
        <w:rPr>
          <w:color w:val="000000" w:themeColor="text1"/>
          <w:lang w:val="uk-UA"/>
        </w:rPr>
        <w:t>природність,</w:t>
      </w:r>
      <w:r w:rsidRPr="00B7305F">
        <w:rPr>
          <w:color w:val="000000" w:themeColor="text1"/>
          <w:lang w:val="uk-UA"/>
        </w:rPr>
        <w:t xml:space="preserve"> </w:t>
      </w:r>
      <w:r w:rsidR="00E3536F" w:rsidRPr="00B7305F">
        <w:rPr>
          <w:color w:val="000000" w:themeColor="text1"/>
          <w:lang w:val="uk-UA"/>
        </w:rPr>
        <w:t>внутрішня</w:t>
      </w:r>
      <w:r w:rsidRPr="00B7305F">
        <w:rPr>
          <w:color w:val="000000" w:themeColor="text1"/>
          <w:lang w:val="uk-UA"/>
        </w:rPr>
        <w:t xml:space="preserve"> </w:t>
      </w:r>
      <w:r w:rsidR="00E3536F" w:rsidRPr="00B7305F">
        <w:rPr>
          <w:color w:val="000000" w:themeColor="text1"/>
          <w:lang w:val="uk-UA"/>
        </w:rPr>
        <w:t>чистота</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здатність</w:t>
      </w:r>
      <w:r w:rsidRPr="00B7305F">
        <w:rPr>
          <w:color w:val="000000" w:themeColor="text1"/>
          <w:lang w:val="uk-UA"/>
        </w:rPr>
        <w:t xml:space="preserve"> </w:t>
      </w:r>
      <w:r w:rsidR="00E3536F" w:rsidRPr="00B7305F">
        <w:rPr>
          <w:color w:val="000000" w:themeColor="text1"/>
          <w:lang w:val="uk-UA"/>
        </w:rPr>
        <w:t>випромінювати</w:t>
      </w:r>
      <w:r w:rsidRPr="00B7305F">
        <w:rPr>
          <w:color w:val="000000" w:themeColor="text1"/>
          <w:lang w:val="uk-UA"/>
        </w:rPr>
        <w:t xml:space="preserve"> </w:t>
      </w:r>
      <w:r w:rsidR="00E3536F" w:rsidRPr="00B7305F">
        <w:rPr>
          <w:color w:val="000000" w:themeColor="text1"/>
          <w:lang w:val="uk-UA"/>
        </w:rPr>
        <w:t>емоцію</w:t>
      </w:r>
      <w:r w:rsidRPr="00B7305F">
        <w:rPr>
          <w:color w:val="000000" w:themeColor="text1"/>
          <w:lang w:val="uk-UA"/>
        </w:rPr>
        <w:t xml:space="preserve"> </w:t>
      </w:r>
      <w:r w:rsidR="00E3536F" w:rsidRPr="00B7305F">
        <w:rPr>
          <w:color w:val="000000" w:themeColor="text1"/>
          <w:lang w:val="uk-UA"/>
        </w:rPr>
        <w:t>через</w:t>
      </w:r>
      <w:r w:rsidRPr="00B7305F">
        <w:rPr>
          <w:color w:val="000000" w:themeColor="text1"/>
          <w:lang w:val="uk-UA"/>
        </w:rPr>
        <w:t xml:space="preserve"> </w:t>
      </w:r>
      <w:r w:rsidR="00E3536F" w:rsidRPr="00B7305F">
        <w:rPr>
          <w:color w:val="000000" w:themeColor="text1"/>
          <w:lang w:val="uk-UA"/>
        </w:rPr>
        <w:t>мінімальний</w:t>
      </w:r>
      <w:r w:rsidRPr="00B7305F">
        <w:rPr>
          <w:color w:val="000000" w:themeColor="text1"/>
          <w:lang w:val="uk-UA"/>
        </w:rPr>
        <w:t xml:space="preserve"> </w:t>
      </w:r>
      <w:r w:rsidR="00E3536F" w:rsidRPr="00B7305F">
        <w:rPr>
          <w:color w:val="000000" w:themeColor="text1"/>
          <w:lang w:val="uk-UA"/>
        </w:rPr>
        <w:t>виразний</w:t>
      </w:r>
      <w:r w:rsidRPr="00B7305F">
        <w:rPr>
          <w:color w:val="000000" w:themeColor="text1"/>
          <w:lang w:val="uk-UA"/>
        </w:rPr>
        <w:t xml:space="preserve"> </w:t>
      </w:r>
      <w:r w:rsidR="00E3536F" w:rsidRPr="00B7305F">
        <w:rPr>
          <w:color w:val="000000" w:themeColor="text1"/>
          <w:lang w:val="uk-UA"/>
        </w:rPr>
        <w:t>засіб.</w:t>
      </w:r>
      <w:r w:rsidRPr="00B7305F">
        <w:rPr>
          <w:color w:val="000000" w:themeColor="text1"/>
          <w:lang w:val="uk-UA"/>
        </w:rPr>
        <w:t xml:space="preserve"> </w:t>
      </w:r>
      <w:r w:rsidR="00E3536F" w:rsidRPr="00B7305F">
        <w:rPr>
          <w:color w:val="000000" w:themeColor="text1"/>
          <w:lang w:val="uk-UA"/>
        </w:rPr>
        <w:t>Довженко</w:t>
      </w:r>
      <w:r w:rsidRPr="00B7305F">
        <w:rPr>
          <w:color w:val="000000" w:themeColor="text1"/>
          <w:lang w:val="uk-UA"/>
        </w:rPr>
        <w:t xml:space="preserve"> </w:t>
      </w:r>
      <w:r w:rsidR="00E3536F" w:rsidRPr="00B7305F">
        <w:rPr>
          <w:color w:val="000000" w:themeColor="text1"/>
          <w:lang w:val="uk-UA"/>
        </w:rPr>
        <w:t>працював</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актором</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носієм</w:t>
      </w:r>
      <w:r w:rsidRPr="00B7305F">
        <w:rPr>
          <w:color w:val="000000" w:themeColor="text1"/>
          <w:lang w:val="uk-UA"/>
        </w:rPr>
        <w:t xml:space="preserve"> </w:t>
      </w:r>
      <w:r w:rsidR="00E3536F" w:rsidRPr="00B7305F">
        <w:rPr>
          <w:color w:val="000000" w:themeColor="text1"/>
          <w:lang w:val="uk-UA"/>
        </w:rPr>
        <w:t>архетипу</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людини,</w:t>
      </w:r>
      <w:r w:rsidRPr="00B7305F">
        <w:rPr>
          <w:color w:val="000000" w:themeColor="text1"/>
          <w:lang w:val="uk-UA"/>
        </w:rPr>
        <w:t xml:space="preserve"> </w:t>
      </w:r>
      <w:r w:rsidR="00E3536F" w:rsidRPr="00B7305F">
        <w:rPr>
          <w:color w:val="000000" w:themeColor="text1"/>
          <w:lang w:val="uk-UA"/>
        </w:rPr>
        <w:t>яка</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грає,</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існує</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кадрі.</w:t>
      </w:r>
      <w:r w:rsidRPr="00B7305F">
        <w:rPr>
          <w:color w:val="000000" w:themeColor="text1"/>
          <w:lang w:val="uk-UA"/>
        </w:rPr>
        <w:t xml:space="preserve"> </w:t>
      </w:r>
      <w:r w:rsidR="00E3536F" w:rsidRPr="00B7305F">
        <w:rPr>
          <w:color w:val="000000" w:themeColor="text1"/>
          <w:lang w:val="uk-UA"/>
        </w:rPr>
        <w:t>Цей</w:t>
      </w:r>
      <w:r w:rsidRPr="00B7305F">
        <w:rPr>
          <w:color w:val="000000" w:themeColor="text1"/>
          <w:lang w:val="uk-UA"/>
        </w:rPr>
        <w:t xml:space="preserve"> </w:t>
      </w:r>
      <w:r w:rsidR="00E3536F" w:rsidRPr="00B7305F">
        <w:rPr>
          <w:color w:val="000000" w:themeColor="text1"/>
          <w:lang w:val="uk-UA"/>
        </w:rPr>
        <w:t>принцип</w:t>
      </w:r>
      <w:r w:rsidRPr="00B7305F">
        <w:rPr>
          <w:color w:val="000000" w:themeColor="text1"/>
          <w:lang w:val="uk-UA"/>
        </w:rPr>
        <w:t xml:space="preserve"> </w:t>
      </w:r>
      <w:r w:rsidR="00E3536F" w:rsidRPr="00B7305F">
        <w:rPr>
          <w:color w:val="000000" w:themeColor="text1"/>
          <w:lang w:val="uk-UA"/>
        </w:rPr>
        <w:t>став</w:t>
      </w:r>
      <w:r w:rsidRPr="00B7305F">
        <w:rPr>
          <w:color w:val="000000" w:themeColor="text1"/>
          <w:lang w:val="uk-UA"/>
        </w:rPr>
        <w:t xml:space="preserve"> </w:t>
      </w:r>
      <w:r w:rsidR="00E3536F" w:rsidRPr="00B7305F">
        <w:rPr>
          <w:color w:val="000000" w:themeColor="text1"/>
          <w:lang w:val="uk-UA"/>
        </w:rPr>
        <w:t>основою</w:t>
      </w:r>
      <w:r w:rsidRPr="00B7305F">
        <w:rPr>
          <w:color w:val="000000" w:themeColor="text1"/>
          <w:lang w:val="uk-UA"/>
        </w:rPr>
        <w:t xml:space="preserve"> </w:t>
      </w:r>
      <w:r w:rsidR="00E3536F" w:rsidRPr="00B7305F">
        <w:rPr>
          <w:color w:val="000000" w:themeColor="text1"/>
          <w:lang w:val="uk-UA"/>
        </w:rPr>
        <w:t>української</w:t>
      </w:r>
      <w:r w:rsidRPr="00B7305F">
        <w:rPr>
          <w:color w:val="000000" w:themeColor="text1"/>
          <w:lang w:val="uk-UA"/>
        </w:rPr>
        <w:t xml:space="preserve"> </w:t>
      </w:r>
      <w:r w:rsidR="00E3536F" w:rsidRPr="00B7305F">
        <w:rPr>
          <w:color w:val="000000" w:themeColor="text1"/>
          <w:lang w:val="uk-UA"/>
        </w:rPr>
        <w:t>поетичної</w:t>
      </w:r>
      <w:r w:rsidRPr="00B7305F">
        <w:rPr>
          <w:color w:val="000000" w:themeColor="text1"/>
          <w:lang w:val="uk-UA"/>
        </w:rPr>
        <w:t xml:space="preserve"> </w:t>
      </w:r>
      <w:r w:rsidR="00E3536F" w:rsidRPr="00B7305F">
        <w:rPr>
          <w:color w:val="000000" w:themeColor="text1"/>
          <w:lang w:val="uk-UA"/>
        </w:rPr>
        <w:t>кінематографічної</w:t>
      </w:r>
      <w:r w:rsidRPr="00B7305F">
        <w:rPr>
          <w:color w:val="000000" w:themeColor="text1"/>
          <w:lang w:val="uk-UA"/>
        </w:rPr>
        <w:t xml:space="preserve"> </w:t>
      </w:r>
      <w:r w:rsidR="00E3536F" w:rsidRPr="00B7305F">
        <w:rPr>
          <w:color w:val="000000" w:themeColor="text1"/>
          <w:lang w:val="uk-UA"/>
        </w:rPr>
        <w:t>школи,</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відрізняється</w:t>
      </w:r>
      <w:r w:rsidRPr="00B7305F">
        <w:rPr>
          <w:color w:val="000000" w:themeColor="text1"/>
          <w:lang w:val="uk-UA"/>
        </w:rPr>
        <w:t xml:space="preserve"> </w:t>
      </w:r>
      <w:r w:rsidR="00E3536F" w:rsidRPr="00B7305F">
        <w:rPr>
          <w:color w:val="000000" w:themeColor="text1"/>
          <w:lang w:val="uk-UA"/>
        </w:rPr>
        <w:t>лаконізмом,</w:t>
      </w:r>
      <w:r w:rsidRPr="00B7305F">
        <w:rPr>
          <w:color w:val="000000" w:themeColor="text1"/>
          <w:lang w:val="uk-UA"/>
        </w:rPr>
        <w:t xml:space="preserve"> </w:t>
      </w:r>
      <w:r w:rsidR="00E3536F" w:rsidRPr="00B7305F">
        <w:rPr>
          <w:color w:val="000000" w:themeColor="text1"/>
          <w:lang w:val="uk-UA"/>
        </w:rPr>
        <w:t>глибокою</w:t>
      </w:r>
      <w:r w:rsidRPr="00B7305F">
        <w:rPr>
          <w:color w:val="000000" w:themeColor="text1"/>
          <w:lang w:val="uk-UA"/>
        </w:rPr>
        <w:t xml:space="preserve"> </w:t>
      </w:r>
      <w:r w:rsidR="00E3536F" w:rsidRPr="00B7305F">
        <w:rPr>
          <w:color w:val="000000" w:themeColor="text1"/>
          <w:lang w:val="uk-UA"/>
        </w:rPr>
        <w:t>емоційною</w:t>
      </w:r>
      <w:r w:rsidRPr="00B7305F">
        <w:rPr>
          <w:color w:val="000000" w:themeColor="text1"/>
          <w:lang w:val="uk-UA"/>
        </w:rPr>
        <w:t xml:space="preserve"> </w:t>
      </w:r>
      <w:r w:rsidR="00E3536F" w:rsidRPr="00B7305F">
        <w:rPr>
          <w:color w:val="000000" w:themeColor="text1"/>
          <w:lang w:val="uk-UA"/>
        </w:rPr>
        <w:t>простотою</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символічною</w:t>
      </w:r>
      <w:r w:rsidRPr="00B7305F">
        <w:rPr>
          <w:color w:val="000000" w:themeColor="text1"/>
          <w:lang w:val="uk-UA"/>
        </w:rPr>
        <w:t xml:space="preserve"> </w:t>
      </w:r>
      <w:r w:rsidR="00E3536F" w:rsidRPr="00B7305F">
        <w:rPr>
          <w:color w:val="000000" w:themeColor="text1"/>
          <w:lang w:val="uk-UA"/>
        </w:rPr>
        <w:t>насиченістю.</w:t>
      </w:r>
    </w:p>
    <w:p w14:paraId="7153FE86" w14:textId="32776493"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ХХІ</w:t>
      </w:r>
      <w:r w:rsidRPr="00B7305F">
        <w:rPr>
          <w:color w:val="000000" w:themeColor="text1"/>
          <w:lang w:val="uk-UA"/>
        </w:rPr>
        <w:t xml:space="preserve"> </w:t>
      </w:r>
      <w:r w:rsidR="00E3536F" w:rsidRPr="00B7305F">
        <w:rPr>
          <w:color w:val="000000" w:themeColor="text1"/>
          <w:lang w:val="uk-UA"/>
        </w:rPr>
        <w:t>столітті</w:t>
      </w:r>
      <w:r w:rsidRPr="00B7305F">
        <w:rPr>
          <w:color w:val="000000" w:themeColor="text1"/>
          <w:lang w:val="uk-UA"/>
        </w:rPr>
        <w:t xml:space="preserve"> </w:t>
      </w:r>
      <w:r w:rsidR="00E3536F" w:rsidRPr="00B7305F">
        <w:rPr>
          <w:color w:val="000000" w:themeColor="text1"/>
          <w:lang w:val="uk-UA"/>
        </w:rPr>
        <w:t>українська</w:t>
      </w:r>
      <w:r w:rsidRPr="00B7305F">
        <w:rPr>
          <w:color w:val="000000" w:themeColor="text1"/>
          <w:lang w:val="uk-UA"/>
        </w:rPr>
        <w:t xml:space="preserve"> </w:t>
      </w:r>
      <w:r w:rsidR="00E3536F" w:rsidRPr="00B7305F">
        <w:rPr>
          <w:color w:val="000000" w:themeColor="text1"/>
          <w:lang w:val="uk-UA"/>
        </w:rPr>
        <w:t>акторська</w:t>
      </w:r>
      <w:r w:rsidRPr="00B7305F">
        <w:rPr>
          <w:color w:val="000000" w:themeColor="text1"/>
          <w:lang w:val="uk-UA"/>
        </w:rPr>
        <w:t xml:space="preserve"> </w:t>
      </w:r>
      <w:r w:rsidR="00E3536F" w:rsidRPr="00B7305F">
        <w:rPr>
          <w:color w:val="000000" w:themeColor="text1"/>
          <w:lang w:val="uk-UA"/>
        </w:rPr>
        <w:t>школа</w:t>
      </w:r>
      <w:r w:rsidRPr="00B7305F">
        <w:rPr>
          <w:color w:val="000000" w:themeColor="text1"/>
          <w:lang w:val="uk-UA"/>
        </w:rPr>
        <w:t xml:space="preserve"> </w:t>
      </w:r>
      <w:r w:rsidR="00E3536F" w:rsidRPr="00B7305F">
        <w:rPr>
          <w:color w:val="000000" w:themeColor="text1"/>
          <w:lang w:val="uk-UA"/>
        </w:rPr>
        <w:t>продовжує</w:t>
      </w:r>
      <w:r w:rsidRPr="00B7305F">
        <w:rPr>
          <w:color w:val="000000" w:themeColor="text1"/>
          <w:lang w:val="uk-UA"/>
        </w:rPr>
        <w:t xml:space="preserve"> </w:t>
      </w:r>
      <w:r w:rsidR="00E3536F" w:rsidRPr="00B7305F">
        <w:rPr>
          <w:color w:val="000000" w:themeColor="text1"/>
          <w:lang w:val="uk-UA"/>
        </w:rPr>
        <w:t>розвиватися</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екрану.</w:t>
      </w:r>
      <w:r w:rsidRPr="00B7305F">
        <w:rPr>
          <w:color w:val="000000" w:themeColor="text1"/>
          <w:lang w:val="uk-UA"/>
        </w:rPr>
        <w:t xml:space="preserve"> </w:t>
      </w:r>
      <w:r w:rsidR="00E3536F" w:rsidRPr="00B7305F">
        <w:rPr>
          <w:color w:val="000000" w:themeColor="text1"/>
          <w:lang w:val="uk-UA"/>
        </w:rPr>
        <w:t>Сучасні</w:t>
      </w:r>
      <w:r w:rsidRPr="00B7305F">
        <w:rPr>
          <w:color w:val="000000" w:themeColor="text1"/>
          <w:lang w:val="uk-UA"/>
        </w:rPr>
        <w:t xml:space="preserve"> </w:t>
      </w:r>
      <w:r w:rsidR="00E3536F" w:rsidRPr="00B7305F">
        <w:rPr>
          <w:color w:val="000000" w:themeColor="text1"/>
          <w:lang w:val="uk-UA"/>
        </w:rPr>
        <w:t>актори</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такі</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b/>
          <w:bCs/>
          <w:color w:val="000000" w:themeColor="text1"/>
          <w:lang w:val="uk-UA"/>
        </w:rPr>
        <w:t>Олексій</w:t>
      </w:r>
      <w:r w:rsidRPr="00B7305F">
        <w:rPr>
          <w:b/>
          <w:bCs/>
          <w:color w:val="000000" w:themeColor="text1"/>
          <w:lang w:val="uk-UA"/>
        </w:rPr>
        <w:t xml:space="preserve"> </w:t>
      </w:r>
      <w:r w:rsidR="00E3536F" w:rsidRPr="00B7305F">
        <w:rPr>
          <w:b/>
          <w:bCs/>
          <w:color w:val="000000" w:themeColor="text1"/>
          <w:lang w:val="uk-UA"/>
        </w:rPr>
        <w:t>Вертинський,</w:t>
      </w:r>
      <w:r w:rsidRPr="00B7305F">
        <w:rPr>
          <w:b/>
          <w:bCs/>
          <w:color w:val="000000" w:themeColor="text1"/>
          <w:lang w:val="uk-UA"/>
        </w:rPr>
        <w:t xml:space="preserve"> </w:t>
      </w:r>
      <w:r w:rsidR="00E3536F" w:rsidRPr="00B7305F">
        <w:rPr>
          <w:b/>
          <w:bCs/>
          <w:color w:val="000000" w:themeColor="text1"/>
          <w:lang w:val="uk-UA"/>
        </w:rPr>
        <w:t>Остап</w:t>
      </w:r>
      <w:r w:rsidRPr="00B7305F">
        <w:rPr>
          <w:b/>
          <w:bCs/>
          <w:color w:val="000000" w:themeColor="text1"/>
          <w:lang w:val="uk-UA"/>
        </w:rPr>
        <w:t xml:space="preserve"> </w:t>
      </w:r>
      <w:r w:rsidR="00E3536F" w:rsidRPr="00B7305F">
        <w:rPr>
          <w:b/>
          <w:bCs/>
          <w:color w:val="000000" w:themeColor="text1"/>
          <w:lang w:val="uk-UA"/>
        </w:rPr>
        <w:t>Ступка,</w:t>
      </w:r>
      <w:r w:rsidRPr="00B7305F">
        <w:rPr>
          <w:b/>
          <w:bCs/>
          <w:color w:val="000000" w:themeColor="text1"/>
          <w:lang w:val="uk-UA"/>
        </w:rPr>
        <w:t xml:space="preserve"> </w:t>
      </w:r>
      <w:r w:rsidR="00E3536F" w:rsidRPr="00B7305F">
        <w:rPr>
          <w:b/>
          <w:bCs/>
          <w:color w:val="000000" w:themeColor="text1"/>
          <w:lang w:val="uk-UA"/>
        </w:rPr>
        <w:t>Римма</w:t>
      </w:r>
      <w:r w:rsidRPr="00B7305F">
        <w:rPr>
          <w:b/>
          <w:bCs/>
          <w:color w:val="000000" w:themeColor="text1"/>
          <w:lang w:val="uk-UA"/>
        </w:rPr>
        <w:t xml:space="preserve"> </w:t>
      </w:r>
      <w:r w:rsidR="00E3536F" w:rsidRPr="00B7305F">
        <w:rPr>
          <w:b/>
          <w:bCs/>
          <w:color w:val="000000" w:themeColor="text1"/>
          <w:lang w:val="uk-UA"/>
        </w:rPr>
        <w:t>Зюбіна</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демонструють</w:t>
      </w:r>
      <w:r w:rsidRPr="00B7305F">
        <w:rPr>
          <w:color w:val="000000" w:themeColor="text1"/>
          <w:lang w:val="uk-UA"/>
        </w:rPr>
        <w:t xml:space="preserve"> </w:t>
      </w:r>
      <w:r w:rsidR="00E3536F" w:rsidRPr="00B7305F">
        <w:rPr>
          <w:color w:val="000000" w:themeColor="text1"/>
          <w:lang w:val="uk-UA"/>
        </w:rPr>
        <w:t>універсальність</w:t>
      </w:r>
      <w:r w:rsidRPr="00B7305F">
        <w:rPr>
          <w:color w:val="000000" w:themeColor="text1"/>
          <w:lang w:val="uk-UA"/>
        </w:rPr>
        <w:t xml:space="preserve"> </w:t>
      </w:r>
      <w:r w:rsidR="00E3536F" w:rsidRPr="00B7305F">
        <w:rPr>
          <w:color w:val="000000" w:themeColor="text1"/>
          <w:lang w:val="uk-UA"/>
        </w:rPr>
        <w:t>підходів:</w:t>
      </w:r>
      <w:r w:rsidRPr="00B7305F">
        <w:rPr>
          <w:color w:val="000000" w:themeColor="text1"/>
          <w:lang w:val="uk-UA"/>
        </w:rPr>
        <w:t xml:space="preserve"> </w:t>
      </w:r>
      <w:r w:rsidR="00E3536F" w:rsidRPr="00B7305F">
        <w:rPr>
          <w:color w:val="000000" w:themeColor="text1"/>
          <w:lang w:val="uk-UA"/>
        </w:rPr>
        <w:t>сценічну</w:t>
      </w:r>
      <w:r w:rsidRPr="00B7305F">
        <w:rPr>
          <w:color w:val="000000" w:themeColor="text1"/>
          <w:lang w:val="uk-UA"/>
        </w:rPr>
        <w:t xml:space="preserve"> </w:t>
      </w:r>
      <w:r w:rsidR="00E3536F" w:rsidRPr="00B7305F">
        <w:rPr>
          <w:color w:val="000000" w:themeColor="text1"/>
          <w:lang w:val="uk-UA"/>
        </w:rPr>
        <w:t>свободу,</w:t>
      </w:r>
      <w:r w:rsidRPr="00B7305F">
        <w:rPr>
          <w:color w:val="000000" w:themeColor="text1"/>
          <w:lang w:val="uk-UA"/>
        </w:rPr>
        <w:t xml:space="preserve"> </w:t>
      </w:r>
      <w:r w:rsidR="00E3536F" w:rsidRPr="00B7305F">
        <w:rPr>
          <w:color w:val="000000" w:themeColor="text1"/>
          <w:lang w:val="uk-UA"/>
        </w:rPr>
        <w:t>володіння</w:t>
      </w:r>
      <w:r w:rsidRPr="00B7305F">
        <w:rPr>
          <w:color w:val="000000" w:themeColor="text1"/>
          <w:lang w:val="uk-UA"/>
        </w:rPr>
        <w:t xml:space="preserve"> </w:t>
      </w:r>
      <w:r w:rsidR="00E3536F" w:rsidRPr="00B7305F">
        <w:rPr>
          <w:color w:val="000000" w:themeColor="text1"/>
          <w:lang w:val="uk-UA"/>
        </w:rPr>
        <w:t>тілом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голосом</w:t>
      </w:r>
      <w:r w:rsidRPr="00B7305F">
        <w:rPr>
          <w:color w:val="000000" w:themeColor="text1"/>
          <w:lang w:val="uk-UA"/>
        </w:rPr>
        <w:t xml:space="preserve"> </w:t>
      </w:r>
      <w:r w:rsidR="00E3536F" w:rsidRPr="00B7305F">
        <w:rPr>
          <w:color w:val="000000" w:themeColor="text1"/>
          <w:lang w:val="uk-UA"/>
        </w:rPr>
        <w:t>поєднують</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камерністю,</w:t>
      </w:r>
      <w:r w:rsidRPr="00B7305F">
        <w:rPr>
          <w:color w:val="000000" w:themeColor="text1"/>
          <w:lang w:val="uk-UA"/>
        </w:rPr>
        <w:t xml:space="preserve"> </w:t>
      </w:r>
      <w:r w:rsidR="00E3536F" w:rsidRPr="00B7305F">
        <w:rPr>
          <w:color w:val="000000" w:themeColor="text1"/>
          <w:lang w:val="uk-UA"/>
        </w:rPr>
        <w:t>притаманною</w:t>
      </w:r>
      <w:r w:rsidRPr="00B7305F">
        <w:rPr>
          <w:color w:val="000000" w:themeColor="text1"/>
          <w:lang w:val="uk-UA"/>
        </w:rPr>
        <w:t xml:space="preserve"> </w:t>
      </w:r>
      <w:r w:rsidR="00E3536F" w:rsidRPr="00B7305F">
        <w:rPr>
          <w:color w:val="000000" w:themeColor="text1"/>
          <w:lang w:val="uk-UA"/>
        </w:rPr>
        <w:lastRenderedPageBreak/>
        <w:t>кінематографу.</w:t>
      </w:r>
      <w:r w:rsidRPr="00B7305F">
        <w:rPr>
          <w:color w:val="000000" w:themeColor="text1"/>
          <w:lang w:val="uk-UA"/>
        </w:rPr>
        <w:t xml:space="preserve"> </w:t>
      </w:r>
      <w:r w:rsidR="00E3536F" w:rsidRPr="00B7305F">
        <w:rPr>
          <w:color w:val="000000" w:themeColor="text1"/>
          <w:lang w:val="uk-UA"/>
        </w:rPr>
        <w:t>Завдяки</w:t>
      </w:r>
      <w:r w:rsidRPr="00B7305F">
        <w:rPr>
          <w:color w:val="000000" w:themeColor="text1"/>
          <w:lang w:val="uk-UA"/>
        </w:rPr>
        <w:t xml:space="preserve"> </w:t>
      </w:r>
      <w:r w:rsidR="00E3536F" w:rsidRPr="00B7305F">
        <w:rPr>
          <w:color w:val="000000" w:themeColor="text1"/>
          <w:lang w:val="uk-UA"/>
        </w:rPr>
        <w:t>цьому</w:t>
      </w:r>
      <w:r w:rsidRPr="00B7305F">
        <w:rPr>
          <w:color w:val="000000" w:themeColor="text1"/>
          <w:lang w:val="uk-UA"/>
        </w:rPr>
        <w:t xml:space="preserve"> </w:t>
      </w:r>
      <w:r w:rsidR="00E3536F" w:rsidRPr="00B7305F">
        <w:rPr>
          <w:color w:val="000000" w:themeColor="text1"/>
          <w:lang w:val="uk-UA"/>
        </w:rPr>
        <w:t>формується</w:t>
      </w:r>
      <w:r w:rsidRPr="00B7305F">
        <w:rPr>
          <w:color w:val="000000" w:themeColor="text1"/>
          <w:lang w:val="uk-UA"/>
        </w:rPr>
        <w:t xml:space="preserve"> </w:t>
      </w:r>
      <w:r w:rsidR="00E3536F" w:rsidRPr="00B7305F">
        <w:rPr>
          <w:color w:val="000000" w:themeColor="text1"/>
          <w:lang w:val="uk-UA"/>
        </w:rPr>
        <w:t>нова</w:t>
      </w:r>
      <w:r w:rsidRPr="00B7305F">
        <w:rPr>
          <w:color w:val="000000" w:themeColor="text1"/>
          <w:lang w:val="uk-UA"/>
        </w:rPr>
        <w:t xml:space="preserve"> </w:t>
      </w:r>
      <w:r w:rsidR="00E3536F" w:rsidRPr="00B7305F">
        <w:rPr>
          <w:color w:val="000000" w:themeColor="text1"/>
          <w:lang w:val="uk-UA"/>
        </w:rPr>
        <w:t>генерація</w:t>
      </w:r>
      <w:r w:rsidRPr="00B7305F">
        <w:rPr>
          <w:color w:val="000000" w:themeColor="text1"/>
          <w:lang w:val="uk-UA"/>
        </w:rPr>
        <w:t xml:space="preserve"> </w:t>
      </w:r>
      <w:r w:rsidR="00E3536F" w:rsidRPr="00B7305F">
        <w:rPr>
          <w:color w:val="000000" w:themeColor="text1"/>
          <w:lang w:val="uk-UA"/>
        </w:rPr>
        <w:t>виконавців,</w:t>
      </w:r>
      <w:r w:rsidRPr="00B7305F">
        <w:rPr>
          <w:color w:val="000000" w:themeColor="text1"/>
          <w:lang w:val="uk-UA"/>
        </w:rPr>
        <w:t xml:space="preserve"> </w:t>
      </w:r>
      <w:r w:rsidR="00E3536F" w:rsidRPr="00B7305F">
        <w:rPr>
          <w:color w:val="000000" w:themeColor="text1"/>
          <w:lang w:val="uk-UA"/>
        </w:rPr>
        <w:t>які</w:t>
      </w:r>
      <w:r w:rsidRPr="00B7305F">
        <w:rPr>
          <w:color w:val="000000" w:themeColor="text1"/>
          <w:lang w:val="uk-UA"/>
        </w:rPr>
        <w:t xml:space="preserve"> </w:t>
      </w:r>
      <w:r w:rsidR="00E3536F" w:rsidRPr="00B7305F">
        <w:rPr>
          <w:color w:val="000000" w:themeColor="text1"/>
          <w:lang w:val="uk-UA"/>
        </w:rPr>
        <w:t>здатні</w:t>
      </w:r>
      <w:r w:rsidRPr="00B7305F">
        <w:rPr>
          <w:color w:val="000000" w:themeColor="text1"/>
          <w:lang w:val="uk-UA"/>
        </w:rPr>
        <w:t xml:space="preserve"> </w:t>
      </w:r>
      <w:r w:rsidR="00E3536F" w:rsidRPr="00B7305F">
        <w:rPr>
          <w:color w:val="000000" w:themeColor="text1"/>
          <w:lang w:val="uk-UA"/>
        </w:rPr>
        <w:t>адаптувати</w:t>
      </w:r>
      <w:r w:rsidRPr="00B7305F">
        <w:rPr>
          <w:color w:val="000000" w:themeColor="text1"/>
          <w:lang w:val="uk-UA"/>
        </w:rPr>
        <w:t xml:space="preserve"> </w:t>
      </w:r>
      <w:r w:rsidR="00E3536F" w:rsidRPr="00B7305F">
        <w:rPr>
          <w:color w:val="000000" w:themeColor="text1"/>
          <w:lang w:val="uk-UA"/>
        </w:rPr>
        <w:t>техніку</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різних</w:t>
      </w:r>
      <w:r w:rsidRPr="00B7305F">
        <w:rPr>
          <w:color w:val="000000" w:themeColor="text1"/>
          <w:lang w:val="uk-UA"/>
        </w:rPr>
        <w:t xml:space="preserve"> </w:t>
      </w:r>
      <w:r w:rsidR="00E3536F" w:rsidRPr="00B7305F">
        <w:rPr>
          <w:color w:val="000000" w:themeColor="text1"/>
          <w:lang w:val="uk-UA"/>
        </w:rPr>
        <w:t>перформативних</w:t>
      </w:r>
      <w:r w:rsidRPr="00B7305F">
        <w:rPr>
          <w:color w:val="000000" w:themeColor="text1"/>
          <w:lang w:val="uk-UA"/>
        </w:rPr>
        <w:t xml:space="preserve"> </w:t>
      </w:r>
      <w:r w:rsidR="00E3536F" w:rsidRPr="00B7305F">
        <w:rPr>
          <w:color w:val="000000" w:themeColor="text1"/>
          <w:lang w:val="uk-UA"/>
        </w:rPr>
        <w:t>середовищ</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камерного</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телевізійних</w:t>
      </w:r>
      <w:r w:rsidRPr="00B7305F">
        <w:rPr>
          <w:color w:val="000000" w:themeColor="text1"/>
          <w:lang w:val="uk-UA"/>
        </w:rPr>
        <w:t xml:space="preserve"> </w:t>
      </w:r>
      <w:r w:rsidR="00E3536F" w:rsidRPr="00B7305F">
        <w:rPr>
          <w:color w:val="000000" w:themeColor="text1"/>
          <w:lang w:val="uk-UA"/>
        </w:rPr>
        <w:t>проєктів</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кінофільмів</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цифрових</w:t>
      </w:r>
      <w:r w:rsidRPr="00B7305F">
        <w:rPr>
          <w:color w:val="000000" w:themeColor="text1"/>
          <w:lang w:val="uk-UA"/>
        </w:rPr>
        <w:t xml:space="preserve"> </w:t>
      </w:r>
      <w:r w:rsidR="00E3536F" w:rsidRPr="00B7305F">
        <w:rPr>
          <w:color w:val="000000" w:themeColor="text1"/>
          <w:lang w:val="uk-UA"/>
        </w:rPr>
        <w:t>медіа.</w:t>
      </w:r>
    </w:p>
    <w:p w14:paraId="3E584AC6" w14:textId="5A1C34F7"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Таким</w:t>
      </w:r>
      <w:r w:rsidRPr="00B7305F">
        <w:rPr>
          <w:color w:val="000000" w:themeColor="text1"/>
          <w:lang w:val="uk-UA"/>
        </w:rPr>
        <w:t xml:space="preserve"> </w:t>
      </w:r>
      <w:r w:rsidR="00E3536F" w:rsidRPr="00B7305F">
        <w:rPr>
          <w:color w:val="000000" w:themeColor="text1"/>
          <w:lang w:val="uk-UA"/>
        </w:rPr>
        <w:t>чином,</w:t>
      </w:r>
      <w:r w:rsidRPr="00B7305F">
        <w:rPr>
          <w:color w:val="000000" w:themeColor="text1"/>
          <w:lang w:val="uk-UA"/>
        </w:rPr>
        <w:t xml:space="preserve"> </w:t>
      </w:r>
      <w:r w:rsidR="00E3536F" w:rsidRPr="00B7305F">
        <w:rPr>
          <w:color w:val="000000" w:themeColor="text1"/>
          <w:lang w:val="uk-UA"/>
        </w:rPr>
        <w:t>українська</w:t>
      </w:r>
      <w:r w:rsidRPr="00B7305F">
        <w:rPr>
          <w:color w:val="000000" w:themeColor="text1"/>
          <w:lang w:val="uk-UA"/>
        </w:rPr>
        <w:t xml:space="preserve"> </w:t>
      </w:r>
      <w:r w:rsidR="00E3536F" w:rsidRPr="00B7305F">
        <w:rPr>
          <w:color w:val="000000" w:themeColor="text1"/>
          <w:lang w:val="uk-UA"/>
        </w:rPr>
        <w:t>акторська</w:t>
      </w:r>
      <w:r w:rsidRPr="00B7305F">
        <w:rPr>
          <w:color w:val="000000" w:themeColor="text1"/>
          <w:lang w:val="uk-UA"/>
        </w:rPr>
        <w:t xml:space="preserve"> </w:t>
      </w:r>
      <w:r w:rsidR="00E3536F" w:rsidRPr="00B7305F">
        <w:rPr>
          <w:color w:val="000000" w:themeColor="text1"/>
          <w:lang w:val="uk-UA"/>
        </w:rPr>
        <w:t>школа</w:t>
      </w:r>
      <w:r w:rsidRPr="00B7305F">
        <w:rPr>
          <w:color w:val="000000" w:themeColor="text1"/>
          <w:lang w:val="uk-UA"/>
        </w:rPr>
        <w:t xml:space="preserve"> </w:t>
      </w:r>
      <w:r w:rsidR="00E3536F" w:rsidRPr="00B7305F">
        <w:rPr>
          <w:color w:val="000000" w:themeColor="text1"/>
          <w:lang w:val="uk-UA"/>
        </w:rPr>
        <w:t>істотно</w:t>
      </w:r>
      <w:r w:rsidRPr="00B7305F">
        <w:rPr>
          <w:color w:val="000000" w:themeColor="text1"/>
          <w:lang w:val="uk-UA"/>
        </w:rPr>
        <w:t xml:space="preserve"> </w:t>
      </w:r>
      <w:r w:rsidR="00E3536F" w:rsidRPr="00B7305F">
        <w:rPr>
          <w:color w:val="000000" w:themeColor="text1"/>
          <w:lang w:val="uk-UA"/>
        </w:rPr>
        <w:t>вплинула</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розвиток</w:t>
      </w:r>
      <w:r w:rsidRPr="00B7305F">
        <w:rPr>
          <w:color w:val="000000" w:themeColor="text1"/>
          <w:lang w:val="uk-UA"/>
        </w:rPr>
        <w:t xml:space="preserve"> </w:t>
      </w:r>
      <w:r w:rsidR="00E3536F" w:rsidRPr="00B7305F">
        <w:rPr>
          <w:color w:val="000000" w:themeColor="text1"/>
          <w:lang w:val="uk-UA"/>
        </w:rPr>
        <w:t>національного</w:t>
      </w:r>
      <w:r w:rsidRPr="00B7305F">
        <w:rPr>
          <w:color w:val="000000" w:themeColor="text1"/>
          <w:lang w:val="uk-UA"/>
        </w:rPr>
        <w:t xml:space="preserve"> </w:t>
      </w:r>
      <w:r w:rsidR="00E3536F" w:rsidRPr="00B7305F">
        <w:rPr>
          <w:color w:val="000000" w:themeColor="text1"/>
          <w:lang w:val="uk-UA"/>
        </w:rPr>
        <w:t>кінематографа,</w:t>
      </w:r>
      <w:r w:rsidRPr="00B7305F">
        <w:rPr>
          <w:color w:val="000000" w:themeColor="text1"/>
          <w:lang w:val="uk-UA"/>
        </w:rPr>
        <w:t xml:space="preserve"> </w:t>
      </w:r>
      <w:r w:rsidR="00E3536F" w:rsidRPr="00B7305F">
        <w:rPr>
          <w:color w:val="000000" w:themeColor="text1"/>
          <w:lang w:val="uk-UA"/>
        </w:rPr>
        <w:t>запропонувавши</w:t>
      </w:r>
      <w:r w:rsidRPr="00B7305F">
        <w:rPr>
          <w:color w:val="000000" w:themeColor="text1"/>
          <w:lang w:val="uk-UA"/>
        </w:rPr>
        <w:t xml:space="preserve"> </w:t>
      </w:r>
      <w:r w:rsidR="00E3536F" w:rsidRPr="00B7305F">
        <w:rPr>
          <w:color w:val="000000" w:themeColor="text1"/>
          <w:lang w:val="uk-UA"/>
        </w:rPr>
        <w:t>унікальну</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виконавця</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поєднання</w:t>
      </w:r>
      <w:r w:rsidRPr="00B7305F">
        <w:rPr>
          <w:color w:val="000000" w:themeColor="text1"/>
          <w:lang w:val="uk-UA"/>
        </w:rPr>
        <w:t xml:space="preserve"> </w:t>
      </w:r>
      <w:r w:rsidR="00E3536F" w:rsidRPr="00B7305F">
        <w:rPr>
          <w:color w:val="000000" w:themeColor="text1"/>
          <w:lang w:val="uk-UA"/>
        </w:rPr>
        <w:t>поетичної</w:t>
      </w:r>
      <w:r w:rsidRPr="00B7305F">
        <w:rPr>
          <w:color w:val="000000" w:themeColor="text1"/>
          <w:lang w:val="uk-UA"/>
        </w:rPr>
        <w:t xml:space="preserve"> </w:t>
      </w:r>
      <w:r w:rsidR="00E3536F" w:rsidRPr="00B7305F">
        <w:rPr>
          <w:color w:val="000000" w:themeColor="text1"/>
          <w:lang w:val="uk-UA"/>
        </w:rPr>
        <w:t>образності,</w:t>
      </w:r>
      <w:r w:rsidRPr="00B7305F">
        <w:rPr>
          <w:color w:val="000000" w:themeColor="text1"/>
          <w:lang w:val="uk-UA"/>
        </w:rPr>
        <w:t xml:space="preserve"> </w:t>
      </w:r>
      <w:r w:rsidR="00E3536F" w:rsidRPr="00B7305F">
        <w:rPr>
          <w:color w:val="000000" w:themeColor="text1"/>
          <w:lang w:val="uk-UA"/>
        </w:rPr>
        <w:t>психологічної</w:t>
      </w:r>
      <w:r w:rsidRPr="00B7305F">
        <w:rPr>
          <w:color w:val="000000" w:themeColor="text1"/>
          <w:lang w:val="uk-UA"/>
        </w:rPr>
        <w:t xml:space="preserve"> </w:t>
      </w:r>
      <w:r w:rsidR="00E3536F" w:rsidRPr="00B7305F">
        <w:rPr>
          <w:color w:val="000000" w:themeColor="text1"/>
          <w:lang w:val="uk-UA"/>
        </w:rPr>
        <w:t>опрацьованості</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глибокої</w:t>
      </w:r>
      <w:r w:rsidRPr="00B7305F">
        <w:rPr>
          <w:color w:val="000000" w:themeColor="text1"/>
          <w:lang w:val="uk-UA"/>
        </w:rPr>
        <w:t xml:space="preserve"> </w:t>
      </w:r>
      <w:r w:rsidR="00E3536F" w:rsidRPr="00B7305F">
        <w:rPr>
          <w:color w:val="000000" w:themeColor="text1"/>
          <w:lang w:val="uk-UA"/>
        </w:rPr>
        <w:t>внутрішньої</w:t>
      </w:r>
      <w:r w:rsidRPr="00B7305F">
        <w:rPr>
          <w:color w:val="000000" w:themeColor="text1"/>
          <w:lang w:val="uk-UA"/>
        </w:rPr>
        <w:t xml:space="preserve"> </w:t>
      </w:r>
      <w:r w:rsidR="00E3536F" w:rsidRPr="00B7305F">
        <w:rPr>
          <w:color w:val="000000" w:themeColor="text1"/>
          <w:lang w:val="uk-UA"/>
        </w:rPr>
        <w:t>правдивості.</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ц</w:t>
      </w:r>
      <w:r w:rsidR="00EB5741" w:rsidRPr="00B7305F">
        <w:rPr>
          <w:color w:val="000000" w:themeColor="text1"/>
          <w:lang w:val="uk-UA"/>
        </w:rPr>
        <w:t>ей</w:t>
      </w:r>
      <w:r w:rsidRPr="00B7305F">
        <w:rPr>
          <w:color w:val="000000" w:themeColor="text1"/>
          <w:lang w:val="uk-UA"/>
        </w:rPr>
        <w:t xml:space="preserve"> </w:t>
      </w:r>
      <w:r w:rsidR="00E3536F" w:rsidRPr="00B7305F">
        <w:rPr>
          <w:color w:val="000000" w:themeColor="text1"/>
          <w:lang w:val="uk-UA"/>
        </w:rPr>
        <w:t>синтез</w:t>
      </w:r>
      <w:r w:rsidRPr="00B7305F">
        <w:rPr>
          <w:color w:val="000000" w:themeColor="text1"/>
          <w:lang w:val="uk-UA"/>
        </w:rPr>
        <w:t xml:space="preserve"> </w:t>
      </w:r>
      <w:r w:rsidR="00E3536F" w:rsidRPr="00B7305F">
        <w:rPr>
          <w:color w:val="000000" w:themeColor="text1"/>
          <w:lang w:val="uk-UA"/>
        </w:rPr>
        <w:t>стала</w:t>
      </w:r>
      <w:r w:rsidRPr="00B7305F">
        <w:rPr>
          <w:color w:val="000000" w:themeColor="text1"/>
          <w:lang w:val="uk-UA"/>
        </w:rPr>
        <w:t xml:space="preserve"> </w:t>
      </w:r>
      <w:r w:rsidR="00E3536F" w:rsidRPr="00B7305F">
        <w:rPr>
          <w:color w:val="000000" w:themeColor="text1"/>
          <w:lang w:val="uk-UA"/>
        </w:rPr>
        <w:t>підґрунтям</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формування</w:t>
      </w:r>
      <w:r w:rsidRPr="00B7305F">
        <w:rPr>
          <w:color w:val="000000" w:themeColor="text1"/>
          <w:lang w:val="uk-UA"/>
        </w:rPr>
        <w:t xml:space="preserve"> </w:t>
      </w:r>
      <w:r w:rsidR="00E3536F" w:rsidRPr="00B7305F">
        <w:rPr>
          <w:color w:val="000000" w:themeColor="text1"/>
          <w:lang w:val="uk-UA"/>
        </w:rPr>
        <w:t>сучасної</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акторських</w:t>
      </w:r>
      <w:r w:rsidRPr="00B7305F">
        <w:rPr>
          <w:color w:val="000000" w:themeColor="text1"/>
          <w:lang w:val="uk-UA"/>
        </w:rPr>
        <w:t xml:space="preserve"> </w:t>
      </w:r>
      <w:r w:rsidR="00E3536F" w:rsidRPr="00B7305F">
        <w:rPr>
          <w:color w:val="000000" w:themeColor="text1"/>
          <w:lang w:val="uk-UA"/>
        </w:rPr>
        <w:t>технік</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сценічному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кінематографічному</w:t>
      </w:r>
      <w:r w:rsidRPr="00B7305F">
        <w:rPr>
          <w:color w:val="000000" w:themeColor="text1"/>
          <w:lang w:val="uk-UA"/>
        </w:rPr>
        <w:t xml:space="preserve"> </w:t>
      </w:r>
      <w:r w:rsidR="00E3536F" w:rsidRPr="00B7305F">
        <w:rPr>
          <w:color w:val="000000" w:themeColor="text1"/>
          <w:lang w:val="uk-UA"/>
        </w:rPr>
        <w:t>мистецтвах.</w:t>
      </w:r>
    </w:p>
    <w:p w14:paraId="69790ED3" w14:textId="434F26EF" w:rsidR="00516DF2"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Перехід</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від</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екрана: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особливості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технічного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мислення</w:t>
      </w:r>
    </w:p>
    <w:p w14:paraId="35F7B2F7" w14:textId="67EA8352" w:rsidR="00E3536F" w:rsidRPr="00B7305F" w:rsidRDefault="00480420" w:rsidP="00051784">
      <w:pPr>
        <w:spacing w:after="0"/>
        <w:ind w:left="0" w:firstLine="709"/>
        <w:jc w:val="both"/>
        <w:rPr>
          <w:color w:val="000000" w:themeColor="text1"/>
          <w:lang w:val="uk-UA"/>
        </w:rPr>
      </w:pPr>
      <w:r w:rsidRPr="00B7305F">
        <w:rPr>
          <w:b/>
          <w:bCs/>
          <w:color w:val="000000" w:themeColor="text1"/>
          <w:lang w:val="uk-UA"/>
        </w:rPr>
        <w:t xml:space="preserve">            </w:t>
      </w:r>
      <w:r w:rsidR="00E3536F" w:rsidRPr="00B7305F">
        <w:rPr>
          <w:color w:val="000000" w:themeColor="text1"/>
          <w:lang w:val="uk-UA"/>
        </w:rPr>
        <w:t>Перехід</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зі</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екрану</w:t>
      </w:r>
      <w:r w:rsidRPr="00B7305F">
        <w:rPr>
          <w:color w:val="000000" w:themeColor="text1"/>
          <w:lang w:val="uk-UA"/>
        </w:rPr>
        <w:t xml:space="preserve"> </w:t>
      </w:r>
      <w:r w:rsidR="00E3536F" w:rsidRPr="00B7305F">
        <w:rPr>
          <w:color w:val="000000" w:themeColor="text1"/>
          <w:lang w:val="uk-UA"/>
        </w:rPr>
        <w:t>є</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просто</w:t>
      </w:r>
      <w:r w:rsidRPr="00B7305F">
        <w:rPr>
          <w:color w:val="000000" w:themeColor="text1"/>
          <w:lang w:val="uk-UA"/>
        </w:rPr>
        <w:t xml:space="preserve"> </w:t>
      </w:r>
      <w:r w:rsidR="00E3536F" w:rsidRPr="00B7305F">
        <w:rPr>
          <w:color w:val="000000" w:themeColor="text1"/>
          <w:lang w:val="uk-UA"/>
        </w:rPr>
        <w:t>зміною</w:t>
      </w:r>
      <w:r w:rsidRPr="00B7305F">
        <w:rPr>
          <w:color w:val="000000" w:themeColor="text1"/>
          <w:lang w:val="uk-UA"/>
        </w:rPr>
        <w:t xml:space="preserve"> </w:t>
      </w:r>
      <w:r w:rsidR="00E3536F" w:rsidRPr="00B7305F">
        <w:rPr>
          <w:color w:val="000000" w:themeColor="text1"/>
          <w:lang w:val="uk-UA"/>
        </w:rPr>
        <w:t>мистецького</w:t>
      </w:r>
      <w:r w:rsidRPr="00B7305F">
        <w:rPr>
          <w:color w:val="000000" w:themeColor="text1"/>
          <w:lang w:val="uk-UA"/>
        </w:rPr>
        <w:t xml:space="preserve"> </w:t>
      </w:r>
      <w:r w:rsidR="00E3536F" w:rsidRPr="00B7305F">
        <w:rPr>
          <w:color w:val="000000" w:themeColor="text1"/>
          <w:lang w:val="uk-UA"/>
        </w:rPr>
        <w:t>середовища,</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трансформацією</w:t>
      </w:r>
      <w:r w:rsidRPr="00B7305F">
        <w:rPr>
          <w:color w:val="000000" w:themeColor="text1"/>
          <w:lang w:val="uk-UA"/>
        </w:rPr>
        <w:t xml:space="preserve"> </w:t>
      </w:r>
      <w:r w:rsidR="00E3536F" w:rsidRPr="00B7305F">
        <w:rPr>
          <w:color w:val="000000" w:themeColor="text1"/>
          <w:lang w:val="uk-UA"/>
        </w:rPr>
        <w:t>цілого</w:t>
      </w:r>
      <w:r w:rsidRPr="00B7305F">
        <w:rPr>
          <w:color w:val="000000" w:themeColor="text1"/>
          <w:lang w:val="uk-UA"/>
        </w:rPr>
        <w:t xml:space="preserve"> </w:t>
      </w:r>
      <w:r w:rsidR="00E3536F" w:rsidRPr="00B7305F">
        <w:rPr>
          <w:color w:val="000000" w:themeColor="text1"/>
          <w:lang w:val="uk-UA"/>
        </w:rPr>
        <w:t>комплексу</w:t>
      </w:r>
      <w:r w:rsidRPr="00B7305F">
        <w:rPr>
          <w:color w:val="000000" w:themeColor="text1"/>
          <w:lang w:val="uk-UA"/>
        </w:rPr>
        <w:t xml:space="preserve"> </w:t>
      </w:r>
      <w:r w:rsidR="00E3536F" w:rsidRPr="00B7305F">
        <w:rPr>
          <w:color w:val="000000" w:themeColor="text1"/>
          <w:lang w:val="uk-UA"/>
        </w:rPr>
        <w:t>професійних</w:t>
      </w:r>
      <w:r w:rsidRPr="00B7305F">
        <w:rPr>
          <w:color w:val="000000" w:themeColor="text1"/>
          <w:lang w:val="uk-UA"/>
        </w:rPr>
        <w:t xml:space="preserve"> </w:t>
      </w:r>
      <w:r w:rsidR="00E3536F" w:rsidRPr="00B7305F">
        <w:rPr>
          <w:color w:val="000000" w:themeColor="text1"/>
          <w:lang w:val="uk-UA"/>
        </w:rPr>
        <w:t>навичок</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внутрішніх</w:t>
      </w:r>
      <w:r w:rsidRPr="00B7305F">
        <w:rPr>
          <w:color w:val="000000" w:themeColor="text1"/>
          <w:lang w:val="uk-UA"/>
        </w:rPr>
        <w:t xml:space="preserve"> </w:t>
      </w:r>
      <w:r w:rsidR="00E3536F" w:rsidRPr="00B7305F">
        <w:rPr>
          <w:color w:val="000000" w:themeColor="text1"/>
          <w:lang w:val="uk-UA"/>
        </w:rPr>
        <w:t>механізмів</w:t>
      </w:r>
      <w:r w:rsidRPr="00B7305F">
        <w:rPr>
          <w:color w:val="000000" w:themeColor="text1"/>
          <w:lang w:val="uk-UA"/>
        </w:rPr>
        <w:t xml:space="preserve"> </w:t>
      </w:r>
      <w:r w:rsidR="00E3536F" w:rsidRPr="00B7305F">
        <w:rPr>
          <w:color w:val="000000" w:themeColor="text1"/>
          <w:lang w:val="uk-UA"/>
        </w:rPr>
        <w:t>творчого</w:t>
      </w:r>
      <w:r w:rsidRPr="00B7305F">
        <w:rPr>
          <w:color w:val="000000" w:themeColor="text1"/>
          <w:lang w:val="uk-UA"/>
        </w:rPr>
        <w:t xml:space="preserve"> </w:t>
      </w:r>
      <w:r w:rsidR="00E3536F" w:rsidRPr="00B7305F">
        <w:rPr>
          <w:color w:val="000000" w:themeColor="text1"/>
          <w:lang w:val="uk-UA"/>
        </w:rPr>
        <w:t>мислення.</w:t>
      </w:r>
      <w:r w:rsidRPr="00B7305F">
        <w:rPr>
          <w:color w:val="000000" w:themeColor="text1"/>
          <w:lang w:val="uk-UA"/>
        </w:rPr>
        <w:t xml:space="preserve"> </w:t>
      </w:r>
      <w:r w:rsidR="00E3536F" w:rsidRPr="00B7305F">
        <w:rPr>
          <w:color w:val="000000" w:themeColor="text1"/>
          <w:lang w:val="uk-UA"/>
        </w:rPr>
        <w:t>Театральний</w:t>
      </w:r>
      <w:r w:rsidRPr="00B7305F">
        <w:rPr>
          <w:color w:val="000000" w:themeColor="text1"/>
          <w:lang w:val="uk-UA"/>
        </w:rPr>
        <w:t xml:space="preserve"> </w:t>
      </w:r>
      <w:r w:rsidR="00E3536F" w:rsidRPr="00B7305F">
        <w:rPr>
          <w:color w:val="000000" w:themeColor="text1"/>
          <w:lang w:val="uk-UA"/>
        </w:rPr>
        <w:t>простір</w:t>
      </w:r>
      <w:r w:rsidRPr="00B7305F">
        <w:rPr>
          <w:color w:val="000000" w:themeColor="text1"/>
          <w:lang w:val="uk-UA"/>
        </w:rPr>
        <w:t xml:space="preserve"> </w:t>
      </w:r>
      <w:r w:rsidR="00E3536F" w:rsidRPr="00B7305F">
        <w:rPr>
          <w:color w:val="000000" w:themeColor="text1"/>
          <w:lang w:val="uk-UA"/>
        </w:rPr>
        <w:t>створює</w:t>
      </w:r>
      <w:r w:rsidRPr="00B7305F">
        <w:rPr>
          <w:color w:val="000000" w:themeColor="text1"/>
          <w:lang w:val="uk-UA"/>
        </w:rPr>
        <w:t xml:space="preserve"> </w:t>
      </w:r>
      <w:r w:rsidR="00E3536F" w:rsidRPr="00B7305F">
        <w:rPr>
          <w:color w:val="000000" w:themeColor="text1"/>
          <w:lang w:val="uk-UA"/>
        </w:rPr>
        <w:t>умови</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широкого</w:t>
      </w:r>
      <w:r w:rsidRPr="00B7305F">
        <w:rPr>
          <w:color w:val="000000" w:themeColor="text1"/>
          <w:lang w:val="uk-UA"/>
        </w:rPr>
        <w:t xml:space="preserve"> </w:t>
      </w:r>
      <w:r w:rsidR="00E3536F" w:rsidRPr="00B7305F">
        <w:rPr>
          <w:color w:val="000000" w:themeColor="text1"/>
          <w:lang w:val="uk-UA"/>
        </w:rPr>
        <w:t>жесту,</w:t>
      </w:r>
      <w:r w:rsidRPr="00B7305F">
        <w:rPr>
          <w:color w:val="000000" w:themeColor="text1"/>
          <w:lang w:val="uk-UA"/>
        </w:rPr>
        <w:t xml:space="preserve"> </w:t>
      </w:r>
      <w:r w:rsidR="00E3536F" w:rsidRPr="00B7305F">
        <w:rPr>
          <w:color w:val="000000" w:themeColor="text1"/>
          <w:lang w:val="uk-UA"/>
        </w:rPr>
        <w:t>посиленого</w:t>
      </w:r>
      <w:r w:rsidRPr="00B7305F">
        <w:rPr>
          <w:color w:val="000000" w:themeColor="text1"/>
          <w:lang w:val="uk-UA"/>
        </w:rPr>
        <w:t xml:space="preserve"> </w:t>
      </w:r>
      <w:r w:rsidR="00E3536F" w:rsidRPr="00B7305F">
        <w:rPr>
          <w:color w:val="000000" w:themeColor="text1"/>
          <w:lang w:val="uk-UA"/>
        </w:rPr>
        <w:t>голосового</w:t>
      </w:r>
      <w:r w:rsidRPr="00B7305F">
        <w:rPr>
          <w:color w:val="000000" w:themeColor="text1"/>
          <w:lang w:val="uk-UA"/>
        </w:rPr>
        <w:t xml:space="preserve"> </w:t>
      </w:r>
      <w:r w:rsidR="00E3536F" w:rsidRPr="00B7305F">
        <w:rPr>
          <w:color w:val="000000" w:themeColor="text1"/>
          <w:lang w:val="uk-UA"/>
        </w:rPr>
        <w:t>посилу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узагальненості</w:t>
      </w:r>
      <w:r w:rsidRPr="00B7305F">
        <w:rPr>
          <w:color w:val="000000" w:themeColor="text1"/>
          <w:lang w:val="uk-UA"/>
        </w:rPr>
        <w:t xml:space="preserve"> </w:t>
      </w:r>
      <w:r w:rsidR="00E3536F" w:rsidRPr="00B7305F">
        <w:rPr>
          <w:color w:val="000000" w:themeColor="text1"/>
          <w:lang w:val="uk-UA"/>
        </w:rPr>
        <w:t>образу,</w:t>
      </w:r>
      <w:r w:rsidRPr="00B7305F">
        <w:rPr>
          <w:color w:val="000000" w:themeColor="text1"/>
          <w:lang w:val="uk-UA"/>
        </w:rPr>
        <w:t xml:space="preserve"> </w:t>
      </w:r>
      <w:r w:rsidR="00E3536F" w:rsidRPr="00B7305F">
        <w:rPr>
          <w:color w:val="000000" w:themeColor="text1"/>
          <w:lang w:val="uk-UA"/>
        </w:rPr>
        <w:t>адже</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працює</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всю</w:t>
      </w:r>
      <w:r w:rsidRPr="00B7305F">
        <w:rPr>
          <w:color w:val="000000" w:themeColor="text1"/>
          <w:lang w:val="uk-UA"/>
        </w:rPr>
        <w:t xml:space="preserve"> </w:t>
      </w:r>
      <w:r w:rsidR="00E3536F" w:rsidRPr="00B7305F">
        <w:rPr>
          <w:color w:val="000000" w:themeColor="text1"/>
          <w:lang w:val="uk-UA"/>
        </w:rPr>
        <w:t>глядацьку</w:t>
      </w:r>
      <w:r w:rsidRPr="00B7305F">
        <w:rPr>
          <w:color w:val="000000" w:themeColor="text1"/>
          <w:lang w:val="uk-UA"/>
        </w:rPr>
        <w:t xml:space="preserve"> </w:t>
      </w:r>
      <w:r w:rsidR="00E3536F" w:rsidRPr="00B7305F">
        <w:rPr>
          <w:color w:val="000000" w:themeColor="text1"/>
          <w:lang w:val="uk-UA"/>
        </w:rPr>
        <w:t>залу,</w:t>
      </w:r>
      <w:r w:rsidRPr="00B7305F">
        <w:rPr>
          <w:color w:val="000000" w:themeColor="text1"/>
          <w:lang w:val="uk-UA"/>
        </w:rPr>
        <w:t xml:space="preserve"> </w:t>
      </w:r>
      <w:r w:rsidR="00E3536F" w:rsidRPr="00B7305F">
        <w:rPr>
          <w:color w:val="000000" w:themeColor="text1"/>
          <w:lang w:val="uk-UA"/>
        </w:rPr>
        <w:t>зобов’язаний</w:t>
      </w:r>
      <w:r w:rsidRPr="00B7305F">
        <w:rPr>
          <w:color w:val="000000" w:themeColor="text1"/>
          <w:lang w:val="uk-UA"/>
        </w:rPr>
        <w:t xml:space="preserve"> </w:t>
      </w:r>
      <w:r w:rsidR="00E3536F" w:rsidRPr="00B7305F">
        <w:rPr>
          <w:color w:val="000000" w:themeColor="text1"/>
          <w:lang w:val="uk-UA"/>
        </w:rPr>
        <w:t>тримати</w:t>
      </w:r>
      <w:r w:rsidRPr="00B7305F">
        <w:rPr>
          <w:color w:val="000000" w:themeColor="text1"/>
          <w:lang w:val="uk-UA"/>
        </w:rPr>
        <w:t xml:space="preserve"> </w:t>
      </w:r>
      <w:r w:rsidR="00E3536F" w:rsidRPr="00B7305F">
        <w:rPr>
          <w:color w:val="000000" w:themeColor="text1"/>
          <w:lang w:val="uk-UA"/>
        </w:rPr>
        <w:t>увагу</w:t>
      </w:r>
      <w:r w:rsidRPr="00B7305F">
        <w:rPr>
          <w:color w:val="000000" w:themeColor="text1"/>
          <w:lang w:val="uk-UA"/>
        </w:rPr>
        <w:t xml:space="preserve"> </w:t>
      </w:r>
      <w:r w:rsidR="00E3536F" w:rsidRPr="00B7305F">
        <w:rPr>
          <w:color w:val="000000" w:themeColor="text1"/>
          <w:lang w:val="uk-UA"/>
        </w:rPr>
        <w:t>численної</w:t>
      </w:r>
      <w:r w:rsidRPr="00B7305F">
        <w:rPr>
          <w:color w:val="000000" w:themeColor="text1"/>
          <w:lang w:val="uk-UA"/>
        </w:rPr>
        <w:t xml:space="preserve"> </w:t>
      </w:r>
      <w:r w:rsidR="00E3536F" w:rsidRPr="00B7305F">
        <w:rPr>
          <w:color w:val="000000" w:themeColor="text1"/>
          <w:lang w:val="uk-UA"/>
        </w:rPr>
        <w:t>аудиторії</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реальному</w:t>
      </w:r>
      <w:r w:rsidRPr="00B7305F">
        <w:rPr>
          <w:color w:val="000000" w:themeColor="text1"/>
          <w:lang w:val="uk-UA"/>
        </w:rPr>
        <w:t xml:space="preserve"> </w:t>
      </w:r>
      <w:r w:rsidR="00E3536F" w:rsidRPr="00B7305F">
        <w:rPr>
          <w:color w:val="000000" w:themeColor="text1"/>
          <w:lang w:val="uk-UA"/>
        </w:rPr>
        <w:t>часі.</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кінематографі</w:t>
      </w:r>
      <w:r w:rsidRPr="00B7305F">
        <w:rPr>
          <w:color w:val="000000" w:themeColor="text1"/>
          <w:lang w:val="uk-UA"/>
        </w:rPr>
        <w:t xml:space="preserve"> </w:t>
      </w:r>
      <w:r w:rsidR="00E3536F" w:rsidRPr="00B7305F">
        <w:rPr>
          <w:color w:val="000000" w:themeColor="text1"/>
          <w:lang w:val="uk-UA"/>
        </w:rPr>
        <w:t>ці</w:t>
      </w:r>
      <w:r w:rsidRPr="00B7305F">
        <w:rPr>
          <w:color w:val="000000" w:themeColor="text1"/>
          <w:lang w:val="uk-UA"/>
        </w:rPr>
        <w:t xml:space="preserve"> </w:t>
      </w:r>
      <w:r w:rsidR="00E3536F" w:rsidRPr="00B7305F">
        <w:rPr>
          <w:color w:val="000000" w:themeColor="text1"/>
          <w:lang w:val="uk-UA"/>
        </w:rPr>
        <w:t>параметри</w:t>
      </w:r>
      <w:r w:rsidRPr="00B7305F">
        <w:rPr>
          <w:color w:val="000000" w:themeColor="text1"/>
          <w:lang w:val="uk-UA"/>
        </w:rPr>
        <w:t xml:space="preserve"> </w:t>
      </w:r>
      <w:r w:rsidR="00E3536F" w:rsidRPr="00B7305F">
        <w:rPr>
          <w:color w:val="000000" w:themeColor="text1"/>
          <w:lang w:val="uk-UA"/>
        </w:rPr>
        <w:t>радикально</w:t>
      </w:r>
      <w:r w:rsidRPr="00B7305F">
        <w:rPr>
          <w:color w:val="000000" w:themeColor="text1"/>
          <w:lang w:val="uk-UA"/>
        </w:rPr>
        <w:t xml:space="preserve"> </w:t>
      </w:r>
      <w:r w:rsidR="00E3536F" w:rsidRPr="00B7305F">
        <w:rPr>
          <w:color w:val="000000" w:themeColor="text1"/>
          <w:lang w:val="uk-UA"/>
        </w:rPr>
        <w:t>змінюються:</w:t>
      </w:r>
      <w:r w:rsidRPr="00B7305F">
        <w:rPr>
          <w:color w:val="000000" w:themeColor="text1"/>
          <w:lang w:val="uk-UA"/>
        </w:rPr>
        <w:t xml:space="preserve"> </w:t>
      </w:r>
      <w:r w:rsidR="00E3536F" w:rsidRPr="00B7305F">
        <w:rPr>
          <w:color w:val="000000" w:themeColor="text1"/>
          <w:lang w:val="uk-UA"/>
        </w:rPr>
        <w:t>простір</w:t>
      </w:r>
      <w:r w:rsidRPr="00B7305F">
        <w:rPr>
          <w:color w:val="000000" w:themeColor="text1"/>
          <w:lang w:val="uk-UA"/>
        </w:rPr>
        <w:t xml:space="preserve"> </w:t>
      </w:r>
      <w:r w:rsidR="00E3536F" w:rsidRPr="00B7305F">
        <w:rPr>
          <w:color w:val="000000" w:themeColor="text1"/>
          <w:lang w:val="uk-UA"/>
        </w:rPr>
        <w:t>зводиться</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межі</w:t>
      </w:r>
      <w:r w:rsidRPr="00B7305F">
        <w:rPr>
          <w:color w:val="000000" w:themeColor="text1"/>
          <w:lang w:val="uk-UA"/>
        </w:rPr>
        <w:t xml:space="preserve"> </w:t>
      </w:r>
      <w:r w:rsidR="00E3536F" w:rsidRPr="00B7305F">
        <w:rPr>
          <w:color w:val="000000" w:themeColor="text1"/>
          <w:lang w:val="uk-UA"/>
        </w:rPr>
        <w:t>кадру,</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замість</w:t>
      </w:r>
      <w:r w:rsidRPr="00B7305F">
        <w:rPr>
          <w:color w:val="000000" w:themeColor="text1"/>
          <w:lang w:val="uk-UA"/>
        </w:rPr>
        <w:t xml:space="preserve"> </w:t>
      </w:r>
      <w:r w:rsidR="00E3536F" w:rsidRPr="00B7305F">
        <w:rPr>
          <w:color w:val="000000" w:themeColor="text1"/>
          <w:lang w:val="uk-UA"/>
        </w:rPr>
        <w:t>широкої</w:t>
      </w:r>
      <w:r w:rsidRPr="00B7305F">
        <w:rPr>
          <w:color w:val="000000" w:themeColor="text1"/>
          <w:lang w:val="uk-UA"/>
        </w:rPr>
        <w:t xml:space="preserve"> </w:t>
      </w:r>
      <w:r w:rsidR="00E3536F" w:rsidRPr="00B7305F">
        <w:rPr>
          <w:color w:val="000000" w:themeColor="text1"/>
          <w:lang w:val="uk-UA"/>
        </w:rPr>
        <w:t>емоційної</w:t>
      </w:r>
      <w:r w:rsidRPr="00B7305F">
        <w:rPr>
          <w:color w:val="000000" w:themeColor="text1"/>
          <w:lang w:val="uk-UA"/>
        </w:rPr>
        <w:t xml:space="preserve"> </w:t>
      </w:r>
      <w:r w:rsidR="00E3536F" w:rsidRPr="00B7305F">
        <w:rPr>
          <w:color w:val="000000" w:themeColor="text1"/>
          <w:lang w:val="uk-UA"/>
        </w:rPr>
        <w:t>амплітуди</w:t>
      </w:r>
      <w:r w:rsidRPr="00B7305F">
        <w:rPr>
          <w:color w:val="000000" w:themeColor="text1"/>
          <w:lang w:val="uk-UA"/>
        </w:rPr>
        <w:t xml:space="preserve"> </w:t>
      </w:r>
      <w:r w:rsidR="00E3536F" w:rsidRPr="00B7305F">
        <w:rPr>
          <w:color w:val="000000" w:themeColor="text1"/>
          <w:lang w:val="uk-UA"/>
        </w:rPr>
        <w:t>актуалізується</w:t>
      </w:r>
      <w:r w:rsidRPr="00B7305F">
        <w:rPr>
          <w:color w:val="000000" w:themeColor="text1"/>
          <w:lang w:val="uk-UA"/>
        </w:rPr>
        <w:t xml:space="preserve"> </w:t>
      </w:r>
      <w:r w:rsidR="00E3536F" w:rsidRPr="00B7305F">
        <w:rPr>
          <w:color w:val="000000" w:themeColor="text1"/>
          <w:lang w:val="uk-UA"/>
        </w:rPr>
        <w:t>точність</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контроль</w:t>
      </w:r>
      <w:r w:rsidRPr="00B7305F">
        <w:rPr>
          <w:color w:val="000000" w:themeColor="text1"/>
          <w:lang w:val="uk-UA"/>
        </w:rPr>
        <w:t xml:space="preserve"> </w:t>
      </w:r>
      <w:r w:rsidR="00E3536F" w:rsidRPr="00B7305F">
        <w:rPr>
          <w:color w:val="000000" w:themeColor="text1"/>
          <w:lang w:val="uk-UA"/>
        </w:rPr>
        <w:t>над</w:t>
      </w:r>
      <w:r w:rsidRPr="00B7305F">
        <w:rPr>
          <w:color w:val="000000" w:themeColor="text1"/>
          <w:lang w:val="uk-UA"/>
        </w:rPr>
        <w:t xml:space="preserve"> </w:t>
      </w:r>
      <w:r w:rsidR="00E3536F" w:rsidRPr="00B7305F">
        <w:rPr>
          <w:color w:val="000000" w:themeColor="text1"/>
          <w:lang w:val="uk-UA"/>
        </w:rPr>
        <w:t>внутрішньою</w:t>
      </w:r>
      <w:r w:rsidRPr="00B7305F">
        <w:rPr>
          <w:color w:val="000000" w:themeColor="text1"/>
          <w:lang w:val="uk-UA"/>
        </w:rPr>
        <w:t xml:space="preserve"> </w:t>
      </w:r>
      <w:r w:rsidR="00E3536F" w:rsidRPr="00B7305F">
        <w:rPr>
          <w:color w:val="000000" w:themeColor="text1"/>
          <w:lang w:val="uk-UA"/>
        </w:rPr>
        <w:t>динамікою</w:t>
      </w:r>
      <w:r w:rsidRPr="00B7305F">
        <w:rPr>
          <w:color w:val="000000" w:themeColor="text1"/>
          <w:lang w:val="uk-UA"/>
        </w:rPr>
        <w:t xml:space="preserve"> </w:t>
      </w:r>
      <w:r w:rsidR="00E3536F" w:rsidRPr="00B7305F">
        <w:rPr>
          <w:color w:val="000000" w:themeColor="text1"/>
          <w:lang w:val="uk-UA"/>
        </w:rPr>
        <w:t>переживання.</w:t>
      </w:r>
    </w:p>
    <w:p w14:paraId="7A996BFE" w14:textId="316A235C"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Камера</w:t>
      </w:r>
      <w:r w:rsidRPr="00B7305F">
        <w:rPr>
          <w:color w:val="000000" w:themeColor="text1"/>
          <w:lang w:val="uk-UA"/>
        </w:rPr>
        <w:t xml:space="preserve"> </w:t>
      </w:r>
      <w:r w:rsidR="00E3536F" w:rsidRPr="00B7305F">
        <w:rPr>
          <w:color w:val="000000" w:themeColor="text1"/>
          <w:lang w:val="uk-UA"/>
        </w:rPr>
        <w:t>стає</w:t>
      </w:r>
      <w:r w:rsidRPr="00B7305F">
        <w:rPr>
          <w:color w:val="000000" w:themeColor="text1"/>
          <w:lang w:val="uk-UA"/>
        </w:rPr>
        <w:t xml:space="preserve"> </w:t>
      </w:r>
      <w:r w:rsidR="00E3536F" w:rsidRPr="00B7305F">
        <w:rPr>
          <w:color w:val="000000" w:themeColor="text1"/>
          <w:lang w:val="uk-UA"/>
        </w:rPr>
        <w:t>головним</w:t>
      </w:r>
      <w:r w:rsidRPr="00B7305F">
        <w:rPr>
          <w:color w:val="000000" w:themeColor="text1"/>
          <w:lang w:val="uk-UA"/>
        </w:rPr>
        <w:t xml:space="preserve"> </w:t>
      </w:r>
      <w:r w:rsidR="00E3536F" w:rsidRPr="00B7305F">
        <w:rPr>
          <w:color w:val="000000" w:themeColor="text1"/>
          <w:lang w:val="uk-UA"/>
        </w:rPr>
        <w:t>інструментом</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актора</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глядачем.</w:t>
      </w:r>
      <w:r w:rsidRPr="00B7305F">
        <w:rPr>
          <w:color w:val="000000" w:themeColor="text1"/>
          <w:lang w:val="uk-UA"/>
        </w:rPr>
        <w:t xml:space="preserve"> </w:t>
      </w:r>
      <w:r w:rsidR="00E3536F" w:rsidRPr="00B7305F">
        <w:rPr>
          <w:color w:val="000000" w:themeColor="text1"/>
          <w:lang w:val="uk-UA"/>
        </w:rPr>
        <w:t>Вона</w:t>
      </w:r>
      <w:r w:rsidRPr="00B7305F">
        <w:rPr>
          <w:color w:val="000000" w:themeColor="text1"/>
          <w:lang w:val="uk-UA"/>
        </w:rPr>
        <w:t xml:space="preserve"> </w:t>
      </w:r>
      <w:r w:rsidR="00E3536F" w:rsidRPr="00B7305F">
        <w:rPr>
          <w:color w:val="000000" w:themeColor="text1"/>
          <w:lang w:val="uk-UA"/>
        </w:rPr>
        <w:t>здатна</w:t>
      </w:r>
      <w:r w:rsidRPr="00B7305F">
        <w:rPr>
          <w:color w:val="000000" w:themeColor="text1"/>
          <w:lang w:val="uk-UA"/>
        </w:rPr>
        <w:t xml:space="preserve"> </w:t>
      </w:r>
      <w:r w:rsidR="00E3536F" w:rsidRPr="00B7305F">
        <w:rPr>
          <w:color w:val="000000" w:themeColor="text1"/>
          <w:lang w:val="uk-UA"/>
        </w:rPr>
        <w:t>вловлювати</w:t>
      </w:r>
      <w:r w:rsidRPr="00B7305F">
        <w:rPr>
          <w:color w:val="000000" w:themeColor="text1"/>
          <w:lang w:val="uk-UA"/>
        </w:rPr>
        <w:t xml:space="preserve"> </w:t>
      </w:r>
      <w:r w:rsidR="00E3536F" w:rsidRPr="00B7305F">
        <w:rPr>
          <w:color w:val="000000" w:themeColor="text1"/>
          <w:lang w:val="uk-UA"/>
        </w:rPr>
        <w:t>мікрорухи,</w:t>
      </w:r>
      <w:r w:rsidRPr="00B7305F">
        <w:rPr>
          <w:color w:val="000000" w:themeColor="text1"/>
          <w:lang w:val="uk-UA"/>
        </w:rPr>
        <w:t xml:space="preserve"> </w:t>
      </w:r>
      <w:r w:rsidR="00E3536F" w:rsidRPr="00B7305F">
        <w:rPr>
          <w:color w:val="000000" w:themeColor="text1"/>
          <w:lang w:val="uk-UA"/>
        </w:rPr>
        <w:t>найдрібніші</w:t>
      </w:r>
      <w:r w:rsidRPr="00B7305F">
        <w:rPr>
          <w:color w:val="000000" w:themeColor="text1"/>
          <w:lang w:val="uk-UA"/>
        </w:rPr>
        <w:t xml:space="preserve"> </w:t>
      </w:r>
      <w:r w:rsidR="00E3536F" w:rsidRPr="00B7305F">
        <w:rPr>
          <w:color w:val="000000" w:themeColor="text1"/>
          <w:lang w:val="uk-UA"/>
        </w:rPr>
        <w:t>зміни</w:t>
      </w:r>
      <w:r w:rsidRPr="00B7305F">
        <w:rPr>
          <w:color w:val="000000" w:themeColor="text1"/>
          <w:lang w:val="uk-UA"/>
        </w:rPr>
        <w:t xml:space="preserve"> </w:t>
      </w:r>
      <w:r w:rsidR="00E3536F" w:rsidRPr="00B7305F">
        <w:rPr>
          <w:color w:val="000000" w:themeColor="text1"/>
          <w:lang w:val="uk-UA"/>
        </w:rPr>
        <w:t>міміки,</w:t>
      </w:r>
      <w:r w:rsidRPr="00B7305F">
        <w:rPr>
          <w:color w:val="000000" w:themeColor="text1"/>
          <w:lang w:val="uk-UA"/>
        </w:rPr>
        <w:t xml:space="preserve"> </w:t>
      </w:r>
      <w:r w:rsidR="00E3536F" w:rsidRPr="00B7305F">
        <w:rPr>
          <w:color w:val="000000" w:themeColor="text1"/>
          <w:lang w:val="uk-UA"/>
        </w:rPr>
        <w:t>коливання</w:t>
      </w:r>
      <w:r w:rsidRPr="00B7305F">
        <w:rPr>
          <w:color w:val="000000" w:themeColor="text1"/>
          <w:lang w:val="uk-UA"/>
        </w:rPr>
        <w:t xml:space="preserve"> </w:t>
      </w:r>
      <w:r w:rsidR="00E3536F" w:rsidRPr="00B7305F">
        <w:rPr>
          <w:color w:val="000000" w:themeColor="text1"/>
          <w:lang w:val="uk-UA"/>
        </w:rPr>
        <w:t>дихання</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те,</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сцені</w:t>
      </w:r>
      <w:r w:rsidRPr="00B7305F">
        <w:rPr>
          <w:color w:val="000000" w:themeColor="text1"/>
          <w:lang w:val="uk-UA"/>
        </w:rPr>
        <w:t xml:space="preserve"> </w:t>
      </w:r>
      <w:r w:rsidR="00E3536F" w:rsidRPr="00B7305F">
        <w:rPr>
          <w:color w:val="000000" w:themeColor="text1"/>
          <w:lang w:val="uk-UA"/>
        </w:rPr>
        <w:t>залишається</w:t>
      </w:r>
      <w:r w:rsidRPr="00B7305F">
        <w:rPr>
          <w:color w:val="000000" w:themeColor="text1"/>
          <w:lang w:val="uk-UA"/>
        </w:rPr>
        <w:t xml:space="preserve"> </w:t>
      </w:r>
      <w:r w:rsidR="00E3536F" w:rsidRPr="00B7305F">
        <w:rPr>
          <w:color w:val="000000" w:themeColor="text1"/>
          <w:lang w:val="uk-UA"/>
        </w:rPr>
        <w:t>непомітним.</w:t>
      </w:r>
      <w:r w:rsidRPr="00B7305F">
        <w:rPr>
          <w:color w:val="000000" w:themeColor="text1"/>
          <w:lang w:val="uk-UA"/>
        </w:rPr>
        <w:t xml:space="preserve"> </w:t>
      </w:r>
      <w:r w:rsidR="00E3536F" w:rsidRPr="00B7305F">
        <w:rPr>
          <w:color w:val="000000" w:themeColor="text1"/>
          <w:lang w:val="uk-UA"/>
        </w:rPr>
        <w:t>Тому</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вимушений</w:t>
      </w:r>
      <w:r w:rsidRPr="00B7305F">
        <w:rPr>
          <w:color w:val="000000" w:themeColor="text1"/>
          <w:lang w:val="uk-UA"/>
        </w:rPr>
        <w:t xml:space="preserve"> </w:t>
      </w:r>
      <w:r w:rsidR="00E3536F" w:rsidRPr="00B7305F">
        <w:rPr>
          <w:color w:val="000000" w:themeColor="text1"/>
          <w:lang w:val="uk-UA"/>
        </w:rPr>
        <w:t>перебудувати</w:t>
      </w:r>
      <w:r w:rsidRPr="00B7305F">
        <w:rPr>
          <w:color w:val="000000" w:themeColor="text1"/>
          <w:lang w:val="uk-UA"/>
        </w:rPr>
        <w:t xml:space="preserve"> </w:t>
      </w:r>
      <w:r w:rsidR="00E3536F" w:rsidRPr="00B7305F">
        <w:rPr>
          <w:color w:val="000000" w:themeColor="text1"/>
          <w:lang w:val="uk-UA"/>
        </w:rPr>
        <w:t>техніку:</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зовнішньої</w:t>
      </w:r>
      <w:r w:rsidRPr="00B7305F">
        <w:rPr>
          <w:color w:val="000000" w:themeColor="text1"/>
          <w:lang w:val="uk-UA"/>
        </w:rPr>
        <w:t xml:space="preserve"> </w:t>
      </w:r>
      <w:r w:rsidR="00E3536F" w:rsidRPr="00B7305F">
        <w:rPr>
          <w:color w:val="000000" w:themeColor="text1"/>
          <w:lang w:val="uk-UA"/>
        </w:rPr>
        <w:t>експресії</w:t>
      </w:r>
      <w:r w:rsidRPr="00B7305F">
        <w:rPr>
          <w:color w:val="000000" w:themeColor="text1"/>
          <w:lang w:val="uk-UA"/>
        </w:rPr>
        <w:t xml:space="preserve"> </w:t>
      </w:r>
      <w:r w:rsidR="00E3536F" w:rsidRPr="00B7305F">
        <w:rPr>
          <w:color w:val="000000" w:themeColor="text1"/>
          <w:lang w:val="uk-UA"/>
        </w:rPr>
        <w:t>перейти</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внутрішньої</w:t>
      </w:r>
      <w:r w:rsidRPr="00B7305F">
        <w:rPr>
          <w:color w:val="000000" w:themeColor="text1"/>
          <w:lang w:val="uk-UA"/>
        </w:rPr>
        <w:t xml:space="preserve"> </w:t>
      </w:r>
      <w:r w:rsidR="00E3536F" w:rsidRPr="00B7305F">
        <w:rPr>
          <w:color w:val="000000" w:themeColor="text1"/>
          <w:lang w:val="uk-UA"/>
        </w:rPr>
        <w:t>концентрації,</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великого</w:t>
      </w:r>
      <w:r w:rsidRPr="00B7305F">
        <w:rPr>
          <w:color w:val="000000" w:themeColor="text1"/>
          <w:lang w:val="uk-UA"/>
        </w:rPr>
        <w:t xml:space="preserve"> </w:t>
      </w:r>
      <w:r w:rsidR="00E3536F" w:rsidRPr="00B7305F">
        <w:rPr>
          <w:color w:val="000000" w:themeColor="text1"/>
          <w:lang w:val="uk-UA"/>
        </w:rPr>
        <w:t>жесту</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мікропластики,</w:t>
      </w:r>
      <w:r w:rsidRPr="00B7305F">
        <w:rPr>
          <w:color w:val="000000" w:themeColor="text1"/>
          <w:lang w:val="uk-UA"/>
        </w:rPr>
        <w:t xml:space="preserve"> </w:t>
      </w:r>
      <w:r w:rsidR="00E3536F" w:rsidRPr="00B7305F">
        <w:rPr>
          <w:color w:val="000000" w:themeColor="text1"/>
          <w:lang w:val="uk-UA"/>
        </w:rPr>
        <w:t>від</w:t>
      </w:r>
      <w:r w:rsidRPr="00B7305F">
        <w:rPr>
          <w:color w:val="000000" w:themeColor="text1"/>
          <w:lang w:val="uk-UA"/>
        </w:rPr>
        <w:t xml:space="preserve"> </w:t>
      </w:r>
      <w:r w:rsidR="00E3536F" w:rsidRPr="00B7305F">
        <w:rPr>
          <w:color w:val="000000" w:themeColor="text1"/>
          <w:lang w:val="uk-UA"/>
        </w:rPr>
        <w:t>голосового</w:t>
      </w:r>
      <w:r w:rsidRPr="00B7305F">
        <w:rPr>
          <w:color w:val="000000" w:themeColor="text1"/>
          <w:lang w:val="uk-UA"/>
        </w:rPr>
        <w:t xml:space="preserve"> </w:t>
      </w:r>
      <w:r w:rsidR="00E3536F" w:rsidRPr="00B7305F">
        <w:rPr>
          <w:color w:val="000000" w:themeColor="text1"/>
          <w:lang w:val="uk-UA"/>
        </w:rPr>
        <w:t>впливу</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інтонаційної</w:t>
      </w:r>
      <w:r w:rsidRPr="00B7305F">
        <w:rPr>
          <w:color w:val="000000" w:themeColor="text1"/>
          <w:lang w:val="uk-UA"/>
        </w:rPr>
        <w:t xml:space="preserve"> </w:t>
      </w:r>
      <w:r w:rsidR="00E3536F" w:rsidRPr="00B7305F">
        <w:rPr>
          <w:color w:val="000000" w:themeColor="text1"/>
          <w:lang w:val="uk-UA"/>
        </w:rPr>
        <w:t>наповненості</w:t>
      </w:r>
      <w:r w:rsidRPr="00B7305F">
        <w:rPr>
          <w:color w:val="000000" w:themeColor="text1"/>
          <w:lang w:val="uk-UA"/>
        </w:rPr>
        <w:t xml:space="preserve"> </w:t>
      </w:r>
      <w:r w:rsidR="00E3536F" w:rsidRPr="00B7305F">
        <w:rPr>
          <w:color w:val="000000" w:themeColor="text1"/>
          <w:lang w:val="uk-UA"/>
        </w:rPr>
        <w:t>шепоту</w:t>
      </w:r>
      <w:r w:rsidRPr="00B7305F">
        <w:rPr>
          <w:color w:val="000000" w:themeColor="text1"/>
          <w:lang w:val="uk-UA"/>
        </w:rPr>
        <w:t xml:space="preserve"> </w:t>
      </w:r>
      <w:r w:rsidR="00E3536F" w:rsidRPr="00B7305F">
        <w:rPr>
          <w:color w:val="000000" w:themeColor="text1"/>
          <w:lang w:val="uk-UA"/>
        </w:rPr>
        <w:t>або</w:t>
      </w:r>
      <w:r w:rsidRPr="00B7305F">
        <w:rPr>
          <w:color w:val="000000" w:themeColor="text1"/>
          <w:lang w:val="uk-UA"/>
        </w:rPr>
        <w:t xml:space="preserve"> </w:t>
      </w:r>
      <w:r w:rsidR="00E3536F" w:rsidRPr="00B7305F">
        <w:rPr>
          <w:color w:val="000000" w:themeColor="text1"/>
          <w:lang w:val="uk-UA"/>
        </w:rPr>
        <w:t>навіть</w:t>
      </w:r>
      <w:r w:rsidRPr="00B7305F">
        <w:rPr>
          <w:color w:val="000000" w:themeColor="text1"/>
          <w:lang w:val="uk-UA"/>
        </w:rPr>
        <w:t xml:space="preserve"> </w:t>
      </w:r>
      <w:r w:rsidR="00E3536F" w:rsidRPr="00B7305F">
        <w:rPr>
          <w:color w:val="000000" w:themeColor="text1"/>
          <w:lang w:val="uk-UA"/>
        </w:rPr>
        <w:t>паузи.</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кожна</w:t>
      </w:r>
      <w:r w:rsidRPr="00B7305F">
        <w:rPr>
          <w:color w:val="000000" w:themeColor="text1"/>
          <w:lang w:val="uk-UA"/>
        </w:rPr>
        <w:t xml:space="preserve"> </w:t>
      </w:r>
      <w:r w:rsidR="00E3536F" w:rsidRPr="00B7305F">
        <w:rPr>
          <w:color w:val="000000" w:themeColor="text1"/>
          <w:lang w:val="uk-UA"/>
        </w:rPr>
        <w:t>деталь</w:t>
      </w:r>
      <w:r w:rsidRPr="00B7305F">
        <w:rPr>
          <w:color w:val="000000" w:themeColor="text1"/>
          <w:lang w:val="uk-UA"/>
        </w:rPr>
        <w:t xml:space="preserve"> </w:t>
      </w:r>
      <w:r w:rsidR="00E3536F" w:rsidRPr="00B7305F">
        <w:rPr>
          <w:color w:val="000000" w:themeColor="text1"/>
          <w:lang w:val="uk-UA"/>
        </w:rPr>
        <w:t>стає</w:t>
      </w:r>
      <w:r w:rsidRPr="00B7305F">
        <w:rPr>
          <w:color w:val="000000" w:themeColor="text1"/>
          <w:lang w:val="uk-UA"/>
        </w:rPr>
        <w:t xml:space="preserve"> </w:t>
      </w:r>
      <w:r w:rsidR="00E3536F" w:rsidRPr="00B7305F">
        <w:rPr>
          <w:color w:val="000000" w:themeColor="text1"/>
          <w:lang w:val="uk-UA"/>
        </w:rPr>
        <w:t>носієм</w:t>
      </w:r>
      <w:r w:rsidRPr="00B7305F">
        <w:rPr>
          <w:color w:val="000000" w:themeColor="text1"/>
          <w:lang w:val="uk-UA"/>
        </w:rPr>
        <w:t xml:space="preserve"> </w:t>
      </w:r>
      <w:r w:rsidR="00E3536F" w:rsidRPr="00B7305F">
        <w:rPr>
          <w:color w:val="000000" w:themeColor="text1"/>
          <w:lang w:val="uk-UA"/>
        </w:rPr>
        <w:t>смислу,</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інтенсивність</w:t>
      </w:r>
      <w:r w:rsidRPr="00B7305F">
        <w:rPr>
          <w:color w:val="000000" w:themeColor="text1"/>
          <w:lang w:val="uk-UA"/>
        </w:rPr>
        <w:t xml:space="preserve"> </w:t>
      </w:r>
      <w:r w:rsidR="00E3536F" w:rsidRPr="00B7305F">
        <w:rPr>
          <w:color w:val="000000" w:themeColor="text1"/>
          <w:lang w:val="uk-UA"/>
        </w:rPr>
        <w:t>переживання</w:t>
      </w:r>
      <w:r w:rsidRPr="00B7305F">
        <w:rPr>
          <w:color w:val="000000" w:themeColor="text1"/>
          <w:lang w:val="uk-UA"/>
        </w:rPr>
        <w:t xml:space="preserve"> </w:t>
      </w:r>
      <w:r w:rsidR="00E3536F" w:rsidRPr="00B7305F">
        <w:rPr>
          <w:color w:val="000000" w:themeColor="text1"/>
          <w:lang w:val="uk-UA"/>
        </w:rPr>
        <w:t>зосереджується</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масштабі</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її</w:t>
      </w:r>
      <w:r w:rsidRPr="00B7305F">
        <w:rPr>
          <w:color w:val="000000" w:themeColor="text1"/>
          <w:lang w:val="uk-UA"/>
        </w:rPr>
        <w:t xml:space="preserve"> </w:t>
      </w:r>
      <w:r w:rsidR="00E3536F" w:rsidRPr="00B7305F">
        <w:rPr>
          <w:color w:val="000000" w:themeColor="text1"/>
          <w:lang w:val="uk-UA"/>
        </w:rPr>
        <w:t>щільності.</w:t>
      </w:r>
    </w:p>
    <w:p w14:paraId="6AD0ED4D" w14:textId="288DB23B"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Ця</w:t>
      </w:r>
      <w:r w:rsidRPr="00B7305F">
        <w:rPr>
          <w:color w:val="000000" w:themeColor="text1"/>
          <w:lang w:val="uk-UA"/>
        </w:rPr>
        <w:t xml:space="preserve"> </w:t>
      </w:r>
      <w:r w:rsidR="00E3536F" w:rsidRPr="00B7305F">
        <w:rPr>
          <w:color w:val="000000" w:themeColor="text1"/>
          <w:lang w:val="uk-UA"/>
        </w:rPr>
        <w:t>зміна</w:t>
      </w:r>
      <w:r w:rsidRPr="00B7305F">
        <w:rPr>
          <w:color w:val="000000" w:themeColor="text1"/>
          <w:lang w:val="uk-UA"/>
        </w:rPr>
        <w:t xml:space="preserve"> </w:t>
      </w:r>
      <w:r w:rsidR="00E3536F" w:rsidRPr="00B7305F">
        <w:rPr>
          <w:color w:val="000000" w:themeColor="text1"/>
          <w:lang w:val="uk-UA"/>
        </w:rPr>
        <w:t>потребує</w:t>
      </w:r>
      <w:r w:rsidRPr="00B7305F">
        <w:rPr>
          <w:color w:val="000000" w:themeColor="text1"/>
          <w:lang w:val="uk-UA"/>
        </w:rPr>
        <w:t xml:space="preserve"> </w:t>
      </w:r>
      <w:r w:rsidR="00E3536F" w:rsidRPr="00B7305F">
        <w:rPr>
          <w:color w:val="000000" w:themeColor="text1"/>
          <w:lang w:val="uk-UA"/>
        </w:rPr>
        <w:t>нового</w:t>
      </w:r>
      <w:r w:rsidRPr="00B7305F">
        <w:rPr>
          <w:color w:val="000000" w:themeColor="text1"/>
          <w:lang w:val="uk-UA"/>
        </w:rPr>
        <w:t xml:space="preserve"> </w:t>
      </w:r>
      <w:r w:rsidR="00E3536F" w:rsidRPr="00B7305F">
        <w:rPr>
          <w:color w:val="000000" w:themeColor="text1"/>
          <w:lang w:val="uk-UA"/>
        </w:rPr>
        <w:t>типу</w:t>
      </w:r>
      <w:r w:rsidRPr="00B7305F">
        <w:rPr>
          <w:color w:val="000000" w:themeColor="text1"/>
          <w:lang w:val="uk-UA"/>
        </w:rPr>
        <w:t xml:space="preserve"> </w:t>
      </w:r>
      <w:r w:rsidR="00E3536F" w:rsidRPr="00B7305F">
        <w:rPr>
          <w:color w:val="000000" w:themeColor="text1"/>
          <w:lang w:val="uk-UA"/>
        </w:rPr>
        <w:t>мислення</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b/>
          <w:bCs/>
          <w:color w:val="000000" w:themeColor="text1"/>
          <w:lang w:val="uk-UA"/>
        </w:rPr>
        <w:t>технічного</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тобто</w:t>
      </w:r>
      <w:r w:rsidRPr="00B7305F">
        <w:rPr>
          <w:color w:val="000000" w:themeColor="text1"/>
          <w:lang w:val="uk-UA"/>
        </w:rPr>
        <w:t xml:space="preserve"> </w:t>
      </w:r>
      <w:r w:rsidR="00E3536F" w:rsidRPr="00B7305F">
        <w:rPr>
          <w:color w:val="000000" w:themeColor="text1"/>
          <w:lang w:val="uk-UA"/>
        </w:rPr>
        <w:t>здатності</w:t>
      </w:r>
      <w:r w:rsidRPr="00B7305F">
        <w:rPr>
          <w:color w:val="000000" w:themeColor="text1"/>
          <w:lang w:val="uk-UA"/>
        </w:rPr>
        <w:t xml:space="preserve"> </w:t>
      </w:r>
      <w:r w:rsidR="00E3536F" w:rsidRPr="00B7305F">
        <w:rPr>
          <w:color w:val="000000" w:themeColor="text1"/>
          <w:lang w:val="uk-UA"/>
        </w:rPr>
        <w:t>розуміти</w:t>
      </w:r>
      <w:r w:rsidRPr="00B7305F">
        <w:rPr>
          <w:color w:val="000000" w:themeColor="text1"/>
          <w:lang w:val="uk-UA"/>
        </w:rPr>
        <w:t xml:space="preserve"> </w:t>
      </w:r>
      <w:r w:rsidR="00E3536F" w:rsidRPr="00B7305F">
        <w:rPr>
          <w:color w:val="000000" w:themeColor="text1"/>
          <w:lang w:val="uk-UA"/>
        </w:rPr>
        <w:t>механіку</w:t>
      </w:r>
      <w:r w:rsidRPr="00B7305F">
        <w:rPr>
          <w:color w:val="000000" w:themeColor="text1"/>
          <w:lang w:val="uk-UA"/>
        </w:rPr>
        <w:t xml:space="preserve"> </w:t>
      </w:r>
      <w:r w:rsidR="00E3536F" w:rsidRPr="00B7305F">
        <w:rPr>
          <w:color w:val="000000" w:themeColor="text1"/>
          <w:lang w:val="uk-UA"/>
        </w:rPr>
        <w:t>зйомки,</w:t>
      </w:r>
      <w:r w:rsidRPr="00B7305F">
        <w:rPr>
          <w:color w:val="000000" w:themeColor="text1"/>
          <w:lang w:val="uk-UA"/>
        </w:rPr>
        <w:t xml:space="preserve"> </w:t>
      </w:r>
      <w:r w:rsidR="00E3536F" w:rsidRPr="00B7305F">
        <w:rPr>
          <w:color w:val="000000" w:themeColor="text1"/>
          <w:lang w:val="uk-UA"/>
        </w:rPr>
        <w:t>взаємодію</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об’єктивом,</w:t>
      </w:r>
      <w:r w:rsidRPr="00B7305F">
        <w:rPr>
          <w:color w:val="000000" w:themeColor="text1"/>
          <w:lang w:val="uk-UA"/>
        </w:rPr>
        <w:t xml:space="preserve"> </w:t>
      </w:r>
      <w:r w:rsidR="00E3536F" w:rsidRPr="00B7305F">
        <w:rPr>
          <w:color w:val="000000" w:themeColor="text1"/>
          <w:lang w:val="uk-UA"/>
        </w:rPr>
        <w:t>логіку</w:t>
      </w:r>
      <w:r w:rsidRPr="00B7305F">
        <w:rPr>
          <w:color w:val="000000" w:themeColor="text1"/>
          <w:lang w:val="uk-UA"/>
        </w:rPr>
        <w:t xml:space="preserve"> </w:t>
      </w:r>
      <w:r w:rsidR="00E3536F" w:rsidRPr="00B7305F">
        <w:rPr>
          <w:color w:val="000000" w:themeColor="text1"/>
          <w:lang w:val="uk-UA"/>
        </w:rPr>
        <w:t>монтажу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ритм</w:t>
      </w:r>
      <w:r w:rsidRPr="00B7305F">
        <w:rPr>
          <w:color w:val="000000" w:themeColor="text1"/>
          <w:lang w:val="uk-UA"/>
        </w:rPr>
        <w:t xml:space="preserve"> </w:t>
      </w:r>
      <w:r w:rsidR="00E3536F" w:rsidRPr="00B7305F">
        <w:rPr>
          <w:color w:val="000000" w:themeColor="text1"/>
          <w:lang w:val="uk-UA"/>
        </w:rPr>
        <w:lastRenderedPageBreak/>
        <w:t>екранного</w:t>
      </w:r>
      <w:r w:rsidRPr="00B7305F">
        <w:rPr>
          <w:color w:val="000000" w:themeColor="text1"/>
          <w:lang w:val="uk-UA"/>
        </w:rPr>
        <w:t xml:space="preserve"> </w:t>
      </w:r>
      <w:r w:rsidR="00E3536F" w:rsidRPr="00B7305F">
        <w:rPr>
          <w:color w:val="000000" w:themeColor="text1"/>
          <w:lang w:val="uk-UA"/>
        </w:rPr>
        <w:t>часу.</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виходить</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повинен</w:t>
      </w:r>
      <w:r w:rsidRPr="00B7305F">
        <w:rPr>
          <w:color w:val="000000" w:themeColor="text1"/>
          <w:lang w:val="uk-UA"/>
        </w:rPr>
        <w:t xml:space="preserve"> </w:t>
      </w:r>
      <w:r w:rsidR="00E3536F" w:rsidRPr="00B7305F">
        <w:rPr>
          <w:color w:val="000000" w:themeColor="text1"/>
          <w:lang w:val="uk-UA"/>
        </w:rPr>
        <w:t>навчитися</w:t>
      </w:r>
      <w:r w:rsidRPr="00B7305F">
        <w:rPr>
          <w:color w:val="000000" w:themeColor="text1"/>
          <w:lang w:val="uk-UA"/>
        </w:rPr>
        <w:t xml:space="preserve"> </w:t>
      </w:r>
      <w:r w:rsidR="00E3536F" w:rsidRPr="00B7305F">
        <w:rPr>
          <w:color w:val="000000" w:themeColor="text1"/>
          <w:lang w:val="uk-UA"/>
        </w:rPr>
        <w:t>існувати</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лінійно,</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фрагментарно,</w:t>
      </w:r>
      <w:r w:rsidRPr="00B7305F">
        <w:rPr>
          <w:color w:val="000000" w:themeColor="text1"/>
          <w:lang w:val="uk-UA"/>
        </w:rPr>
        <w:t xml:space="preserve"> </w:t>
      </w:r>
      <w:r w:rsidR="00E3536F" w:rsidRPr="00B7305F">
        <w:rPr>
          <w:color w:val="000000" w:themeColor="text1"/>
          <w:lang w:val="uk-UA"/>
        </w:rPr>
        <w:t>адже</w:t>
      </w:r>
      <w:r w:rsidRPr="00B7305F">
        <w:rPr>
          <w:color w:val="000000" w:themeColor="text1"/>
          <w:lang w:val="uk-UA"/>
        </w:rPr>
        <w:t xml:space="preserve"> </w:t>
      </w:r>
      <w:r w:rsidR="00E3536F" w:rsidRPr="00B7305F">
        <w:rPr>
          <w:color w:val="000000" w:themeColor="text1"/>
          <w:lang w:val="uk-UA"/>
        </w:rPr>
        <w:t>кінопроцес</w:t>
      </w:r>
      <w:r w:rsidRPr="00B7305F">
        <w:rPr>
          <w:color w:val="000000" w:themeColor="text1"/>
          <w:lang w:val="uk-UA"/>
        </w:rPr>
        <w:t xml:space="preserve"> </w:t>
      </w:r>
      <w:r w:rsidR="00E3536F" w:rsidRPr="00B7305F">
        <w:rPr>
          <w:color w:val="000000" w:themeColor="text1"/>
          <w:lang w:val="uk-UA"/>
        </w:rPr>
        <w:t>розбиває</w:t>
      </w:r>
      <w:r w:rsidRPr="00B7305F">
        <w:rPr>
          <w:color w:val="000000" w:themeColor="text1"/>
          <w:lang w:val="uk-UA"/>
        </w:rPr>
        <w:t xml:space="preserve"> </w:t>
      </w:r>
      <w:r w:rsidR="00E3536F" w:rsidRPr="00B7305F">
        <w:rPr>
          <w:color w:val="000000" w:themeColor="text1"/>
          <w:lang w:val="uk-UA"/>
        </w:rPr>
        <w:t>роль</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окремі</w:t>
      </w:r>
      <w:r w:rsidRPr="00B7305F">
        <w:rPr>
          <w:color w:val="000000" w:themeColor="text1"/>
          <w:lang w:val="uk-UA"/>
        </w:rPr>
        <w:t xml:space="preserve"> </w:t>
      </w:r>
      <w:r w:rsidR="00E3536F" w:rsidRPr="00B7305F">
        <w:rPr>
          <w:color w:val="000000" w:themeColor="text1"/>
          <w:lang w:val="uk-UA"/>
        </w:rPr>
        <w:t>епізоди,</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знімаються</w:t>
      </w:r>
      <w:r w:rsidRPr="00B7305F">
        <w:rPr>
          <w:color w:val="000000" w:themeColor="text1"/>
          <w:lang w:val="uk-UA"/>
        </w:rPr>
        <w:t xml:space="preserve"> </w:t>
      </w:r>
      <w:r w:rsidR="00E3536F" w:rsidRPr="00B7305F">
        <w:rPr>
          <w:color w:val="000000" w:themeColor="text1"/>
          <w:lang w:val="uk-UA"/>
        </w:rPr>
        <w:t>нерідко</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довільному</w:t>
      </w:r>
      <w:r w:rsidRPr="00B7305F">
        <w:rPr>
          <w:color w:val="000000" w:themeColor="text1"/>
          <w:lang w:val="uk-UA"/>
        </w:rPr>
        <w:t xml:space="preserve"> </w:t>
      </w:r>
      <w:r w:rsidR="00E3536F" w:rsidRPr="00B7305F">
        <w:rPr>
          <w:color w:val="000000" w:themeColor="text1"/>
          <w:lang w:val="uk-UA"/>
        </w:rPr>
        <w:t>порядку.</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таких</w:t>
      </w:r>
      <w:r w:rsidRPr="00B7305F">
        <w:rPr>
          <w:color w:val="000000" w:themeColor="text1"/>
          <w:lang w:val="uk-UA"/>
        </w:rPr>
        <w:t xml:space="preserve"> </w:t>
      </w:r>
      <w:r w:rsidR="00E3536F" w:rsidRPr="00B7305F">
        <w:rPr>
          <w:color w:val="000000" w:themeColor="text1"/>
          <w:lang w:val="uk-UA"/>
        </w:rPr>
        <w:t>умовах</w:t>
      </w:r>
      <w:r w:rsidRPr="00B7305F">
        <w:rPr>
          <w:color w:val="000000" w:themeColor="text1"/>
          <w:lang w:val="uk-UA"/>
        </w:rPr>
        <w:t xml:space="preserve"> </w:t>
      </w:r>
      <w:r w:rsidR="00E3536F" w:rsidRPr="00B7305F">
        <w:rPr>
          <w:color w:val="000000" w:themeColor="text1"/>
          <w:lang w:val="uk-UA"/>
        </w:rPr>
        <w:t>особливо</w:t>
      </w:r>
      <w:r w:rsidRPr="00B7305F">
        <w:rPr>
          <w:color w:val="000000" w:themeColor="text1"/>
          <w:lang w:val="uk-UA"/>
        </w:rPr>
        <w:t xml:space="preserve"> </w:t>
      </w:r>
      <w:r w:rsidR="00E3536F" w:rsidRPr="00B7305F">
        <w:rPr>
          <w:color w:val="000000" w:themeColor="text1"/>
          <w:lang w:val="uk-UA"/>
        </w:rPr>
        <w:t>важливо</w:t>
      </w:r>
      <w:r w:rsidRPr="00B7305F">
        <w:rPr>
          <w:color w:val="000000" w:themeColor="text1"/>
          <w:lang w:val="uk-UA"/>
        </w:rPr>
        <w:t xml:space="preserve"> </w:t>
      </w:r>
      <w:r w:rsidR="00E3536F" w:rsidRPr="00B7305F">
        <w:rPr>
          <w:color w:val="000000" w:themeColor="text1"/>
          <w:lang w:val="uk-UA"/>
        </w:rPr>
        <w:t>тримати</w:t>
      </w:r>
      <w:r w:rsidRPr="00B7305F">
        <w:rPr>
          <w:color w:val="000000" w:themeColor="text1"/>
          <w:lang w:val="uk-UA"/>
        </w:rPr>
        <w:t xml:space="preserve"> </w:t>
      </w:r>
      <w:r w:rsidR="00E3536F" w:rsidRPr="00B7305F">
        <w:rPr>
          <w:color w:val="000000" w:themeColor="text1"/>
          <w:lang w:val="uk-UA"/>
        </w:rPr>
        <w:t>внутрішню</w:t>
      </w:r>
      <w:r w:rsidRPr="00B7305F">
        <w:rPr>
          <w:color w:val="000000" w:themeColor="text1"/>
          <w:lang w:val="uk-UA"/>
        </w:rPr>
        <w:t xml:space="preserve"> </w:t>
      </w:r>
      <w:r w:rsidR="00E3536F" w:rsidRPr="00B7305F">
        <w:rPr>
          <w:color w:val="000000" w:themeColor="text1"/>
          <w:lang w:val="uk-UA"/>
        </w:rPr>
        <w:t>драматургію</w:t>
      </w:r>
      <w:r w:rsidRPr="00B7305F">
        <w:rPr>
          <w:color w:val="000000" w:themeColor="text1"/>
          <w:lang w:val="uk-UA"/>
        </w:rPr>
        <w:t xml:space="preserve"> </w:t>
      </w:r>
      <w:r w:rsidR="00E3536F" w:rsidRPr="00B7305F">
        <w:rPr>
          <w:color w:val="000000" w:themeColor="text1"/>
          <w:lang w:val="uk-UA"/>
        </w:rPr>
        <w:t>образу</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точно</w:t>
      </w:r>
      <w:r w:rsidRPr="00B7305F">
        <w:rPr>
          <w:color w:val="000000" w:themeColor="text1"/>
          <w:lang w:val="uk-UA"/>
        </w:rPr>
        <w:t xml:space="preserve"> </w:t>
      </w:r>
      <w:r w:rsidR="00E3536F" w:rsidRPr="00B7305F">
        <w:rPr>
          <w:color w:val="000000" w:themeColor="text1"/>
          <w:lang w:val="uk-UA"/>
        </w:rPr>
        <w:t>орієнтуватися</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психологічній</w:t>
      </w:r>
      <w:r w:rsidRPr="00B7305F">
        <w:rPr>
          <w:color w:val="000000" w:themeColor="text1"/>
          <w:lang w:val="uk-UA"/>
        </w:rPr>
        <w:t xml:space="preserve"> </w:t>
      </w:r>
      <w:r w:rsidR="00E3536F" w:rsidRPr="00B7305F">
        <w:rPr>
          <w:color w:val="000000" w:themeColor="text1"/>
          <w:lang w:val="uk-UA"/>
        </w:rPr>
        <w:t>еволюції</w:t>
      </w:r>
      <w:r w:rsidRPr="00B7305F">
        <w:rPr>
          <w:color w:val="000000" w:themeColor="text1"/>
          <w:lang w:val="uk-UA"/>
        </w:rPr>
        <w:t xml:space="preserve"> </w:t>
      </w:r>
      <w:r w:rsidR="00E3536F" w:rsidRPr="00B7305F">
        <w:rPr>
          <w:color w:val="000000" w:themeColor="text1"/>
          <w:lang w:val="uk-UA"/>
        </w:rPr>
        <w:t>персонажа</w:t>
      </w:r>
      <w:r w:rsidRPr="00B7305F">
        <w:rPr>
          <w:color w:val="000000" w:themeColor="text1"/>
          <w:lang w:val="uk-UA"/>
        </w:rPr>
        <w:t xml:space="preserve"> </w:t>
      </w:r>
      <w:r w:rsidR="00E3536F" w:rsidRPr="00B7305F">
        <w:rPr>
          <w:color w:val="000000" w:themeColor="text1"/>
          <w:lang w:val="uk-UA"/>
        </w:rPr>
        <w:t>між</w:t>
      </w:r>
      <w:r w:rsidRPr="00B7305F">
        <w:rPr>
          <w:color w:val="000000" w:themeColor="text1"/>
          <w:lang w:val="uk-UA"/>
        </w:rPr>
        <w:t xml:space="preserve"> </w:t>
      </w:r>
      <w:r w:rsidR="00E3536F" w:rsidRPr="00B7305F">
        <w:rPr>
          <w:color w:val="000000" w:themeColor="text1"/>
          <w:lang w:val="uk-UA"/>
        </w:rPr>
        <w:t>дублями.</w:t>
      </w:r>
    </w:p>
    <w:p w14:paraId="1C112C7F" w14:textId="5CA135D1" w:rsidR="001F4BC5" w:rsidRPr="004B0283" w:rsidRDefault="00480420" w:rsidP="00051784">
      <w:pPr>
        <w:spacing w:after="0"/>
        <w:ind w:left="0" w:firstLine="709"/>
        <w:jc w:val="both"/>
        <w:rPr>
          <w:lang w:val="uk-UA"/>
        </w:rPr>
      </w:pPr>
      <w:r w:rsidRPr="00B7305F">
        <w:rPr>
          <w:color w:val="000000" w:themeColor="text1"/>
          <w:lang w:val="uk-UA"/>
        </w:rPr>
        <w:t xml:space="preserve">         </w:t>
      </w:r>
      <w:r w:rsidR="00E3536F" w:rsidRPr="00B7305F">
        <w:rPr>
          <w:color w:val="000000" w:themeColor="text1"/>
          <w:lang w:val="uk-UA"/>
        </w:rPr>
        <w:t>Сучасна</w:t>
      </w:r>
      <w:r w:rsidRPr="00B7305F">
        <w:rPr>
          <w:color w:val="000000" w:themeColor="text1"/>
          <w:lang w:val="uk-UA"/>
        </w:rPr>
        <w:t xml:space="preserve"> </w:t>
      </w:r>
      <w:r w:rsidR="00E3536F" w:rsidRPr="00B7305F">
        <w:rPr>
          <w:color w:val="000000" w:themeColor="text1"/>
          <w:lang w:val="uk-UA"/>
        </w:rPr>
        <w:t>акторська</w:t>
      </w:r>
      <w:r w:rsidRPr="00B7305F">
        <w:rPr>
          <w:color w:val="000000" w:themeColor="text1"/>
          <w:lang w:val="uk-UA"/>
        </w:rPr>
        <w:t xml:space="preserve"> </w:t>
      </w:r>
      <w:r w:rsidR="00E3536F" w:rsidRPr="00B7305F">
        <w:rPr>
          <w:color w:val="000000" w:themeColor="text1"/>
          <w:lang w:val="uk-UA"/>
        </w:rPr>
        <w:t>підготовка</w:t>
      </w:r>
      <w:r w:rsidRPr="00B7305F">
        <w:rPr>
          <w:color w:val="000000" w:themeColor="text1"/>
          <w:lang w:val="uk-UA"/>
        </w:rPr>
        <w:t xml:space="preserve"> </w:t>
      </w:r>
      <w:r w:rsidR="00E3536F" w:rsidRPr="00B7305F">
        <w:rPr>
          <w:color w:val="000000" w:themeColor="text1"/>
          <w:lang w:val="uk-UA"/>
        </w:rPr>
        <w:t>дедалі</w:t>
      </w:r>
      <w:r w:rsidRPr="00B7305F">
        <w:rPr>
          <w:color w:val="000000" w:themeColor="text1"/>
          <w:lang w:val="uk-UA"/>
        </w:rPr>
        <w:t xml:space="preserve"> </w:t>
      </w:r>
      <w:r w:rsidR="00E3536F" w:rsidRPr="00B7305F">
        <w:rPr>
          <w:color w:val="000000" w:themeColor="text1"/>
          <w:lang w:val="uk-UA"/>
        </w:rPr>
        <w:t>частіше</w:t>
      </w:r>
      <w:r w:rsidRPr="00B7305F">
        <w:rPr>
          <w:color w:val="000000" w:themeColor="text1"/>
          <w:lang w:val="uk-UA"/>
        </w:rPr>
        <w:t xml:space="preserve"> </w:t>
      </w:r>
      <w:r w:rsidR="00E3536F" w:rsidRPr="00B7305F">
        <w:rPr>
          <w:color w:val="000000" w:themeColor="text1"/>
          <w:lang w:val="uk-UA"/>
        </w:rPr>
        <w:t>інтегрує</w:t>
      </w:r>
      <w:r w:rsidRPr="00B7305F">
        <w:rPr>
          <w:color w:val="000000" w:themeColor="text1"/>
          <w:lang w:val="uk-UA"/>
        </w:rPr>
        <w:t xml:space="preserve"> </w:t>
      </w:r>
      <w:r w:rsidR="00E3536F" w:rsidRPr="00B7305F">
        <w:rPr>
          <w:color w:val="000000" w:themeColor="text1"/>
          <w:lang w:val="uk-UA"/>
        </w:rPr>
        <w:t>ці</w:t>
      </w:r>
      <w:r w:rsidRPr="00B7305F">
        <w:rPr>
          <w:color w:val="000000" w:themeColor="text1"/>
          <w:lang w:val="uk-UA"/>
        </w:rPr>
        <w:t xml:space="preserve"> </w:t>
      </w:r>
      <w:r w:rsidR="00E3536F" w:rsidRPr="00B7305F">
        <w:rPr>
          <w:color w:val="000000" w:themeColor="text1"/>
          <w:lang w:val="uk-UA"/>
        </w:rPr>
        <w:t>принципи,</w:t>
      </w:r>
      <w:r w:rsidRPr="00B7305F">
        <w:rPr>
          <w:color w:val="000000" w:themeColor="text1"/>
          <w:lang w:val="uk-UA"/>
        </w:rPr>
        <w:t xml:space="preserve"> </w:t>
      </w:r>
      <w:r w:rsidR="00E3536F" w:rsidRPr="00B7305F">
        <w:rPr>
          <w:color w:val="000000" w:themeColor="text1"/>
          <w:lang w:val="uk-UA"/>
        </w:rPr>
        <w:t>формуючи</w:t>
      </w:r>
      <w:r w:rsidRPr="00B7305F">
        <w:rPr>
          <w:color w:val="000000" w:themeColor="text1"/>
          <w:lang w:val="uk-UA"/>
        </w:rPr>
        <w:t xml:space="preserve"> </w:t>
      </w:r>
      <w:r w:rsidR="00E3536F" w:rsidRPr="00B7305F">
        <w:rPr>
          <w:color w:val="000000" w:themeColor="text1"/>
          <w:lang w:val="uk-UA"/>
        </w:rPr>
        <w:t>універсальну</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виконавця,</w:t>
      </w:r>
      <w:r w:rsidRPr="00B7305F">
        <w:rPr>
          <w:color w:val="000000" w:themeColor="text1"/>
          <w:lang w:val="uk-UA"/>
        </w:rPr>
        <w:t xml:space="preserve"> </w:t>
      </w:r>
      <w:r w:rsidR="00E3536F" w:rsidRPr="00B7305F">
        <w:rPr>
          <w:color w:val="000000" w:themeColor="text1"/>
          <w:lang w:val="uk-UA"/>
        </w:rPr>
        <w:t>здатного</w:t>
      </w:r>
      <w:r w:rsidRPr="00B7305F">
        <w:rPr>
          <w:color w:val="000000" w:themeColor="text1"/>
          <w:lang w:val="uk-UA"/>
        </w:rPr>
        <w:t xml:space="preserve"> </w:t>
      </w:r>
      <w:r w:rsidR="00E3536F" w:rsidRPr="00B7305F">
        <w:rPr>
          <w:color w:val="000000" w:themeColor="text1"/>
          <w:lang w:val="uk-UA"/>
        </w:rPr>
        <w:t>працювати</w:t>
      </w:r>
      <w:r w:rsidRPr="00B7305F">
        <w:rPr>
          <w:color w:val="000000" w:themeColor="text1"/>
          <w:lang w:val="uk-UA"/>
        </w:rPr>
        <w:t xml:space="preserve"> </w:t>
      </w:r>
      <w:r w:rsidR="00E3536F" w:rsidRPr="00B7305F">
        <w:rPr>
          <w:color w:val="000000" w:themeColor="text1"/>
          <w:lang w:val="uk-UA"/>
        </w:rPr>
        <w:t>одночасно</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двох</w:t>
      </w:r>
      <w:r w:rsidRPr="00B7305F">
        <w:rPr>
          <w:color w:val="000000" w:themeColor="text1"/>
          <w:lang w:val="uk-UA"/>
        </w:rPr>
        <w:t xml:space="preserve"> </w:t>
      </w:r>
      <w:r w:rsidR="00E3536F" w:rsidRPr="00B7305F">
        <w:rPr>
          <w:color w:val="000000" w:themeColor="text1"/>
          <w:lang w:val="uk-UA"/>
        </w:rPr>
        <w:t>вимірах:</w:t>
      </w:r>
      <w:r w:rsidR="00E3536F" w:rsidRPr="00B7305F">
        <w:rPr>
          <w:color w:val="000000" w:themeColor="text1"/>
          <w:lang w:val="uk-UA"/>
        </w:rPr>
        <w:br/>
      </w:r>
      <w:r w:rsidR="004B0283" w:rsidRPr="004B0283">
        <w:rPr>
          <w:color w:val="000000" w:themeColor="text1"/>
          <w:lang w:val="uk-UA"/>
        </w:rPr>
        <w:t xml:space="preserve">- </w:t>
      </w:r>
      <w:r w:rsidR="00E3536F" w:rsidRPr="00602983">
        <w:rPr>
          <w:b/>
          <w:bCs/>
          <w:lang w:val="uk-UA"/>
        </w:rPr>
        <w:t>сценічному</w:t>
      </w:r>
      <w:r w:rsidR="00E3536F" w:rsidRPr="00602983">
        <w:rPr>
          <w:lang w:val="uk-UA"/>
        </w:rPr>
        <w:t>,</w:t>
      </w:r>
      <w:r w:rsidRPr="004B0283">
        <w:rPr>
          <w:color w:val="EE0000"/>
          <w:lang w:val="uk-UA"/>
        </w:rPr>
        <w:t xml:space="preserve"> </w:t>
      </w:r>
      <w:r w:rsidR="00E3536F" w:rsidRPr="004B0283">
        <w:rPr>
          <w:lang w:val="uk-UA"/>
        </w:rPr>
        <w:t>який</w:t>
      </w:r>
      <w:r w:rsidRPr="004B0283">
        <w:rPr>
          <w:lang w:val="uk-UA"/>
        </w:rPr>
        <w:t xml:space="preserve"> </w:t>
      </w:r>
      <w:r w:rsidR="00E3536F" w:rsidRPr="004B0283">
        <w:rPr>
          <w:lang w:val="uk-UA"/>
        </w:rPr>
        <w:t>вимагає</w:t>
      </w:r>
      <w:r w:rsidRPr="004B0283">
        <w:rPr>
          <w:lang w:val="uk-UA"/>
        </w:rPr>
        <w:t xml:space="preserve"> </w:t>
      </w:r>
      <w:r w:rsidR="00E3536F" w:rsidRPr="004B0283">
        <w:rPr>
          <w:lang w:val="uk-UA"/>
        </w:rPr>
        <w:t>енергетичної</w:t>
      </w:r>
      <w:r w:rsidRPr="004B0283">
        <w:rPr>
          <w:lang w:val="uk-UA"/>
        </w:rPr>
        <w:t xml:space="preserve"> </w:t>
      </w:r>
      <w:r w:rsidR="00E3536F" w:rsidRPr="004B0283">
        <w:rPr>
          <w:lang w:val="uk-UA"/>
        </w:rPr>
        <w:t>повноти,</w:t>
      </w:r>
      <w:r w:rsidRPr="004B0283">
        <w:rPr>
          <w:lang w:val="uk-UA"/>
        </w:rPr>
        <w:t xml:space="preserve"> </w:t>
      </w:r>
      <w:r w:rsidR="00E3536F" w:rsidRPr="004B0283">
        <w:rPr>
          <w:lang w:val="uk-UA"/>
        </w:rPr>
        <w:t>дихальної</w:t>
      </w:r>
      <w:r w:rsidRPr="004B0283">
        <w:rPr>
          <w:lang w:val="uk-UA"/>
        </w:rPr>
        <w:t xml:space="preserve"> </w:t>
      </w:r>
      <w:r w:rsidR="00E3536F" w:rsidRPr="004B0283">
        <w:rPr>
          <w:lang w:val="uk-UA"/>
        </w:rPr>
        <w:t>витривалості</w:t>
      </w:r>
      <w:r w:rsidRPr="004B0283">
        <w:rPr>
          <w:lang w:val="uk-UA"/>
        </w:rPr>
        <w:t xml:space="preserve"> </w:t>
      </w:r>
      <w:r w:rsidR="00E3536F" w:rsidRPr="004B0283">
        <w:rPr>
          <w:lang w:val="uk-UA"/>
        </w:rPr>
        <w:t>та</w:t>
      </w:r>
      <w:r w:rsidRPr="004B0283">
        <w:rPr>
          <w:lang w:val="uk-UA"/>
        </w:rPr>
        <w:t xml:space="preserve"> </w:t>
      </w:r>
      <w:r w:rsidR="00E3536F" w:rsidRPr="004B0283">
        <w:rPr>
          <w:lang w:val="uk-UA"/>
        </w:rPr>
        <w:t>цілісного</w:t>
      </w:r>
      <w:r w:rsidRPr="004B0283">
        <w:rPr>
          <w:lang w:val="uk-UA"/>
        </w:rPr>
        <w:t xml:space="preserve"> </w:t>
      </w:r>
      <w:r w:rsidR="00E3536F" w:rsidRPr="004B0283">
        <w:rPr>
          <w:lang w:val="uk-UA"/>
        </w:rPr>
        <w:t>проживання</w:t>
      </w:r>
      <w:r w:rsidRPr="004B0283">
        <w:rPr>
          <w:lang w:val="uk-UA"/>
        </w:rPr>
        <w:t xml:space="preserve"> </w:t>
      </w:r>
      <w:r w:rsidR="00E3536F" w:rsidRPr="004B0283">
        <w:rPr>
          <w:lang w:val="uk-UA"/>
        </w:rPr>
        <w:t>образу;</w:t>
      </w:r>
    </w:p>
    <w:p w14:paraId="6C2C90E4" w14:textId="691EC610" w:rsidR="00E3536F" w:rsidRPr="004B0283" w:rsidRDefault="004B0283" w:rsidP="004B0283">
      <w:pPr>
        <w:spacing w:after="0"/>
        <w:ind w:left="0"/>
        <w:jc w:val="both"/>
        <w:rPr>
          <w:color w:val="000000" w:themeColor="text1"/>
          <w:lang w:val="uk-UA"/>
        </w:rPr>
      </w:pPr>
      <w:r w:rsidRPr="00602983">
        <w:rPr>
          <w:b/>
          <w:bCs/>
          <w:lang w:val="ru-RU"/>
        </w:rPr>
        <w:t xml:space="preserve">-  </w:t>
      </w:r>
      <w:r w:rsidR="00E3536F" w:rsidRPr="00602983">
        <w:rPr>
          <w:b/>
          <w:bCs/>
          <w:lang w:val="uk-UA"/>
        </w:rPr>
        <w:t>екранному</w:t>
      </w:r>
      <w:r w:rsidR="00E3536F" w:rsidRPr="004B0283">
        <w:rPr>
          <w:color w:val="000000" w:themeColor="text1"/>
          <w:lang w:val="uk-UA"/>
        </w:rPr>
        <w:t>,</w:t>
      </w:r>
      <w:r w:rsidR="00480420" w:rsidRPr="004B0283">
        <w:rPr>
          <w:color w:val="000000" w:themeColor="text1"/>
          <w:lang w:val="uk-UA"/>
        </w:rPr>
        <w:t xml:space="preserve"> </w:t>
      </w:r>
      <w:r w:rsidR="00E3536F" w:rsidRPr="004B0283">
        <w:rPr>
          <w:color w:val="000000" w:themeColor="text1"/>
          <w:lang w:val="uk-UA"/>
        </w:rPr>
        <w:t>який</w:t>
      </w:r>
      <w:r w:rsidR="00480420" w:rsidRPr="004B0283">
        <w:rPr>
          <w:color w:val="000000" w:themeColor="text1"/>
          <w:lang w:val="uk-UA"/>
        </w:rPr>
        <w:t xml:space="preserve"> </w:t>
      </w:r>
      <w:r w:rsidR="00E3536F" w:rsidRPr="004B0283">
        <w:rPr>
          <w:color w:val="000000" w:themeColor="text1"/>
          <w:lang w:val="uk-UA"/>
        </w:rPr>
        <w:t>акцентує</w:t>
      </w:r>
      <w:r w:rsidR="00480420" w:rsidRPr="004B0283">
        <w:rPr>
          <w:color w:val="000000" w:themeColor="text1"/>
          <w:lang w:val="uk-UA"/>
        </w:rPr>
        <w:t xml:space="preserve"> </w:t>
      </w:r>
      <w:r w:rsidR="00E3536F" w:rsidRPr="004B0283">
        <w:rPr>
          <w:color w:val="000000" w:themeColor="text1"/>
          <w:lang w:val="uk-UA"/>
        </w:rPr>
        <w:t>увагу</w:t>
      </w:r>
      <w:r w:rsidR="00480420" w:rsidRPr="004B0283">
        <w:rPr>
          <w:color w:val="000000" w:themeColor="text1"/>
          <w:lang w:val="uk-UA"/>
        </w:rPr>
        <w:t xml:space="preserve"> </w:t>
      </w:r>
      <w:r w:rsidR="00E3536F" w:rsidRPr="004B0283">
        <w:rPr>
          <w:color w:val="000000" w:themeColor="text1"/>
          <w:lang w:val="uk-UA"/>
        </w:rPr>
        <w:t>на</w:t>
      </w:r>
      <w:r w:rsidR="00480420" w:rsidRPr="004B0283">
        <w:rPr>
          <w:color w:val="000000" w:themeColor="text1"/>
          <w:lang w:val="uk-UA"/>
        </w:rPr>
        <w:t xml:space="preserve"> </w:t>
      </w:r>
      <w:r w:rsidR="00E3536F" w:rsidRPr="004B0283">
        <w:rPr>
          <w:color w:val="000000" w:themeColor="text1"/>
          <w:lang w:val="uk-UA"/>
        </w:rPr>
        <w:t>лаконізмі,</w:t>
      </w:r>
      <w:r w:rsidR="00480420" w:rsidRPr="004B0283">
        <w:rPr>
          <w:color w:val="000000" w:themeColor="text1"/>
          <w:lang w:val="uk-UA"/>
        </w:rPr>
        <w:t xml:space="preserve"> </w:t>
      </w:r>
      <w:r w:rsidR="00E3536F" w:rsidRPr="004B0283">
        <w:rPr>
          <w:color w:val="000000" w:themeColor="text1"/>
          <w:lang w:val="uk-UA"/>
        </w:rPr>
        <w:t>емоційній</w:t>
      </w:r>
      <w:r w:rsidR="00480420" w:rsidRPr="004B0283">
        <w:rPr>
          <w:color w:val="000000" w:themeColor="text1"/>
          <w:lang w:val="uk-UA"/>
        </w:rPr>
        <w:t xml:space="preserve"> </w:t>
      </w:r>
      <w:r w:rsidR="00E3536F" w:rsidRPr="004B0283">
        <w:rPr>
          <w:color w:val="000000" w:themeColor="text1"/>
          <w:lang w:val="uk-UA"/>
        </w:rPr>
        <w:t>точності,</w:t>
      </w:r>
      <w:r w:rsidR="00480420" w:rsidRPr="004B0283">
        <w:rPr>
          <w:color w:val="000000" w:themeColor="text1"/>
          <w:lang w:val="uk-UA"/>
        </w:rPr>
        <w:t xml:space="preserve"> </w:t>
      </w:r>
      <w:r w:rsidR="00E3536F" w:rsidRPr="004B0283">
        <w:rPr>
          <w:color w:val="000000" w:themeColor="text1"/>
          <w:lang w:val="uk-UA"/>
        </w:rPr>
        <w:t>мікропсихології</w:t>
      </w:r>
      <w:r w:rsidR="00480420" w:rsidRPr="004B0283">
        <w:rPr>
          <w:color w:val="000000" w:themeColor="text1"/>
          <w:lang w:val="uk-UA"/>
        </w:rPr>
        <w:t xml:space="preserve"> </w:t>
      </w:r>
      <w:r w:rsidR="00E3536F" w:rsidRPr="004B0283">
        <w:rPr>
          <w:color w:val="000000" w:themeColor="text1"/>
          <w:lang w:val="uk-UA"/>
        </w:rPr>
        <w:t>та</w:t>
      </w:r>
      <w:r w:rsidR="00480420" w:rsidRPr="004B0283">
        <w:rPr>
          <w:color w:val="000000" w:themeColor="text1"/>
          <w:lang w:val="uk-UA"/>
        </w:rPr>
        <w:t xml:space="preserve"> </w:t>
      </w:r>
      <w:r w:rsidR="00E3536F" w:rsidRPr="004B0283">
        <w:rPr>
          <w:color w:val="000000" w:themeColor="text1"/>
          <w:lang w:val="uk-UA"/>
        </w:rPr>
        <w:t>граничній</w:t>
      </w:r>
      <w:r w:rsidR="00480420" w:rsidRPr="004B0283">
        <w:rPr>
          <w:color w:val="000000" w:themeColor="text1"/>
          <w:lang w:val="uk-UA"/>
        </w:rPr>
        <w:t xml:space="preserve"> </w:t>
      </w:r>
      <w:r w:rsidR="00E3536F" w:rsidRPr="004B0283">
        <w:rPr>
          <w:color w:val="000000" w:themeColor="text1"/>
          <w:lang w:val="uk-UA"/>
        </w:rPr>
        <w:t>природності.</w:t>
      </w:r>
    </w:p>
    <w:p w14:paraId="04BF66A7" w14:textId="60FD4C69"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оволодів</w:t>
      </w:r>
      <w:r w:rsidRPr="00B7305F">
        <w:rPr>
          <w:color w:val="000000" w:themeColor="text1"/>
          <w:lang w:val="uk-UA"/>
        </w:rPr>
        <w:t xml:space="preserve"> </w:t>
      </w:r>
      <w:r w:rsidR="00E3536F" w:rsidRPr="00B7305F">
        <w:rPr>
          <w:color w:val="000000" w:themeColor="text1"/>
          <w:lang w:val="uk-UA"/>
        </w:rPr>
        <w:t>двома</w:t>
      </w:r>
      <w:r w:rsidRPr="00B7305F">
        <w:rPr>
          <w:color w:val="000000" w:themeColor="text1"/>
          <w:lang w:val="uk-UA"/>
        </w:rPr>
        <w:t xml:space="preserve"> </w:t>
      </w:r>
      <w:r w:rsidR="00E3536F" w:rsidRPr="00B7305F">
        <w:rPr>
          <w:color w:val="000000" w:themeColor="text1"/>
          <w:lang w:val="uk-UA"/>
        </w:rPr>
        <w:t>техніками,</w:t>
      </w:r>
      <w:r w:rsidRPr="00B7305F">
        <w:rPr>
          <w:color w:val="000000" w:themeColor="text1"/>
          <w:lang w:val="uk-UA"/>
        </w:rPr>
        <w:t xml:space="preserve"> </w:t>
      </w:r>
      <w:r w:rsidR="00E3536F" w:rsidRPr="00B7305F">
        <w:rPr>
          <w:color w:val="000000" w:themeColor="text1"/>
          <w:lang w:val="uk-UA"/>
        </w:rPr>
        <w:t>набуває</w:t>
      </w:r>
      <w:r w:rsidRPr="00B7305F">
        <w:rPr>
          <w:color w:val="000000" w:themeColor="text1"/>
          <w:lang w:val="uk-UA"/>
        </w:rPr>
        <w:t xml:space="preserve"> </w:t>
      </w:r>
      <w:r w:rsidR="00E3536F" w:rsidRPr="00B7305F">
        <w:rPr>
          <w:color w:val="000000" w:themeColor="text1"/>
          <w:lang w:val="uk-UA"/>
        </w:rPr>
        <w:t>особливої</w:t>
      </w:r>
      <w:r w:rsidRPr="00B7305F">
        <w:rPr>
          <w:color w:val="000000" w:themeColor="text1"/>
          <w:lang w:val="uk-UA"/>
        </w:rPr>
        <w:t xml:space="preserve"> </w:t>
      </w:r>
      <w:r w:rsidR="00E3536F" w:rsidRPr="00B7305F">
        <w:rPr>
          <w:color w:val="000000" w:themeColor="text1"/>
          <w:lang w:val="uk-UA"/>
        </w:rPr>
        <w:t>професійної</w:t>
      </w:r>
      <w:r w:rsidRPr="00B7305F">
        <w:rPr>
          <w:color w:val="000000" w:themeColor="text1"/>
          <w:lang w:val="uk-UA"/>
        </w:rPr>
        <w:t xml:space="preserve"> </w:t>
      </w:r>
      <w:r w:rsidR="00E3536F" w:rsidRPr="00B7305F">
        <w:rPr>
          <w:color w:val="000000" w:themeColor="text1"/>
          <w:lang w:val="uk-UA"/>
        </w:rPr>
        <w:t>гнучкості.</w:t>
      </w:r>
      <w:r w:rsidRPr="00B7305F">
        <w:rPr>
          <w:color w:val="000000" w:themeColor="text1"/>
          <w:lang w:val="uk-UA"/>
        </w:rPr>
        <w:t xml:space="preserve"> </w:t>
      </w:r>
      <w:r w:rsidR="00E3536F" w:rsidRPr="00B7305F">
        <w:rPr>
          <w:color w:val="000000" w:themeColor="text1"/>
          <w:lang w:val="uk-UA"/>
        </w:rPr>
        <w:t>Його</w:t>
      </w:r>
      <w:r w:rsidRPr="00B7305F">
        <w:rPr>
          <w:color w:val="000000" w:themeColor="text1"/>
          <w:lang w:val="uk-UA"/>
        </w:rPr>
        <w:t xml:space="preserve"> </w:t>
      </w:r>
      <w:r w:rsidR="00E3536F" w:rsidRPr="00B7305F">
        <w:rPr>
          <w:color w:val="000000" w:themeColor="text1"/>
          <w:lang w:val="uk-UA"/>
        </w:rPr>
        <w:t>сценічний</w:t>
      </w:r>
      <w:r w:rsidRPr="00B7305F">
        <w:rPr>
          <w:color w:val="000000" w:themeColor="text1"/>
          <w:lang w:val="uk-UA"/>
        </w:rPr>
        <w:t xml:space="preserve"> </w:t>
      </w:r>
      <w:r w:rsidR="00E3536F" w:rsidRPr="00B7305F">
        <w:rPr>
          <w:color w:val="000000" w:themeColor="text1"/>
          <w:lang w:val="uk-UA"/>
        </w:rPr>
        <w:t>досвід</w:t>
      </w:r>
      <w:r w:rsidRPr="00B7305F">
        <w:rPr>
          <w:color w:val="000000" w:themeColor="text1"/>
          <w:lang w:val="uk-UA"/>
        </w:rPr>
        <w:t xml:space="preserve"> </w:t>
      </w:r>
      <w:r w:rsidR="00E3536F" w:rsidRPr="00B7305F">
        <w:rPr>
          <w:color w:val="000000" w:themeColor="text1"/>
          <w:lang w:val="uk-UA"/>
        </w:rPr>
        <w:t>забезпечує</w:t>
      </w:r>
      <w:r w:rsidRPr="00B7305F">
        <w:rPr>
          <w:color w:val="000000" w:themeColor="text1"/>
          <w:lang w:val="uk-UA"/>
        </w:rPr>
        <w:t xml:space="preserve"> </w:t>
      </w:r>
      <w:r w:rsidR="00E3536F" w:rsidRPr="00B7305F">
        <w:rPr>
          <w:color w:val="000000" w:themeColor="text1"/>
          <w:lang w:val="uk-UA"/>
        </w:rPr>
        <w:t>глибину,</w:t>
      </w:r>
      <w:r w:rsidRPr="00B7305F">
        <w:rPr>
          <w:color w:val="000000" w:themeColor="text1"/>
          <w:lang w:val="uk-UA"/>
        </w:rPr>
        <w:t xml:space="preserve"> </w:t>
      </w:r>
      <w:r w:rsidR="00E3536F" w:rsidRPr="00B7305F">
        <w:rPr>
          <w:color w:val="000000" w:themeColor="text1"/>
          <w:lang w:val="uk-UA"/>
        </w:rPr>
        <w:t>внутрішній</w:t>
      </w:r>
      <w:r w:rsidRPr="00B7305F">
        <w:rPr>
          <w:color w:val="000000" w:themeColor="text1"/>
          <w:lang w:val="uk-UA"/>
        </w:rPr>
        <w:t xml:space="preserve"> </w:t>
      </w:r>
      <w:r w:rsidR="00E3536F" w:rsidRPr="00B7305F">
        <w:rPr>
          <w:color w:val="000000" w:themeColor="text1"/>
          <w:lang w:val="uk-UA"/>
        </w:rPr>
        <w:t>імпульс</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цілісність</w:t>
      </w:r>
      <w:r w:rsidRPr="00B7305F">
        <w:rPr>
          <w:color w:val="000000" w:themeColor="text1"/>
          <w:lang w:val="uk-UA"/>
        </w:rPr>
        <w:t xml:space="preserve"> </w:t>
      </w:r>
      <w:r w:rsidR="00E3536F" w:rsidRPr="00B7305F">
        <w:rPr>
          <w:color w:val="000000" w:themeColor="text1"/>
          <w:lang w:val="uk-UA"/>
        </w:rPr>
        <w:t>переживання,</w:t>
      </w:r>
      <w:r w:rsidRPr="00B7305F">
        <w:rPr>
          <w:color w:val="000000" w:themeColor="text1"/>
          <w:lang w:val="uk-UA"/>
        </w:rPr>
        <w:t xml:space="preserve"> </w:t>
      </w:r>
      <w:r w:rsidR="00E3536F" w:rsidRPr="00B7305F">
        <w:rPr>
          <w:color w:val="000000" w:themeColor="text1"/>
          <w:lang w:val="uk-UA"/>
        </w:rPr>
        <w:t>тоді</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кінематографічні</w:t>
      </w:r>
      <w:r w:rsidRPr="00B7305F">
        <w:rPr>
          <w:color w:val="000000" w:themeColor="text1"/>
          <w:lang w:val="uk-UA"/>
        </w:rPr>
        <w:t xml:space="preserve"> </w:t>
      </w:r>
      <w:r w:rsidR="00E3536F" w:rsidRPr="00B7305F">
        <w:rPr>
          <w:color w:val="000000" w:themeColor="text1"/>
          <w:lang w:val="uk-UA"/>
        </w:rPr>
        <w:t>навички</w:t>
      </w:r>
      <w:r w:rsidRPr="00B7305F">
        <w:rPr>
          <w:color w:val="000000" w:themeColor="text1"/>
          <w:lang w:val="uk-UA"/>
        </w:rPr>
        <w:t xml:space="preserve"> </w:t>
      </w:r>
      <w:r w:rsidR="00E3536F" w:rsidRPr="00B7305F">
        <w:rPr>
          <w:color w:val="000000" w:themeColor="text1"/>
          <w:lang w:val="uk-UA"/>
        </w:rPr>
        <w:t>дозволяють</w:t>
      </w:r>
      <w:r w:rsidRPr="00B7305F">
        <w:rPr>
          <w:color w:val="000000" w:themeColor="text1"/>
          <w:lang w:val="uk-UA"/>
        </w:rPr>
        <w:t xml:space="preserve"> </w:t>
      </w:r>
      <w:r w:rsidR="00E3536F" w:rsidRPr="00B7305F">
        <w:rPr>
          <w:color w:val="000000" w:themeColor="text1"/>
          <w:lang w:val="uk-UA"/>
        </w:rPr>
        <w:t>працювати</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камерною</w:t>
      </w:r>
      <w:r w:rsidRPr="00B7305F">
        <w:rPr>
          <w:color w:val="000000" w:themeColor="text1"/>
          <w:lang w:val="uk-UA"/>
        </w:rPr>
        <w:t xml:space="preserve"> </w:t>
      </w:r>
      <w:r w:rsidR="00E3536F" w:rsidRPr="00B7305F">
        <w:rPr>
          <w:color w:val="000000" w:themeColor="text1"/>
          <w:lang w:val="uk-UA"/>
        </w:rPr>
        <w:t>емоцією</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досягати</w:t>
      </w:r>
      <w:r w:rsidRPr="00B7305F">
        <w:rPr>
          <w:color w:val="000000" w:themeColor="text1"/>
          <w:lang w:val="uk-UA"/>
        </w:rPr>
        <w:t xml:space="preserve"> </w:t>
      </w:r>
      <w:r w:rsidR="00E3536F" w:rsidRPr="00B7305F">
        <w:rPr>
          <w:color w:val="000000" w:themeColor="text1"/>
          <w:lang w:val="uk-UA"/>
        </w:rPr>
        <w:t>максимальної</w:t>
      </w:r>
      <w:r w:rsidRPr="00B7305F">
        <w:rPr>
          <w:color w:val="000000" w:themeColor="text1"/>
          <w:lang w:val="uk-UA"/>
        </w:rPr>
        <w:t xml:space="preserve"> </w:t>
      </w:r>
      <w:r w:rsidR="00E3536F" w:rsidRPr="00B7305F">
        <w:rPr>
          <w:color w:val="000000" w:themeColor="text1"/>
          <w:lang w:val="uk-UA"/>
        </w:rPr>
        <w:t>достовірності.</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поєднанні</w:t>
      </w:r>
      <w:r w:rsidRPr="00B7305F">
        <w:rPr>
          <w:color w:val="000000" w:themeColor="text1"/>
          <w:lang w:val="uk-UA"/>
        </w:rPr>
        <w:t xml:space="preserve"> </w:t>
      </w:r>
      <w:r w:rsidR="00E3536F" w:rsidRPr="00B7305F">
        <w:rPr>
          <w:color w:val="000000" w:themeColor="text1"/>
          <w:lang w:val="uk-UA"/>
        </w:rPr>
        <w:t>ці</w:t>
      </w:r>
      <w:r w:rsidRPr="00B7305F">
        <w:rPr>
          <w:color w:val="000000" w:themeColor="text1"/>
          <w:lang w:val="uk-UA"/>
        </w:rPr>
        <w:t xml:space="preserve"> </w:t>
      </w:r>
      <w:r w:rsidR="00E3536F" w:rsidRPr="00B7305F">
        <w:rPr>
          <w:color w:val="000000" w:themeColor="text1"/>
          <w:lang w:val="uk-UA"/>
        </w:rPr>
        <w:t>вміння</w:t>
      </w:r>
      <w:r w:rsidRPr="00B7305F">
        <w:rPr>
          <w:color w:val="000000" w:themeColor="text1"/>
          <w:lang w:val="uk-UA"/>
        </w:rPr>
        <w:t xml:space="preserve"> </w:t>
      </w:r>
      <w:r w:rsidR="00E3536F" w:rsidRPr="00B7305F">
        <w:rPr>
          <w:color w:val="000000" w:themeColor="text1"/>
          <w:lang w:val="uk-UA"/>
        </w:rPr>
        <w:t>створюють</w:t>
      </w:r>
      <w:r w:rsidRPr="00B7305F">
        <w:rPr>
          <w:color w:val="000000" w:themeColor="text1"/>
          <w:lang w:val="uk-UA"/>
        </w:rPr>
        <w:t xml:space="preserve"> </w:t>
      </w:r>
      <w:r w:rsidR="00E3536F" w:rsidRPr="00B7305F">
        <w:rPr>
          <w:color w:val="000000" w:themeColor="text1"/>
          <w:lang w:val="uk-UA"/>
        </w:rPr>
        <w:t>якісно</w:t>
      </w:r>
      <w:r w:rsidRPr="00B7305F">
        <w:rPr>
          <w:color w:val="000000" w:themeColor="text1"/>
          <w:lang w:val="uk-UA"/>
        </w:rPr>
        <w:t xml:space="preserve"> </w:t>
      </w:r>
      <w:r w:rsidR="00E3536F" w:rsidRPr="00B7305F">
        <w:rPr>
          <w:color w:val="000000" w:themeColor="text1"/>
          <w:lang w:val="uk-UA"/>
        </w:rPr>
        <w:t>нову</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творчості</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таку,</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відповідає</w:t>
      </w:r>
      <w:r w:rsidRPr="00B7305F">
        <w:rPr>
          <w:color w:val="000000" w:themeColor="text1"/>
          <w:lang w:val="uk-UA"/>
        </w:rPr>
        <w:t xml:space="preserve"> </w:t>
      </w:r>
      <w:r w:rsidR="00E3536F" w:rsidRPr="00B7305F">
        <w:rPr>
          <w:color w:val="000000" w:themeColor="text1"/>
          <w:lang w:val="uk-UA"/>
        </w:rPr>
        <w:t>вимогам</w:t>
      </w:r>
      <w:r w:rsidRPr="00B7305F">
        <w:rPr>
          <w:color w:val="000000" w:themeColor="text1"/>
          <w:lang w:val="uk-UA"/>
        </w:rPr>
        <w:t xml:space="preserve"> </w:t>
      </w:r>
      <w:r w:rsidR="00E3536F" w:rsidRPr="00B7305F">
        <w:rPr>
          <w:color w:val="000000" w:themeColor="text1"/>
          <w:lang w:val="uk-UA"/>
        </w:rPr>
        <w:t>сучасного</w:t>
      </w:r>
      <w:r w:rsidRPr="00B7305F">
        <w:rPr>
          <w:color w:val="000000" w:themeColor="text1"/>
          <w:lang w:val="uk-UA"/>
        </w:rPr>
        <w:t xml:space="preserve"> </w:t>
      </w:r>
      <w:r w:rsidR="00E3536F" w:rsidRPr="00B7305F">
        <w:rPr>
          <w:color w:val="000000" w:themeColor="text1"/>
          <w:lang w:val="uk-UA"/>
        </w:rPr>
        <w:t>мистецького</w:t>
      </w:r>
      <w:r w:rsidRPr="00B7305F">
        <w:rPr>
          <w:color w:val="000000" w:themeColor="text1"/>
          <w:lang w:val="uk-UA"/>
        </w:rPr>
        <w:t xml:space="preserve"> </w:t>
      </w:r>
      <w:r w:rsidR="00E3536F" w:rsidRPr="00B7305F">
        <w:rPr>
          <w:color w:val="000000" w:themeColor="text1"/>
          <w:lang w:val="uk-UA"/>
        </w:rPr>
        <w:t>простору,</w:t>
      </w:r>
      <w:r w:rsidRPr="00B7305F">
        <w:rPr>
          <w:color w:val="000000" w:themeColor="text1"/>
          <w:lang w:val="uk-UA"/>
        </w:rPr>
        <w:t xml:space="preserve"> </w:t>
      </w:r>
      <w:r w:rsidR="00E3536F" w:rsidRPr="00B7305F">
        <w:rPr>
          <w:color w:val="000000" w:themeColor="text1"/>
          <w:lang w:val="uk-UA"/>
        </w:rPr>
        <w:t>де</w:t>
      </w:r>
      <w:r w:rsidRPr="00B7305F">
        <w:rPr>
          <w:color w:val="000000" w:themeColor="text1"/>
          <w:lang w:val="uk-UA"/>
        </w:rPr>
        <w:t xml:space="preserve"> </w:t>
      </w:r>
      <w:r w:rsidR="00E3536F" w:rsidRPr="00B7305F">
        <w:rPr>
          <w:color w:val="000000" w:themeColor="text1"/>
          <w:lang w:val="uk-UA"/>
        </w:rPr>
        <w:t>межа</w:t>
      </w:r>
      <w:r w:rsidRPr="00B7305F">
        <w:rPr>
          <w:color w:val="000000" w:themeColor="text1"/>
          <w:lang w:val="uk-UA"/>
        </w:rPr>
        <w:t xml:space="preserve"> </w:t>
      </w:r>
      <w:r w:rsidR="00E3536F" w:rsidRPr="00B7305F">
        <w:rPr>
          <w:color w:val="000000" w:themeColor="text1"/>
          <w:lang w:val="uk-UA"/>
        </w:rPr>
        <w:t>між</w:t>
      </w:r>
      <w:r w:rsidRPr="00B7305F">
        <w:rPr>
          <w:color w:val="000000" w:themeColor="text1"/>
          <w:lang w:val="uk-UA"/>
        </w:rPr>
        <w:t xml:space="preserve"> </w:t>
      </w:r>
      <w:r w:rsidR="00E3536F" w:rsidRPr="00B7305F">
        <w:rPr>
          <w:color w:val="000000" w:themeColor="text1"/>
          <w:lang w:val="uk-UA"/>
        </w:rPr>
        <w:t>сценою</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екраном</w:t>
      </w:r>
      <w:r w:rsidRPr="00B7305F">
        <w:rPr>
          <w:color w:val="000000" w:themeColor="text1"/>
          <w:lang w:val="uk-UA"/>
        </w:rPr>
        <w:t xml:space="preserve"> </w:t>
      </w:r>
      <w:r w:rsidR="00E3536F" w:rsidRPr="00B7305F">
        <w:rPr>
          <w:color w:val="000000" w:themeColor="text1"/>
          <w:lang w:val="uk-UA"/>
        </w:rPr>
        <w:t>дедалі</w:t>
      </w:r>
      <w:r w:rsidRPr="00B7305F">
        <w:rPr>
          <w:color w:val="000000" w:themeColor="text1"/>
          <w:lang w:val="uk-UA"/>
        </w:rPr>
        <w:t xml:space="preserve"> </w:t>
      </w:r>
      <w:r w:rsidR="00E3536F" w:rsidRPr="00B7305F">
        <w:rPr>
          <w:color w:val="000000" w:themeColor="text1"/>
          <w:lang w:val="uk-UA"/>
        </w:rPr>
        <w:t>більше</w:t>
      </w:r>
      <w:r w:rsidRPr="00B7305F">
        <w:rPr>
          <w:color w:val="000000" w:themeColor="text1"/>
          <w:lang w:val="uk-UA"/>
        </w:rPr>
        <w:t xml:space="preserve"> </w:t>
      </w:r>
      <w:r w:rsidR="00E3536F" w:rsidRPr="00B7305F">
        <w:rPr>
          <w:color w:val="000000" w:themeColor="text1"/>
          <w:lang w:val="uk-UA"/>
        </w:rPr>
        <w:t>стирається.</w:t>
      </w:r>
    </w:p>
    <w:p w14:paraId="49F0B9C6" w14:textId="4742D208" w:rsidR="00516DF2"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Сучасний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стан</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тенденції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розвитку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техніки</w:t>
      </w:r>
    </w:p>
    <w:p w14:paraId="65DAEF47" w14:textId="00CB724F"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сучасному</w:t>
      </w:r>
      <w:r w:rsidRPr="00B7305F">
        <w:rPr>
          <w:rFonts w:cs="Times New Roman"/>
          <w:color w:val="000000" w:themeColor="text1"/>
          <w:lang w:val="uk-UA"/>
        </w:rPr>
        <w:t xml:space="preserve"> </w:t>
      </w:r>
      <w:r w:rsidR="009D21BD" w:rsidRPr="00B7305F">
        <w:rPr>
          <w:rFonts w:cs="Times New Roman"/>
          <w:color w:val="000000" w:themeColor="text1"/>
          <w:lang w:val="uk-UA"/>
        </w:rPr>
        <w:t>світі</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акторська</w:t>
      </w:r>
      <w:r w:rsidRPr="00B7305F">
        <w:rPr>
          <w:rFonts w:cs="Times New Roman"/>
          <w:color w:val="000000" w:themeColor="text1"/>
          <w:lang w:val="uk-UA"/>
        </w:rPr>
        <w:t xml:space="preserve"> </w:t>
      </w:r>
      <w:r w:rsidR="009D21BD" w:rsidRPr="00B7305F">
        <w:rPr>
          <w:rFonts w:cs="Times New Roman"/>
          <w:color w:val="000000" w:themeColor="text1"/>
          <w:lang w:val="uk-UA"/>
        </w:rPr>
        <w:t>техніка</w:t>
      </w:r>
      <w:r w:rsidRPr="00B7305F">
        <w:rPr>
          <w:rFonts w:cs="Times New Roman"/>
          <w:color w:val="000000" w:themeColor="text1"/>
          <w:lang w:val="uk-UA"/>
        </w:rPr>
        <w:t xml:space="preserve"> </w:t>
      </w:r>
      <w:r w:rsidR="009D21BD" w:rsidRPr="00B7305F">
        <w:rPr>
          <w:rFonts w:cs="Times New Roman"/>
          <w:color w:val="000000" w:themeColor="text1"/>
          <w:lang w:val="uk-UA"/>
        </w:rPr>
        <w:t>перебуває</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стані</w:t>
      </w:r>
      <w:r w:rsidRPr="00B7305F">
        <w:rPr>
          <w:rFonts w:cs="Times New Roman"/>
          <w:color w:val="000000" w:themeColor="text1"/>
          <w:lang w:val="uk-UA"/>
        </w:rPr>
        <w:t xml:space="preserve"> </w:t>
      </w:r>
      <w:r w:rsidR="009D21BD" w:rsidRPr="00B7305F">
        <w:rPr>
          <w:rFonts w:cs="Times New Roman"/>
          <w:color w:val="000000" w:themeColor="text1"/>
          <w:lang w:val="uk-UA"/>
        </w:rPr>
        <w:t>постійної</w:t>
      </w:r>
      <w:r w:rsidRPr="00B7305F">
        <w:rPr>
          <w:rFonts w:cs="Times New Roman"/>
          <w:color w:val="000000" w:themeColor="text1"/>
          <w:lang w:val="uk-UA"/>
        </w:rPr>
        <w:t xml:space="preserve"> </w:t>
      </w:r>
      <w:r w:rsidR="009D21BD" w:rsidRPr="00B7305F">
        <w:rPr>
          <w:rFonts w:cs="Times New Roman"/>
          <w:color w:val="000000" w:themeColor="text1"/>
          <w:lang w:val="uk-UA"/>
        </w:rPr>
        <w:t>трансформації.</w:t>
      </w:r>
      <w:r w:rsidRPr="00B7305F">
        <w:rPr>
          <w:rFonts w:cs="Times New Roman"/>
          <w:color w:val="000000" w:themeColor="text1"/>
          <w:lang w:val="uk-UA"/>
        </w:rPr>
        <w:t xml:space="preserve"> </w:t>
      </w:r>
      <w:r w:rsidR="009D21BD" w:rsidRPr="00B7305F">
        <w:rPr>
          <w:rFonts w:cs="Times New Roman"/>
          <w:color w:val="000000" w:themeColor="text1"/>
          <w:lang w:val="uk-UA"/>
        </w:rPr>
        <w:t>Нові</w:t>
      </w:r>
      <w:r w:rsidRPr="00B7305F">
        <w:rPr>
          <w:rFonts w:cs="Times New Roman"/>
          <w:color w:val="000000" w:themeColor="text1"/>
          <w:lang w:val="uk-UA"/>
        </w:rPr>
        <w:t xml:space="preserve"> </w:t>
      </w:r>
      <w:r w:rsidR="009D21BD" w:rsidRPr="00B7305F">
        <w:rPr>
          <w:rFonts w:cs="Times New Roman"/>
          <w:color w:val="000000" w:themeColor="text1"/>
          <w:lang w:val="uk-UA"/>
        </w:rPr>
        <w:t>технології</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відеоарт,</w:t>
      </w:r>
      <w:r w:rsidRPr="00B7305F">
        <w:rPr>
          <w:rFonts w:cs="Times New Roman"/>
          <w:color w:val="000000" w:themeColor="text1"/>
          <w:lang w:val="uk-UA"/>
        </w:rPr>
        <w:t xml:space="preserve"> </w:t>
      </w:r>
      <w:r w:rsidR="009D21BD" w:rsidRPr="00B7305F">
        <w:rPr>
          <w:rFonts w:cs="Times New Roman"/>
          <w:color w:val="000000" w:themeColor="text1"/>
          <w:lang w:val="uk-UA"/>
        </w:rPr>
        <w:t>віртуальна</w:t>
      </w:r>
      <w:r w:rsidRPr="00B7305F">
        <w:rPr>
          <w:rFonts w:cs="Times New Roman"/>
          <w:color w:val="000000" w:themeColor="text1"/>
          <w:lang w:val="uk-UA"/>
        </w:rPr>
        <w:t xml:space="preserve"> </w:t>
      </w:r>
      <w:r w:rsidR="009D21BD" w:rsidRPr="00B7305F">
        <w:rPr>
          <w:rFonts w:cs="Times New Roman"/>
          <w:color w:val="000000" w:themeColor="text1"/>
          <w:lang w:val="uk-UA"/>
        </w:rPr>
        <w:t>реальність,</w:t>
      </w:r>
      <w:r w:rsidRPr="00B7305F">
        <w:rPr>
          <w:rFonts w:cs="Times New Roman"/>
          <w:color w:val="000000" w:themeColor="text1"/>
          <w:lang w:val="uk-UA"/>
        </w:rPr>
        <w:t xml:space="preserve"> </w:t>
      </w:r>
      <w:r w:rsidR="009D21BD" w:rsidRPr="00B7305F">
        <w:rPr>
          <w:rFonts w:cs="Times New Roman"/>
          <w:color w:val="000000" w:themeColor="text1"/>
          <w:lang w:val="uk-UA"/>
        </w:rPr>
        <w:t>цифрове</w:t>
      </w:r>
      <w:r w:rsidRPr="00B7305F">
        <w:rPr>
          <w:rFonts w:cs="Times New Roman"/>
          <w:color w:val="000000" w:themeColor="text1"/>
          <w:lang w:val="uk-UA"/>
        </w:rPr>
        <w:t xml:space="preserve"> </w:t>
      </w:r>
      <w:r w:rsidR="009D21BD" w:rsidRPr="00B7305F">
        <w:rPr>
          <w:rFonts w:cs="Times New Roman"/>
          <w:color w:val="000000" w:themeColor="text1"/>
          <w:lang w:val="uk-UA"/>
        </w:rPr>
        <w:t>моделювання</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розширюють</w:t>
      </w:r>
      <w:r w:rsidRPr="00B7305F">
        <w:rPr>
          <w:rFonts w:cs="Times New Roman"/>
          <w:color w:val="000000" w:themeColor="text1"/>
          <w:lang w:val="uk-UA"/>
        </w:rPr>
        <w:t xml:space="preserve"> </w:t>
      </w:r>
      <w:r w:rsidR="009D21BD" w:rsidRPr="00B7305F">
        <w:rPr>
          <w:rFonts w:cs="Times New Roman"/>
          <w:color w:val="000000" w:themeColor="text1"/>
          <w:lang w:val="uk-UA"/>
        </w:rPr>
        <w:t>межі</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акторського</w:t>
      </w:r>
      <w:r w:rsidRPr="00B7305F">
        <w:rPr>
          <w:rFonts w:cs="Times New Roman"/>
          <w:color w:val="000000" w:themeColor="text1"/>
          <w:lang w:val="uk-UA"/>
        </w:rPr>
        <w:t xml:space="preserve"> </w:t>
      </w:r>
      <w:r w:rsidR="009D21BD" w:rsidRPr="00B7305F">
        <w:rPr>
          <w:rFonts w:cs="Times New Roman"/>
          <w:color w:val="000000" w:themeColor="text1"/>
          <w:lang w:val="uk-UA"/>
        </w:rPr>
        <w:t>існування.</w:t>
      </w:r>
      <w:r w:rsidRPr="00B7305F">
        <w:rPr>
          <w:rFonts w:cs="Times New Roman"/>
          <w:color w:val="000000" w:themeColor="text1"/>
          <w:lang w:val="uk-UA"/>
        </w:rPr>
        <w:t xml:space="preserve"> </w:t>
      </w:r>
      <w:r w:rsidR="009D21BD" w:rsidRPr="00B7305F">
        <w:rPr>
          <w:rFonts w:cs="Times New Roman"/>
          <w:color w:val="000000" w:themeColor="text1"/>
          <w:lang w:val="uk-UA"/>
        </w:rPr>
        <w:t>З’являється</w:t>
      </w:r>
      <w:r w:rsidRPr="00B7305F">
        <w:rPr>
          <w:rFonts w:cs="Times New Roman"/>
          <w:color w:val="000000" w:themeColor="text1"/>
          <w:lang w:val="uk-UA"/>
        </w:rPr>
        <w:t xml:space="preserve"> </w:t>
      </w:r>
      <w:r w:rsidR="009D21BD" w:rsidRPr="00B7305F">
        <w:rPr>
          <w:rFonts w:cs="Times New Roman"/>
          <w:color w:val="000000" w:themeColor="text1"/>
          <w:lang w:val="uk-UA"/>
        </w:rPr>
        <w:t>поняття</w:t>
      </w:r>
      <w:r w:rsidRPr="00B7305F">
        <w:rPr>
          <w:rFonts w:cs="Times New Roman"/>
          <w:color w:val="000000" w:themeColor="text1"/>
          <w:lang w:val="uk-UA"/>
        </w:rPr>
        <w:t xml:space="preserve"> </w:t>
      </w:r>
      <w:r w:rsidR="009D21BD" w:rsidRPr="00B7305F">
        <w:rPr>
          <w:rFonts w:cs="Times New Roman"/>
          <w:color w:val="000000" w:themeColor="text1"/>
          <w:lang w:val="uk-UA"/>
        </w:rPr>
        <w:t>«екранного</w:t>
      </w:r>
      <w:r w:rsidRPr="00B7305F">
        <w:rPr>
          <w:rFonts w:cs="Times New Roman"/>
          <w:color w:val="000000" w:themeColor="text1"/>
          <w:lang w:val="uk-UA"/>
        </w:rPr>
        <w:t xml:space="preserve"> </w:t>
      </w:r>
      <w:r w:rsidR="009D21BD" w:rsidRPr="00B7305F">
        <w:rPr>
          <w:rFonts w:cs="Times New Roman"/>
          <w:color w:val="000000" w:themeColor="text1"/>
          <w:lang w:val="uk-UA"/>
        </w:rPr>
        <w:t>перформанс</w:t>
      </w:r>
      <w:r w:rsidR="009D21BD" w:rsidRPr="0000612E">
        <w:rPr>
          <w:rFonts w:cs="Times New Roman"/>
          <w:color w:val="000000" w:themeColor="text1"/>
          <w:lang w:val="uk-UA"/>
        </w:rPr>
        <w:t>у</w:t>
      </w:r>
      <w:r w:rsidR="008005EB" w:rsidRPr="0000612E">
        <w:rPr>
          <w:rFonts w:cs="Times New Roman"/>
          <w:color w:val="000000" w:themeColor="text1"/>
          <w:lang w:val="ru-RU"/>
        </w:rPr>
        <w:t xml:space="preserve"> [</w:t>
      </w:r>
      <w:r w:rsidR="0000612E" w:rsidRPr="0000612E">
        <w:rPr>
          <w:rFonts w:cs="Times New Roman"/>
          <w:color w:val="000000" w:themeColor="text1"/>
          <w:lang w:val="ru-RU"/>
        </w:rPr>
        <w:t>20</w:t>
      </w:r>
      <w:r w:rsidR="008005EB" w:rsidRPr="0000612E">
        <w:rPr>
          <w:rFonts w:cs="Times New Roman"/>
          <w:color w:val="000000" w:themeColor="text1"/>
          <w:lang w:val="ru-RU"/>
        </w:rPr>
        <w:t>,</w:t>
      </w:r>
      <w:r w:rsidR="008005EB" w:rsidRPr="0000612E">
        <w:rPr>
          <w:rFonts w:cs="Times New Roman"/>
          <w:color w:val="000000" w:themeColor="text1"/>
        </w:rPr>
        <w:t>c</w:t>
      </w:r>
      <w:r w:rsidR="008005EB" w:rsidRPr="0000612E">
        <w:rPr>
          <w:rFonts w:cs="Times New Roman"/>
          <w:color w:val="000000" w:themeColor="text1"/>
          <w:lang w:val="ru-RU"/>
        </w:rPr>
        <w:t>.</w:t>
      </w:r>
      <w:r w:rsidR="0000612E" w:rsidRPr="0000612E">
        <w:rPr>
          <w:rFonts w:cs="Times New Roman"/>
          <w:color w:val="000000" w:themeColor="text1"/>
          <w:lang w:val="ru-RU"/>
        </w:rPr>
        <w:t>90</w:t>
      </w:r>
      <w:r w:rsidR="008005EB" w:rsidRPr="0000612E">
        <w:rPr>
          <w:rFonts w:cs="Times New Roman"/>
          <w:color w:val="000000" w:themeColor="text1"/>
          <w:lang w:val="ru-RU"/>
        </w:rPr>
        <w:t>]</w:t>
      </w:r>
      <w:r w:rsidR="009D21BD" w:rsidRPr="0000612E">
        <w:rPr>
          <w:rFonts w:cs="Times New Roman"/>
          <w:color w:val="000000" w:themeColor="text1"/>
          <w:lang w:val="uk-UA"/>
        </w:rPr>
        <w:t>»,</w:t>
      </w:r>
      <w:r w:rsidRPr="0000612E">
        <w:rPr>
          <w:rFonts w:cs="Times New Roman"/>
          <w:color w:val="000000" w:themeColor="text1"/>
          <w:lang w:val="uk-UA"/>
        </w:rPr>
        <w:t xml:space="preserve"> </w:t>
      </w:r>
      <w:r w:rsidR="009D21BD" w:rsidRPr="00B7305F">
        <w:rPr>
          <w:rFonts w:cs="Times New Roman"/>
          <w:color w:val="000000" w:themeColor="text1"/>
          <w:lang w:val="uk-UA"/>
        </w:rPr>
        <w:t>де</w:t>
      </w:r>
      <w:r w:rsidRPr="00B7305F">
        <w:rPr>
          <w:rFonts w:cs="Times New Roman"/>
          <w:color w:val="000000" w:themeColor="text1"/>
          <w:lang w:val="uk-UA"/>
        </w:rPr>
        <w:t xml:space="preserve"> </w:t>
      </w:r>
      <w:r w:rsidR="009D21BD" w:rsidRPr="00B7305F">
        <w:rPr>
          <w:rFonts w:cs="Times New Roman"/>
          <w:color w:val="000000" w:themeColor="text1"/>
          <w:lang w:val="uk-UA"/>
        </w:rPr>
        <w:t>актор</w:t>
      </w:r>
      <w:r w:rsidRPr="00B7305F">
        <w:rPr>
          <w:rFonts w:cs="Times New Roman"/>
          <w:color w:val="000000" w:themeColor="text1"/>
          <w:lang w:val="uk-UA"/>
        </w:rPr>
        <w:t xml:space="preserve"> </w:t>
      </w:r>
      <w:r w:rsidR="009D21BD" w:rsidRPr="00B7305F">
        <w:rPr>
          <w:rFonts w:cs="Times New Roman"/>
          <w:color w:val="000000" w:themeColor="text1"/>
          <w:lang w:val="uk-UA"/>
        </w:rPr>
        <w:t>взаємодіє</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технологічним</w:t>
      </w:r>
      <w:r w:rsidRPr="00B7305F">
        <w:rPr>
          <w:rFonts w:cs="Times New Roman"/>
          <w:color w:val="000000" w:themeColor="text1"/>
          <w:lang w:val="uk-UA"/>
        </w:rPr>
        <w:t xml:space="preserve"> </w:t>
      </w:r>
      <w:r w:rsidR="009D21BD" w:rsidRPr="00B7305F">
        <w:rPr>
          <w:rFonts w:cs="Times New Roman"/>
          <w:color w:val="000000" w:themeColor="text1"/>
          <w:lang w:val="uk-UA"/>
        </w:rPr>
        <w:t>середовищем,</w:t>
      </w:r>
      <w:r w:rsidRPr="00B7305F">
        <w:rPr>
          <w:rFonts w:cs="Times New Roman"/>
          <w:color w:val="000000" w:themeColor="text1"/>
          <w:lang w:val="uk-UA"/>
        </w:rPr>
        <w:t xml:space="preserve"> </w:t>
      </w:r>
      <w:r w:rsidR="009D21BD" w:rsidRPr="00B7305F">
        <w:rPr>
          <w:rFonts w:cs="Times New Roman"/>
          <w:color w:val="000000" w:themeColor="text1"/>
          <w:lang w:val="uk-UA"/>
        </w:rPr>
        <w:t>залишаючись</w:t>
      </w:r>
      <w:r w:rsidRPr="00B7305F">
        <w:rPr>
          <w:rFonts w:cs="Times New Roman"/>
          <w:color w:val="000000" w:themeColor="text1"/>
          <w:lang w:val="uk-UA"/>
        </w:rPr>
        <w:t xml:space="preserve"> </w:t>
      </w:r>
      <w:r w:rsidR="009D21BD" w:rsidRPr="00B7305F">
        <w:rPr>
          <w:rFonts w:cs="Times New Roman"/>
          <w:color w:val="000000" w:themeColor="text1"/>
          <w:lang w:val="uk-UA"/>
        </w:rPr>
        <w:t>носієм</w:t>
      </w:r>
      <w:r w:rsidRPr="00B7305F">
        <w:rPr>
          <w:rFonts w:cs="Times New Roman"/>
          <w:color w:val="000000" w:themeColor="text1"/>
          <w:lang w:val="uk-UA"/>
        </w:rPr>
        <w:t xml:space="preserve"> </w:t>
      </w:r>
      <w:r w:rsidR="009D21BD" w:rsidRPr="00B7305F">
        <w:rPr>
          <w:rFonts w:cs="Times New Roman"/>
          <w:color w:val="000000" w:themeColor="text1"/>
          <w:lang w:val="uk-UA"/>
        </w:rPr>
        <w:t>живої</w:t>
      </w:r>
      <w:r w:rsidRPr="00B7305F">
        <w:rPr>
          <w:rFonts w:cs="Times New Roman"/>
          <w:color w:val="000000" w:themeColor="text1"/>
          <w:lang w:val="uk-UA"/>
        </w:rPr>
        <w:t xml:space="preserve"> </w:t>
      </w:r>
      <w:r w:rsidR="009D21BD" w:rsidRPr="00B7305F">
        <w:rPr>
          <w:rFonts w:cs="Times New Roman"/>
          <w:color w:val="000000" w:themeColor="text1"/>
          <w:lang w:val="uk-UA"/>
        </w:rPr>
        <w:t>енергії.</w:t>
      </w:r>
      <w:r w:rsidRPr="00B7305F">
        <w:rPr>
          <w:rFonts w:cs="Times New Roman"/>
          <w:color w:val="000000" w:themeColor="text1"/>
          <w:lang w:val="uk-UA"/>
        </w:rPr>
        <w:t xml:space="preserve"> </w:t>
      </w:r>
      <w:r w:rsidR="009D21BD" w:rsidRPr="00B7305F">
        <w:rPr>
          <w:rFonts w:cs="Times New Roman"/>
          <w:color w:val="000000" w:themeColor="text1"/>
          <w:lang w:val="uk-UA"/>
        </w:rPr>
        <w:t>Водночас</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повертається</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своїх</w:t>
      </w:r>
      <w:r w:rsidRPr="00B7305F">
        <w:rPr>
          <w:rFonts w:cs="Times New Roman"/>
          <w:color w:val="000000" w:themeColor="text1"/>
          <w:lang w:val="uk-UA"/>
        </w:rPr>
        <w:t xml:space="preserve"> </w:t>
      </w:r>
      <w:r w:rsidR="009D21BD" w:rsidRPr="00B7305F">
        <w:rPr>
          <w:rFonts w:cs="Times New Roman"/>
          <w:color w:val="000000" w:themeColor="text1"/>
          <w:lang w:val="uk-UA"/>
        </w:rPr>
        <w:t>витоків</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мінімалізму,</w:t>
      </w:r>
      <w:r w:rsidRPr="00B7305F">
        <w:rPr>
          <w:rFonts w:cs="Times New Roman"/>
          <w:color w:val="000000" w:themeColor="text1"/>
          <w:lang w:val="uk-UA"/>
        </w:rPr>
        <w:t xml:space="preserve"> </w:t>
      </w:r>
      <w:r w:rsidR="009D21BD" w:rsidRPr="00B7305F">
        <w:rPr>
          <w:rFonts w:cs="Times New Roman"/>
          <w:color w:val="000000" w:themeColor="text1"/>
          <w:lang w:val="uk-UA"/>
        </w:rPr>
        <w:t>тілесності,</w:t>
      </w:r>
      <w:r w:rsidRPr="00B7305F">
        <w:rPr>
          <w:rFonts w:cs="Times New Roman"/>
          <w:color w:val="000000" w:themeColor="text1"/>
          <w:lang w:val="uk-UA"/>
        </w:rPr>
        <w:t xml:space="preserve"> </w:t>
      </w:r>
      <w:r w:rsidR="009D21BD" w:rsidRPr="00B7305F">
        <w:rPr>
          <w:rFonts w:cs="Times New Roman"/>
          <w:color w:val="000000" w:themeColor="text1"/>
          <w:lang w:val="uk-UA"/>
        </w:rPr>
        <w:t>автентичності,</w:t>
      </w:r>
      <w:r w:rsidRPr="00B7305F">
        <w:rPr>
          <w:rFonts w:cs="Times New Roman"/>
          <w:color w:val="000000" w:themeColor="text1"/>
          <w:lang w:val="uk-UA"/>
        </w:rPr>
        <w:t xml:space="preserve"> </w:t>
      </w:r>
      <w:r w:rsidR="009D21BD" w:rsidRPr="00B7305F">
        <w:rPr>
          <w:rFonts w:cs="Times New Roman"/>
          <w:color w:val="000000" w:themeColor="text1"/>
          <w:lang w:val="uk-UA"/>
        </w:rPr>
        <w:t>які</w:t>
      </w:r>
      <w:r w:rsidRPr="00B7305F">
        <w:rPr>
          <w:rFonts w:cs="Times New Roman"/>
          <w:color w:val="000000" w:themeColor="text1"/>
          <w:lang w:val="uk-UA"/>
        </w:rPr>
        <w:t xml:space="preserve"> </w:t>
      </w:r>
      <w:r w:rsidR="009D21BD" w:rsidRPr="00B7305F">
        <w:rPr>
          <w:rFonts w:cs="Times New Roman"/>
          <w:color w:val="000000" w:themeColor="text1"/>
          <w:lang w:val="uk-UA"/>
        </w:rPr>
        <w:t>дозволяють</w:t>
      </w:r>
      <w:r w:rsidRPr="00B7305F">
        <w:rPr>
          <w:rFonts w:cs="Times New Roman"/>
          <w:color w:val="000000" w:themeColor="text1"/>
          <w:lang w:val="uk-UA"/>
        </w:rPr>
        <w:t xml:space="preserve"> </w:t>
      </w:r>
      <w:r w:rsidR="009D21BD" w:rsidRPr="00B7305F">
        <w:rPr>
          <w:rFonts w:cs="Times New Roman"/>
          <w:color w:val="000000" w:themeColor="text1"/>
          <w:lang w:val="uk-UA"/>
        </w:rPr>
        <w:t>глядачеві</w:t>
      </w:r>
      <w:r w:rsidRPr="00B7305F">
        <w:rPr>
          <w:rFonts w:cs="Times New Roman"/>
          <w:color w:val="000000" w:themeColor="text1"/>
          <w:lang w:val="uk-UA"/>
        </w:rPr>
        <w:t xml:space="preserve"> </w:t>
      </w:r>
      <w:r w:rsidR="009D21BD" w:rsidRPr="00B7305F">
        <w:rPr>
          <w:rFonts w:cs="Times New Roman"/>
          <w:color w:val="000000" w:themeColor="text1"/>
          <w:lang w:val="uk-UA"/>
        </w:rPr>
        <w:t>відчути</w:t>
      </w:r>
      <w:r w:rsidRPr="00B7305F">
        <w:rPr>
          <w:rFonts w:cs="Times New Roman"/>
          <w:color w:val="000000" w:themeColor="text1"/>
          <w:lang w:val="uk-UA"/>
        </w:rPr>
        <w:t xml:space="preserve"> </w:t>
      </w:r>
      <w:r w:rsidR="009D21BD" w:rsidRPr="00B7305F">
        <w:rPr>
          <w:rFonts w:cs="Times New Roman"/>
          <w:color w:val="000000" w:themeColor="text1"/>
          <w:lang w:val="uk-UA"/>
        </w:rPr>
        <w:t>справжню</w:t>
      </w:r>
      <w:r w:rsidRPr="00B7305F">
        <w:rPr>
          <w:rFonts w:cs="Times New Roman"/>
          <w:color w:val="000000" w:themeColor="text1"/>
          <w:lang w:val="uk-UA"/>
        </w:rPr>
        <w:t xml:space="preserve"> </w:t>
      </w:r>
      <w:r w:rsidR="009D21BD" w:rsidRPr="00B7305F">
        <w:rPr>
          <w:rFonts w:cs="Times New Roman"/>
          <w:color w:val="000000" w:themeColor="text1"/>
          <w:lang w:val="uk-UA"/>
        </w:rPr>
        <w:t>присутність</w:t>
      </w:r>
      <w:r w:rsidRPr="00B7305F">
        <w:rPr>
          <w:rFonts w:cs="Times New Roman"/>
          <w:color w:val="000000" w:themeColor="text1"/>
          <w:lang w:val="uk-UA"/>
        </w:rPr>
        <w:t xml:space="preserve"> </w:t>
      </w:r>
      <w:r w:rsidR="009D21BD" w:rsidRPr="00B7305F">
        <w:rPr>
          <w:rFonts w:cs="Times New Roman"/>
          <w:color w:val="000000" w:themeColor="text1"/>
          <w:lang w:val="uk-UA"/>
        </w:rPr>
        <w:t>митця.</w:t>
      </w:r>
    </w:p>
    <w:p w14:paraId="7CED489F" w14:textId="21E9EAC6"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українських</w:t>
      </w:r>
      <w:r w:rsidRPr="00B7305F">
        <w:rPr>
          <w:rFonts w:cs="Times New Roman"/>
          <w:color w:val="000000" w:themeColor="text1"/>
          <w:lang w:val="uk-UA"/>
        </w:rPr>
        <w:t xml:space="preserve"> </w:t>
      </w:r>
      <w:r w:rsidR="009D21BD" w:rsidRPr="00B7305F">
        <w:rPr>
          <w:rFonts w:cs="Times New Roman"/>
          <w:color w:val="000000" w:themeColor="text1"/>
          <w:lang w:val="uk-UA"/>
        </w:rPr>
        <w:t>театрах</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спостерігається</w:t>
      </w:r>
      <w:r w:rsidRPr="00B7305F">
        <w:rPr>
          <w:rFonts w:cs="Times New Roman"/>
          <w:color w:val="000000" w:themeColor="text1"/>
          <w:lang w:val="uk-UA"/>
        </w:rPr>
        <w:t xml:space="preserve"> </w:t>
      </w:r>
      <w:r w:rsidR="009D21BD" w:rsidRPr="00B7305F">
        <w:rPr>
          <w:rFonts w:cs="Times New Roman"/>
          <w:color w:val="000000" w:themeColor="text1"/>
          <w:lang w:val="uk-UA"/>
        </w:rPr>
        <w:t>тенденція</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синтезу</w:t>
      </w:r>
      <w:r w:rsidRPr="00B7305F">
        <w:rPr>
          <w:rFonts w:cs="Times New Roman"/>
          <w:color w:val="000000" w:themeColor="text1"/>
          <w:lang w:val="uk-UA"/>
        </w:rPr>
        <w:t xml:space="preserve"> </w:t>
      </w:r>
      <w:r w:rsidR="009D21BD" w:rsidRPr="00B7305F">
        <w:rPr>
          <w:rFonts w:cs="Times New Roman"/>
          <w:color w:val="000000" w:themeColor="text1"/>
          <w:lang w:val="uk-UA"/>
        </w:rPr>
        <w:t>сценічної</w:t>
      </w:r>
      <w:r w:rsidRPr="00B7305F">
        <w:rPr>
          <w:rFonts w:cs="Times New Roman"/>
          <w:color w:val="000000" w:themeColor="text1"/>
          <w:lang w:val="uk-UA"/>
        </w:rPr>
        <w:t xml:space="preserve"> </w:t>
      </w:r>
      <w:r w:rsidR="009D21BD" w:rsidRPr="00B7305F">
        <w:rPr>
          <w:rFonts w:cs="Times New Roman"/>
          <w:color w:val="000000" w:themeColor="text1"/>
          <w:lang w:val="uk-UA"/>
        </w:rPr>
        <w:t>та</w:t>
      </w:r>
      <w:r w:rsidRPr="00B7305F">
        <w:rPr>
          <w:rFonts w:cs="Times New Roman"/>
          <w:color w:val="000000" w:themeColor="text1"/>
          <w:lang w:val="uk-UA"/>
        </w:rPr>
        <w:t xml:space="preserve"> </w:t>
      </w:r>
      <w:r w:rsidR="009D21BD" w:rsidRPr="00B7305F">
        <w:rPr>
          <w:rFonts w:cs="Times New Roman"/>
          <w:color w:val="000000" w:themeColor="text1"/>
          <w:lang w:val="uk-UA"/>
        </w:rPr>
        <w:t>екранної</w:t>
      </w:r>
      <w:r w:rsidRPr="00B7305F">
        <w:rPr>
          <w:rFonts w:cs="Times New Roman"/>
          <w:color w:val="000000" w:themeColor="text1"/>
          <w:lang w:val="uk-UA"/>
        </w:rPr>
        <w:t xml:space="preserve"> </w:t>
      </w:r>
      <w:r w:rsidR="009D21BD" w:rsidRPr="00B7305F">
        <w:rPr>
          <w:rFonts w:cs="Times New Roman"/>
          <w:color w:val="000000" w:themeColor="text1"/>
          <w:lang w:val="uk-UA"/>
        </w:rPr>
        <w:t>техніки.</w:t>
      </w:r>
      <w:r w:rsidRPr="00B7305F">
        <w:rPr>
          <w:rFonts w:cs="Times New Roman"/>
          <w:color w:val="000000" w:themeColor="text1"/>
          <w:lang w:val="uk-UA"/>
        </w:rPr>
        <w:t xml:space="preserve"> </w:t>
      </w:r>
      <w:r w:rsidR="009D21BD" w:rsidRPr="00B7305F">
        <w:rPr>
          <w:rFonts w:cs="Times New Roman"/>
          <w:color w:val="000000" w:themeColor="text1"/>
          <w:lang w:val="uk-UA"/>
        </w:rPr>
        <w:t>Молоді</w:t>
      </w:r>
      <w:r w:rsidRPr="00B7305F">
        <w:rPr>
          <w:rFonts w:cs="Times New Roman"/>
          <w:color w:val="000000" w:themeColor="text1"/>
          <w:lang w:val="uk-UA"/>
        </w:rPr>
        <w:t xml:space="preserve"> </w:t>
      </w:r>
      <w:r w:rsidR="009D21BD" w:rsidRPr="00B7305F">
        <w:rPr>
          <w:rFonts w:cs="Times New Roman"/>
          <w:color w:val="000000" w:themeColor="text1"/>
          <w:lang w:val="uk-UA"/>
        </w:rPr>
        <w:t>актори</w:t>
      </w:r>
      <w:r w:rsidRPr="00B7305F">
        <w:rPr>
          <w:rFonts w:cs="Times New Roman"/>
          <w:color w:val="000000" w:themeColor="text1"/>
          <w:lang w:val="uk-UA"/>
        </w:rPr>
        <w:t xml:space="preserve"> </w:t>
      </w:r>
      <w:r w:rsidR="009D21BD" w:rsidRPr="00B7305F">
        <w:rPr>
          <w:rFonts w:cs="Times New Roman"/>
          <w:color w:val="000000" w:themeColor="text1"/>
          <w:lang w:val="uk-UA"/>
        </w:rPr>
        <w:t>опановують</w:t>
      </w:r>
      <w:r w:rsidRPr="00B7305F">
        <w:rPr>
          <w:rFonts w:cs="Times New Roman"/>
          <w:color w:val="000000" w:themeColor="text1"/>
          <w:lang w:val="uk-UA"/>
        </w:rPr>
        <w:t xml:space="preserve"> </w:t>
      </w:r>
      <w:r w:rsidR="009D21BD" w:rsidRPr="00B7305F">
        <w:rPr>
          <w:rFonts w:cs="Times New Roman"/>
          <w:color w:val="000000" w:themeColor="text1"/>
          <w:lang w:val="uk-UA"/>
        </w:rPr>
        <w:t>обидві</w:t>
      </w:r>
      <w:r w:rsidRPr="00B7305F">
        <w:rPr>
          <w:rFonts w:cs="Times New Roman"/>
          <w:color w:val="000000" w:themeColor="text1"/>
          <w:lang w:val="uk-UA"/>
        </w:rPr>
        <w:t xml:space="preserve"> </w:t>
      </w:r>
      <w:r w:rsidR="009D21BD" w:rsidRPr="00B7305F">
        <w:rPr>
          <w:rFonts w:cs="Times New Roman"/>
          <w:color w:val="000000" w:themeColor="text1"/>
          <w:lang w:val="uk-UA"/>
        </w:rPr>
        <w:t>форми</w:t>
      </w:r>
      <w:r w:rsidRPr="00B7305F">
        <w:rPr>
          <w:rFonts w:cs="Times New Roman"/>
          <w:color w:val="000000" w:themeColor="text1"/>
          <w:lang w:val="uk-UA"/>
        </w:rPr>
        <w:t xml:space="preserve"> </w:t>
      </w:r>
      <w:r w:rsidR="009D21BD" w:rsidRPr="00B7305F">
        <w:rPr>
          <w:rFonts w:cs="Times New Roman"/>
          <w:color w:val="000000" w:themeColor="text1"/>
          <w:lang w:val="uk-UA"/>
        </w:rPr>
        <w:t>одночасно,</w:t>
      </w:r>
      <w:r w:rsidRPr="00B7305F">
        <w:rPr>
          <w:rFonts w:cs="Times New Roman"/>
          <w:color w:val="000000" w:themeColor="text1"/>
          <w:lang w:val="uk-UA"/>
        </w:rPr>
        <w:t xml:space="preserve"> </w:t>
      </w:r>
      <w:r w:rsidR="009D21BD" w:rsidRPr="00B7305F">
        <w:rPr>
          <w:rFonts w:cs="Times New Roman"/>
          <w:color w:val="000000" w:themeColor="text1"/>
          <w:lang w:val="uk-UA"/>
        </w:rPr>
        <w:t>що</w:t>
      </w:r>
      <w:r w:rsidRPr="00B7305F">
        <w:rPr>
          <w:rFonts w:cs="Times New Roman"/>
          <w:color w:val="000000" w:themeColor="text1"/>
          <w:lang w:val="uk-UA"/>
        </w:rPr>
        <w:t xml:space="preserve"> </w:t>
      </w:r>
      <w:r w:rsidR="009D21BD" w:rsidRPr="00B7305F">
        <w:rPr>
          <w:rFonts w:cs="Times New Roman"/>
          <w:color w:val="000000" w:themeColor="text1"/>
          <w:lang w:val="uk-UA"/>
        </w:rPr>
        <w:t>створює</w:t>
      </w:r>
      <w:r w:rsidRPr="00B7305F">
        <w:rPr>
          <w:rFonts w:cs="Times New Roman"/>
          <w:color w:val="000000" w:themeColor="text1"/>
          <w:lang w:val="uk-UA"/>
        </w:rPr>
        <w:t xml:space="preserve"> </w:t>
      </w:r>
      <w:r w:rsidR="009D21BD" w:rsidRPr="00B7305F">
        <w:rPr>
          <w:rFonts w:cs="Times New Roman"/>
          <w:color w:val="000000" w:themeColor="text1"/>
          <w:lang w:val="uk-UA"/>
        </w:rPr>
        <w:t>нову</w:t>
      </w:r>
      <w:r w:rsidRPr="00B7305F">
        <w:rPr>
          <w:rFonts w:cs="Times New Roman"/>
          <w:color w:val="000000" w:themeColor="text1"/>
          <w:lang w:val="uk-UA"/>
        </w:rPr>
        <w:t xml:space="preserve"> </w:t>
      </w:r>
      <w:r w:rsidR="009D21BD" w:rsidRPr="00B7305F">
        <w:rPr>
          <w:rFonts w:cs="Times New Roman"/>
          <w:color w:val="000000" w:themeColor="text1"/>
          <w:lang w:val="uk-UA"/>
        </w:rPr>
        <w:t>генерацію</w:t>
      </w:r>
      <w:r w:rsidRPr="00B7305F">
        <w:rPr>
          <w:rFonts w:cs="Times New Roman"/>
          <w:color w:val="000000" w:themeColor="text1"/>
          <w:lang w:val="uk-UA"/>
        </w:rPr>
        <w:t xml:space="preserve"> </w:t>
      </w:r>
      <w:r w:rsidR="009D21BD" w:rsidRPr="00B7305F">
        <w:rPr>
          <w:rFonts w:cs="Times New Roman"/>
          <w:color w:val="000000" w:themeColor="text1"/>
          <w:lang w:val="uk-UA"/>
        </w:rPr>
        <w:t>універсальних</w:t>
      </w:r>
      <w:r w:rsidRPr="00B7305F">
        <w:rPr>
          <w:rFonts w:cs="Times New Roman"/>
          <w:color w:val="000000" w:themeColor="text1"/>
          <w:lang w:val="uk-UA"/>
        </w:rPr>
        <w:t xml:space="preserve"> </w:t>
      </w:r>
      <w:r w:rsidR="009D21BD" w:rsidRPr="00B7305F">
        <w:rPr>
          <w:rFonts w:cs="Times New Roman"/>
          <w:color w:val="000000" w:themeColor="text1"/>
          <w:lang w:val="uk-UA"/>
        </w:rPr>
        <w:t>виконавців.</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цьому</w:t>
      </w:r>
      <w:r w:rsidRPr="00B7305F">
        <w:rPr>
          <w:rFonts w:cs="Times New Roman"/>
          <w:color w:val="000000" w:themeColor="text1"/>
          <w:lang w:val="uk-UA"/>
        </w:rPr>
        <w:t xml:space="preserve"> </w:t>
      </w:r>
      <w:r w:rsidR="009D21BD" w:rsidRPr="00B7305F">
        <w:rPr>
          <w:rFonts w:cs="Times New Roman"/>
          <w:color w:val="000000" w:themeColor="text1"/>
          <w:lang w:val="uk-UA"/>
        </w:rPr>
        <w:t>полягає</w:t>
      </w:r>
      <w:r w:rsidRPr="00B7305F">
        <w:rPr>
          <w:rFonts w:cs="Times New Roman"/>
          <w:color w:val="000000" w:themeColor="text1"/>
          <w:lang w:val="uk-UA"/>
        </w:rPr>
        <w:t xml:space="preserve"> </w:t>
      </w:r>
      <w:r w:rsidR="009D21BD" w:rsidRPr="00B7305F">
        <w:rPr>
          <w:rFonts w:cs="Times New Roman"/>
          <w:color w:val="000000" w:themeColor="text1"/>
          <w:lang w:val="uk-UA"/>
        </w:rPr>
        <w:t>перспектива</w:t>
      </w:r>
      <w:r w:rsidRPr="00B7305F">
        <w:rPr>
          <w:rFonts w:cs="Times New Roman"/>
          <w:color w:val="000000" w:themeColor="text1"/>
          <w:lang w:val="uk-UA"/>
        </w:rPr>
        <w:t xml:space="preserve"> </w:t>
      </w:r>
      <w:r w:rsidR="009D21BD" w:rsidRPr="00B7305F">
        <w:rPr>
          <w:rFonts w:cs="Times New Roman"/>
          <w:color w:val="000000" w:themeColor="text1"/>
          <w:lang w:val="uk-UA"/>
        </w:rPr>
        <w:t>розвитку</w:t>
      </w:r>
      <w:r w:rsidRPr="00B7305F">
        <w:rPr>
          <w:rFonts w:cs="Times New Roman"/>
          <w:color w:val="000000" w:themeColor="text1"/>
          <w:lang w:val="uk-UA"/>
        </w:rPr>
        <w:t xml:space="preserve"> </w:t>
      </w:r>
      <w:r w:rsidR="009D21BD" w:rsidRPr="00B7305F">
        <w:rPr>
          <w:rFonts w:cs="Times New Roman"/>
          <w:color w:val="000000" w:themeColor="text1"/>
          <w:lang w:val="uk-UA"/>
        </w:rPr>
        <w:t>сучасного</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акторського</w:t>
      </w:r>
      <w:r w:rsidRPr="00B7305F">
        <w:rPr>
          <w:rFonts w:cs="Times New Roman"/>
          <w:color w:val="000000" w:themeColor="text1"/>
          <w:lang w:val="uk-UA"/>
        </w:rPr>
        <w:t xml:space="preserve"> </w:t>
      </w:r>
      <w:r w:rsidR="009D21BD" w:rsidRPr="00B7305F">
        <w:rPr>
          <w:rFonts w:cs="Times New Roman"/>
          <w:color w:val="000000" w:themeColor="text1"/>
          <w:lang w:val="uk-UA"/>
        </w:rPr>
        <w:t>мистецтва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у</w:t>
      </w:r>
      <w:r w:rsidRPr="00B7305F">
        <w:rPr>
          <w:rFonts w:cs="Times New Roman"/>
          <w:color w:val="000000" w:themeColor="text1"/>
          <w:lang w:val="uk-UA"/>
        </w:rPr>
        <w:t xml:space="preserve"> </w:t>
      </w:r>
      <w:r w:rsidR="009D21BD" w:rsidRPr="00B7305F">
        <w:rPr>
          <w:rFonts w:cs="Times New Roman"/>
          <w:color w:val="000000" w:themeColor="text1"/>
          <w:lang w:val="uk-UA"/>
        </w:rPr>
        <w:t>поєднанні</w:t>
      </w:r>
      <w:r w:rsidRPr="00B7305F">
        <w:rPr>
          <w:rFonts w:cs="Times New Roman"/>
          <w:color w:val="000000" w:themeColor="text1"/>
          <w:lang w:val="uk-UA"/>
        </w:rPr>
        <w:t xml:space="preserve"> </w:t>
      </w:r>
      <w:r w:rsidR="009D21BD" w:rsidRPr="00B7305F">
        <w:rPr>
          <w:rFonts w:cs="Times New Roman"/>
          <w:color w:val="000000" w:themeColor="text1"/>
          <w:lang w:val="uk-UA"/>
        </w:rPr>
        <w:t>духовної</w:t>
      </w:r>
      <w:r w:rsidRPr="00B7305F">
        <w:rPr>
          <w:rFonts w:cs="Times New Roman"/>
          <w:color w:val="000000" w:themeColor="text1"/>
          <w:lang w:val="uk-UA"/>
        </w:rPr>
        <w:t xml:space="preserve"> </w:t>
      </w:r>
      <w:r w:rsidR="009D21BD" w:rsidRPr="00B7305F">
        <w:rPr>
          <w:rFonts w:cs="Times New Roman"/>
          <w:color w:val="000000" w:themeColor="text1"/>
          <w:lang w:val="uk-UA"/>
        </w:rPr>
        <w:t>глибини</w:t>
      </w:r>
      <w:r w:rsidRPr="00B7305F">
        <w:rPr>
          <w:rFonts w:cs="Times New Roman"/>
          <w:color w:val="000000" w:themeColor="text1"/>
          <w:lang w:val="uk-UA"/>
        </w:rPr>
        <w:t xml:space="preserve"> </w:t>
      </w:r>
      <w:r w:rsidR="009D21BD" w:rsidRPr="00B7305F">
        <w:rPr>
          <w:rFonts w:cs="Times New Roman"/>
          <w:color w:val="000000" w:themeColor="text1"/>
          <w:lang w:val="uk-UA"/>
        </w:rPr>
        <w:t>театру</w:t>
      </w:r>
      <w:r w:rsidRPr="00B7305F">
        <w:rPr>
          <w:rFonts w:cs="Times New Roman"/>
          <w:color w:val="000000" w:themeColor="text1"/>
          <w:lang w:val="uk-UA"/>
        </w:rPr>
        <w:t xml:space="preserve"> </w:t>
      </w:r>
      <w:r w:rsidR="009D21BD" w:rsidRPr="00B7305F">
        <w:rPr>
          <w:rFonts w:cs="Times New Roman"/>
          <w:color w:val="000000" w:themeColor="text1"/>
          <w:lang w:val="uk-UA"/>
        </w:rPr>
        <w:t>з</w:t>
      </w:r>
      <w:r w:rsidRPr="00B7305F">
        <w:rPr>
          <w:rFonts w:cs="Times New Roman"/>
          <w:color w:val="000000" w:themeColor="text1"/>
          <w:lang w:val="uk-UA"/>
        </w:rPr>
        <w:t xml:space="preserve"> </w:t>
      </w:r>
      <w:r w:rsidR="009D21BD" w:rsidRPr="00B7305F">
        <w:rPr>
          <w:rFonts w:cs="Times New Roman"/>
          <w:color w:val="000000" w:themeColor="text1"/>
          <w:lang w:val="uk-UA"/>
        </w:rPr>
        <w:t>технологічною</w:t>
      </w:r>
      <w:r w:rsidRPr="00B7305F">
        <w:rPr>
          <w:rFonts w:cs="Times New Roman"/>
          <w:color w:val="000000" w:themeColor="text1"/>
          <w:lang w:val="uk-UA"/>
        </w:rPr>
        <w:t xml:space="preserve"> </w:t>
      </w:r>
      <w:r w:rsidR="009D21BD" w:rsidRPr="00B7305F">
        <w:rPr>
          <w:rFonts w:cs="Times New Roman"/>
          <w:color w:val="000000" w:themeColor="text1"/>
          <w:lang w:val="uk-UA"/>
        </w:rPr>
        <w:t>мобільністю</w:t>
      </w:r>
      <w:r w:rsidRPr="00B7305F">
        <w:rPr>
          <w:rFonts w:cs="Times New Roman"/>
          <w:color w:val="000000" w:themeColor="text1"/>
          <w:lang w:val="uk-UA"/>
        </w:rPr>
        <w:t xml:space="preserve"> </w:t>
      </w:r>
      <w:r w:rsidR="009D21BD" w:rsidRPr="00B7305F">
        <w:rPr>
          <w:rFonts w:cs="Times New Roman"/>
          <w:color w:val="000000" w:themeColor="text1"/>
          <w:lang w:val="uk-UA"/>
        </w:rPr>
        <w:t>кіно.</w:t>
      </w:r>
    </w:p>
    <w:p w14:paraId="2CC192D4" w14:textId="0D15A987"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9D21BD" w:rsidRPr="00B7305F">
        <w:rPr>
          <w:rFonts w:cs="Times New Roman"/>
          <w:color w:val="000000" w:themeColor="text1"/>
          <w:lang w:val="uk-UA"/>
        </w:rPr>
        <w:t>Розвиток</w:t>
      </w:r>
      <w:r w:rsidRPr="00B7305F">
        <w:rPr>
          <w:rFonts w:cs="Times New Roman"/>
          <w:color w:val="000000" w:themeColor="text1"/>
          <w:lang w:val="uk-UA"/>
        </w:rPr>
        <w:t xml:space="preserve"> </w:t>
      </w:r>
      <w:r w:rsidR="009D21BD" w:rsidRPr="00B7305F">
        <w:rPr>
          <w:rFonts w:cs="Times New Roman"/>
          <w:color w:val="000000" w:themeColor="text1"/>
          <w:lang w:val="uk-UA"/>
        </w:rPr>
        <w:t>акторської</w:t>
      </w:r>
      <w:r w:rsidRPr="00B7305F">
        <w:rPr>
          <w:rFonts w:cs="Times New Roman"/>
          <w:color w:val="000000" w:themeColor="text1"/>
          <w:lang w:val="uk-UA"/>
        </w:rPr>
        <w:t xml:space="preserve"> </w:t>
      </w:r>
      <w:r w:rsidR="009D21BD" w:rsidRPr="00B7305F">
        <w:rPr>
          <w:rFonts w:cs="Times New Roman"/>
          <w:color w:val="000000" w:themeColor="text1"/>
          <w:lang w:val="uk-UA"/>
        </w:rPr>
        <w:t>техніки</w:t>
      </w:r>
      <w:r w:rsidRPr="00B7305F">
        <w:rPr>
          <w:rFonts w:cs="Times New Roman"/>
          <w:color w:val="000000" w:themeColor="text1"/>
          <w:lang w:val="uk-UA"/>
        </w:rPr>
        <w:t xml:space="preserve"> </w:t>
      </w:r>
      <w:r w:rsidR="009D21BD" w:rsidRPr="00B7305F">
        <w:rPr>
          <w:rFonts w:cs="Times New Roman"/>
          <w:color w:val="000000" w:themeColor="text1"/>
          <w:lang w:val="uk-UA"/>
        </w:rPr>
        <w:t>від</w:t>
      </w:r>
      <w:r w:rsidRPr="00B7305F">
        <w:rPr>
          <w:rFonts w:cs="Times New Roman"/>
          <w:color w:val="000000" w:themeColor="text1"/>
          <w:lang w:val="uk-UA"/>
        </w:rPr>
        <w:t xml:space="preserve"> </w:t>
      </w:r>
      <w:r w:rsidR="009D21BD" w:rsidRPr="00B7305F">
        <w:rPr>
          <w:rFonts w:cs="Times New Roman"/>
          <w:color w:val="000000" w:themeColor="text1"/>
          <w:lang w:val="uk-UA"/>
        </w:rPr>
        <w:t>сцени</w:t>
      </w:r>
      <w:r w:rsidRPr="00B7305F">
        <w:rPr>
          <w:rFonts w:cs="Times New Roman"/>
          <w:color w:val="000000" w:themeColor="text1"/>
          <w:lang w:val="uk-UA"/>
        </w:rPr>
        <w:t xml:space="preserve"> </w:t>
      </w:r>
      <w:r w:rsidR="009D21BD" w:rsidRPr="00B7305F">
        <w:rPr>
          <w:rFonts w:cs="Times New Roman"/>
          <w:color w:val="000000" w:themeColor="text1"/>
          <w:lang w:val="uk-UA"/>
        </w:rPr>
        <w:t>до</w:t>
      </w:r>
      <w:r w:rsidRPr="00B7305F">
        <w:rPr>
          <w:rFonts w:cs="Times New Roman"/>
          <w:color w:val="000000" w:themeColor="text1"/>
          <w:lang w:val="uk-UA"/>
        </w:rPr>
        <w:t xml:space="preserve"> </w:t>
      </w:r>
      <w:r w:rsidR="009D21BD" w:rsidRPr="00B7305F">
        <w:rPr>
          <w:rFonts w:cs="Times New Roman"/>
          <w:color w:val="000000" w:themeColor="text1"/>
          <w:lang w:val="uk-UA"/>
        </w:rPr>
        <w:t>екрана</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це</w:t>
      </w:r>
      <w:r w:rsidRPr="00B7305F">
        <w:rPr>
          <w:rFonts w:cs="Times New Roman"/>
          <w:color w:val="000000" w:themeColor="text1"/>
          <w:lang w:val="uk-UA"/>
        </w:rPr>
        <w:t xml:space="preserve"> </w:t>
      </w:r>
      <w:r w:rsidR="009D21BD" w:rsidRPr="00B7305F">
        <w:rPr>
          <w:rFonts w:cs="Times New Roman"/>
          <w:color w:val="000000" w:themeColor="text1"/>
          <w:lang w:val="uk-UA"/>
        </w:rPr>
        <w:t>процес</w:t>
      </w:r>
      <w:r w:rsidRPr="00B7305F">
        <w:rPr>
          <w:rFonts w:cs="Times New Roman"/>
          <w:color w:val="000000" w:themeColor="text1"/>
          <w:lang w:val="uk-UA"/>
        </w:rPr>
        <w:t xml:space="preserve"> </w:t>
      </w:r>
      <w:r w:rsidR="009D21BD" w:rsidRPr="00B7305F">
        <w:rPr>
          <w:rFonts w:cs="Times New Roman"/>
          <w:color w:val="000000" w:themeColor="text1"/>
          <w:lang w:val="uk-UA"/>
        </w:rPr>
        <w:t>безперервного</w:t>
      </w:r>
      <w:r w:rsidRPr="00B7305F">
        <w:rPr>
          <w:rFonts w:cs="Times New Roman"/>
          <w:color w:val="000000" w:themeColor="text1"/>
          <w:lang w:val="uk-UA"/>
        </w:rPr>
        <w:t xml:space="preserve"> </w:t>
      </w:r>
      <w:r w:rsidR="009D21BD" w:rsidRPr="00B7305F">
        <w:rPr>
          <w:rFonts w:cs="Times New Roman"/>
          <w:color w:val="000000" w:themeColor="text1"/>
          <w:lang w:val="uk-UA"/>
        </w:rPr>
        <w:t>вдосконалення</w:t>
      </w:r>
      <w:r w:rsidRPr="00B7305F">
        <w:rPr>
          <w:rFonts w:cs="Times New Roman"/>
          <w:color w:val="000000" w:themeColor="text1"/>
          <w:lang w:val="uk-UA"/>
        </w:rPr>
        <w:t xml:space="preserve"> </w:t>
      </w:r>
      <w:r w:rsidR="009D21BD" w:rsidRPr="00B7305F">
        <w:rPr>
          <w:rFonts w:cs="Times New Roman"/>
          <w:color w:val="000000" w:themeColor="text1"/>
          <w:lang w:val="uk-UA"/>
        </w:rPr>
        <w:t>засобів</w:t>
      </w:r>
      <w:r w:rsidRPr="00B7305F">
        <w:rPr>
          <w:rFonts w:cs="Times New Roman"/>
          <w:color w:val="000000" w:themeColor="text1"/>
          <w:lang w:val="uk-UA"/>
        </w:rPr>
        <w:t xml:space="preserve"> </w:t>
      </w:r>
      <w:r w:rsidR="009D21BD" w:rsidRPr="00B7305F">
        <w:rPr>
          <w:rFonts w:cs="Times New Roman"/>
          <w:color w:val="000000" w:themeColor="text1"/>
          <w:lang w:val="uk-UA"/>
        </w:rPr>
        <w:t>художнього</w:t>
      </w:r>
      <w:r w:rsidRPr="00B7305F">
        <w:rPr>
          <w:rFonts w:cs="Times New Roman"/>
          <w:color w:val="000000" w:themeColor="text1"/>
          <w:lang w:val="uk-UA"/>
        </w:rPr>
        <w:t xml:space="preserve"> </w:t>
      </w:r>
      <w:r w:rsidR="009D21BD" w:rsidRPr="00B7305F">
        <w:rPr>
          <w:rFonts w:cs="Times New Roman"/>
          <w:color w:val="000000" w:themeColor="text1"/>
          <w:lang w:val="uk-UA"/>
        </w:rPr>
        <w:t>вираження.</w:t>
      </w:r>
      <w:r w:rsidRPr="00B7305F">
        <w:rPr>
          <w:rFonts w:cs="Times New Roman"/>
          <w:color w:val="000000" w:themeColor="text1"/>
          <w:lang w:val="uk-UA"/>
        </w:rPr>
        <w:t xml:space="preserve"> </w:t>
      </w:r>
      <w:r w:rsidR="009D21BD" w:rsidRPr="00B7305F">
        <w:rPr>
          <w:rFonts w:cs="Times New Roman"/>
          <w:color w:val="000000" w:themeColor="text1"/>
          <w:lang w:val="uk-UA"/>
        </w:rPr>
        <w:t>Кожен</w:t>
      </w:r>
      <w:r w:rsidRPr="00B7305F">
        <w:rPr>
          <w:rFonts w:cs="Times New Roman"/>
          <w:color w:val="000000" w:themeColor="text1"/>
          <w:lang w:val="uk-UA"/>
        </w:rPr>
        <w:t xml:space="preserve"> </w:t>
      </w:r>
      <w:r w:rsidR="009D21BD" w:rsidRPr="00B7305F">
        <w:rPr>
          <w:rFonts w:cs="Times New Roman"/>
          <w:color w:val="000000" w:themeColor="text1"/>
          <w:lang w:val="uk-UA"/>
        </w:rPr>
        <w:t>етап</w:t>
      </w:r>
      <w:r w:rsidRPr="00B7305F">
        <w:rPr>
          <w:rFonts w:cs="Times New Roman"/>
          <w:color w:val="000000" w:themeColor="text1"/>
          <w:lang w:val="uk-UA"/>
        </w:rPr>
        <w:t xml:space="preserve"> </w:t>
      </w:r>
      <w:r w:rsidR="009D21BD" w:rsidRPr="00B7305F">
        <w:rPr>
          <w:rFonts w:cs="Times New Roman"/>
          <w:color w:val="000000" w:themeColor="text1"/>
          <w:lang w:val="uk-UA"/>
        </w:rPr>
        <w:t>історії</w:t>
      </w:r>
      <w:r w:rsidRPr="00B7305F">
        <w:rPr>
          <w:rFonts w:cs="Times New Roman"/>
          <w:color w:val="000000" w:themeColor="text1"/>
          <w:lang w:val="uk-UA"/>
        </w:rPr>
        <w:t xml:space="preserve"> </w:t>
      </w:r>
      <w:r w:rsidR="009D21BD" w:rsidRPr="00B7305F">
        <w:rPr>
          <w:rFonts w:cs="Times New Roman"/>
          <w:color w:val="000000" w:themeColor="text1"/>
          <w:lang w:val="uk-UA"/>
        </w:rPr>
        <w:t>додає</w:t>
      </w:r>
      <w:r w:rsidRPr="00B7305F">
        <w:rPr>
          <w:rFonts w:cs="Times New Roman"/>
          <w:color w:val="000000" w:themeColor="text1"/>
          <w:lang w:val="uk-UA"/>
        </w:rPr>
        <w:t xml:space="preserve"> </w:t>
      </w:r>
      <w:r w:rsidR="009D21BD" w:rsidRPr="00B7305F">
        <w:rPr>
          <w:rFonts w:cs="Times New Roman"/>
          <w:color w:val="000000" w:themeColor="text1"/>
          <w:lang w:val="uk-UA"/>
        </w:rPr>
        <w:t>нові</w:t>
      </w:r>
      <w:r w:rsidRPr="00B7305F">
        <w:rPr>
          <w:rFonts w:cs="Times New Roman"/>
          <w:color w:val="000000" w:themeColor="text1"/>
          <w:lang w:val="uk-UA"/>
        </w:rPr>
        <w:t xml:space="preserve"> </w:t>
      </w:r>
      <w:r w:rsidR="009D21BD" w:rsidRPr="00B7305F">
        <w:rPr>
          <w:rFonts w:cs="Times New Roman"/>
          <w:color w:val="000000" w:themeColor="text1"/>
          <w:lang w:val="uk-UA"/>
        </w:rPr>
        <w:t>інструменти,</w:t>
      </w:r>
      <w:r w:rsidRPr="00B7305F">
        <w:rPr>
          <w:rFonts w:cs="Times New Roman"/>
          <w:color w:val="000000" w:themeColor="text1"/>
          <w:lang w:val="uk-UA"/>
        </w:rPr>
        <w:t xml:space="preserve"> </w:t>
      </w:r>
      <w:r w:rsidR="009D21BD" w:rsidRPr="00B7305F">
        <w:rPr>
          <w:rFonts w:cs="Times New Roman"/>
          <w:color w:val="000000" w:themeColor="text1"/>
          <w:lang w:val="uk-UA"/>
        </w:rPr>
        <w:t>але</w:t>
      </w:r>
      <w:r w:rsidRPr="00B7305F">
        <w:rPr>
          <w:rFonts w:cs="Times New Roman"/>
          <w:color w:val="000000" w:themeColor="text1"/>
          <w:lang w:val="uk-UA"/>
        </w:rPr>
        <w:t xml:space="preserve"> </w:t>
      </w:r>
      <w:r w:rsidR="009D21BD" w:rsidRPr="00B7305F">
        <w:rPr>
          <w:rFonts w:cs="Times New Roman"/>
          <w:color w:val="000000" w:themeColor="text1"/>
          <w:lang w:val="uk-UA"/>
        </w:rPr>
        <w:t>незмінним</w:t>
      </w:r>
      <w:r w:rsidRPr="00B7305F">
        <w:rPr>
          <w:rFonts w:cs="Times New Roman"/>
          <w:color w:val="000000" w:themeColor="text1"/>
          <w:lang w:val="uk-UA"/>
        </w:rPr>
        <w:t xml:space="preserve"> </w:t>
      </w:r>
      <w:r w:rsidR="009D21BD" w:rsidRPr="00B7305F">
        <w:rPr>
          <w:rFonts w:cs="Times New Roman"/>
          <w:color w:val="000000" w:themeColor="text1"/>
          <w:lang w:val="uk-UA"/>
        </w:rPr>
        <w:t>залишається</w:t>
      </w:r>
      <w:r w:rsidRPr="00B7305F">
        <w:rPr>
          <w:rFonts w:cs="Times New Roman"/>
          <w:color w:val="000000" w:themeColor="text1"/>
          <w:lang w:val="uk-UA"/>
        </w:rPr>
        <w:t xml:space="preserve"> </w:t>
      </w:r>
      <w:r w:rsidR="009D21BD" w:rsidRPr="00B7305F">
        <w:rPr>
          <w:rFonts w:cs="Times New Roman"/>
          <w:color w:val="000000" w:themeColor="text1"/>
          <w:lang w:val="uk-UA"/>
        </w:rPr>
        <w:t>головне</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пошук</w:t>
      </w:r>
      <w:r w:rsidRPr="00B7305F">
        <w:rPr>
          <w:rFonts w:cs="Times New Roman"/>
          <w:color w:val="000000" w:themeColor="text1"/>
          <w:lang w:val="uk-UA"/>
        </w:rPr>
        <w:t xml:space="preserve"> </w:t>
      </w:r>
      <w:r w:rsidR="009D21BD" w:rsidRPr="00B7305F">
        <w:rPr>
          <w:rFonts w:cs="Times New Roman"/>
          <w:color w:val="000000" w:themeColor="text1"/>
          <w:lang w:val="uk-UA"/>
        </w:rPr>
        <w:t>правди</w:t>
      </w:r>
      <w:r w:rsidRPr="00B7305F">
        <w:rPr>
          <w:rFonts w:cs="Times New Roman"/>
          <w:color w:val="000000" w:themeColor="text1"/>
          <w:lang w:val="uk-UA"/>
        </w:rPr>
        <w:t xml:space="preserve"> </w:t>
      </w:r>
      <w:r w:rsidR="009D21BD" w:rsidRPr="00B7305F">
        <w:rPr>
          <w:rFonts w:cs="Times New Roman"/>
          <w:color w:val="000000" w:themeColor="text1"/>
          <w:lang w:val="uk-UA"/>
        </w:rPr>
        <w:t>людського</w:t>
      </w:r>
      <w:r w:rsidRPr="00B7305F">
        <w:rPr>
          <w:rFonts w:cs="Times New Roman"/>
          <w:color w:val="000000" w:themeColor="text1"/>
          <w:lang w:val="uk-UA"/>
        </w:rPr>
        <w:t xml:space="preserve"> </w:t>
      </w:r>
      <w:r w:rsidR="009D21BD" w:rsidRPr="00B7305F">
        <w:rPr>
          <w:rFonts w:cs="Times New Roman"/>
          <w:color w:val="000000" w:themeColor="text1"/>
          <w:lang w:val="uk-UA"/>
        </w:rPr>
        <w:t>переживання.</w:t>
      </w:r>
      <w:r w:rsidRPr="00B7305F">
        <w:rPr>
          <w:rFonts w:cs="Times New Roman"/>
          <w:color w:val="000000" w:themeColor="text1"/>
          <w:lang w:val="uk-UA"/>
        </w:rPr>
        <w:t xml:space="preserve"> </w:t>
      </w:r>
      <w:r w:rsidR="009D21BD" w:rsidRPr="00B7305F">
        <w:rPr>
          <w:rFonts w:cs="Times New Roman"/>
          <w:color w:val="000000" w:themeColor="text1"/>
          <w:lang w:val="uk-UA"/>
        </w:rPr>
        <w:t>Театр</w:t>
      </w:r>
      <w:r w:rsidRPr="00B7305F">
        <w:rPr>
          <w:rFonts w:cs="Times New Roman"/>
          <w:color w:val="000000" w:themeColor="text1"/>
          <w:lang w:val="uk-UA"/>
        </w:rPr>
        <w:t xml:space="preserve"> </w:t>
      </w:r>
      <w:r w:rsidR="009D21BD" w:rsidRPr="00B7305F">
        <w:rPr>
          <w:rFonts w:cs="Times New Roman"/>
          <w:color w:val="000000" w:themeColor="text1"/>
          <w:lang w:val="uk-UA"/>
        </w:rPr>
        <w:t>дав</w:t>
      </w:r>
      <w:r w:rsidRPr="00B7305F">
        <w:rPr>
          <w:rFonts w:cs="Times New Roman"/>
          <w:color w:val="000000" w:themeColor="text1"/>
          <w:lang w:val="uk-UA"/>
        </w:rPr>
        <w:t xml:space="preserve"> </w:t>
      </w:r>
      <w:r w:rsidR="009D21BD" w:rsidRPr="00B7305F">
        <w:rPr>
          <w:rFonts w:cs="Times New Roman"/>
          <w:color w:val="000000" w:themeColor="text1"/>
          <w:lang w:val="uk-UA"/>
        </w:rPr>
        <w:t>акторові</w:t>
      </w:r>
      <w:r w:rsidRPr="00B7305F">
        <w:rPr>
          <w:rFonts w:cs="Times New Roman"/>
          <w:color w:val="000000" w:themeColor="text1"/>
          <w:lang w:val="uk-UA"/>
        </w:rPr>
        <w:t xml:space="preserve"> </w:t>
      </w:r>
      <w:r w:rsidR="009D21BD" w:rsidRPr="00B7305F">
        <w:rPr>
          <w:rFonts w:cs="Times New Roman"/>
          <w:color w:val="000000" w:themeColor="text1"/>
          <w:lang w:val="uk-UA"/>
        </w:rPr>
        <w:t>основу</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дисципліну,</w:t>
      </w:r>
      <w:r w:rsidRPr="00B7305F">
        <w:rPr>
          <w:rFonts w:cs="Times New Roman"/>
          <w:color w:val="000000" w:themeColor="text1"/>
          <w:lang w:val="uk-UA"/>
        </w:rPr>
        <w:t xml:space="preserve"> </w:t>
      </w:r>
      <w:r w:rsidR="009D21BD" w:rsidRPr="00B7305F">
        <w:rPr>
          <w:rFonts w:cs="Times New Roman"/>
          <w:color w:val="000000" w:themeColor="text1"/>
          <w:lang w:val="uk-UA"/>
        </w:rPr>
        <w:t>енергію,</w:t>
      </w:r>
      <w:r w:rsidRPr="00B7305F">
        <w:rPr>
          <w:rFonts w:cs="Times New Roman"/>
          <w:color w:val="000000" w:themeColor="text1"/>
          <w:lang w:val="uk-UA"/>
        </w:rPr>
        <w:t xml:space="preserve"> </w:t>
      </w:r>
      <w:r w:rsidR="009D21BD" w:rsidRPr="00B7305F">
        <w:rPr>
          <w:rFonts w:cs="Times New Roman"/>
          <w:color w:val="000000" w:themeColor="text1"/>
          <w:lang w:val="uk-UA"/>
        </w:rPr>
        <w:t>ритм,</w:t>
      </w:r>
      <w:r w:rsidRPr="00B7305F">
        <w:rPr>
          <w:rFonts w:cs="Times New Roman"/>
          <w:color w:val="000000" w:themeColor="text1"/>
          <w:lang w:val="uk-UA"/>
        </w:rPr>
        <w:t xml:space="preserve"> </w:t>
      </w:r>
      <w:r w:rsidR="009D21BD" w:rsidRPr="00B7305F">
        <w:rPr>
          <w:rFonts w:cs="Times New Roman"/>
          <w:color w:val="000000" w:themeColor="text1"/>
          <w:lang w:val="uk-UA"/>
        </w:rPr>
        <w:t>а</w:t>
      </w:r>
      <w:r w:rsidRPr="00B7305F">
        <w:rPr>
          <w:rFonts w:cs="Times New Roman"/>
          <w:color w:val="000000" w:themeColor="text1"/>
          <w:lang w:val="uk-UA"/>
        </w:rPr>
        <w:t xml:space="preserve"> </w:t>
      </w:r>
      <w:r w:rsidR="009D21BD" w:rsidRPr="00B7305F">
        <w:rPr>
          <w:rFonts w:cs="Times New Roman"/>
          <w:color w:val="000000" w:themeColor="text1"/>
          <w:lang w:val="uk-UA"/>
        </w:rPr>
        <w:t>кіно</w:t>
      </w:r>
      <w:r w:rsidRPr="00B7305F">
        <w:rPr>
          <w:rFonts w:cs="Times New Roman"/>
          <w:color w:val="000000" w:themeColor="text1"/>
          <w:lang w:val="uk-UA"/>
        </w:rPr>
        <w:t xml:space="preserve"> </w:t>
      </w:r>
      <w:r w:rsidR="009D21BD" w:rsidRPr="00B7305F">
        <w:rPr>
          <w:rFonts w:cs="Times New Roman"/>
          <w:color w:val="000000" w:themeColor="text1"/>
          <w:lang w:val="uk-UA"/>
        </w:rPr>
        <w:t>навчило</w:t>
      </w:r>
      <w:r w:rsidRPr="00B7305F">
        <w:rPr>
          <w:rFonts w:cs="Times New Roman"/>
          <w:color w:val="000000" w:themeColor="text1"/>
          <w:lang w:val="uk-UA"/>
        </w:rPr>
        <w:t xml:space="preserve"> </w:t>
      </w:r>
      <w:r w:rsidR="009D21BD" w:rsidRPr="00B7305F">
        <w:rPr>
          <w:rFonts w:cs="Times New Roman"/>
          <w:color w:val="000000" w:themeColor="text1"/>
          <w:lang w:val="uk-UA"/>
        </w:rPr>
        <w:t>його</w:t>
      </w:r>
      <w:r w:rsidRPr="00B7305F">
        <w:rPr>
          <w:rFonts w:cs="Times New Roman"/>
          <w:color w:val="000000" w:themeColor="text1"/>
          <w:lang w:val="uk-UA"/>
        </w:rPr>
        <w:t xml:space="preserve"> </w:t>
      </w:r>
      <w:r w:rsidR="009D21BD" w:rsidRPr="00B7305F">
        <w:rPr>
          <w:rFonts w:cs="Times New Roman"/>
          <w:color w:val="000000" w:themeColor="text1"/>
          <w:lang w:val="uk-UA"/>
        </w:rPr>
        <w:t>точності,</w:t>
      </w:r>
      <w:r w:rsidRPr="00B7305F">
        <w:rPr>
          <w:rFonts w:cs="Times New Roman"/>
          <w:color w:val="000000" w:themeColor="text1"/>
          <w:lang w:val="uk-UA"/>
        </w:rPr>
        <w:t xml:space="preserve"> </w:t>
      </w:r>
      <w:r w:rsidR="009D21BD" w:rsidRPr="00B7305F">
        <w:rPr>
          <w:rFonts w:cs="Times New Roman"/>
          <w:color w:val="000000" w:themeColor="text1"/>
          <w:lang w:val="uk-UA"/>
        </w:rPr>
        <w:t>лаконічності</w:t>
      </w:r>
      <w:r w:rsidRPr="00B7305F">
        <w:rPr>
          <w:rFonts w:cs="Times New Roman"/>
          <w:color w:val="000000" w:themeColor="text1"/>
          <w:lang w:val="uk-UA"/>
        </w:rPr>
        <w:t xml:space="preserve"> </w:t>
      </w:r>
      <w:r w:rsidR="009D21BD" w:rsidRPr="00B7305F">
        <w:rPr>
          <w:rFonts w:cs="Times New Roman"/>
          <w:color w:val="000000" w:themeColor="text1"/>
          <w:lang w:val="uk-UA"/>
        </w:rPr>
        <w:t>та</w:t>
      </w:r>
      <w:r w:rsidRPr="00B7305F">
        <w:rPr>
          <w:rFonts w:cs="Times New Roman"/>
          <w:color w:val="000000" w:themeColor="text1"/>
          <w:lang w:val="uk-UA"/>
        </w:rPr>
        <w:t xml:space="preserve"> </w:t>
      </w:r>
      <w:r w:rsidR="009D21BD" w:rsidRPr="00B7305F">
        <w:rPr>
          <w:rFonts w:cs="Times New Roman"/>
          <w:color w:val="000000" w:themeColor="text1"/>
          <w:lang w:val="uk-UA"/>
        </w:rPr>
        <w:t>внутрішньої</w:t>
      </w:r>
      <w:r w:rsidRPr="00B7305F">
        <w:rPr>
          <w:rFonts w:cs="Times New Roman"/>
          <w:color w:val="000000" w:themeColor="text1"/>
          <w:lang w:val="uk-UA"/>
        </w:rPr>
        <w:t xml:space="preserve"> </w:t>
      </w:r>
      <w:r w:rsidR="009D21BD" w:rsidRPr="00B7305F">
        <w:rPr>
          <w:rFonts w:cs="Times New Roman"/>
          <w:color w:val="000000" w:themeColor="text1"/>
          <w:lang w:val="uk-UA"/>
        </w:rPr>
        <w:t>правди.</w:t>
      </w:r>
      <w:r w:rsidRPr="00B7305F">
        <w:rPr>
          <w:rFonts w:cs="Times New Roman"/>
          <w:color w:val="000000" w:themeColor="text1"/>
          <w:lang w:val="uk-UA"/>
        </w:rPr>
        <w:t xml:space="preserve"> </w:t>
      </w:r>
      <w:r w:rsidR="009D21BD" w:rsidRPr="00B7305F">
        <w:rPr>
          <w:rFonts w:cs="Times New Roman"/>
          <w:color w:val="000000" w:themeColor="text1"/>
          <w:lang w:val="uk-UA"/>
        </w:rPr>
        <w:t>Саме</w:t>
      </w:r>
      <w:r w:rsidRPr="00B7305F">
        <w:rPr>
          <w:rFonts w:cs="Times New Roman"/>
          <w:color w:val="000000" w:themeColor="text1"/>
          <w:lang w:val="uk-UA"/>
        </w:rPr>
        <w:t xml:space="preserve"> </w:t>
      </w:r>
      <w:r w:rsidR="009D21BD" w:rsidRPr="00B7305F">
        <w:rPr>
          <w:rFonts w:cs="Times New Roman"/>
          <w:color w:val="000000" w:themeColor="text1"/>
          <w:lang w:val="uk-UA"/>
        </w:rPr>
        <w:t>в</w:t>
      </w:r>
      <w:r w:rsidRPr="00B7305F">
        <w:rPr>
          <w:rFonts w:cs="Times New Roman"/>
          <w:color w:val="000000" w:themeColor="text1"/>
          <w:lang w:val="uk-UA"/>
        </w:rPr>
        <w:t xml:space="preserve"> </w:t>
      </w:r>
      <w:r w:rsidR="009D21BD" w:rsidRPr="00B7305F">
        <w:rPr>
          <w:rFonts w:cs="Times New Roman"/>
          <w:color w:val="000000" w:themeColor="text1"/>
          <w:lang w:val="uk-UA"/>
        </w:rPr>
        <w:t>гармонійному</w:t>
      </w:r>
      <w:r w:rsidRPr="00B7305F">
        <w:rPr>
          <w:rFonts w:cs="Times New Roman"/>
          <w:color w:val="000000" w:themeColor="text1"/>
          <w:lang w:val="uk-UA"/>
        </w:rPr>
        <w:t xml:space="preserve"> </w:t>
      </w:r>
      <w:r w:rsidR="009D21BD" w:rsidRPr="00B7305F">
        <w:rPr>
          <w:rFonts w:cs="Times New Roman"/>
          <w:color w:val="000000" w:themeColor="text1"/>
          <w:lang w:val="uk-UA"/>
        </w:rPr>
        <w:t>поєднанні</w:t>
      </w:r>
      <w:r w:rsidRPr="00B7305F">
        <w:rPr>
          <w:rFonts w:cs="Times New Roman"/>
          <w:color w:val="000000" w:themeColor="text1"/>
          <w:lang w:val="uk-UA"/>
        </w:rPr>
        <w:t xml:space="preserve"> </w:t>
      </w:r>
      <w:r w:rsidR="009D21BD" w:rsidRPr="00B7305F">
        <w:rPr>
          <w:rFonts w:cs="Times New Roman"/>
          <w:color w:val="000000" w:themeColor="text1"/>
          <w:lang w:val="uk-UA"/>
        </w:rPr>
        <w:t>цих</w:t>
      </w:r>
      <w:r w:rsidRPr="00B7305F">
        <w:rPr>
          <w:rFonts w:cs="Times New Roman"/>
          <w:color w:val="000000" w:themeColor="text1"/>
          <w:lang w:val="uk-UA"/>
        </w:rPr>
        <w:t xml:space="preserve"> </w:t>
      </w:r>
      <w:r w:rsidR="009D21BD" w:rsidRPr="00B7305F">
        <w:rPr>
          <w:rFonts w:cs="Times New Roman"/>
          <w:color w:val="000000" w:themeColor="text1"/>
          <w:lang w:val="uk-UA"/>
        </w:rPr>
        <w:t>двох</w:t>
      </w:r>
      <w:r w:rsidRPr="00B7305F">
        <w:rPr>
          <w:rFonts w:cs="Times New Roman"/>
          <w:color w:val="000000" w:themeColor="text1"/>
          <w:lang w:val="uk-UA"/>
        </w:rPr>
        <w:t xml:space="preserve"> </w:t>
      </w:r>
      <w:r w:rsidR="009D21BD" w:rsidRPr="00B7305F">
        <w:rPr>
          <w:rFonts w:cs="Times New Roman"/>
          <w:color w:val="000000" w:themeColor="text1"/>
          <w:lang w:val="uk-UA"/>
        </w:rPr>
        <w:t>начал</w:t>
      </w:r>
      <w:r w:rsidRPr="00B7305F">
        <w:rPr>
          <w:rFonts w:cs="Times New Roman"/>
          <w:color w:val="000000" w:themeColor="text1"/>
          <w:lang w:val="uk-UA"/>
        </w:rPr>
        <w:t xml:space="preserve"> </w:t>
      </w:r>
      <w:r w:rsidR="009D21BD" w:rsidRPr="00B7305F">
        <w:rPr>
          <w:rFonts w:cs="Times New Roman"/>
          <w:color w:val="000000" w:themeColor="text1"/>
          <w:lang w:val="uk-UA"/>
        </w:rPr>
        <w:t>народжується</w:t>
      </w:r>
      <w:r w:rsidRPr="00B7305F">
        <w:rPr>
          <w:rFonts w:cs="Times New Roman"/>
          <w:color w:val="000000" w:themeColor="text1"/>
          <w:lang w:val="uk-UA"/>
        </w:rPr>
        <w:t xml:space="preserve"> </w:t>
      </w:r>
      <w:r w:rsidR="009D21BD" w:rsidRPr="00B7305F">
        <w:rPr>
          <w:rFonts w:cs="Times New Roman"/>
          <w:color w:val="000000" w:themeColor="text1"/>
          <w:lang w:val="uk-UA"/>
        </w:rPr>
        <w:t>новий</w:t>
      </w:r>
      <w:r w:rsidRPr="00B7305F">
        <w:rPr>
          <w:rFonts w:cs="Times New Roman"/>
          <w:color w:val="000000" w:themeColor="text1"/>
          <w:lang w:val="uk-UA"/>
        </w:rPr>
        <w:t xml:space="preserve"> </w:t>
      </w:r>
      <w:r w:rsidR="009D21BD" w:rsidRPr="00B7305F">
        <w:rPr>
          <w:rFonts w:cs="Times New Roman"/>
          <w:color w:val="000000" w:themeColor="text1"/>
          <w:lang w:val="uk-UA"/>
        </w:rPr>
        <w:t>тип</w:t>
      </w:r>
      <w:r w:rsidRPr="00B7305F">
        <w:rPr>
          <w:rFonts w:cs="Times New Roman"/>
          <w:color w:val="000000" w:themeColor="text1"/>
          <w:lang w:val="uk-UA"/>
        </w:rPr>
        <w:t xml:space="preserve"> </w:t>
      </w:r>
      <w:r w:rsidR="009D21BD" w:rsidRPr="00B7305F">
        <w:rPr>
          <w:rFonts w:cs="Times New Roman"/>
          <w:color w:val="000000" w:themeColor="text1"/>
          <w:lang w:val="uk-UA"/>
        </w:rPr>
        <w:t>актора</w:t>
      </w:r>
      <w:r w:rsidRPr="00B7305F">
        <w:rPr>
          <w:rFonts w:cs="Times New Roman"/>
          <w:color w:val="000000" w:themeColor="text1"/>
          <w:lang w:val="uk-UA"/>
        </w:rPr>
        <w:t xml:space="preserve"> </w:t>
      </w:r>
      <w:r w:rsidR="009D21BD" w:rsidRPr="00B7305F">
        <w:rPr>
          <w:rFonts w:cs="Times New Roman"/>
          <w:color w:val="000000" w:themeColor="text1"/>
          <w:lang w:val="uk-UA"/>
        </w:rPr>
        <w:t>XXI</w:t>
      </w:r>
      <w:r w:rsidRPr="00B7305F">
        <w:rPr>
          <w:rFonts w:cs="Times New Roman"/>
          <w:color w:val="000000" w:themeColor="text1"/>
          <w:lang w:val="uk-UA"/>
        </w:rPr>
        <w:t xml:space="preserve"> </w:t>
      </w:r>
      <w:r w:rsidR="009D21BD" w:rsidRPr="00B7305F">
        <w:rPr>
          <w:rFonts w:cs="Times New Roman"/>
          <w:color w:val="000000" w:themeColor="text1"/>
          <w:lang w:val="uk-UA"/>
        </w:rPr>
        <w:t>століття</w:t>
      </w:r>
      <w:r w:rsidRPr="00B7305F">
        <w:rPr>
          <w:rFonts w:cs="Times New Roman"/>
          <w:color w:val="000000" w:themeColor="text1"/>
          <w:lang w:val="uk-UA"/>
        </w:rPr>
        <w:t xml:space="preserve"> </w:t>
      </w:r>
      <w:r w:rsidR="009D21BD" w:rsidRPr="00B7305F">
        <w:rPr>
          <w:rFonts w:cs="Times New Roman"/>
          <w:color w:val="000000" w:themeColor="text1"/>
          <w:lang w:val="uk-UA"/>
        </w:rPr>
        <w:t>—</w:t>
      </w:r>
      <w:r w:rsidRPr="00B7305F">
        <w:rPr>
          <w:rFonts w:cs="Times New Roman"/>
          <w:color w:val="000000" w:themeColor="text1"/>
          <w:lang w:val="uk-UA"/>
        </w:rPr>
        <w:t xml:space="preserve"> </w:t>
      </w:r>
      <w:r w:rsidR="009D21BD" w:rsidRPr="00B7305F">
        <w:rPr>
          <w:rFonts w:cs="Times New Roman"/>
          <w:color w:val="000000" w:themeColor="text1"/>
          <w:lang w:val="uk-UA"/>
        </w:rPr>
        <w:t>митця,</w:t>
      </w:r>
      <w:r w:rsidRPr="00B7305F">
        <w:rPr>
          <w:rFonts w:cs="Times New Roman"/>
          <w:color w:val="000000" w:themeColor="text1"/>
          <w:lang w:val="uk-UA"/>
        </w:rPr>
        <w:t xml:space="preserve"> </w:t>
      </w:r>
      <w:r w:rsidR="009D21BD" w:rsidRPr="00B7305F">
        <w:rPr>
          <w:rFonts w:cs="Times New Roman"/>
          <w:color w:val="000000" w:themeColor="text1"/>
          <w:lang w:val="uk-UA"/>
        </w:rPr>
        <w:t>здатного</w:t>
      </w:r>
      <w:r w:rsidRPr="00B7305F">
        <w:rPr>
          <w:rFonts w:cs="Times New Roman"/>
          <w:color w:val="000000" w:themeColor="text1"/>
          <w:lang w:val="uk-UA"/>
        </w:rPr>
        <w:t xml:space="preserve"> </w:t>
      </w:r>
      <w:r w:rsidR="009D21BD" w:rsidRPr="00B7305F">
        <w:rPr>
          <w:rFonts w:cs="Times New Roman"/>
          <w:color w:val="000000" w:themeColor="text1"/>
          <w:lang w:val="uk-UA"/>
        </w:rPr>
        <w:t>однаково</w:t>
      </w:r>
      <w:r w:rsidRPr="00B7305F">
        <w:rPr>
          <w:rFonts w:cs="Times New Roman"/>
          <w:color w:val="000000" w:themeColor="text1"/>
          <w:lang w:val="uk-UA"/>
        </w:rPr>
        <w:t xml:space="preserve"> </w:t>
      </w:r>
      <w:r w:rsidR="009D21BD" w:rsidRPr="00B7305F">
        <w:rPr>
          <w:rFonts w:cs="Times New Roman"/>
          <w:color w:val="000000" w:themeColor="text1"/>
          <w:lang w:val="uk-UA"/>
        </w:rPr>
        <w:t>глибоко</w:t>
      </w:r>
      <w:r w:rsidRPr="00B7305F">
        <w:rPr>
          <w:rFonts w:cs="Times New Roman"/>
          <w:color w:val="000000" w:themeColor="text1"/>
          <w:lang w:val="uk-UA"/>
        </w:rPr>
        <w:t xml:space="preserve"> </w:t>
      </w:r>
      <w:r w:rsidR="009D21BD" w:rsidRPr="00B7305F">
        <w:rPr>
          <w:rFonts w:cs="Times New Roman"/>
          <w:color w:val="000000" w:themeColor="text1"/>
          <w:lang w:val="uk-UA"/>
        </w:rPr>
        <w:t>існувати</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на</w:t>
      </w:r>
      <w:r w:rsidRPr="00B7305F">
        <w:rPr>
          <w:rFonts w:cs="Times New Roman"/>
          <w:color w:val="000000" w:themeColor="text1"/>
          <w:lang w:val="uk-UA"/>
        </w:rPr>
        <w:t xml:space="preserve"> </w:t>
      </w:r>
      <w:r w:rsidR="009D21BD" w:rsidRPr="00B7305F">
        <w:rPr>
          <w:rFonts w:cs="Times New Roman"/>
          <w:color w:val="000000" w:themeColor="text1"/>
          <w:lang w:val="uk-UA"/>
        </w:rPr>
        <w:t>сцені,</w:t>
      </w:r>
      <w:r w:rsidRPr="00B7305F">
        <w:rPr>
          <w:rFonts w:cs="Times New Roman"/>
          <w:color w:val="000000" w:themeColor="text1"/>
          <w:lang w:val="uk-UA"/>
        </w:rPr>
        <w:t xml:space="preserve"> </w:t>
      </w:r>
      <w:r w:rsidR="009D21BD" w:rsidRPr="00B7305F">
        <w:rPr>
          <w:rFonts w:cs="Times New Roman"/>
          <w:color w:val="000000" w:themeColor="text1"/>
          <w:lang w:val="uk-UA"/>
        </w:rPr>
        <w:t>і</w:t>
      </w:r>
      <w:r w:rsidRPr="00B7305F">
        <w:rPr>
          <w:rFonts w:cs="Times New Roman"/>
          <w:color w:val="000000" w:themeColor="text1"/>
          <w:lang w:val="uk-UA"/>
        </w:rPr>
        <w:t xml:space="preserve"> </w:t>
      </w:r>
      <w:r w:rsidR="009D21BD" w:rsidRPr="00B7305F">
        <w:rPr>
          <w:rFonts w:cs="Times New Roman"/>
          <w:color w:val="000000" w:themeColor="text1"/>
          <w:lang w:val="uk-UA"/>
        </w:rPr>
        <w:t>перед</w:t>
      </w:r>
      <w:r w:rsidRPr="00B7305F">
        <w:rPr>
          <w:rFonts w:cs="Times New Roman"/>
          <w:color w:val="000000" w:themeColor="text1"/>
          <w:lang w:val="uk-UA"/>
        </w:rPr>
        <w:t xml:space="preserve"> </w:t>
      </w:r>
      <w:r w:rsidR="009D21BD" w:rsidRPr="00B7305F">
        <w:rPr>
          <w:rFonts w:cs="Times New Roman"/>
          <w:color w:val="000000" w:themeColor="text1"/>
          <w:lang w:val="uk-UA"/>
        </w:rPr>
        <w:t>камерою.</w:t>
      </w:r>
    </w:p>
    <w:p w14:paraId="37D430C9" w14:textId="752CC6CE" w:rsidR="00692654" w:rsidRPr="00B7305F" w:rsidRDefault="00516DF2" w:rsidP="00051784">
      <w:pPr>
        <w:pStyle w:val="ae"/>
        <w:numPr>
          <w:ilvl w:val="1"/>
          <w:numId w:val="12"/>
        </w:numPr>
        <w:spacing w:after="0"/>
        <w:ind w:firstLine="709"/>
        <w:jc w:val="both"/>
        <w:rPr>
          <w:rFonts w:cs="Times New Roman"/>
          <w:b/>
          <w:bCs/>
          <w:color w:val="000000" w:themeColor="text1"/>
          <w:lang w:val="uk-UA"/>
        </w:rPr>
      </w:pPr>
      <w:r w:rsidRPr="00B7305F">
        <w:rPr>
          <w:rFonts w:cs="Times New Roman"/>
          <w:color w:val="000000" w:themeColor="text1"/>
          <w:lang w:val="uk-UA"/>
        </w:rPr>
        <w:br w:type="page"/>
      </w:r>
      <w:r w:rsidRPr="00B7305F">
        <w:rPr>
          <w:rFonts w:cs="Times New Roman"/>
          <w:b/>
          <w:bCs/>
          <w:color w:val="000000" w:themeColor="text1"/>
          <w:lang w:val="uk-UA"/>
        </w:rPr>
        <w:lastRenderedPageBreak/>
        <w:t>Теоретичні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підходи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аналізу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синтезу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сценічних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кінематографічних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форм</w:t>
      </w:r>
    </w:p>
    <w:p w14:paraId="32888925" w14:textId="77777777" w:rsidR="0088316A" w:rsidRPr="00B7305F" w:rsidRDefault="0088316A" w:rsidP="00051784">
      <w:pPr>
        <w:pStyle w:val="ae"/>
        <w:spacing w:after="0"/>
        <w:ind w:firstLine="709"/>
        <w:jc w:val="both"/>
        <w:rPr>
          <w:rFonts w:cs="Times New Roman"/>
          <w:color w:val="000000" w:themeColor="text1"/>
          <w:lang w:val="uk-UA"/>
        </w:rPr>
      </w:pPr>
    </w:p>
    <w:p w14:paraId="6337CB59" w14:textId="4C093F0A"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Проблема</w:t>
      </w:r>
      <w:r w:rsidRPr="00B7305F">
        <w:rPr>
          <w:color w:val="000000" w:themeColor="text1"/>
          <w:lang w:val="uk-UA"/>
        </w:rPr>
        <w:t xml:space="preserve"> </w:t>
      </w:r>
      <w:r w:rsidR="00E3536F" w:rsidRPr="00B7305F">
        <w:rPr>
          <w:color w:val="000000" w:themeColor="text1"/>
          <w:lang w:val="uk-UA"/>
        </w:rPr>
        <w:t>синтезу</w:t>
      </w:r>
      <w:r w:rsidRPr="00B7305F">
        <w:rPr>
          <w:color w:val="000000" w:themeColor="text1"/>
          <w:lang w:val="uk-UA"/>
        </w:rPr>
        <w:t xml:space="preserve"> </w:t>
      </w:r>
      <w:r w:rsidR="00E3536F" w:rsidRPr="00B7305F">
        <w:rPr>
          <w:color w:val="000000" w:themeColor="text1"/>
          <w:lang w:val="uk-UA"/>
        </w:rPr>
        <w:t>мистецтв</w:t>
      </w:r>
      <w:r w:rsidRPr="00B7305F">
        <w:rPr>
          <w:color w:val="000000" w:themeColor="text1"/>
          <w:lang w:val="uk-UA"/>
        </w:rPr>
        <w:t xml:space="preserve"> </w:t>
      </w:r>
      <w:r w:rsidR="00E3536F" w:rsidRPr="00B7305F">
        <w:rPr>
          <w:color w:val="000000" w:themeColor="text1"/>
          <w:lang w:val="uk-UA"/>
        </w:rPr>
        <w:t>посідає</w:t>
      </w:r>
      <w:r w:rsidRPr="00B7305F">
        <w:rPr>
          <w:color w:val="000000" w:themeColor="text1"/>
          <w:lang w:val="uk-UA"/>
        </w:rPr>
        <w:t xml:space="preserve"> </w:t>
      </w:r>
      <w:r w:rsidR="00E3536F" w:rsidRPr="00B7305F">
        <w:rPr>
          <w:color w:val="000000" w:themeColor="text1"/>
          <w:lang w:val="uk-UA"/>
        </w:rPr>
        <w:t>ключове</w:t>
      </w:r>
      <w:r w:rsidRPr="00B7305F">
        <w:rPr>
          <w:color w:val="000000" w:themeColor="text1"/>
          <w:lang w:val="uk-UA"/>
        </w:rPr>
        <w:t xml:space="preserve"> </w:t>
      </w:r>
      <w:r w:rsidR="00E3536F" w:rsidRPr="00B7305F">
        <w:rPr>
          <w:color w:val="000000" w:themeColor="text1"/>
          <w:lang w:val="uk-UA"/>
        </w:rPr>
        <w:t>місце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європейській</w:t>
      </w:r>
      <w:r w:rsidRPr="00B7305F">
        <w:rPr>
          <w:color w:val="000000" w:themeColor="text1"/>
          <w:lang w:val="uk-UA"/>
        </w:rPr>
        <w:t xml:space="preserve"> </w:t>
      </w:r>
      <w:r w:rsidR="00E3536F" w:rsidRPr="00B7305F">
        <w:rPr>
          <w:color w:val="000000" w:themeColor="text1"/>
          <w:lang w:val="uk-UA"/>
        </w:rPr>
        <w:t>естетичній</w:t>
      </w:r>
      <w:r w:rsidRPr="00B7305F">
        <w:rPr>
          <w:color w:val="000000" w:themeColor="text1"/>
          <w:lang w:val="uk-UA"/>
        </w:rPr>
        <w:t xml:space="preserve"> </w:t>
      </w:r>
      <w:r w:rsidR="00E3536F" w:rsidRPr="00B7305F">
        <w:rPr>
          <w:color w:val="000000" w:themeColor="text1"/>
          <w:lang w:val="uk-UA"/>
        </w:rPr>
        <w:t>традиції</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становить</w:t>
      </w:r>
      <w:r w:rsidRPr="00B7305F">
        <w:rPr>
          <w:color w:val="000000" w:themeColor="text1"/>
          <w:lang w:val="uk-UA"/>
        </w:rPr>
        <w:t xml:space="preserve"> </w:t>
      </w:r>
      <w:r w:rsidR="00E3536F" w:rsidRPr="00B7305F">
        <w:rPr>
          <w:color w:val="000000" w:themeColor="text1"/>
          <w:lang w:val="uk-UA"/>
        </w:rPr>
        <w:t>один</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00612E">
        <w:rPr>
          <w:color w:val="000000" w:themeColor="text1"/>
          <w:lang w:val="uk-UA"/>
        </w:rPr>
        <w:t>фундаментальних</w:t>
      </w:r>
      <w:r w:rsidRPr="0000612E">
        <w:rPr>
          <w:color w:val="000000" w:themeColor="text1"/>
          <w:lang w:val="uk-UA"/>
        </w:rPr>
        <w:t xml:space="preserve"> </w:t>
      </w:r>
      <w:r w:rsidR="00E3536F" w:rsidRPr="0000612E">
        <w:rPr>
          <w:color w:val="000000" w:themeColor="text1"/>
          <w:lang w:val="uk-UA"/>
        </w:rPr>
        <w:t>інструментів</w:t>
      </w:r>
      <w:r w:rsidRPr="0000612E">
        <w:rPr>
          <w:color w:val="000000" w:themeColor="text1"/>
          <w:lang w:val="uk-UA"/>
        </w:rPr>
        <w:t xml:space="preserve"> </w:t>
      </w:r>
      <w:r w:rsidR="00E3536F" w:rsidRPr="0000612E">
        <w:rPr>
          <w:color w:val="000000" w:themeColor="text1"/>
          <w:lang w:val="uk-UA"/>
        </w:rPr>
        <w:t>осмислення</w:t>
      </w:r>
      <w:r w:rsidRPr="0000612E">
        <w:rPr>
          <w:color w:val="000000" w:themeColor="text1"/>
          <w:lang w:val="uk-UA"/>
        </w:rPr>
        <w:t xml:space="preserve"> </w:t>
      </w:r>
      <w:r w:rsidR="00E3536F" w:rsidRPr="0000612E">
        <w:rPr>
          <w:color w:val="000000" w:themeColor="text1"/>
          <w:lang w:val="uk-UA"/>
        </w:rPr>
        <w:t>творчих</w:t>
      </w:r>
      <w:r w:rsidRPr="0000612E">
        <w:rPr>
          <w:color w:val="000000" w:themeColor="text1"/>
          <w:lang w:val="uk-UA"/>
        </w:rPr>
        <w:t xml:space="preserve"> </w:t>
      </w:r>
      <w:r w:rsidR="00E3536F" w:rsidRPr="0000612E">
        <w:rPr>
          <w:color w:val="000000" w:themeColor="text1"/>
          <w:lang w:val="uk-UA"/>
        </w:rPr>
        <w:t>процесів.</w:t>
      </w:r>
      <w:r w:rsidRPr="0000612E">
        <w:rPr>
          <w:color w:val="000000" w:themeColor="text1"/>
          <w:lang w:val="uk-UA"/>
        </w:rPr>
        <w:t xml:space="preserve"> </w:t>
      </w:r>
      <w:r w:rsidR="00E3536F" w:rsidRPr="0000612E">
        <w:rPr>
          <w:color w:val="000000" w:themeColor="text1"/>
          <w:lang w:val="uk-UA"/>
        </w:rPr>
        <w:t>Від</w:t>
      </w:r>
      <w:r w:rsidRPr="0000612E">
        <w:rPr>
          <w:color w:val="000000" w:themeColor="text1"/>
          <w:lang w:val="uk-UA"/>
        </w:rPr>
        <w:t xml:space="preserve"> </w:t>
      </w:r>
      <w:r w:rsidR="00E3536F" w:rsidRPr="0000612E">
        <w:rPr>
          <w:color w:val="000000" w:themeColor="text1"/>
          <w:lang w:val="uk-UA"/>
        </w:rPr>
        <w:t>XIX</w:t>
      </w:r>
      <w:r w:rsidRPr="0000612E">
        <w:rPr>
          <w:color w:val="000000" w:themeColor="text1"/>
          <w:lang w:val="uk-UA"/>
        </w:rPr>
        <w:t xml:space="preserve"> </w:t>
      </w:r>
      <w:r w:rsidR="00E3536F" w:rsidRPr="0000612E">
        <w:rPr>
          <w:color w:val="000000" w:themeColor="text1"/>
          <w:lang w:val="uk-UA"/>
        </w:rPr>
        <w:t>століття,</w:t>
      </w:r>
      <w:r w:rsidRPr="0000612E">
        <w:rPr>
          <w:color w:val="000000" w:themeColor="text1"/>
          <w:lang w:val="uk-UA"/>
        </w:rPr>
        <w:t xml:space="preserve"> </w:t>
      </w:r>
      <w:r w:rsidR="00E3536F" w:rsidRPr="0000612E">
        <w:rPr>
          <w:color w:val="000000" w:themeColor="text1"/>
          <w:lang w:val="uk-UA"/>
        </w:rPr>
        <w:t>коли</w:t>
      </w:r>
      <w:r w:rsidRPr="0000612E">
        <w:rPr>
          <w:color w:val="000000" w:themeColor="text1"/>
          <w:lang w:val="uk-UA"/>
        </w:rPr>
        <w:t xml:space="preserve"> </w:t>
      </w:r>
      <w:r w:rsidR="00E3536F" w:rsidRPr="0000612E">
        <w:rPr>
          <w:color w:val="000000" w:themeColor="text1"/>
          <w:lang w:val="uk-UA"/>
        </w:rPr>
        <w:t>Ріхард</w:t>
      </w:r>
      <w:r w:rsidRPr="0000612E">
        <w:rPr>
          <w:color w:val="000000" w:themeColor="text1"/>
          <w:lang w:val="uk-UA"/>
        </w:rPr>
        <w:t xml:space="preserve"> </w:t>
      </w:r>
      <w:r w:rsidR="00E3536F" w:rsidRPr="0000612E">
        <w:rPr>
          <w:color w:val="000000" w:themeColor="text1"/>
          <w:lang w:val="uk-UA"/>
        </w:rPr>
        <w:t>Вагнер</w:t>
      </w:r>
      <w:r w:rsidRPr="0000612E">
        <w:rPr>
          <w:color w:val="000000" w:themeColor="text1"/>
          <w:lang w:val="uk-UA"/>
        </w:rPr>
        <w:t xml:space="preserve"> </w:t>
      </w:r>
      <w:r w:rsidR="00E3536F" w:rsidRPr="0000612E">
        <w:rPr>
          <w:color w:val="000000" w:themeColor="text1"/>
          <w:lang w:val="uk-UA"/>
        </w:rPr>
        <w:t>сформулював</w:t>
      </w:r>
      <w:r w:rsidRPr="0000612E">
        <w:rPr>
          <w:color w:val="000000" w:themeColor="text1"/>
          <w:lang w:val="uk-UA"/>
        </w:rPr>
        <w:t xml:space="preserve"> </w:t>
      </w:r>
      <w:r w:rsidR="00E3536F" w:rsidRPr="0000612E">
        <w:rPr>
          <w:color w:val="000000" w:themeColor="text1"/>
          <w:lang w:val="uk-UA"/>
        </w:rPr>
        <w:t>концепцію</w:t>
      </w:r>
      <w:r w:rsidRPr="0000612E">
        <w:rPr>
          <w:color w:val="000000" w:themeColor="text1"/>
          <w:lang w:val="uk-UA"/>
        </w:rPr>
        <w:t xml:space="preserve"> </w:t>
      </w:r>
      <w:r w:rsidR="009F49D8" w:rsidRPr="0000612E">
        <w:rPr>
          <w:color w:val="000000" w:themeColor="text1"/>
          <w:lang w:val="uk-UA"/>
        </w:rPr>
        <w:t>«суцільний</w:t>
      </w:r>
      <w:r w:rsidRPr="0000612E">
        <w:rPr>
          <w:color w:val="000000" w:themeColor="text1"/>
          <w:lang w:val="uk-UA"/>
        </w:rPr>
        <w:t xml:space="preserve"> </w:t>
      </w:r>
      <w:r w:rsidR="009F49D8" w:rsidRPr="0000612E">
        <w:rPr>
          <w:color w:val="000000" w:themeColor="text1"/>
          <w:lang w:val="uk-UA"/>
        </w:rPr>
        <w:t>твір</w:t>
      </w:r>
      <w:r w:rsidRPr="0000612E">
        <w:rPr>
          <w:color w:val="000000" w:themeColor="text1"/>
          <w:lang w:val="uk-UA"/>
        </w:rPr>
        <w:t xml:space="preserve"> </w:t>
      </w:r>
      <w:r w:rsidR="009F49D8" w:rsidRPr="0000612E">
        <w:rPr>
          <w:color w:val="000000" w:themeColor="text1"/>
          <w:lang w:val="uk-UA"/>
        </w:rPr>
        <w:t>мистецтва</w:t>
      </w:r>
      <w:r w:rsidR="008005EB" w:rsidRPr="0000612E">
        <w:rPr>
          <w:color w:val="000000" w:themeColor="text1"/>
          <w:lang w:val="uk-UA"/>
        </w:rPr>
        <w:t xml:space="preserve"> [ </w:t>
      </w:r>
      <w:r w:rsidR="0000612E" w:rsidRPr="0000612E">
        <w:rPr>
          <w:color w:val="000000" w:themeColor="text1"/>
          <w:lang w:val="uk-UA"/>
        </w:rPr>
        <w:t>13</w:t>
      </w:r>
      <w:r w:rsidR="008005EB" w:rsidRPr="0000612E">
        <w:rPr>
          <w:color w:val="000000" w:themeColor="text1"/>
          <w:lang w:val="uk-UA"/>
        </w:rPr>
        <w:t xml:space="preserve">, </w:t>
      </w:r>
      <w:r w:rsidR="008005EB" w:rsidRPr="0000612E">
        <w:rPr>
          <w:color w:val="000000" w:themeColor="text1"/>
        </w:rPr>
        <w:t>c</w:t>
      </w:r>
      <w:r w:rsidR="008005EB" w:rsidRPr="0000612E">
        <w:rPr>
          <w:color w:val="000000" w:themeColor="text1"/>
          <w:lang w:val="uk-UA"/>
        </w:rPr>
        <w:t>.</w:t>
      </w:r>
      <w:r w:rsidR="0000612E" w:rsidRPr="0000612E">
        <w:rPr>
          <w:color w:val="000000" w:themeColor="text1"/>
          <w:lang w:val="uk-UA"/>
        </w:rPr>
        <w:t>35-36</w:t>
      </w:r>
      <w:r w:rsidR="008005EB" w:rsidRPr="0000612E">
        <w:rPr>
          <w:color w:val="000000" w:themeColor="text1"/>
          <w:lang w:val="uk-UA"/>
        </w:rPr>
        <w:t xml:space="preserve"> ]</w:t>
      </w:r>
      <w:r w:rsidR="009F49D8" w:rsidRPr="0000612E">
        <w:rPr>
          <w:color w:val="000000" w:themeColor="text1"/>
          <w:lang w:val="uk-UA"/>
        </w:rPr>
        <w:t>»</w:t>
      </w:r>
      <w:r w:rsidRPr="0000612E">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ідею</w:t>
      </w:r>
      <w:r w:rsidRPr="00B7305F">
        <w:rPr>
          <w:color w:val="000000" w:themeColor="text1"/>
          <w:lang w:val="uk-UA"/>
        </w:rPr>
        <w:t xml:space="preserve"> </w:t>
      </w:r>
      <w:r w:rsidR="00E3536F" w:rsidRPr="00B7305F">
        <w:rPr>
          <w:color w:val="000000" w:themeColor="text1"/>
          <w:lang w:val="uk-UA"/>
        </w:rPr>
        <w:t>універсального</w:t>
      </w:r>
      <w:r w:rsidRPr="00B7305F">
        <w:rPr>
          <w:color w:val="000000" w:themeColor="text1"/>
          <w:lang w:val="uk-UA"/>
        </w:rPr>
        <w:t xml:space="preserve"> </w:t>
      </w:r>
      <w:r w:rsidR="00E3536F" w:rsidRPr="00B7305F">
        <w:rPr>
          <w:color w:val="000000" w:themeColor="text1"/>
          <w:lang w:val="uk-UA"/>
        </w:rPr>
        <w:t>мистецького</w:t>
      </w:r>
      <w:r w:rsidRPr="00B7305F">
        <w:rPr>
          <w:color w:val="000000" w:themeColor="text1"/>
          <w:lang w:val="uk-UA"/>
        </w:rPr>
        <w:t xml:space="preserve"> </w:t>
      </w:r>
      <w:r w:rsidR="00E3536F" w:rsidRPr="00B7305F">
        <w:rPr>
          <w:color w:val="000000" w:themeColor="text1"/>
          <w:lang w:val="uk-UA"/>
        </w:rPr>
        <w:t>твору,</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інтегрує</w:t>
      </w:r>
      <w:r w:rsidRPr="00B7305F">
        <w:rPr>
          <w:color w:val="000000" w:themeColor="text1"/>
          <w:lang w:val="uk-UA"/>
        </w:rPr>
        <w:t xml:space="preserve"> </w:t>
      </w:r>
      <w:r w:rsidR="00E3536F" w:rsidRPr="00B7305F">
        <w:rPr>
          <w:color w:val="000000" w:themeColor="text1"/>
          <w:lang w:val="uk-UA"/>
        </w:rPr>
        <w:t>драматургію,</w:t>
      </w:r>
      <w:r w:rsidRPr="00B7305F">
        <w:rPr>
          <w:color w:val="000000" w:themeColor="text1"/>
          <w:lang w:val="uk-UA"/>
        </w:rPr>
        <w:t xml:space="preserve"> </w:t>
      </w:r>
      <w:r w:rsidR="00E3536F" w:rsidRPr="00B7305F">
        <w:rPr>
          <w:color w:val="000000" w:themeColor="text1"/>
          <w:lang w:val="uk-UA"/>
        </w:rPr>
        <w:t>музику,</w:t>
      </w:r>
      <w:r w:rsidRPr="00B7305F">
        <w:rPr>
          <w:color w:val="000000" w:themeColor="text1"/>
          <w:lang w:val="uk-UA"/>
        </w:rPr>
        <w:t xml:space="preserve"> </w:t>
      </w:r>
      <w:r w:rsidR="00E3536F" w:rsidRPr="00B7305F">
        <w:rPr>
          <w:color w:val="000000" w:themeColor="text1"/>
          <w:lang w:val="uk-UA"/>
        </w:rPr>
        <w:t>пластику</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візуальний</w:t>
      </w:r>
      <w:r w:rsidRPr="00B7305F">
        <w:rPr>
          <w:color w:val="000000" w:themeColor="text1"/>
          <w:lang w:val="uk-UA"/>
        </w:rPr>
        <w:t xml:space="preserve"> </w:t>
      </w:r>
      <w:r w:rsidR="00E3536F" w:rsidRPr="00B7305F">
        <w:rPr>
          <w:color w:val="000000" w:themeColor="text1"/>
          <w:lang w:val="uk-UA"/>
        </w:rPr>
        <w:t>образ,</w:t>
      </w:r>
      <w:r w:rsidRPr="00B7305F">
        <w:rPr>
          <w:color w:val="000000" w:themeColor="text1"/>
          <w:lang w:val="uk-UA"/>
        </w:rPr>
        <w:t xml:space="preserve"> </w:t>
      </w:r>
      <w:r w:rsidR="00E3536F" w:rsidRPr="00B7305F">
        <w:rPr>
          <w:color w:val="000000" w:themeColor="text1"/>
          <w:lang w:val="uk-UA"/>
        </w:rPr>
        <w:t>формування</w:t>
      </w:r>
      <w:r w:rsidRPr="00B7305F">
        <w:rPr>
          <w:color w:val="000000" w:themeColor="text1"/>
          <w:lang w:val="uk-UA"/>
        </w:rPr>
        <w:t xml:space="preserve"> </w:t>
      </w:r>
      <w:r w:rsidR="00E3536F" w:rsidRPr="00B7305F">
        <w:rPr>
          <w:color w:val="000000" w:themeColor="text1"/>
          <w:lang w:val="uk-UA"/>
        </w:rPr>
        <w:t>міжвидових</w:t>
      </w:r>
      <w:r w:rsidRPr="00B7305F">
        <w:rPr>
          <w:color w:val="000000" w:themeColor="text1"/>
          <w:lang w:val="uk-UA"/>
        </w:rPr>
        <w:t xml:space="preserve"> </w:t>
      </w:r>
      <w:r w:rsidR="00E3536F" w:rsidRPr="00B7305F">
        <w:rPr>
          <w:color w:val="000000" w:themeColor="text1"/>
          <w:lang w:val="uk-UA"/>
        </w:rPr>
        <w:t>зв’язків</w:t>
      </w:r>
      <w:r w:rsidRPr="00B7305F">
        <w:rPr>
          <w:color w:val="000000" w:themeColor="text1"/>
          <w:lang w:val="uk-UA"/>
        </w:rPr>
        <w:t xml:space="preserve"> </w:t>
      </w:r>
      <w:r w:rsidR="00E3536F" w:rsidRPr="00B7305F">
        <w:rPr>
          <w:color w:val="000000" w:themeColor="text1"/>
          <w:lang w:val="uk-UA"/>
        </w:rPr>
        <w:t>стало</w:t>
      </w:r>
      <w:r w:rsidRPr="00B7305F">
        <w:rPr>
          <w:color w:val="000000" w:themeColor="text1"/>
          <w:lang w:val="uk-UA"/>
        </w:rPr>
        <w:t xml:space="preserve"> </w:t>
      </w:r>
      <w:r w:rsidR="00E3536F" w:rsidRPr="00B7305F">
        <w:rPr>
          <w:color w:val="000000" w:themeColor="text1"/>
          <w:lang w:val="uk-UA"/>
        </w:rPr>
        <w:t>визначальною</w:t>
      </w:r>
      <w:r w:rsidRPr="00B7305F">
        <w:rPr>
          <w:color w:val="000000" w:themeColor="text1"/>
          <w:lang w:val="uk-UA"/>
        </w:rPr>
        <w:t xml:space="preserve"> </w:t>
      </w:r>
      <w:r w:rsidR="00E3536F" w:rsidRPr="00B7305F">
        <w:rPr>
          <w:color w:val="000000" w:themeColor="text1"/>
          <w:lang w:val="uk-UA"/>
        </w:rPr>
        <w:t>рисою</w:t>
      </w:r>
      <w:r w:rsidRPr="00B7305F">
        <w:rPr>
          <w:color w:val="000000" w:themeColor="text1"/>
          <w:lang w:val="uk-UA"/>
        </w:rPr>
        <w:t xml:space="preserve"> </w:t>
      </w:r>
      <w:r w:rsidR="00E3536F" w:rsidRPr="00B7305F">
        <w:rPr>
          <w:color w:val="000000" w:themeColor="text1"/>
          <w:lang w:val="uk-UA"/>
        </w:rPr>
        <w:t>модерної</w:t>
      </w:r>
      <w:r w:rsidRPr="00B7305F">
        <w:rPr>
          <w:color w:val="000000" w:themeColor="text1"/>
          <w:lang w:val="uk-UA"/>
        </w:rPr>
        <w:t xml:space="preserve"> </w:t>
      </w:r>
      <w:r w:rsidR="00E3536F" w:rsidRPr="00B7305F">
        <w:rPr>
          <w:color w:val="000000" w:themeColor="text1"/>
          <w:lang w:val="uk-UA"/>
        </w:rPr>
        <w:t>художньої</w:t>
      </w:r>
      <w:r w:rsidRPr="00B7305F">
        <w:rPr>
          <w:color w:val="000000" w:themeColor="text1"/>
          <w:lang w:val="uk-UA"/>
        </w:rPr>
        <w:t xml:space="preserve"> </w:t>
      </w:r>
      <w:r w:rsidR="00E3536F" w:rsidRPr="00B7305F">
        <w:rPr>
          <w:color w:val="000000" w:themeColor="text1"/>
          <w:lang w:val="uk-UA"/>
        </w:rPr>
        <w:t>культури.</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дві</w:t>
      </w:r>
      <w:r w:rsidRPr="00B7305F">
        <w:rPr>
          <w:color w:val="000000" w:themeColor="text1"/>
          <w:lang w:val="uk-UA"/>
        </w:rPr>
        <w:t xml:space="preserve"> </w:t>
      </w:r>
      <w:r w:rsidR="00E3536F" w:rsidRPr="00B7305F">
        <w:rPr>
          <w:color w:val="000000" w:themeColor="text1"/>
          <w:lang w:val="uk-UA"/>
        </w:rPr>
        <w:t>форми</w:t>
      </w:r>
      <w:r w:rsidRPr="00B7305F">
        <w:rPr>
          <w:color w:val="000000" w:themeColor="text1"/>
          <w:lang w:val="uk-UA"/>
        </w:rPr>
        <w:t xml:space="preserve"> </w:t>
      </w:r>
      <w:r w:rsidR="00E3536F" w:rsidRPr="00B7305F">
        <w:rPr>
          <w:color w:val="000000" w:themeColor="text1"/>
          <w:lang w:val="uk-UA"/>
        </w:rPr>
        <w:t>мистецтва,</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працюють</w:t>
      </w:r>
      <w:r w:rsidRPr="00B7305F">
        <w:rPr>
          <w:color w:val="000000" w:themeColor="text1"/>
          <w:lang w:val="uk-UA"/>
        </w:rPr>
        <w:t xml:space="preserve"> </w:t>
      </w:r>
      <w:r w:rsidR="00E3536F" w:rsidRPr="00B7305F">
        <w:rPr>
          <w:color w:val="000000" w:themeColor="text1"/>
          <w:lang w:val="uk-UA"/>
        </w:rPr>
        <w:t>із</w:t>
      </w:r>
      <w:r w:rsidRPr="00B7305F">
        <w:rPr>
          <w:color w:val="000000" w:themeColor="text1"/>
          <w:lang w:val="uk-UA"/>
        </w:rPr>
        <w:t xml:space="preserve"> </w:t>
      </w:r>
      <w:r w:rsidR="00E3536F" w:rsidRPr="00B7305F">
        <w:rPr>
          <w:color w:val="000000" w:themeColor="text1"/>
          <w:lang w:val="uk-UA"/>
        </w:rPr>
        <w:t>дією,</w:t>
      </w:r>
      <w:r w:rsidRPr="00B7305F">
        <w:rPr>
          <w:color w:val="000000" w:themeColor="text1"/>
          <w:lang w:val="uk-UA"/>
        </w:rPr>
        <w:t xml:space="preserve"> </w:t>
      </w:r>
      <w:r w:rsidR="00E3536F" w:rsidRPr="00B7305F">
        <w:rPr>
          <w:color w:val="000000" w:themeColor="text1"/>
          <w:lang w:val="uk-UA"/>
        </w:rPr>
        <w:t>персонажем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перцептивним</w:t>
      </w:r>
      <w:r w:rsidRPr="00B7305F">
        <w:rPr>
          <w:color w:val="000000" w:themeColor="text1"/>
          <w:lang w:val="uk-UA"/>
        </w:rPr>
        <w:t xml:space="preserve"> </w:t>
      </w:r>
      <w:r w:rsidR="00E3536F" w:rsidRPr="00B7305F">
        <w:rPr>
          <w:color w:val="000000" w:themeColor="text1"/>
          <w:lang w:val="uk-UA"/>
        </w:rPr>
        <w:t>досвідом</w:t>
      </w:r>
      <w:r w:rsidRPr="00B7305F">
        <w:rPr>
          <w:color w:val="000000" w:themeColor="text1"/>
          <w:lang w:val="uk-UA"/>
        </w:rPr>
        <w:t xml:space="preserve"> </w:t>
      </w:r>
      <w:r w:rsidR="00E3536F" w:rsidRPr="00B7305F">
        <w:rPr>
          <w:color w:val="000000" w:themeColor="text1"/>
          <w:lang w:val="uk-UA"/>
        </w:rPr>
        <w:t>глядача,</w:t>
      </w:r>
      <w:r w:rsidRPr="00B7305F">
        <w:rPr>
          <w:color w:val="000000" w:themeColor="text1"/>
          <w:lang w:val="uk-UA"/>
        </w:rPr>
        <w:t xml:space="preserve"> </w:t>
      </w:r>
      <w:r w:rsidR="00E3536F" w:rsidRPr="00B7305F">
        <w:rPr>
          <w:color w:val="000000" w:themeColor="text1"/>
          <w:lang w:val="uk-UA"/>
        </w:rPr>
        <w:t>демонструють</w:t>
      </w:r>
      <w:r w:rsidRPr="00B7305F">
        <w:rPr>
          <w:color w:val="000000" w:themeColor="text1"/>
          <w:lang w:val="uk-UA"/>
        </w:rPr>
        <w:t xml:space="preserve"> </w:t>
      </w:r>
      <w:r w:rsidR="00E3536F" w:rsidRPr="00B7305F">
        <w:rPr>
          <w:color w:val="000000" w:themeColor="text1"/>
          <w:lang w:val="uk-UA"/>
        </w:rPr>
        <w:t>найбільш</w:t>
      </w:r>
      <w:r w:rsidRPr="00B7305F">
        <w:rPr>
          <w:color w:val="000000" w:themeColor="text1"/>
          <w:lang w:val="uk-UA"/>
        </w:rPr>
        <w:t xml:space="preserve"> </w:t>
      </w:r>
      <w:r w:rsidR="00E3536F" w:rsidRPr="00B7305F">
        <w:rPr>
          <w:color w:val="000000" w:themeColor="text1"/>
          <w:lang w:val="uk-UA"/>
        </w:rPr>
        <w:t>інтенсивну</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такого</w:t>
      </w:r>
      <w:r w:rsidRPr="00B7305F">
        <w:rPr>
          <w:color w:val="000000" w:themeColor="text1"/>
          <w:lang w:val="uk-UA"/>
        </w:rPr>
        <w:t xml:space="preserve"> </w:t>
      </w:r>
      <w:r w:rsidR="00E3536F" w:rsidRPr="00B7305F">
        <w:rPr>
          <w:color w:val="000000" w:themeColor="text1"/>
          <w:lang w:val="uk-UA"/>
        </w:rPr>
        <w:t>синтезу.</w:t>
      </w:r>
    </w:p>
    <w:p w14:paraId="6E80EF9E" w14:textId="4319DABF"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науковому</w:t>
      </w:r>
      <w:r w:rsidRPr="00B7305F">
        <w:rPr>
          <w:color w:val="000000" w:themeColor="text1"/>
          <w:lang w:val="uk-UA"/>
        </w:rPr>
        <w:t xml:space="preserve"> </w:t>
      </w:r>
      <w:r w:rsidR="00E3536F" w:rsidRPr="00B7305F">
        <w:rPr>
          <w:color w:val="000000" w:themeColor="text1"/>
          <w:lang w:val="uk-UA"/>
        </w:rPr>
        <w:t>дискурсі</w:t>
      </w:r>
      <w:r w:rsidRPr="00B7305F">
        <w:rPr>
          <w:color w:val="000000" w:themeColor="text1"/>
          <w:lang w:val="uk-UA"/>
        </w:rPr>
        <w:t xml:space="preserve"> </w:t>
      </w:r>
      <w:r w:rsidR="00E3536F" w:rsidRPr="00B7305F">
        <w:rPr>
          <w:color w:val="000000" w:themeColor="text1"/>
          <w:lang w:val="uk-UA"/>
        </w:rPr>
        <w:t>існує</w:t>
      </w:r>
      <w:r w:rsidRPr="00B7305F">
        <w:rPr>
          <w:color w:val="000000" w:themeColor="text1"/>
          <w:lang w:val="uk-UA"/>
        </w:rPr>
        <w:t xml:space="preserve"> </w:t>
      </w:r>
      <w:r w:rsidR="00E3536F" w:rsidRPr="00B7305F">
        <w:rPr>
          <w:color w:val="000000" w:themeColor="text1"/>
          <w:lang w:val="uk-UA"/>
        </w:rPr>
        <w:t>декілька</w:t>
      </w:r>
      <w:r w:rsidRPr="00B7305F">
        <w:rPr>
          <w:color w:val="000000" w:themeColor="text1"/>
          <w:lang w:val="uk-UA"/>
        </w:rPr>
        <w:t xml:space="preserve"> </w:t>
      </w:r>
      <w:r w:rsidR="00E3536F" w:rsidRPr="00B7305F">
        <w:rPr>
          <w:color w:val="000000" w:themeColor="text1"/>
          <w:lang w:val="uk-UA"/>
        </w:rPr>
        <w:t>ключових</w:t>
      </w:r>
      <w:r w:rsidRPr="00B7305F">
        <w:rPr>
          <w:color w:val="000000" w:themeColor="text1"/>
          <w:lang w:val="uk-UA"/>
        </w:rPr>
        <w:t xml:space="preserve"> </w:t>
      </w:r>
      <w:r w:rsidR="00E3536F" w:rsidRPr="00B7305F">
        <w:rPr>
          <w:color w:val="000000" w:themeColor="text1"/>
          <w:lang w:val="uk-UA"/>
        </w:rPr>
        <w:t>підходів</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аналізу</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цих</w:t>
      </w:r>
      <w:r w:rsidRPr="00B7305F">
        <w:rPr>
          <w:color w:val="000000" w:themeColor="text1"/>
          <w:lang w:val="uk-UA"/>
        </w:rPr>
        <w:t xml:space="preserve"> </w:t>
      </w:r>
      <w:r w:rsidR="00E3536F" w:rsidRPr="00B7305F">
        <w:rPr>
          <w:color w:val="000000" w:themeColor="text1"/>
          <w:lang w:val="uk-UA"/>
        </w:rPr>
        <w:t>мистецьких</w:t>
      </w:r>
      <w:r w:rsidRPr="00B7305F">
        <w:rPr>
          <w:color w:val="000000" w:themeColor="text1"/>
          <w:lang w:val="uk-UA"/>
        </w:rPr>
        <w:t xml:space="preserve"> </w:t>
      </w:r>
      <w:r w:rsidR="00E3536F" w:rsidRPr="00B7305F">
        <w:rPr>
          <w:color w:val="000000" w:themeColor="text1"/>
          <w:lang w:val="uk-UA"/>
        </w:rPr>
        <w:t>сфер.</w:t>
      </w:r>
      <w:r w:rsidRPr="00B7305F">
        <w:rPr>
          <w:color w:val="000000" w:themeColor="text1"/>
          <w:lang w:val="uk-UA"/>
        </w:rPr>
        <w:t xml:space="preserve"> </w:t>
      </w:r>
      <w:r w:rsidR="00E3536F" w:rsidRPr="00B7305F">
        <w:rPr>
          <w:color w:val="000000" w:themeColor="text1"/>
          <w:lang w:val="uk-UA"/>
        </w:rPr>
        <w:t>Перший</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естетичний,</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розглядає</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системи</w:t>
      </w:r>
      <w:r w:rsidRPr="00B7305F">
        <w:rPr>
          <w:color w:val="000000" w:themeColor="text1"/>
          <w:lang w:val="uk-UA"/>
        </w:rPr>
        <w:t xml:space="preserve"> </w:t>
      </w:r>
      <w:r w:rsidR="00E3536F" w:rsidRPr="00B7305F">
        <w:rPr>
          <w:color w:val="000000" w:themeColor="text1"/>
          <w:lang w:val="uk-UA"/>
        </w:rPr>
        <w:t>знаків,</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розвиваються</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напрямку</w:t>
      </w:r>
      <w:r w:rsidRPr="00B7305F">
        <w:rPr>
          <w:color w:val="000000" w:themeColor="text1"/>
          <w:lang w:val="uk-UA"/>
        </w:rPr>
        <w:t xml:space="preserve"> </w:t>
      </w:r>
      <w:r w:rsidR="00E3536F" w:rsidRPr="00B7305F">
        <w:rPr>
          <w:color w:val="000000" w:themeColor="text1"/>
          <w:lang w:val="uk-UA"/>
        </w:rPr>
        <w:t>взаємного</w:t>
      </w:r>
      <w:r w:rsidRPr="00B7305F">
        <w:rPr>
          <w:color w:val="000000" w:themeColor="text1"/>
          <w:lang w:val="uk-UA"/>
        </w:rPr>
        <w:t xml:space="preserve"> </w:t>
      </w:r>
      <w:r w:rsidR="00E3536F" w:rsidRPr="00B7305F">
        <w:rPr>
          <w:color w:val="000000" w:themeColor="text1"/>
          <w:lang w:val="uk-UA"/>
        </w:rPr>
        <w:t>збагачення.</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передає</w:t>
      </w:r>
      <w:r w:rsidRPr="00B7305F">
        <w:rPr>
          <w:color w:val="000000" w:themeColor="text1"/>
          <w:lang w:val="uk-UA"/>
        </w:rPr>
        <w:t xml:space="preserve"> </w:t>
      </w:r>
      <w:r w:rsidR="00E3536F" w:rsidRPr="00B7305F">
        <w:rPr>
          <w:color w:val="000000" w:themeColor="text1"/>
          <w:lang w:val="uk-UA"/>
        </w:rPr>
        <w:t>кінематографу</w:t>
      </w:r>
      <w:r w:rsidRPr="00B7305F">
        <w:rPr>
          <w:color w:val="000000" w:themeColor="text1"/>
          <w:lang w:val="uk-UA"/>
        </w:rPr>
        <w:t xml:space="preserve"> </w:t>
      </w:r>
      <w:r w:rsidR="00E3536F" w:rsidRPr="00B7305F">
        <w:rPr>
          <w:color w:val="000000" w:themeColor="text1"/>
          <w:lang w:val="uk-UA"/>
        </w:rPr>
        <w:t>принцип</w:t>
      </w:r>
      <w:r w:rsidRPr="00B7305F">
        <w:rPr>
          <w:color w:val="000000" w:themeColor="text1"/>
          <w:lang w:val="uk-UA"/>
        </w:rPr>
        <w:t xml:space="preserve"> </w:t>
      </w:r>
      <w:r w:rsidR="00E3536F" w:rsidRPr="00B7305F">
        <w:rPr>
          <w:color w:val="000000" w:themeColor="text1"/>
          <w:lang w:val="uk-UA"/>
        </w:rPr>
        <w:t>живого</w:t>
      </w:r>
      <w:r w:rsidRPr="00B7305F">
        <w:rPr>
          <w:color w:val="000000" w:themeColor="text1"/>
          <w:lang w:val="uk-UA"/>
        </w:rPr>
        <w:t xml:space="preserve"> </w:t>
      </w:r>
      <w:r w:rsidR="00E3536F" w:rsidRPr="00B7305F">
        <w:rPr>
          <w:color w:val="000000" w:themeColor="text1"/>
          <w:lang w:val="uk-UA"/>
        </w:rPr>
        <w:t>переживання,</w:t>
      </w:r>
      <w:r w:rsidRPr="00B7305F">
        <w:rPr>
          <w:color w:val="000000" w:themeColor="text1"/>
          <w:lang w:val="uk-UA"/>
        </w:rPr>
        <w:t xml:space="preserve"> </w:t>
      </w:r>
      <w:r w:rsidR="00E3536F" w:rsidRPr="00B7305F">
        <w:rPr>
          <w:color w:val="000000" w:themeColor="text1"/>
          <w:lang w:val="uk-UA"/>
        </w:rPr>
        <w:t>акторську</w:t>
      </w:r>
      <w:r w:rsidRPr="00B7305F">
        <w:rPr>
          <w:color w:val="000000" w:themeColor="text1"/>
          <w:lang w:val="uk-UA"/>
        </w:rPr>
        <w:t xml:space="preserve"> </w:t>
      </w:r>
      <w:r w:rsidR="00E3536F" w:rsidRPr="00B7305F">
        <w:rPr>
          <w:color w:val="000000" w:themeColor="text1"/>
          <w:lang w:val="uk-UA"/>
        </w:rPr>
        <w:t>природу</w:t>
      </w:r>
      <w:r w:rsidRPr="00B7305F">
        <w:rPr>
          <w:color w:val="000000" w:themeColor="text1"/>
          <w:lang w:val="uk-UA"/>
        </w:rPr>
        <w:t xml:space="preserve"> </w:t>
      </w:r>
      <w:r w:rsidR="00E3536F" w:rsidRPr="00B7305F">
        <w:rPr>
          <w:color w:val="000000" w:themeColor="text1"/>
          <w:lang w:val="uk-UA"/>
        </w:rPr>
        <w:t>процесу,</w:t>
      </w:r>
      <w:r w:rsidRPr="00B7305F">
        <w:rPr>
          <w:color w:val="000000" w:themeColor="text1"/>
          <w:lang w:val="uk-UA"/>
        </w:rPr>
        <w:t xml:space="preserve"> </w:t>
      </w:r>
      <w:r w:rsidR="00E3536F" w:rsidRPr="00B7305F">
        <w:rPr>
          <w:color w:val="000000" w:themeColor="text1"/>
          <w:lang w:val="uk-UA"/>
        </w:rPr>
        <w:t>цілісність</w:t>
      </w:r>
      <w:r w:rsidRPr="00B7305F">
        <w:rPr>
          <w:color w:val="000000" w:themeColor="text1"/>
          <w:lang w:val="uk-UA"/>
        </w:rPr>
        <w:t xml:space="preserve"> </w:t>
      </w:r>
      <w:r w:rsidR="00E3536F" w:rsidRPr="00B7305F">
        <w:rPr>
          <w:color w:val="000000" w:themeColor="text1"/>
          <w:lang w:val="uk-UA"/>
        </w:rPr>
        <w:t>сценічного</w:t>
      </w:r>
      <w:r w:rsidRPr="00B7305F">
        <w:rPr>
          <w:color w:val="000000" w:themeColor="text1"/>
          <w:lang w:val="uk-UA"/>
        </w:rPr>
        <w:t xml:space="preserve"> </w:t>
      </w:r>
      <w:r w:rsidR="00E3536F" w:rsidRPr="00B7305F">
        <w:rPr>
          <w:color w:val="000000" w:themeColor="text1"/>
          <w:lang w:val="uk-UA"/>
        </w:rPr>
        <w:t>жесту;</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ж</w:t>
      </w:r>
      <w:r w:rsidRPr="00B7305F">
        <w:rPr>
          <w:color w:val="000000" w:themeColor="text1"/>
          <w:lang w:val="uk-UA"/>
        </w:rPr>
        <w:t xml:space="preserve"> </w:t>
      </w:r>
      <w:r w:rsidR="00E3536F" w:rsidRPr="00B7305F">
        <w:rPr>
          <w:color w:val="000000" w:themeColor="text1"/>
          <w:lang w:val="uk-UA"/>
        </w:rPr>
        <w:t>повертає</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монтажне</w:t>
      </w:r>
      <w:r w:rsidRPr="00B7305F">
        <w:rPr>
          <w:color w:val="000000" w:themeColor="text1"/>
          <w:lang w:val="uk-UA"/>
        </w:rPr>
        <w:t xml:space="preserve"> </w:t>
      </w:r>
      <w:r w:rsidR="00E3536F" w:rsidRPr="00B7305F">
        <w:rPr>
          <w:color w:val="000000" w:themeColor="text1"/>
          <w:lang w:val="uk-UA"/>
        </w:rPr>
        <w:t>мислення,</w:t>
      </w:r>
      <w:r w:rsidRPr="00B7305F">
        <w:rPr>
          <w:color w:val="000000" w:themeColor="text1"/>
          <w:lang w:val="uk-UA"/>
        </w:rPr>
        <w:t xml:space="preserve"> </w:t>
      </w:r>
      <w:r w:rsidR="00E3536F" w:rsidRPr="00B7305F">
        <w:rPr>
          <w:color w:val="000000" w:themeColor="text1"/>
          <w:lang w:val="uk-UA"/>
        </w:rPr>
        <w:t>роботу</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ракурсом,</w:t>
      </w:r>
      <w:r w:rsidRPr="00B7305F">
        <w:rPr>
          <w:color w:val="000000" w:themeColor="text1"/>
          <w:lang w:val="uk-UA"/>
        </w:rPr>
        <w:t xml:space="preserve"> </w:t>
      </w:r>
      <w:r w:rsidR="00E3536F" w:rsidRPr="00B7305F">
        <w:rPr>
          <w:color w:val="000000" w:themeColor="text1"/>
          <w:lang w:val="uk-UA"/>
        </w:rPr>
        <w:t>світлом,</w:t>
      </w:r>
      <w:r w:rsidRPr="00B7305F">
        <w:rPr>
          <w:color w:val="000000" w:themeColor="text1"/>
          <w:lang w:val="uk-UA"/>
        </w:rPr>
        <w:t xml:space="preserve"> </w:t>
      </w:r>
      <w:r w:rsidR="00E3536F" w:rsidRPr="00B7305F">
        <w:rPr>
          <w:color w:val="000000" w:themeColor="text1"/>
          <w:lang w:val="uk-UA"/>
        </w:rPr>
        <w:t>темпоритмом</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структурою</w:t>
      </w:r>
      <w:r w:rsidRPr="00B7305F">
        <w:rPr>
          <w:color w:val="000000" w:themeColor="text1"/>
          <w:lang w:val="uk-UA"/>
        </w:rPr>
        <w:t xml:space="preserve"> </w:t>
      </w:r>
      <w:r w:rsidR="00E3536F" w:rsidRPr="00B7305F">
        <w:rPr>
          <w:color w:val="000000" w:themeColor="text1"/>
          <w:lang w:val="uk-UA"/>
        </w:rPr>
        <w:t>візуального</w:t>
      </w:r>
      <w:r w:rsidRPr="00B7305F">
        <w:rPr>
          <w:color w:val="000000" w:themeColor="text1"/>
          <w:lang w:val="uk-UA"/>
        </w:rPr>
        <w:t xml:space="preserve"> </w:t>
      </w:r>
      <w:r w:rsidR="00E3536F" w:rsidRPr="00B7305F">
        <w:rPr>
          <w:color w:val="000000" w:themeColor="text1"/>
          <w:lang w:val="uk-UA"/>
        </w:rPr>
        <w:t>кадру.</w:t>
      </w:r>
    </w:p>
    <w:p w14:paraId="63757BE1" w14:textId="57268B38"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Другий</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культурологічний</w:t>
      </w:r>
      <w:r w:rsidRPr="00B7305F">
        <w:rPr>
          <w:color w:val="000000" w:themeColor="text1"/>
          <w:lang w:val="uk-UA"/>
        </w:rPr>
        <w:t xml:space="preserve"> </w:t>
      </w:r>
      <w:r w:rsidR="00E3536F" w:rsidRPr="00B7305F">
        <w:rPr>
          <w:color w:val="000000" w:themeColor="text1"/>
          <w:lang w:val="uk-UA"/>
        </w:rPr>
        <w:t>підхід,</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трактує</w:t>
      </w:r>
      <w:r w:rsidRPr="00B7305F">
        <w:rPr>
          <w:color w:val="000000" w:themeColor="text1"/>
          <w:lang w:val="uk-UA"/>
        </w:rPr>
        <w:t xml:space="preserve"> </w:t>
      </w:r>
      <w:r w:rsidR="00E3536F" w:rsidRPr="00B7305F">
        <w:rPr>
          <w:color w:val="000000" w:themeColor="text1"/>
          <w:lang w:val="uk-UA"/>
        </w:rPr>
        <w:t>синтез</w:t>
      </w:r>
      <w:r w:rsidRPr="00B7305F">
        <w:rPr>
          <w:color w:val="000000" w:themeColor="text1"/>
          <w:lang w:val="uk-UA"/>
        </w:rPr>
        <w:t xml:space="preserve"> </w:t>
      </w:r>
      <w:r w:rsidR="00E3536F" w:rsidRPr="00B7305F">
        <w:rPr>
          <w:color w:val="000000" w:themeColor="text1"/>
          <w:lang w:val="uk-UA"/>
        </w:rPr>
        <w:t>сценічних</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кінематографічних</w:t>
      </w:r>
      <w:r w:rsidRPr="00B7305F">
        <w:rPr>
          <w:color w:val="000000" w:themeColor="text1"/>
          <w:lang w:val="uk-UA"/>
        </w:rPr>
        <w:t xml:space="preserve"> </w:t>
      </w:r>
      <w:r w:rsidR="00E3536F" w:rsidRPr="00B7305F">
        <w:rPr>
          <w:color w:val="000000" w:themeColor="text1"/>
          <w:lang w:val="uk-UA"/>
        </w:rPr>
        <w:t>форм</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наслідок</w:t>
      </w:r>
      <w:r w:rsidRPr="00B7305F">
        <w:rPr>
          <w:color w:val="000000" w:themeColor="text1"/>
          <w:lang w:val="uk-UA"/>
        </w:rPr>
        <w:t xml:space="preserve"> </w:t>
      </w:r>
      <w:r w:rsidR="00E3536F" w:rsidRPr="00B7305F">
        <w:rPr>
          <w:color w:val="000000" w:themeColor="text1"/>
          <w:lang w:val="uk-UA"/>
        </w:rPr>
        <w:t>еволюції</w:t>
      </w:r>
      <w:r w:rsidRPr="00B7305F">
        <w:rPr>
          <w:color w:val="000000" w:themeColor="text1"/>
          <w:lang w:val="uk-UA"/>
        </w:rPr>
        <w:t xml:space="preserve"> </w:t>
      </w:r>
      <w:r w:rsidR="00E3536F" w:rsidRPr="00B7305F">
        <w:rPr>
          <w:color w:val="000000" w:themeColor="text1"/>
          <w:lang w:val="uk-UA"/>
        </w:rPr>
        <w:t>способів</w:t>
      </w:r>
      <w:r w:rsidRPr="00B7305F">
        <w:rPr>
          <w:color w:val="000000" w:themeColor="text1"/>
          <w:lang w:val="uk-UA"/>
        </w:rPr>
        <w:t xml:space="preserve"> </w:t>
      </w:r>
      <w:r w:rsidR="00E3536F" w:rsidRPr="00B7305F">
        <w:rPr>
          <w:color w:val="000000" w:themeColor="text1"/>
          <w:lang w:val="uk-UA"/>
        </w:rPr>
        <w:t>репрезентації</w:t>
      </w:r>
      <w:r w:rsidRPr="00B7305F">
        <w:rPr>
          <w:color w:val="000000" w:themeColor="text1"/>
          <w:lang w:val="uk-UA"/>
        </w:rPr>
        <w:t xml:space="preserve"> </w:t>
      </w:r>
      <w:r w:rsidR="00E3536F" w:rsidRPr="00B7305F">
        <w:rPr>
          <w:color w:val="000000" w:themeColor="text1"/>
          <w:lang w:val="uk-UA"/>
        </w:rPr>
        <w:t>дійсності.</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цьому</w:t>
      </w:r>
      <w:r w:rsidRPr="00B7305F">
        <w:rPr>
          <w:color w:val="000000" w:themeColor="text1"/>
          <w:lang w:val="uk-UA"/>
        </w:rPr>
        <w:t xml:space="preserve"> </w:t>
      </w:r>
      <w:r w:rsidR="00E3536F" w:rsidRPr="00B7305F">
        <w:rPr>
          <w:color w:val="000000" w:themeColor="text1"/>
          <w:lang w:val="uk-UA"/>
        </w:rPr>
        <w:t>контексті</w:t>
      </w:r>
      <w:r w:rsidRPr="00B7305F">
        <w:rPr>
          <w:color w:val="000000" w:themeColor="text1"/>
          <w:lang w:val="uk-UA"/>
        </w:rPr>
        <w:t xml:space="preserve"> </w:t>
      </w:r>
      <w:r w:rsidR="00E3536F" w:rsidRPr="00B7305F">
        <w:rPr>
          <w:color w:val="000000" w:themeColor="text1"/>
          <w:lang w:val="uk-UA"/>
        </w:rPr>
        <w:t>театральність</w:t>
      </w:r>
      <w:r w:rsidRPr="00B7305F">
        <w:rPr>
          <w:color w:val="000000" w:themeColor="text1"/>
          <w:lang w:val="uk-UA"/>
        </w:rPr>
        <w:t xml:space="preserve"> </w:t>
      </w:r>
      <w:r w:rsidR="00E3536F" w:rsidRPr="00B7305F">
        <w:rPr>
          <w:color w:val="000000" w:themeColor="text1"/>
          <w:lang w:val="uk-UA"/>
        </w:rPr>
        <w:t>стає</w:t>
      </w:r>
      <w:r w:rsidRPr="00B7305F">
        <w:rPr>
          <w:color w:val="000000" w:themeColor="text1"/>
          <w:lang w:val="uk-UA"/>
        </w:rPr>
        <w:t xml:space="preserve"> </w:t>
      </w:r>
      <w:r w:rsidR="00E3536F" w:rsidRPr="00B7305F">
        <w:rPr>
          <w:color w:val="000000" w:themeColor="text1"/>
          <w:lang w:val="uk-UA"/>
        </w:rPr>
        <w:t>способом</w:t>
      </w:r>
      <w:r w:rsidRPr="00B7305F">
        <w:rPr>
          <w:color w:val="000000" w:themeColor="text1"/>
          <w:lang w:val="uk-UA"/>
        </w:rPr>
        <w:t xml:space="preserve"> </w:t>
      </w:r>
      <w:r w:rsidR="00E3536F" w:rsidRPr="00B7305F">
        <w:rPr>
          <w:color w:val="000000" w:themeColor="text1"/>
          <w:lang w:val="uk-UA"/>
        </w:rPr>
        <w:t>організації</w:t>
      </w:r>
      <w:r w:rsidRPr="00B7305F">
        <w:rPr>
          <w:color w:val="000000" w:themeColor="text1"/>
          <w:lang w:val="uk-UA"/>
        </w:rPr>
        <w:t xml:space="preserve"> </w:t>
      </w:r>
      <w:r w:rsidR="00E3536F" w:rsidRPr="00B7305F">
        <w:rPr>
          <w:color w:val="000000" w:themeColor="text1"/>
          <w:lang w:val="uk-UA"/>
        </w:rPr>
        <w:t>дії,</w:t>
      </w:r>
      <w:r w:rsidRPr="00B7305F">
        <w:rPr>
          <w:color w:val="000000" w:themeColor="text1"/>
          <w:lang w:val="uk-UA"/>
        </w:rPr>
        <w:t xml:space="preserve"> </w:t>
      </w:r>
      <w:r w:rsidR="00E3536F" w:rsidRPr="00B7305F">
        <w:rPr>
          <w:color w:val="000000" w:themeColor="text1"/>
          <w:lang w:val="uk-UA"/>
        </w:rPr>
        <w:t>тоді</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кіношн</w:t>
      </w:r>
      <w:r w:rsidR="009F49D8" w:rsidRPr="00B7305F">
        <w:rPr>
          <w:color w:val="000000" w:themeColor="text1"/>
          <w:lang w:val="uk-UA"/>
        </w:rPr>
        <w:t>им</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способом</w:t>
      </w:r>
      <w:r w:rsidRPr="00B7305F">
        <w:rPr>
          <w:color w:val="000000" w:themeColor="text1"/>
          <w:lang w:val="uk-UA"/>
        </w:rPr>
        <w:t xml:space="preserve"> </w:t>
      </w:r>
      <w:r w:rsidR="00E3536F" w:rsidRPr="00B7305F">
        <w:rPr>
          <w:color w:val="000000" w:themeColor="text1"/>
          <w:lang w:val="uk-UA"/>
        </w:rPr>
        <w:t>її</w:t>
      </w:r>
      <w:r w:rsidRPr="00B7305F">
        <w:rPr>
          <w:color w:val="000000" w:themeColor="text1"/>
          <w:lang w:val="uk-UA"/>
        </w:rPr>
        <w:t xml:space="preserve"> </w:t>
      </w:r>
      <w:r w:rsidR="00E3536F" w:rsidRPr="00B7305F">
        <w:rPr>
          <w:color w:val="000000" w:themeColor="text1"/>
          <w:lang w:val="uk-UA"/>
        </w:rPr>
        <w:t>фіксації,</w:t>
      </w:r>
      <w:r w:rsidRPr="00B7305F">
        <w:rPr>
          <w:color w:val="000000" w:themeColor="text1"/>
          <w:lang w:val="uk-UA"/>
        </w:rPr>
        <w:t xml:space="preserve"> </w:t>
      </w:r>
      <w:r w:rsidR="00E3536F" w:rsidRPr="00B7305F">
        <w:rPr>
          <w:color w:val="000000" w:themeColor="text1"/>
          <w:lang w:val="uk-UA"/>
        </w:rPr>
        <w:t>трансформації</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зчитування.</w:t>
      </w:r>
      <w:r w:rsidRPr="00B7305F">
        <w:rPr>
          <w:color w:val="000000" w:themeColor="text1"/>
          <w:lang w:val="uk-UA"/>
        </w:rPr>
        <w:t xml:space="preserve"> </w:t>
      </w:r>
      <w:r w:rsidR="00E3536F" w:rsidRPr="00B7305F">
        <w:rPr>
          <w:color w:val="000000" w:themeColor="text1"/>
          <w:lang w:val="uk-UA"/>
        </w:rPr>
        <w:t>Сучасна</w:t>
      </w:r>
      <w:r w:rsidRPr="00B7305F">
        <w:rPr>
          <w:color w:val="000000" w:themeColor="text1"/>
          <w:lang w:val="uk-UA"/>
        </w:rPr>
        <w:t xml:space="preserve"> </w:t>
      </w:r>
      <w:r w:rsidR="00E3536F" w:rsidRPr="00B7305F">
        <w:rPr>
          <w:color w:val="000000" w:themeColor="text1"/>
          <w:lang w:val="uk-UA"/>
        </w:rPr>
        <w:t>культурна</w:t>
      </w:r>
      <w:r w:rsidRPr="00B7305F">
        <w:rPr>
          <w:color w:val="000000" w:themeColor="text1"/>
          <w:lang w:val="uk-UA"/>
        </w:rPr>
        <w:t xml:space="preserve"> </w:t>
      </w:r>
      <w:r w:rsidR="00E3536F" w:rsidRPr="00B7305F">
        <w:rPr>
          <w:color w:val="000000" w:themeColor="text1"/>
          <w:lang w:val="uk-UA"/>
        </w:rPr>
        <w:t>парадигма</w:t>
      </w:r>
      <w:r w:rsidRPr="00B7305F">
        <w:rPr>
          <w:color w:val="000000" w:themeColor="text1"/>
          <w:lang w:val="uk-UA"/>
        </w:rPr>
        <w:t xml:space="preserve"> </w:t>
      </w:r>
      <w:r w:rsidR="00E3536F" w:rsidRPr="00B7305F">
        <w:rPr>
          <w:color w:val="000000" w:themeColor="text1"/>
          <w:lang w:val="uk-UA"/>
        </w:rPr>
        <w:t>тяжіє</w:t>
      </w:r>
      <w:r w:rsidRPr="00B7305F">
        <w:rPr>
          <w:color w:val="000000" w:themeColor="text1"/>
          <w:lang w:val="uk-UA"/>
        </w:rPr>
        <w:t xml:space="preserve"> </w:t>
      </w:r>
      <w:r w:rsidR="00E3536F" w:rsidRPr="00B7305F">
        <w:rPr>
          <w:color w:val="000000" w:themeColor="text1"/>
          <w:lang w:val="uk-UA"/>
        </w:rPr>
        <w:t>до</w:t>
      </w:r>
      <w:r w:rsidRPr="00B7305F">
        <w:rPr>
          <w:color w:val="000000" w:themeColor="text1"/>
          <w:lang w:val="uk-UA"/>
        </w:rPr>
        <w:t xml:space="preserve"> </w:t>
      </w:r>
      <w:r w:rsidR="00E3536F" w:rsidRPr="00B7305F">
        <w:rPr>
          <w:color w:val="000000" w:themeColor="text1"/>
          <w:lang w:val="uk-UA"/>
        </w:rPr>
        <w:t>мультидисциплінарності,</w:t>
      </w:r>
      <w:r w:rsidRPr="00B7305F">
        <w:rPr>
          <w:color w:val="000000" w:themeColor="text1"/>
          <w:lang w:val="uk-UA"/>
        </w:rPr>
        <w:t xml:space="preserve"> </w:t>
      </w:r>
      <w:r w:rsidR="00E3536F" w:rsidRPr="00B7305F">
        <w:rPr>
          <w:color w:val="000000" w:themeColor="text1"/>
          <w:lang w:val="uk-UA"/>
        </w:rPr>
        <w:t>тому</w:t>
      </w:r>
      <w:r w:rsidRPr="00B7305F">
        <w:rPr>
          <w:color w:val="000000" w:themeColor="text1"/>
          <w:lang w:val="uk-UA"/>
        </w:rPr>
        <w:t xml:space="preserve"> </w:t>
      </w:r>
      <w:r w:rsidR="00E3536F" w:rsidRPr="00B7305F">
        <w:rPr>
          <w:color w:val="000000" w:themeColor="text1"/>
          <w:lang w:val="uk-UA"/>
        </w:rPr>
        <w:t>інтеграція</w:t>
      </w:r>
      <w:r w:rsidRPr="00B7305F">
        <w:rPr>
          <w:color w:val="000000" w:themeColor="text1"/>
          <w:lang w:val="uk-UA"/>
        </w:rPr>
        <w:t xml:space="preserve"> </w:t>
      </w:r>
      <w:r w:rsidR="00E3536F" w:rsidRPr="00B7305F">
        <w:rPr>
          <w:color w:val="000000" w:themeColor="text1"/>
          <w:lang w:val="uk-UA"/>
        </w:rPr>
        <w:t>сценічних</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кінематографічних</w:t>
      </w:r>
      <w:r w:rsidRPr="00B7305F">
        <w:rPr>
          <w:color w:val="000000" w:themeColor="text1"/>
          <w:lang w:val="uk-UA"/>
        </w:rPr>
        <w:t xml:space="preserve"> </w:t>
      </w:r>
      <w:r w:rsidR="00E3536F" w:rsidRPr="00B7305F">
        <w:rPr>
          <w:color w:val="000000" w:themeColor="text1"/>
          <w:lang w:val="uk-UA"/>
        </w:rPr>
        <w:t>елементів</w:t>
      </w:r>
      <w:r w:rsidRPr="00B7305F">
        <w:rPr>
          <w:color w:val="000000" w:themeColor="text1"/>
          <w:lang w:val="uk-UA"/>
        </w:rPr>
        <w:t xml:space="preserve"> </w:t>
      </w:r>
      <w:r w:rsidR="00E3536F" w:rsidRPr="00B7305F">
        <w:rPr>
          <w:color w:val="000000" w:themeColor="text1"/>
          <w:lang w:val="uk-UA"/>
        </w:rPr>
        <w:t>сприймається</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природний</w:t>
      </w:r>
      <w:r w:rsidRPr="00B7305F">
        <w:rPr>
          <w:color w:val="000000" w:themeColor="text1"/>
          <w:lang w:val="uk-UA"/>
        </w:rPr>
        <w:t xml:space="preserve"> </w:t>
      </w:r>
      <w:r w:rsidR="00E3536F" w:rsidRPr="00B7305F">
        <w:rPr>
          <w:color w:val="000000" w:themeColor="text1"/>
          <w:lang w:val="uk-UA"/>
        </w:rPr>
        <w:t>результат</w:t>
      </w:r>
      <w:r w:rsidRPr="00B7305F">
        <w:rPr>
          <w:color w:val="000000" w:themeColor="text1"/>
          <w:lang w:val="uk-UA"/>
        </w:rPr>
        <w:t xml:space="preserve"> </w:t>
      </w:r>
      <w:r w:rsidR="00E3536F" w:rsidRPr="00B7305F">
        <w:rPr>
          <w:color w:val="000000" w:themeColor="text1"/>
          <w:lang w:val="uk-UA"/>
        </w:rPr>
        <w:t>розширення</w:t>
      </w:r>
      <w:r w:rsidRPr="00B7305F">
        <w:rPr>
          <w:color w:val="000000" w:themeColor="text1"/>
          <w:lang w:val="uk-UA"/>
        </w:rPr>
        <w:t xml:space="preserve"> </w:t>
      </w:r>
      <w:r w:rsidR="00E3536F" w:rsidRPr="00B7305F">
        <w:rPr>
          <w:color w:val="000000" w:themeColor="text1"/>
          <w:lang w:val="uk-UA"/>
        </w:rPr>
        <w:t>можливостей</w:t>
      </w:r>
      <w:r w:rsidRPr="00B7305F">
        <w:rPr>
          <w:color w:val="000000" w:themeColor="text1"/>
          <w:lang w:val="uk-UA"/>
        </w:rPr>
        <w:t xml:space="preserve"> </w:t>
      </w:r>
      <w:r w:rsidR="00E3536F" w:rsidRPr="00B7305F">
        <w:rPr>
          <w:color w:val="000000" w:themeColor="text1"/>
          <w:lang w:val="uk-UA"/>
        </w:rPr>
        <w:t>художньої</w:t>
      </w:r>
      <w:r w:rsidRPr="00B7305F">
        <w:rPr>
          <w:color w:val="000000" w:themeColor="text1"/>
          <w:lang w:val="uk-UA"/>
        </w:rPr>
        <w:t xml:space="preserve"> </w:t>
      </w:r>
      <w:r w:rsidR="00E3536F" w:rsidRPr="00B7305F">
        <w:rPr>
          <w:color w:val="000000" w:themeColor="text1"/>
          <w:lang w:val="uk-UA"/>
        </w:rPr>
        <w:t>комунікації.</w:t>
      </w:r>
    </w:p>
    <w:p w14:paraId="2D1E4DC4" w14:textId="74C15C12"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Третій</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перформативний</w:t>
      </w:r>
      <w:r w:rsidRPr="00B7305F">
        <w:rPr>
          <w:color w:val="000000" w:themeColor="text1"/>
          <w:lang w:val="uk-UA"/>
        </w:rPr>
        <w:t xml:space="preserve"> </w:t>
      </w:r>
      <w:r w:rsidR="00E3536F" w:rsidRPr="00B7305F">
        <w:rPr>
          <w:color w:val="000000" w:themeColor="text1"/>
          <w:lang w:val="uk-UA"/>
        </w:rPr>
        <w:t>підхід,</w:t>
      </w:r>
      <w:r w:rsidRPr="00B7305F">
        <w:rPr>
          <w:color w:val="000000" w:themeColor="text1"/>
          <w:lang w:val="uk-UA"/>
        </w:rPr>
        <w:t xml:space="preserve"> </w:t>
      </w:r>
      <w:r w:rsidR="00E3536F" w:rsidRPr="00B7305F">
        <w:rPr>
          <w:color w:val="000000" w:themeColor="text1"/>
          <w:lang w:val="uk-UA"/>
        </w:rPr>
        <w:t>який</w:t>
      </w:r>
      <w:r w:rsidRPr="00B7305F">
        <w:rPr>
          <w:color w:val="000000" w:themeColor="text1"/>
          <w:lang w:val="uk-UA"/>
        </w:rPr>
        <w:t xml:space="preserve"> </w:t>
      </w:r>
      <w:r w:rsidR="00E3536F" w:rsidRPr="00B7305F">
        <w:rPr>
          <w:color w:val="000000" w:themeColor="text1"/>
          <w:lang w:val="uk-UA"/>
        </w:rPr>
        <w:t>висуває</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перший</w:t>
      </w:r>
      <w:r w:rsidRPr="00B7305F">
        <w:rPr>
          <w:color w:val="000000" w:themeColor="text1"/>
          <w:lang w:val="uk-UA"/>
        </w:rPr>
        <w:t xml:space="preserve"> </w:t>
      </w:r>
      <w:r w:rsidR="00E3536F" w:rsidRPr="00B7305F">
        <w:rPr>
          <w:color w:val="000000" w:themeColor="text1"/>
          <w:lang w:val="uk-UA"/>
        </w:rPr>
        <w:t>план</w:t>
      </w:r>
      <w:r w:rsidRPr="00B7305F">
        <w:rPr>
          <w:color w:val="000000" w:themeColor="text1"/>
          <w:lang w:val="uk-UA"/>
        </w:rPr>
        <w:t xml:space="preserve"> </w:t>
      </w:r>
      <w:r w:rsidR="00E3536F" w:rsidRPr="00B7305F">
        <w:rPr>
          <w:color w:val="000000" w:themeColor="text1"/>
          <w:lang w:val="uk-UA"/>
        </w:rPr>
        <w:t>акторську</w:t>
      </w:r>
      <w:r w:rsidRPr="00B7305F">
        <w:rPr>
          <w:color w:val="000000" w:themeColor="text1"/>
          <w:lang w:val="uk-UA"/>
        </w:rPr>
        <w:t xml:space="preserve"> </w:t>
      </w:r>
      <w:r w:rsidR="00E3536F" w:rsidRPr="00B7305F">
        <w:rPr>
          <w:color w:val="000000" w:themeColor="text1"/>
          <w:lang w:val="uk-UA"/>
        </w:rPr>
        <w:t>дію</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точку</w:t>
      </w:r>
      <w:r w:rsidRPr="00B7305F">
        <w:rPr>
          <w:color w:val="000000" w:themeColor="text1"/>
          <w:lang w:val="uk-UA"/>
        </w:rPr>
        <w:t xml:space="preserve"> </w:t>
      </w:r>
      <w:r w:rsidR="00E3536F" w:rsidRPr="00B7305F">
        <w:rPr>
          <w:color w:val="000000" w:themeColor="text1"/>
          <w:lang w:val="uk-UA"/>
        </w:rPr>
        <w:t>перетину</w:t>
      </w:r>
      <w:r w:rsidRPr="00B7305F">
        <w:rPr>
          <w:color w:val="000000" w:themeColor="text1"/>
          <w:lang w:val="uk-UA"/>
        </w:rPr>
        <w:t xml:space="preserve"> </w:t>
      </w:r>
      <w:r w:rsidR="00E3536F" w:rsidRPr="00B7305F">
        <w:rPr>
          <w:color w:val="000000" w:themeColor="text1"/>
          <w:lang w:val="uk-UA"/>
        </w:rPr>
        <w:t>двох</w:t>
      </w:r>
      <w:r w:rsidRPr="00B7305F">
        <w:rPr>
          <w:color w:val="000000" w:themeColor="text1"/>
          <w:lang w:val="uk-UA"/>
        </w:rPr>
        <w:t xml:space="preserve"> </w:t>
      </w:r>
      <w:r w:rsidR="00E3536F" w:rsidRPr="00B7305F">
        <w:rPr>
          <w:color w:val="000000" w:themeColor="text1"/>
          <w:lang w:val="uk-UA"/>
        </w:rPr>
        <w:t>мистецьких</w:t>
      </w:r>
      <w:r w:rsidRPr="00B7305F">
        <w:rPr>
          <w:color w:val="000000" w:themeColor="text1"/>
          <w:lang w:val="uk-UA"/>
        </w:rPr>
        <w:t xml:space="preserve"> </w:t>
      </w:r>
      <w:r w:rsidR="00E3536F" w:rsidRPr="00B7305F">
        <w:rPr>
          <w:color w:val="000000" w:themeColor="text1"/>
          <w:lang w:val="uk-UA"/>
        </w:rPr>
        <w:t>світів.</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актор,</w:t>
      </w:r>
      <w:r w:rsidRPr="00B7305F">
        <w:rPr>
          <w:color w:val="000000" w:themeColor="text1"/>
          <w:lang w:val="uk-UA"/>
        </w:rPr>
        <w:t xml:space="preserve"> </w:t>
      </w:r>
      <w:r w:rsidR="00E3536F" w:rsidRPr="00B7305F">
        <w:rPr>
          <w:color w:val="000000" w:themeColor="text1"/>
          <w:lang w:val="uk-UA"/>
        </w:rPr>
        <w:t>його</w:t>
      </w:r>
      <w:r w:rsidRPr="00B7305F">
        <w:rPr>
          <w:color w:val="000000" w:themeColor="text1"/>
          <w:lang w:val="uk-UA"/>
        </w:rPr>
        <w:t xml:space="preserve"> </w:t>
      </w:r>
      <w:r w:rsidR="00E3536F" w:rsidRPr="00B7305F">
        <w:rPr>
          <w:color w:val="000000" w:themeColor="text1"/>
          <w:lang w:val="uk-UA"/>
        </w:rPr>
        <w:t>техніка,</w:t>
      </w:r>
      <w:r w:rsidRPr="00B7305F">
        <w:rPr>
          <w:color w:val="000000" w:themeColor="text1"/>
          <w:lang w:val="uk-UA"/>
        </w:rPr>
        <w:t xml:space="preserve"> </w:t>
      </w:r>
      <w:r w:rsidR="00E3536F" w:rsidRPr="00B7305F">
        <w:rPr>
          <w:color w:val="000000" w:themeColor="text1"/>
          <w:lang w:val="uk-UA"/>
        </w:rPr>
        <w:t>психологія</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тілесність</w:t>
      </w:r>
      <w:r w:rsidRPr="00B7305F">
        <w:rPr>
          <w:color w:val="000000" w:themeColor="text1"/>
          <w:lang w:val="uk-UA"/>
        </w:rPr>
        <w:t xml:space="preserve"> </w:t>
      </w:r>
      <w:r w:rsidR="00E3536F" w:rsidRPr="00B7305F">
        <w:rPr>
          <w:color w:val="000000" w:themeColor="text1"/>
          <w:lang w:val="uk-UA"/>
        </w:rPr>
        <w:t>стають</w:t>
      </w:r>
      <w:r w:rsidRPr="00B7305F">
        <w:rPr>
          <w:color w:val="000000" w:themeColor="text1"/>
          <w:lang w:val="uk-UA"/>
        </w:rPr>
        <w:t xml:space="preserve"> </w:t>
      </w:r>
      <w:r w:rsidR="00E3536F" w:rsidRPr="00B7305F">
        <w:rPr>
          <w:color w:val="000000" w:themeColor="text1"/>
          <w:lang w:val="uk-UA"/>
        </w:rPr>
        <w:t>фундаментом</w:t>
      </w:r>
      <w:r w:rsidRPr="00B7305F">
        <w:rPr>
          <w:color w:val="000000" w:themeColor="text1"/>
          <w:lang w:val="uk-UA"/>
        </w:rPr>
        <w:t xml:space="preserve"> </w:t>
      </w:r>
      <w:r w:rsidR="00E3536F" w:rsidRPr="00B7305F">
        <w:rPr>
          <w:color w:val="000000" w:themeColor="text1"/>
          <w:lang w:val="uk-UA"/>
        </w:rPr>
        <w:t>синтезу.</w:t>
      </w:r>
      <w:r w:rsidRPr="00B7305F">
        <w:rPr>
          <w:color w:val="000000" w:themeColor="text1"/>
          <w:lang w:val="uk-UA"/>
        </w:rPr>
        <w:t xml:space="preserve"> </w:t>
      </w:r>
      <w:r w:rsidR="00E3536F" w:rsidRPr="00B7305F">
        <w:rPr>
          <w:color w:val="000000" w:themeColor="text1"/>
          <w:lang w:val="uk-UA"/>
        </w:rPr>
        <w:t>На</w:t>
      </w:r>
      <w:r w:rsidRPr="00B7305F">
        <w:rPr>
          <w:color w:val="000000" w:themeColor="text1"/>
          <w:lang w:val="uk-UA"/>
        </w:rPr>
        <w:t xml:space="preserve"> </w:t>
      </w:r>
      <w:r w:rsidR="00E3536F" w:rsidRPr="00B7305F">
        <w:rPr>
          <w:color w:val="000000" w:themeColor="text1"/>
          <w:lang w:val="uk-UA"/>
        </w:rPr>
        <w:t>сцені</w:t>
      </w:r>
      <w:r w:rsidRPr="00B7305F">
        <w:rPr>
          <w:color w:val="000000" w:themeColor="text1"/>
          <w:lang w:val="uk-UA"/>
        </w:rPr>
        <w:t xml:space="preserve"> </w:t>
      </w:r>
      <w:r w:rsidR="00E3536F" w:rsidRPr="00B7305F">
        <w:rPr>
          <w:color w:val="000000" w:themeColor="text1"/>
          <w:lang w:val="uk-UA"/>
        </w:rPr>
        <w:t>він</w:t>
      </w:r>
      <w:r w:rsidRPr="00B7305F">
        <w:rPr>
          <w:color w:val="000000" w:themeColor="text1"/>
          <w:lang w:val="uk-UA"/>
        </w:rPr>
        <w:t xml:space="preserve"> </w:t>
      </w:r>
      <w:r w:rsidR="00E3536F" w:rsidRPr="00B7305F">
        <w:rPr>
          <w:color w:val="000000" w:themeColor="text1"/>
          <w:lang w:val="uk-UA"/>
        </w:rPr>
        <w:t>існує</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режимі</w:t>
      </w:r>
      <w:r w:rsidRPr="00B7305F">
        <w:rPr>
          <w:color w:val="000000" w:themeColor="text1"/>
          <w:lang w:val="uk-UA"/>
        </w:rPr>
        <w:t xml:space="preserve"> </w:t>
      </w:r>
      <w:r w:rsidR="00E3536F" w:rsidRPr="00B7305F">
        <w:rPr>
          <w:color w:val="000000" w:themeColor="text1"/>
          <w:lang w:val="uk-UA"/>
        </w:rPr>
        <w:lastRenderedPageBreak/>
        <w:t>безперервності,</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прямому</w:t>
      </w:r>
      <w:r w:rsidRPr="00B7305F">
        <w:rPr>
          <w:color w:val="000000" w:themeColor="text1"/>
          <w:lang w:val="uk-UA"/>
        </w:rPr>
        <w:t xml:space="preserve"> </w:t>
      </w:r>
      <w:r w:rsidR="00E3536F" w:rsidRPr="00B7305F">
        <w:rPr>
          <w:color w:val="000000" w:themeColor="text1"/>
          <w:lang w:val="uk-UA"/>
        </w:rPr>
        <w:t>контакті</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глядачем;</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умовах</w:t>
      </w:r>
      <w:r w:rsidRPr="00B7305F">
        <w:rPr>
          <w:color w:val="000000" w:themeColor="text1"/>
          <w:lang w:val="uk-UA"/>
        </w:rPr>
        <w:t xml:space="preserve"> </w:t>
      </w:r>
      <w:r w:rsidR="00E3536F" w:rsidRPr="00B7305F">
        <w:rPr>
          <w:color w:val="000000" w:themeColor="text1"/>
          <w:lang w:val="uk-UA"/>
        </w:rPr>
        <w:t>монтажної</w:t>
      </w:r>
      <w:r w:rsidRPr="00B7305F">
        <w:rPr>
          <w:color w:val="000000" w:themeColor="text1"/>
          <w:lang w:val="uk-UA"/>
        </w:rPr>
        <w:t xml:space="preserve"> </w:t>
      </w:r>
      <w:r w:rsidR="00E3536F" w:rsidRPr="00B7305F">
        <w:rPr>
          <w:color w:val="000000" w:themeColor="text1"/>
          <w:lang w:val="uk-UA"/>
        </w:rPr>
        <w:t>фрагментарності</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камерної</w:t>
      </w:r>
      <w:r w:rsidRPr="00B7305F">
        <w:rPr>
          <w:color w:val="000000" w:themeColor="text1"/>
          <w:lang w:val="uk-UA"/>
        </w:rPr>
        <w:t xml:space="preserve"> </w:t>
      </w:r>
      <w:r w:rsidR="00E3536F" w:rsidRPr="00B7305F">
        <w:rPr>
          <w:color w:val="000000" w:themeColor="text1"/>
          <w:lang w:val="uk-UA"/>
        </w:rPr>
        <w:t>деталізації.</w:t>
      </w:r>
      <w:r w:rsidRPr="00B7305F">
        <w:rPr>
          <w:color w:val="000000" w:themeColor="text1"/>
          <w:lang w:val="uk-UA"/>
        </w:rPr>
        <w:t xml:space="preserve"> </w:t>
      </w:r>
      <w:r w:rsidR="00E3536F" w:rsidRPr="00B7305F">
        <w:rPr>
          <w:color w:val="000000" w:themeColor="text1"/>
          <w:lang w:val="uk-UA"/>
        </w:rPr>
        <w:t>Перетин</w:t>
      </w:r>
      <w:r w:rsidRPr="00B7305F">
        <w:rPr>
          <w:color w:val="000000" w:themeColor="text1"/>
          <w:lang w:val="uk-UA"/>
        </w:rPr>
        <w:t xml:space="preserve"> </w:t>
      </w:r>
      <w:r w:rsidR="00E3536F" w:rsidRPr="00B7305F">
        <w:rPr>
          <w:color w:val="000000" w:themeColor="text1"/>
          <w:lang w:val="uk-UA"/>
        </w:rPr>
        <w:t>цих</w:t>
      </w:r>
      <w:r w:rsidRPr="00B7305F">
        <w:rPr>
          <w:color w:val="000000" w:themeColor="text1"/>
          <w:lang w:val="uk-UA"/>
        </w:rPr>
        <w:t xml:space="preserve"> </w:t>
      </w:r>
      <w:r w:rsidR="00E3536F" w:rsidRPr="00B7305F">
        <w:rPr>
          <w:color w:val="000000" w:themeColor="text1"/>
          <w:lang w:val="uk-UA"/>
        </w:rPr>
        <w:t>режимів</w:t>
      </w:r>
      <w:r w:rsidRPr="00B7305F">
        <w:rPr>
          <w:color w:val="000000" w:themeColor="text1"/>
          <w:lang w:val="uk-UA"/>
        </w:rPr>
        <w:t xml:space="preserve"> </w:t>
      </w:r>
      <w:r w:rsidR="00E3536F" w:rsidRPr="00B7305F">
        <w:rPr>
          <w:color w:val="000000" w:themeColor="text1"/>
          <w:lang w:val="uk-UA"/>
        </w:rPr>
        <w:t>формує</w:t>
      </w:r>
      <w:r w:rsidRPr="00B7305F">
        <w:rPr>
          <w:color w:val="000000" w:themeColor="text1"/>
          <w:lang w:val="uk-UA"/>
        </w:rPr>
        <w:t xml:space="preserve"> </w:t>
      </w:r>
      <w:r w:rsidR="00E3536F" w:rsidRPr="00B7305F">
        <w:rPr>
          <w:color w:val="000000" w:themeColor="text1"/>
          <w:lang w:val="uk-UA"/>
        </w:rPr>
        <w:t>нову</w:t>
      </w:r>
      <w:r w:rsidRPr="00B7305F">
        <w:rPr>
          <w:color w:val="000000" w:themeColor="text1"/>
          <w:lang w:val="uk-UA"/>
        </w:rPr>
        <w:t xml:space="preserve"> </w:t>
      </w:r>
      <w:r w:rsidR="00E3536F" w:rsidRPr="00B7305F">
        <w:rPr>
          <w:color w:val="000000" w:themeColor="text1"/>
          <w:lang w:val="uk-UA"/>
        </w:rPr>
        <w:t>якість</w:t>
      </w:r>
      <w:r w:rsidRPr="00B7305F">
        <w:rPr>
          <w:color w:val="000000" w:themeColor="text1"/>
          <w:lang w:val="uk-UA"/>
        </w:rPr>
        <w:t xml:space="preserve"> </w:t>
      </w:r>
      <w:r w:rsidR="00E3536F" w:rsidRPr="00B7305F">
        <w:rPr>
          <w:color w:val="000000" w:themeColor="text1"/>
          <w:lang w:val="uk-UA"/>
        </w:rPr>
        <w:t>виконавської</w:t>
      </w:r>
      <w:r w:rsidRPr="00B7305F">
        <w:rPr>
          <w:color w:val="000000" w:themeColor="text1"/>
          <w:lang w:val="uk-UA"/>
        </w:rPr>
        <w:t xml:space="preserve"> </w:t>
      </w:r>
      <w:r w:rsidR="00E3536F" w:rsidRPr="00B7305F">
        <w:rPr>
          <w:color w:val="000000" w:themeColor="text1"/>
          <w:lang w:val="uk-UA"/>
        </w:rPr>
        <w:t>техніки,</w:t>
      </w:r>
      <w:r w:rsidRPr="00B7305F">
        <w:rPr>
          <w:color w:val="000000" w:themeColor="text1"/>
          <w:lang w:val="uk-UA"/>
        </w:rPr>
        <w:t xml:space="preserve"> </w:t>
      </w:r>
      <w:r w:rsidR="00E3536F" w:rsidRPr="00B7305F">
        <w:rPr>
          <w:color w:val="000000" w:themeColor="text1"/>
          <w:lang w:val="uk-UA"/>
        </w:rPr>
        <w:t>яка</w:t>
      </w:r>
      <w:r w:rsidRPr="00B7305F">
        <w:rPr>
          <w:color w:val="000000" w:themeColor="text1"/>
          <w:lang w:val="uk-UA"/>
        </w:rPr>
        <w:t xml:space="preserve"> </w:t>
      </w:r>
      <w:r w:rsidR="00E3536F" w:rsidRPr="00B7305F">
        <w:rPr>
          <w:color w:val="000000" w:themeColor="text1"/>
          <w:lang w:val="uk-UA"/>
        </w:rPr>
        <w:t>поєднує</w:t>
      </w:r>
      <w:r w:rsidRPr="00B7305F">
        <w:rPr>
          <w:color w:val="000000" w:themeColor="text1"/>
          <w:lang w:val="uk-UA"/>
        </w:rPr>
        <w:t xml:space="preserve"> </w:t>
      </w:r>
      <w:r w:rsidR="00E3536F" w:rsidRPr="00B7305F">
        <w:rPr>
          <w:color w:val="000000" w:themeColor="text1"/>
          <w:lang w:val="uk-UA"/>
        </w:rPr>
        <w:t>масштаб</w:t>
      </w:r>
      <w:r w:rsidRPr="00B7305F">
        <w:rPr>
          <w:color w:val="000000" w:themeColor="text1"/>
          <w:lang w:val="uk-UA"/>
        </w:rPr>
        <w:t xml:space="preserve"> </w:t>
      </w:r>
      <w:r w:rsidR="00E3536F" w:rsidRPr="00B7305F">
        <w:rPr>
          <w:color w:val="000000" w:themeColor="text1"/>
          <w:lang w:val="uk-UA"/>
        </w:rPr>
        <w:t>сцени</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інтимністю</w:t>
      </w:r>
      <w:r w:rsidRPr="00B7305F">
        <w:rPr>
          <w:color w:val="000000" w:themeColor="text1"/>
          <w:lang w:val="uk-UA"/>
        </w:rPr>
        <w:t xml:space="preserve"> </w:t>
      </w:r>
      <w:r w:rsidR="00E3536F" w:rsidRPr="00B7305F">
        <w:rPr>
          <w:color w:val="000000" w:themeColor="text1"/>
          <w:lang w:val="uk-UA"/>
        </w:rPr>
        <w:t>екрану.</w:t>
      </w:r>
    </w:p>
    <w:p w14:paraId="7E9A28AC" w14:textId="2DA548E0"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Четвертий</w:t>
      </w:r>
      <w:r w:rsidRPr="00B7305F">
        <w:rPr>
          <w:color w:val="000000" w:themeColor="text1"/>
          <w:lang w:val="uk-UA"/>
        </w:rPr>
        <w:t xml:space="preserve"> </w:t>
      </w:r>
      <w:r w:rsidR="00E3536F" w:rsidRPr="00B7305F">
        <w:rPr>
          <w:color w:val="000000" w:themeColor="text1"/>
          <w:lang w:val="uk-UA"/>
        </w:rPr>
        <w:t>важливий</w:t>
      </w:r>
      <w:r w:rsidRPr="00B7305F">
        <w:rPr>
          <w:color w:val="000000" w:themeColor="text1"/>
          <w:lang w:val="uk-UA"/>
        </w:rPr>
        <w:t xml:space="preserve"> </w:t>
      </w:r>
      <w:r w:rsidR="00E3536F" w:rsidRPr="00B7305F">
        <w:rPr>
          <w:color w:val="000000" w:themeColor="text1"/>
          <w:lang w:val="uk-UA"/>
        </w:rPr>
        <w:t>напрям</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теорія</w:t>
      </w:r>
      <w:r w:rsidRPr="00B7305F">
        <w:rPr>
          <w:color w:val="000000" w:themeColor="text1"/>
          <w:lang w:val="uk-UA"/>
        </w:rPr>
        <w:t xml:space="preserve"> </w:t>
      </w:r>
      <w:r w:rsidR="00E3536F" w:rsidRPr="00B7305F">
        <w:rPr>
          <w:color w:val="000000" w:themeColor="text1"/>
          <w:lang w:val="uk-UA"/>
        </w:rPr>
        <w:t>медіа,</w:t>
      </w:r>
      <w:r w:rsidRPr="00B7305F">
        <w:rPr>
          <w:color w:val="000000" w:themeColor="text1"/>
          <w:lang w:val="uk-UA"/>
        </w:rPr>
        <w:t xml:space="preserve"> </w:t>
      </w:r>
      <w:r w:rsidR="00E3536F" w:rsidRPr="00B7305F">
        <w:rPr>
          <w:color w:val="000000" w:themeColor="text1"/>
          <w:lang w:val="uk-UA"/>
        </w:rPr>
        <w:t>яка</w:t>
      </w:r>
      <w:r w:rsidRPr="00B7305F">
        <w:rPr>
          <w:color w:val="000000" w:themeColor="text1"/>
          <w:lang w:val="uk-UA"/>
        </w:rPr>
        <w:t xml:space="preserve"> </w:t>
      </w:r>
      <w:r w:rsidR="00E3536F" w:rsidRPr="00B7305F">
        <w:rPr>
          <w:color w:val="000000" w:themeColor="text1"/>
          <w:lang w:val="uk-UA"/>
        </w:rPr>
        <w:t>розглядає</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і</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різні</w:t>
      </w:r>
      <w:r w:rsidRPr="00B7305F">
        <w:rPr>
          <w:color w:val="000000" w:themeColor="text1"/>
          <w:lang w:val="uk-UA"/>
        </w:rPr>
        <w:t xml:space="preserve"> </w:t>
      </w:r>
      <w:r w:rsidR="00E3536F" w:rsidRPr="00B7305F">
        <w:rPr>
          <w:color w:val="000000" w:themeColor="text1"/>
          <w:lang w:val="uk-UA"/>
        </w:rPr>
        <w:t>типи</w:t>
      </w:r>
      <w:r w:rsidRPr="00B7305F">
        <w:rPr>
          <w:color w:val="000000" w:themeColor="text1"/>
          <w:lang w:val="uk-UA"/>
        </w:rPr>
        <w:t xml:space="preserve"> </w:t>
      </w:r>
      <w:r w:rsidR="00E3536F" w:rsidRPr="00B7305F">
        <w:rPr>
          <w:color w:val="000000" w:themeColor="text1"/>
          <w:lang w:val="uk-UA"/>
        </w:rPr>
        <w:t>медіальних</w:t>
      </w:r>
      <w:r w:rsidRPr="00B7305F">
        <w:rPr>
          <w:color w:val="000000" w:themeColor="text1"/>
          <w:lang w:val="uk-UA"/>
        </w:rPr>
        <w:t xml:space="preserve"> </w:t>
      </w:r>
      <w:r w:rsidR="00E3536F" w:rsidRPr="00B7305F">
        <w:rPr>
          <w:color w:val="000000" w:themeColor="text1"/>
          <w:lang w:val="uk-UA"/>
        </w:rPr>
        <w:t>практик.</w:t>
      </w:r>
      <w:r w:rsidRPr="00B7305F">
        <w:rPr>
          <w:color w:val="000000" w:themeColor="text1"/>
          <w:lang w:val="uk-UA"/>
        </w:rPr>
        <w:t xml:space="preserve"> </w:t>
      </w:r>
      <w:r w:rsidR="00E3536F" w:rsidRPr="00B7305F">
        <w:rPr>
          <w:color w:val="000000" w:themeColor="text1"/>
          <w:lang w:val="uk-UA"/>
        </w:rPr>
        <w:t>Театр</w:t>
      </w:r>
      <w:r w:rsidRPr="00B7305F">
        <w:rPr>
          <w:color w:val="000000" w:themeColor="text1"/>
          <w:lang w:val="uk-UA"/>
        </w:rPr>
        <w:t xml:space="preserve"> </w:t>
      </w:r>
      <w:r w:rsidR="00E3536F" w:rsidRPr="00B7305F">
        <w:rPr>
          <w:color w:val="000000" w:themeColor="text1"/>
          <w:lang w:val="uk-UA"/>
        </w:rPr>
        <w:t>оперує</w:t>
      </w:r>
      <w:r w:rsidRPr="00B7305F">
        <w:rPr>
          <w:color w:val="000000" w:themeColor="text1"/>
          <w:lang w:val="uk-UA"/>
        </w:rPr>
        <w:t xml:space="preserve"> </w:t>
      </w:r>
      <w:r w:rsidR="00E3536F" w:rsidRPr="00B7305F">
        <w:rPr>
          <w:color w:val="000000" w:themeColor="text1"/>
          <w:lang w:val="uk-UA"/>
        </w:rPr>
        <w:t>тут-і-тепер</w:t>
      </w:r>
      <w:r w:rsidRPr="00B7305F">
        <w:rPr>
          <w:color w:val="000000" w:themeColor="text1"/>
          <w:lang w:val="uk-UA"/>
        </w:rPr>
        <w:t xml:space="preserve"> </w:t>
      </w:r>
      <w:r w:rsidR="00E3536F" w:rsidRPr="00B7305F">
        <w:rPr>
          <w:color w:val="000000" w:themeColor="text1"/>
          <w:lang w:val="uk-UA"/>
        </w:rPr>
        <w:t>присутністю,</w:t>
      </w:r>
      <w:r w:rsidRPr="00B7305F">
        <w:rPr>
          <w:color w:val="000000" w:themeColor="text1"/>
          <w:lang w:val="uk-UA"/>
        </w:rPr>
        <w:t xml:space="preserve"> </w:t>
      </w:r>
      <w:r w:rsidR="00E3536F" w:rsidRPr="00B7305F">
        <w:rPr>
          <w:color w:val="000000" w:themeColor="text1"/>
          <w:lang w:val="uk-UA"/>
        </w:rPr>
        <w:t>тоді</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формує</w:t>
      </w:r>
      <w:r w:rsidRPr="00B7305F">
        <w:rPr>
          <w:color w:val="000000" w:themeColor="text1"/>
          <w:lang w:val="uk-UA"/>
        </w:rPr>
        <w:t xml:space="preserve"> </w:t>
      </w:r>
      <w:r w:rsidR="00E3536F" w:rsidRPr="00B7305F">
        <w:rPr>
          <w:color w:val="000000" w:themeColor="text1"/>
          <w:lang w:val="uk-UA"/>
        </w:rPr>
        <w:t>простір</w:t>
      </w:r>
      <w:r w:rsidRPr="00B7305F">
        <w:rPr>
          <w:color w:val="000000" w:themeColor="text1"/>
          <w:lang w:val="uk-UA"/>
        </w:rPr>
        <w:t xml:space="preserve"> </w:t>
      </w:r>
      <w:r w:rsidR="00E3536F" w:rsidRPr="00B7305F">
        <w:rPr>
          <w:color w:val="000000" w:themeColor="text1"/>
          <w:lang w:val="uk-UA"/>
        </w:rPr>
        <w:t>відкладеного</w:t>
      </w:r>
      <w:r w:rsidRPr="00B7305F">
        <w:rPr>
          <w:color w:val="000000" w:themeColor="text1"/>
          <w:lang w:val="uk-UA"/>
        </w:rPr>
        <w:t xml:space="preserve"> </w:t>
      </w:r>
      <w:r w:rsidR="00E3536F" w:rsidRPr="00B7305F">
        <w:rPr>
          <w:color w:val="000000" w:themeColor="text1"/>
          <w:lang w:val="uk-UA"/>
        </w:rPr>
        <w:t>перегляду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технічно</w:t>
      </w:r>
      <w:r w:rsidRPr="00B7305F">
        <w:rPr>
          <w:color w:val="000000" w:themeColor="text1"/>
          <w:lang w:val="uk-UA"/>
        </w:rPr>
        <w:t xml:space="preserve"> </w:t>
      </w:r>
      <w:r w:rsidR="00E3536F" w:rsidRPr="00B7305F">
        <w:rPr>
          <w:color w:val="000000" w:themeColor="text1"/>
          <w:lang w:val="uk-UA"/>
        </w:rPr>
        <w:t>відтворюваного</w:t>
      </w:r>
      <w:r w:rsidRPr="00B7305F">
        <w:rPr>
          <w:color w:val="000000" w:themeColor="text1"/>
          <w:lang w:val="uk-UA"/>
        </w:rPr>
        <w:t xml:space="preserve"> </w:t>
      </w:r>
      <w:r w:rsidR="00E3536F" w:rsidRPr="00B7305F">
        <w:rPr>
          <w:color w:val="000000" w:themeColor="text1"/>
          <w:lang w:val="uk-UA"/>
        </w:rPr>
        <w:t>образу.</w:t>
      </w:r>
      <w:r w:rsidRPr="00B7305F">
        <w:rPr>
          <w:color w:val="000000" w:themeColor="text1"/>
          <w:lang w:val="uk-UA"/>
        </w:rPr>
        <w:t xml:space="preserve"> </w:t>
      </w:r>
      <w:r w:rsidR="00E3536F" w:rsidRPr="00B7305F">
        <w:rPr>
          <w:color w:val="000000" w:themeColor="text1"/>
          <w:lang w:val="uk-UA"/>
        </w:rPr>
        <w:t>Проте</w:t>
      </w:r>
      <w:r w:rsidRPr="00B7305F">
        <w:rPr>
          <w:color w:val="000000" w:themeColor="text1"/>
          <w:lang w:val="uk-UA"/>
        </w:rPr>
        <w:t xml:space="preserve"> </w:t>
      </w:r>
      <w:r w:rsidR="00E3536F" w:rsidRPr="00B7305F">
        <w:rPr>
          <w:color w:val="000000" w:themeColor="text1"/>
          <w:lang w:val="uk-UA"/>
        </w:rPr>
        <w:t>сучасні</w:t>
      </w:r>
      <w:r w:rsidRPr="00B7305F">
        <w:rPr>
          <w:color w:val="000000" w:themeColor="text1"/>
          <w:lang w:val="uk-UA"/>
        </w:rPr>
        <w:t xml:space="preserve"> </w:t>
      </w:r>
      <w:r w:rsidR="00E3536F" w:rsidRPr="00B7305F">
        <w:rPr>
          <w:color w:val="000000" w:themeColor="text1"/>
          <w:lang w:val="uk-UA"/>
        </w:rPr>
        <w:t>мистецькі</w:t>
      </w:r>
      <w:r w:rsidRPr="00B7305F">
        <w:rPr>
          <w:color w:val="000000" w:themeColor="text1"/>
          <w:lang w:val="uk-UA"/>
        </w:rPr>
        <w:t xml:space="preserve"> </w:t>
      </w:r>
      <w:r w:rsidR="00E3536F" w:rsidRPr="00B7305F">
        <w:rPr>
          <w:color w:val="000000" w:themeColor="text1"/>
          <w:lang w:val="uk-UA"/>
        </w:rPr>
        <w:t>процеси</w:t>
      </w:r>
      <w:r w:rsidRPr="00B7305F">
        <w:rPr>
          <w:color w:val="000000" w:themeColor="text1"/>
          <w:lang w:val="uk-UA"/>
        </w:rPr>
        <w:t xml:space="preserve"> </w:t>
      </w:r>
      <w:r w:rsidR="00E3536F" w:rsidRPr="00B7305F">
        <w:rPr>
          <w:color w:val="000000" w:themeColor="text1"/>
          <w:lang w:val="uk-UA"/>
        </w:rPr>
        <w:t>демонструють</w:t>
      </w:r>
      <w:r w:rsidRPr="00B7305F">
        <w:rPr>
          <w:color w:val="000000" w:themeColor="text1"/>
          <w:lang w:val="uk-UA"/>
        </w:rPr>
        <w:t xml:space="preserve"> </w:t>
      </w:r>
      <w:r w:rsidR="00E3536F" w:rsidRPr="00B7305F">
        <w:rPr>
          <w:color w:val="000000" w:themeColor="text1"/>
          <w:lang w:val="uk-UA"/>
        </w:rPr>
        <w:t>розмиття</w:t>
      </w:r>
      <w:r w:rsidRPr="00B7305F">
        <w:rPr>
          <w:color w:val="000000" w:themeColor="text1"/>
          <w:lang w:val="uk-UA"/>
        </w:rPr>
        <w:t xml:space="preserve"> </w:t>
      </w:r>
      <w:r w:rsidR="00E3536F" w:rsidRPr="00B7305F">
        <w:rPr>
          <w:color w:val="000000" w:themeColor="text1"/>
          <w:lang w:val="uk-UA"/>
        </w:rPr>
        <w:t>цих</w:t>
      </w:r>
      <w:r w:rsidRPr="00B7305F">
        <w:rPr>
          <w:color w:val="000000" w:themeColor="text1"/>
          <w:lang w:val="uk-UA"/>
        </w:rPr>
        <w:t xml:space="preserve"> </w:t>
      </w:r>
      <w:r w:rsidR="00E3536F" w:rsidRPr="00B7305F">
        <w:rPr>
          <w:color w:val="000000" w:themeColor="text1"/>
          <w:lang w:val="uk-UA"/>
        </w:rPr>
        <w:t>меж:</w:t>
      </w:r>
      <w:r w:rsidRPr="00B7305F">
        <w:rPr>
          <w:color w:val="000000" w:themeColor="text1"/>
          <w:lang w:val="uk-UA"/>
        </w:rPr>
        <w:t xml:space="preserve"> </w:t>
      </w:r>
      <w:r w:rsidR="00E3536F" w:rsidRPr="00B7305F">
        <w:rPr>
          <w:color w:val="000000" w:themeColor="text1"/>
          <w:lang w:val="uk-UA"/>
        </w:rPr>
        <w:t>театральні</w:t>
      </w:r>
      <w:r w:rsidRPr="00B7305F">
        <w:rPr>
          <w:color w:val="000000" w:themeColor="text1"/>
          <w:lang w:val="uk-UA"/>
        </w:rPr>
        <w:t xml:space="preserve"> </w:t>
      </w:r>
      <w:r w:rsidR="00E3536F" w:rsidRPr="00B7305F">
        <w:rPr>
          <w:color w:val="000000" w:themeColor="text1"/>
          <w:lang w:val="uk-UA"/>
        </w:rPr>
        <w:t>постановки</w:t>
      </w:r>
      <w:r w:rsidRPr="00B7305F">
        <w:rPr>
          <w:color w:val="000000" w:themeColor="text1"/>
          <w:lang w:val="uk-UA"/>
        </w:rPr>
        <w:t xml:space="preserve"> </w:t>
      </w:r>
      <w:r w:rsidR="00E3536F" w:rsidRPr="00B7305F">
        <w:rPr>
          <w:color w:val="000000" w:themeColor="text1"/>
          <w:lang w:val="uk-UA"/>
        </w:rPr>
        <w:t>використовують</w:t>
      </w:r>
      <w:r w:rsidRPr="00B7305F">
        <w:rPr>
          <w:color w:val="000000" w:themeColor="text1"/>
          <w:lang w:val="uk-UA"/>
        </w:rPr>
        <w:t xml:space="preserve"> </w:t>
      </w:r>
      <w:r w:rsidR="00E3536F" w:rsidRPr="00B7305F">
        <w:rPr>
          <w:color w:val="000000" w:themeColor="text1"/>
          <w:lang w:val="uk-UA"/>
        </w:rPr>
        <w:t>відеопроєкцію,</w:t>
      </w:r>
      <w:r w:rsidRPr="00B7305F">
        <w:rPr>
          <w:color w:val="000000" w:themeColor="text1"/>
          <w:lang w:val="uk-UA"/>
        </w:rPr>
        <w:t xml:space="preserve"> </w:t>
      </w:r>
      <w:r w:rsidR="00E3536F" w:rsidRPr="00B7305F">
        <w:rPr>
          <w:color w:val="000000" w:themeColor="text1"/>
          <w:lang w:val="uk-UA"/>
        </w:rPr>
        <w:t>живу</w:t>
      </w:r>
      <w:r w:rsidRPr="00B7305F">
        <w:rPr>
          <w:color w:val="000000" w:themeColor="text1"/>
          <w:lang w:val="uk-UA"/>
        </w:rPr>
        <w:t xml:space="preserve"> </w:t>
      </w:r>
      <w:r w:rsidR="00E3536F" w:rsidRPr="00B7305F">
        <w:rPr>
          <w:color w:val="000000" w:themeColor="text1"/>
          <w:lang w:val="uk-UA"/>
        </w:rPr>
        <w:t>камеру,</w:t>
      </w:r>
      <w:r w:rsidRPr="00B7305F">
        <w:rPr>
          <w:color w:val="000000" w:themeColor="text1"/>
          <w:lang w:val="uk-UA"/>
        </w:rPr>
        <w:t xml:space="preserve"> </w:t>
      </w:r>
      <w:r w:rsidR="00E3536F" w:rsidRPr="00B7305F">
        <w:rPr>
          <w:color w:val="000000" w:themeColor="text1"/>
          <w:lang w:val="uk-UA"/>
        </w:rPr>
        <w:t>кінематографічні</w:t>
      </w:r>
      <w:r w:rsidRPr="00B7305F">
        <w:rPr>
          <w:color w:val="000000" w:themeColor="text1"/>
          <w:lang w:val="uk-UA"/>
        </w:rPr>
        <w:t xml:space="preserve"> </w:t>
      </w:r>
      <w:r w:rsidR="00E3536F" w:rsidRPr="00B7305F">
        <w:rPr>
          <w:color w:val="000000" w:themeColor="text1"/>
          <w:lang w:val="uk-UA"/>
        </w:rPr>
        <w:t>композиції,</w:t>
      </w:r>
      <w:r w:rsidRPr="00B7305F">
        <w:rPr>
          <w:color w:val="000000" w:themeColor="text1"/>
          <w:lang w:val="uk-UA"/>
        </w:rPr>
        <w:t xml:space="preserve"> </w:t>
      </w:r>
      <w:r w:rsidR="00E3536F" w:rsidRPr="00B7305F">
        <w:rPr>
          <w:color w:val="000000" w:themeColor="text1"/>
          <w:lang w:val="uk-UA"/>
        </w:rPr>
        <w:t>тоді</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активно</w:t>
      </w:r>
      <w:r w:rsidRPr="00B7305F">
        <w:rPr>
          <w:color w:val="000000" w:themeColor="text1"/>
          <w:lang w:val="uk-UA"/>
        </w:rPr>
        <w:t xml:space="preserve"> </w:t>
      </w:r>
      <w:r w:rsidR="00E3536F" w:rsidRPr="00B7305F">
        <w:rPr>
          <w:color w:val="000000" w:themeColor="text1"/>
          <w:lang w:val="uk-UA"/>
        </w:rPr>
        <w:t>запозичує</w:t>
      </w:r>
      <w:r w:rsidRPr="00B7305F">
        <w:rPr>
          <w:color w:val="000000" w:themeColor="text1"/>
          <w:lang w:val="uk-UA"/>
        </w:rPr>
        <w:t xml:space="preserve"> </w:t>
      </w:r>
      <w:r w:rsidR="00E3536F" w:rsidRPr="00B7305F">
        <w:rPr>
          <w:color w:val="000000" w:themeColor="text1"/>
          <w:lang w:val="uk-UA"/>
        </w:rPr>
        <w:t>сценічні</w:t>
      </w:r>
      <w:r w:rsidRPr="00B7305F">
        <w:rPr>
          <w:color w:val="000000" w:themeColor="text1"/>
          <w:lang w:val="uk-UA"/>
        </w:rPr>
        <w:t xml:space="preserve"> </w:t>
      </w:r>
      <w:r w:rsidR="00E3536F" w:rsidRPr="00B7305F">
        <w:rPr>
          <w:color w:val="000000" w:themeColor="text1"/>
          <w:lang w:val="uk-UA"/>
        </w:rPr>
        <w:t>принципи</w:t>
      </w:r>
      <w:r w:rsidRPr="00B7305F">
        <w:rPr>
          <w:color w:val="000000" w:themeColor="text1"/>
          <w:lang w:val="uk-UA"/>
        </w:rPr>
        <w:t xml:space="preserve"> </w:t>
      </w:r>
      <w:r w:rsidR="00E3536F" w:rsidRPr="00B7305F">
        <w:rPr>
          <w:color w:val="000000" w:themeColor="text1"/>
          <w:lang w:val="uk-UA"/>
        </w:rPr>
        <w:t>ансамблевої</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імпровізації,</w:t>
      </w:r>
      <w:r w:rsidRPr="00B7305F">
        <w:rPr>
          <w:color w:val="000000" w:themeColor="text1"/>
          <w:lang w:val="uk-UA"/>
        </w:rPr>
        <w:t xml:space="preserve"> </w:t>
      </w:r>
      <w:r w:rsidR="00E3536F" w:rsidRPr="00B7305F">
        <w:rPr>
          <w:color w:val="000000" w:themeColor="text1"/>
          <w:lang w:val="uk-UA"/>
        </w:rPr>
        <w:t>ритуальної</w:t>
      </w:r>
      <w:r w:rsidRPr="00B7305F">
        <w:rPr>
          <w:color w:val="000000" w:themeColor="text1"/>
          <w:lang w:val="uk-UA"/>
        </w:rPr>
        <w:t xml:space="preserve"> </w:t>
      </w:r>
      <w:r w:rsidR="00E3536F" w:rsidRPr="00B7305F">
        <w:rPr>
          <w:color w:val="000000" w:themeColor="text1"/>
          <w:lang w:val="uk-UA"/>
        </w:rPr>
        <w:t>структури</w:t>
      </w:r>
      <w:r w:rsidRPr="00B7305F">
        <w:rPr>
          <w:color w:val="000000" w:themeColor="text1"/>
          <w:lang w:val="uk-UA"/>
        </w:rPr>
        <w:t xml:space="preserve"> </w:t>
      </w:r>
      <w:r w:rsidR="00E3536F" w:rsidRPr="00B7305F">
        <w:rPr>
          <w:color w:val="000000" w:themeColor="text1"/>
          <w:lang w:val="uk-UA"/>
        </w:rPr>
        <w:t>дії.</w:t>
      </w:r>
    </w:p>
    <w:p w14:paraId="7B1751D5" w14:textId="6E432F95" w:rsidR="00E3536F"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E3536F" w:rsidRPr="00B7305F">
        <w:rPr>
          <w:color w:val="000000" w:themeColor="text1"/>
          <w:lang w:val="uk-UA"/>
        </w:rPr>
        <w:t>Ці</w:t>
      </w:r>
      <w:r w:rsidRPr="00B7305F">
        <w:rPr>
          <w:color w:val="000000" w:themeColor="text1"/>
          <w:lang w:val="uk-UA"/>
        </w:rPr>
        <w:t xml:space="preserve"> </w:t>
      </w:r>
      <w:r w:rsidR="00E3536F" w:rsidRPr="00B7305F">
        <w:rPr>
          <w:color w:val="000000" w:themeColor="text1"/>
          <w:lang w:val="uk-UA"/>
        </w:rPr>
        <w:t>теоретичні</w:t>
      </w:r>
      <w:r w:rsidRPr="00B7305F">
        <w:rPr>
          <w:color w:val="000000" w:themeColor="text1"/>
          <w:lang w:val="uk-UA"/>
        </w:rPr>
        <w:t xml:space="preserve"> </w:t>
      </w:r>
      <w:r w:rsidR="00E3536F" w:rsidRPr="00B7305F">
        <w:rPr>
          <w:color w:val="000000" w:themeColor="text1"/>
          <w:lang w:val="uk-UA"/>
        </w:rPr>
        <w:t>підходи</w:t>
      </w:r>
      <w:r w:rsidRPr="00B7305F">
        <w:rPr>
          <w:color w:val="000000" w:themeColor="text1"/>
          <w:lang w:val="uk-UA"/>
        </w:rPr>
        <w:t xml:space="preserve"> </w:t>
      </w:r>
      <w:r w:rsidR="00E3536F" w:rsidRPr="00B7305F">
        <w:rPr>
          <w:color w:val="000000" w:themeColor="text1"/>
          <w:lang w:val="uk-UA"/>
        </w:rPr>
        <w:t>дозволяють</w:t>
      </w:r>
      <w:r w:rsidRPr="00B7305F">
        <w:rPr>
          <w:color w:val="000000" w:themeColor="text1"/>
          <w:lang w:val="uk-UA"/>
        </w:rPr>
        <w:t xml:space="preserve"> </w:t>
      </w:r>
      <w:r w:rsidR="00E3536F" w:rsidRPr="00B7305F">
        <w:rPr>
          <w:color w:val="000000" w:themeColor="text1"/>
          <w:lang w:val="uk-UA"/>
        </w:rPr>
        <w:t>розглядати</w:t>
      </w:r>
      <w:r w:rsidRPr="00B7305F">
        <w:rPr>
          <w:color w:val="000000" w:themeColor="text1"/>
          <w:lang w:val="uk-UA"/>
        </w:rPr>
        <w:t xml:space="preserve"> </w:t>
      </w:r>
      <w:r w:rsidR="00E3536F" w:rsidRPr="00B7305F">
        <w:rPr>
          <w:color w:val="000000" w:themeColor="text1"/>
          <w:lang w:val="uk-UA"/>
        </w:rPr>
        <w:t>синтез</w:t>
      </w:r>
      <w:r w:rsidRPr="00B7305F">
        <w:rPr>
          <w:color w:val="000000" w:themeColor="text1"/>
          <w:lang w:val="uk-UA"/>
        </w:rPr>
        <w:t xml:space="preserve"> </w:t>
      </w:r>
      <w:r w:rsidR="00E3536F" w:rsidRPr="00B7305F">
        <w:rPr>
          <w:color w:val="000000" w:themeColor="text1"/>
          <w:lang w:val="uk-UA"/>
        </w:rPr>
        <w:t>театру</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кіно</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механічне</w:t>
      </w:r>
      <w:r w:rsidRPr="00B7305F">
        <w:rPr>
          <w:color w:val="000000" w:themeColor="text1"/>
          <w:lang w:val="uk-UA"/>
        </w:rPr>
        <w:t xml:space="preserve"> </w:t>
      </w:r>
      <w:r w:rsidR="00E3536F" w:rsidRPr="00B7305F">
        <w:rPr>
          <w:color w:val="000000" w:themeColor="text1"/>
          <w:lang w:val="uk-UA"/>
        </w:rPr>
        <w:t>поєднання</w:t>
      </w:r>
      <w:r w:rsidRPr="00B7305F">
        <w:rPr>
          <w:color w:val="000000" w:themeColor="text1"/>
          <w:lang w:val="uk-UA"/>
        </w:rPr>
        <w:t xml:space="preserve"> </w:t>
      </w:r>
      <w:r w:rsidR="00E3536F" w:rsidRPr="00B7305F">
        <w:rPr>
          <w:color w:val="000000" w:themeColor="text1"/>
          <w:lang w:val="uk-UA"/>
        </w:rPr>
        <w:t>форм,</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як</w:t>
      </w:r>
      <w:r w:rsidRPr="00B7305F">
        <w:rPr>
          <w:color w:val="000000" w:themeColor="text1"/>
          <w:lang w:val="uk-UA"/>
        </w:rPr>
        <w:t xml:space="preserve"> </w:t>
      </w:r>
      <w:r w:rsidR="00E3536F" w:rsidRPr="00B7305F">
        <w:rPr>
          <w:color w:val="000000" w:themeColor="text1"/>
          <w:lang w:val="uk-UA"/>
        </w:rPr>
        <w:t>глибоку</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органічну</w:t>
      </w:r>
      <w:r w:rsidRPr="00B7305F">
        <w:rPr>
          <w:color w:val="000000" w:themeColor="text1"/>
          <w:lang w:val="uk-UA"/>
        </w:rPr>
        <w:t xml:space="preserve"> </w:t>
      </w:r>
      <w:r w:rsidR="00E3536F" w:rsidRPr="00B7305F">
        <w:rPr>
          <w:color w:val="000000" w:themeColor="text1"/>
          <w:lang w:val="uk-UA"/>
        </w:rPr>
        <w:t>взаємодію</w:t>
      </w:r>
      <w:r w:rsidRPr="00B7305F">
        <w:rPr>
          <w:color w:val="000000" w:themeColor="text1"/>
          <w:lang w:val="uk-UA"/>
        </w:rPr>
        <w:t xml:space="preserve"> </w:t>
      </w:r>
      <w:r w:rsidR="00E3536F" w:rsidRPr="00B7305F">
        <w:rPr>
          <w:color w:val="000000" w:themeColor="text1"/>
          <w:lang w:val="uk-UA"/>
        </w:rPr>
        <w:t>двох</w:t>
      </w:r>
      <w:r w:rsidRPr="00B7305F">
        <w:rPr>
          <w:color w:val="000000" w:themeColor="text1"/>
          <w:lang w:val="uk-UA"/>
        </w:rPr>
        <w:t xml:space="preserve"> </w:t>
      </w:r>
      <w:r w:rsidR="00E3536F" w:rsidRPr="00B7305F">
        <w:rPr>
          <w:color w:val="000000" w:themeColor="text1"/>
          <w:lang w:val="uk-UA"/>
        </w:rPr>
        <w:t>художніх</w:t>
      </w:r>
      <w:r w:rsidRPr="00B7305F">
        <w:rPr>
          <w:color w:val="000000" w:themeColor="text1"/>
          <w:lang w:val="uk-UA"/>
        </w:rPr>
        <w:t xml:space="preserve"> </w:t>
      </w:r>
      <w:r w:rsidR="00E3536F" w:rsidRPr="00B7305F">
        <w:rPr>
          <w:color w:val="000000" w:themeColor="text1"/>
          <w:lang w:val="uk-UA"/>
        </w:rPr>
        <w:t>мов.</w:t>
      </w:r>
      <w:r w:rsidRPr="00B7305F">
        <w:rPr>
          <w:color w:val="000000" w:themeColor="text1"/>
          <w:lang w:val="uk-UA"/>
        </w:rPr>
        <w:t xml:space="preserve"> </w:t>
      </w:r>
      <w:r w:rsidR="00E3536F" w:rsidRPr="00B7305F">
        <w:rPr>
          <w:color w:val="000000" w:themeColor="text1"/>
          <w:lang w:val="uk-UA"/>
        </w:rPr>
        <w:t>Саме</w:t>
      </w:r>
      <w:r w:rsidRPr="00B7305F">
        <w:rPr>
          <w:color w:val="000000" w:themeColor="text1"/>
          <w:lang w:val="uk-UA"/>
        </w:rPr>
        <w:t xml:space="preserve"> </w:t>
      </w:r>
      <w:r w:rsidR="00E3536F" w:rsidRPr="00B7305F">
        <w:rPr>
          <w:color w:val="000000" w:themeColor="text1"/>
          <w:lang w:val="uk-UA"/>
        </w:rPr>
        <w:t>в</w:t>
      </w:r>
      <w:r w:rsidRPr="00B7305F">
        <w:rPr>
          <w:color w:val="000000" w:themeColor="text1"/>
          <w:lang w:val="uk-UA"/>
        </w:rPr>
        <w:t xml:space="preserve"> </w:t>
      </w:r>
      <w:r w:rsidR="00E3536F" w:rsidRPr="00B7305F">
        <w:rPr>
          <w:color w:val="000000" w:themeColor="text1"/>
          <w:lang w:val="uk-UA"/>
        </w:rPr>
        <w:t>цій</w:t>
      </w:r>
      <w:r w:rsidRPr="00B7305F">
        <w:rPr>
          <w:color w:val="000000" w:themeColor="text1"/>
          <w:lang w:val="uk-UA"/>
        </w:rPr>
        <w:t xml:space="preserve"> </w:t>
      </w:r>
      <w:r w:rsidR="00E3536F" w:rsidRPr="00B7305F">
        <w:rPr>
          <w:color w:val="000000" w:themeColor="text1"/>
          <w:lang w:val="uk-UA"/>
        </w:rPr>
        <w:t>взаємодії</w:t>
      </w:r>
      <w:r w:rsidRPr="00B7305F">
        <w:rPr>
          <w:color w:val="000000" w:themeColor="text1"/>
          <w:lang w:val="uk-UA"/>
        </w:rPr>
        <w:t xml:space="preserve"> </w:t>
      </w:r>
      <w:r w:rsidR="00E3536F" w:rsidRPr="00B7305F">
        <w:rPr>
          <w:color w:val="000000" w:themeColor="text1"/>
          <w:lang w:val="uk-UA"/>
        </w:rPr>
        <w:t>виникає</w:t>
      </w:r>
      <w:r w:rsidRPr="00B7305F">
        <w:rPr>
          <w:color w:val="000000" w:themeColor="text1"/>
          <w:lang w:val="uk-UA"/>
        </w:rPr>
        <w:t xml:space="preserve"> </w:t>
      </w:r>
      <w:r w:rsidR="00E3536F" w:rsidRPr="00B7305F">
        <w:rPr>
          <w:color w:val="000000" w:themeColor="text1"/>
          <w:lang w:val="uk-UA"/>
        </w:rPr>
        <w:t>нова</w:t>
      </w:r>
      <w:r w:rsidRPr="00B7305F">
        <w:rPr>
          <w:color w:val="000000" w:themeColor="text1"/>
          <w:lang w:val="uk-UA"/>
        </w:rPr>
        <w:t xml:space="preserve"> </w:t>
      </w:r>
      <w:r w:rsidR="00E3536F" w:rsidRPr="00B7305F">
        <w:rPr>
          <w:color w:val="000000" w:themeColor="text1"/>
          <w:lang w:val="uk-UA"/>
        </w:rPr>
        <w:t>якість</w:t>
      </w:r>
      <w:r w:rsidRPr="00B7305F">
        <w:rPr>
          <w:color w:val="000000" w:themeColor="text1"/>
          <w:lang w:val="uk-UA"/>
        </w:rPr>
        <w:t xml:space="preserve"> </w:t>
      </w:r>
      <w:r w:rsidR="00E3536F" w:rsidRPr="00B7305F">
        <w:rPr>
          <w:color w:val="000000" w:themeColor="text1"/>
          <w:lang w:val="uk-UA"/>
        </w:rPr>
        <w:t>сучасного</w:t>
      </w:r>
      <w:r w:rsidRPr="00B7305F">
        <w:rPr>
          <w:color w:val="000000" w:themeColor="text1"/>
          <w:lang w:val="uk-UA"/>
        </w:rPr>
        <w:t xml:space="preserve"> </w:t>
      </w:r>
      <w:r w:rsidR="00E3536F" w:rsidRPr="00B7305F">
        <w:rPr>
          <w:color w:val="000000" w:themeColor="text1"/>
          <w:lang w:val="uk-UA"/>
        </w:rPr>
        <w:t>виконавського</w:t>
      </w:r>
      <w:r w:rsidRPr="00B7305F">
        <w:rPr>
          <w:color w:val="000000" w:themeColor="text1"/>
          <w:lang w:val="uk-UA"/>
        </w:rPr>
        <w:t xml:space="preserve"> </w:t>
      </w:r>
      <w:r w:rsidR="00E3536F" w:rsidRPr="00B7305F">
        <w:rPr>
          <w:color w:val="000000" w:themeColor="text1"/>
          <w:lang w:val="uk-UA"/>
        </w:rPr>
        <w:t>мистецтва</w:t>
      </w:r>
      <w:r w:rsidRPr="00B7305F">
        <w:rPr>
          <w:color w:val="000000" w:themeColor="text1"/>
          <w:lang w:val="uk-UA"/>
        </w:rPr>
        <w:t xml:space="preserve"> </w:t>
      </w:r>
      <w:r w:rsidR="00E3536F" w:rsidRPr="00B7305F">
        <w:rPr>
          <w:color w:val="000000" w:themeColor="text1"/>
          <w:lang w:val="uk-UA"/>
        </w:rPr>
        <w:t>—</w:t>
      </w:r>
      <w:r w:rsidRPr="00B7305F">
        <w:rPr>
          <w:color w:val="000000" w:themeColor="text1"/>
          <w:lang w:val="uk-UA"/>
        </w:rPr>
        <w:t xml:space="preserve"> </w:t>
      </w:r>
      <w:r w:rsidR="00E3536F" w:rsidRPr="00B7305F">
        <w:rPr>
          <w:color w:val="000000" w:themeColor="text1"/>
          <w:lang w:val="uk-UA"/>
        </w:rPr>
        <w:t>просторова,</w:t>
      </w:r>
      <w:r w:rsidRPr="00B7305F">
        <w:rPr>
          <w:color w:val="000000" w:themeColor="text1"/>
          <w:lang w:val="uk-UA"/>
        </w:rPr>
        <w:t xml:space="preserve"> </w:t>
      </w:r>
      <w:r w:rsidR="00E3536F" w:rsidRPr="00B7305F">
        <w:rPr>
          <w:color w:val="000000" w:themeColor="text1"/>
          <w:lang w:val="uk-UA"/>
        </w:rPr>
        <w:t>емоційна</w:t>
      </w:r>
      <w:r w:rsidRPr="00B7305F">
        <w:rPr>
          <w:color w:val="000000" w:themeColor="text1"/>
          <w:lang w:val="uk-UA"/>
        </w:rPr>
        <w:t xml:space="preserve"> </w:t>
      </w:r>
      <w:r w:rsidR="00E3536F" w:rsidRPr="00B7305F">
        <w:rPr>
          <w:color w:val="000000" w:themeColor="text1"/>
          <w:lang w:val="uk-UA"/>
        </w:rPr>
        <w:t>й</w:t>
      </w:r>
      <w:r w:rsidRPr="00B7305F">
        <w:rPr>
          <w:color w:val="000000" w:themeColor="text1"/>
          <w:lang w:val="uk-UA"/>
        </w:rPr>
        <w:t xml:space="preserve"> </w:t>
      </w:r>
      <w:r w:rsidR="00E3536F" w:rsidRPr="00B7305F">
        <w:rPr>
          <w:color w:val="000000" w:themeColor="text1"/>
          <w:lang w:val="uk-UA"/>
        </w:rPr>
        <w:t>семантична</w:t>
      </w:r>
      <w:r w:rsidRPr="00B7305F">
        <w:rPr>
          <w:color w:val="000000" w:themeColor="text1"/>
          <w:lang w:val="uk-UA"/>
        </w:rPr>
        <w:t xml:space="preserve"> </w:t>
      </w:r>
      <w:r w:rsidR="00E3536F" w:rsidRPr="00B7305F">
        <w:rPr>
          <w:color w:val="000000" w:themeColor="text1"/>
          <w:lang w:val="uk-UA"/>
        </w:rPr>
        <w:t>модель,</w:t>
      </w:r>
      <w:r w:rsidRPr="00B7305F">
        <w:rPr>
          <w:color w:val="000000" w:themeColor="text1"/>
          <w:lang w:val="uk-UA"/>
        </w:rPr>
        <w:t xml:space="preserve"> </w:t>
      </w:r>
      <w:r w:rsidR="00E3536F" w:rsidRPr="00B7305F">
        <w:rPr>
          <w:color w:val="000000" w:themeColor="text1"/>
          <w:lang w:val="uk-UA"/>
        </w:rPr>
        <w:t>у</w:t>
      </w:r>
      <w:r w:rsidRPr="00B7305F">
        <w:rPr>
          <w:color w:val="000000" w:themeColor="text1"/>
          <w:lang w:val="uk-UA"/>
        </w:rPr>
        <w:t xml:space="preserve"> </w:t>
      </w:r>
      <w:r w:rsidR="00E3536F" w:rsidRPr="00B7305F">
        <w:rPr>
          <w:color w:val="000000" w:themeColor="text1"/>
          <w:lang w:val="uk-UA"/>
        </w:rPr>
        <w:t>якій</w:t>
      </w:r>
      <w:r w:rsidRPr="00B7305F">
        <w:rPr>
          <w:color w:val="000000" w:themeColor="text1"/>
          <w:lang w:val="uk-UA"/>
        </w:rPr>
        <w:t xml:space="preserve"> </w:t>
      </w:r>
      <w:r w:rsidR="00E3536F" w:rsidRPr="00B7305F">
        <w:rPr>
          <w:color w:val="000000" w:themeColor="text1"/>
          <w:lang w:val="uk-UA"/>
        </w:rPr>
        <w:t>театральна</w:t>
      </w:r>
      <w:r w:rsidRPr="00B7305F">
        <w:rPr>
          <w:color w:val="000000" w:themeColor="text1"/>
          <w:lang w:val="uk-UA"/>
        </w:rPr>
        <w:t xml:space="preserve"> </w:t>
      </w:r>
      <w:r w:rsidR="00E3536F" w:rsidRPr="00B7305F">
        <w:rPr>
          <w:color w:val="000000" w:themeColor="text1"/>
          <w:lang w:val="uk-UA"/>
        </w:rPr>
        <w:t>живість</w:t>
      </w:r>
      <w:r w:rsidRPr="00B7305F">
        <w:rPr>
          <w:color w:val="000000" w:themeColor="text1"/>
          <w:lang w:val="uk-UA"/>
        </w:rPr>
        <w:t xml:space="preserve"> </w:t>
      </w:r>
      <w:r w:rsidR="00E3536F" w:rsidRPr="00B7305F">
        <w:rPr>
          <w:color w:val="000000" w:themeColor="text1"/>
          <w:lang w:val="uk-UA"/>
        </w:rPr>
        <w:t>поєднується</w:t>
      </w:r>
      <w:r w:rsidRPr="00B7305F">
        <w:rPr>
          <w:color w:val="000000" w:themeColor="text1"/>
          <w:lang w:val="uk-UA"/>
        </w:rPr>
        <w:t xml:space="preserve"> </w:t>
      </w:r>
      <w:r w:rsidR="00E3536F" w:rsidRPr="00B7305F">
        <w:rPr>
          <w:color w:val="000000" w:themeColor="text1"/>
          <w:lang w:val="uk-UA"/>
        </w:rPr>
        <w:t>з</w:t>
      </w:r>
      <w:r w:rsidRPr="00B7305F">
        <w:rPr>
          <w:color w:val="000000" w:themeColor="text1"/>
          <w:lang w:val="uk-UA"/>
        </w:rPr>
        <w:t xml:space="preserve"> </w:t>
      </w:r>
      <w:r w:rsidR="00E3536F" w:rsidRPr="00B7305F">
        <w:rPr>
          <w:color w:val="000000" w:themeColor="text1"/>
          <w:lang w:val="uk-UA"/>
        </w:rPr>
        <w:t>кінематографічною</w:t>
      </w:r>
      <w:r w:rsidRPr="00B7305F">
        <w:rPr>
          <w:color w:val="000000" w:themeColor="text1"/>
          <w:lang w:val="uk-UA"/>
        </w:rPr>
        <w:t xml:space="preserve"> </w:t>
      </w:r>
      <w:r w:rsidR="00E3536F" w:rsidRPr="00B7305F">
        <w:rPr>
          <w:color w:val="000000" w:themeColor="text1"/>
          <w:lang w:val="uk-UA"/>
        </w:rPr>
        <w:t>точністю,</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акторська</w:t>
      </w:r>
      <w:r w:rsidRPr="00B7305F">
        <w:rPr>
          <w:color w:val="000000" w:themeColor="text1"/>
          <w:lang w:val="uk-UA"/>
        </w:rPr>
        <w:t xml:space="preserve"> </w:t>
      </w:r>
      <w:r w:rsidR="00E3536F" w:rsidRPr="00B7305F">
        <w:rPr>
          <w:color w:val="000000" w:themeColor="text1"/>
          <w:lang w:val="uk-UA"/>
        </w:rPr>
        <w:t>техніка</w:t>
      </w:r>
      <w:r w:rsidRPr="00B7305F">
        <w:rPr>
          <w:color w:val="000000" w:themeColor="text1"/>
          <w:lang w:val="uk-UA"/>
        </w:rPr>
        <w:t xml:space="preserve"> </w:t>
      </w:r>
      <w:r w:rsidR="00E3536F" w:rsidRPr="00B7305F">
        <w:rPr>
          <w:color w:val="000000" w:themeColor="text1"/>
          <w:lang w:val="uk-UA"/>
        </w:rPr>
        <w:t>набуває</w:t>
      </w:r>
      <w:r w:rsidRPr="00B7305F">
        <w:rPr>
          <w:color w:val="000000" w:themeColor="text1"/>
          <w:lang w:val="uk-UA"/>
        </w:rPr>
        <w:t xml:space="preserve"> </w:t>
      </w:r>
      <w:r w:rsidR="00E3536F" w:rsidRPr="00B7305F">
        <w:rPr>
          <w:color w:val="000000" w:themeColor="text1"/>
          <w:lang w:val="uk-UA"/>
        </w:rPr>
        <w:t>універсального</w:t>
      </w:r>
      <w:r w:rsidRPr="00B7305F">
        <w:rPr>
          <w:color w:val="000000" w:themeColor="text1"/>
          <w:lang w:val="uk-UA"/>
        </w:rPr>
        <w:t xml:space="preserve"> </w:t>
      </w:r>
      <w:r w:rsidR="00E3536F" w:rsidRPr="00B7305F">
        <w:rPr>
          <w:color w:val="000000" w:themeColor="text1"/>
          <w:lang w:val="uk-UA"/>
        </w:rPr>
        <w:t>характеру.</w:t>
      </w:r>
      <w:r w:rsidRPr="00B7305F">
        <w:rPr>
          <w:color w:val="000000" w:themeColor="text1"/>
          <w:lang w:val="uk-UA"/>
        </w:rPr>
        <w:t xml:space="preserve"> </w:t>
      </w:r>
      <w:r w:rsidR="00E3536F" w:rsidRPr="00B7305F">
        <w:rPr>
          <w:color w:val="000000" w:themeColor="text1"/>
          <w:lang w:val="uk-UA"/>
        </w:rPr>
        <w:t>Для</w:t>
      </w:r>
      <w:r w:rsidRPr="00B7305F">
        <w:rPr>
          <w:color w:val="000000" w:themeColor="text1"/>
          <w:lang w:val="uk-UA"/>
        </w:rPr>
        <w:t xml:space="preserve"> </w:t>
      </w:r>
      <w:r w:rsidR="00E3536F" w:rsidRPr="00B7305F">
        <w:rPr>
          <w:color w:val="000000" w:themeColor="text1"/>
          <w:lang w:val="uk-UA"/>
        </w:rPr>
        <w:t>сучасної</w:t>
      </w:r>
      <w:r w:rsidRPr="00B7305F">
        <w:rPr>
          <w:color w:val="000000" w:themeColor="text1"/>
          <w:lang w:val="uk-UA"/>
        </w:rPr>
        <w:t xml:space="preserve"> </w:t>
      </w:r>
      <w:r w:rsidR="00E3536F" w:rsidRPr="00B7305F">
        <w:rPr>
          <w:color w:val="000000" w:themeColor="text1"/>
          <w:lang w:val="uk-UA"/>
        </w:rPr>
        <w:t>акторської</w:t>
      </w:r>
      <w:r w:rsidRPr="00B7305F">
        <w:rPr>
          <w:color w:val="000000" w:themeColor="text1"/>
          <w:lang w:val="uk-UA"/>
        </w:rPr>
        <w:t xml:space="preserve"> </w:t>
      </w:r>
      <w:r w:rsidR="00E3536F" w:rsidRPr="00B7305F">
        <w:rPr>
          <w:color w:val="000000" w:themeColor="text1"/>
          <w:lang w:val="uk-UA"/>
        </w:rPr>
        <w:t>професії</w:t>
      </w:r>
      <w:r w:rsidRPr="00B7305F">
        <w:rPr>
          <w:color w:val="000000" w:themeColor="text1"/>
          <w:lang w:val="uk-UA"/>
        </w:rPr>
        <w:t xml:space="preserve"> </w:t>
      </w:r>
      <w:r w:rsidR="00E3536F" w:rsidRPr="00B7305F">
        <w:rPr>
          <w:color w:val="000000" w:themeColor="text1"/>
          <w:lang w:val="uk-UA"/>
        </w:rPr>
        <w:t>цей</w:t>
      </w:r>
      <w:r w:rsidRPr="00B7305F">
        <w:rPr>
          <w:color w:val="000000" w:themeColor="text1"/>
          <w:lang w:val="uk-UA"/>
        </w:rPr>
        <w:t xml:space="preserve"> </w:t>
      </w:r>
      <w:r w:rsidR="00E3536F" w:rsidRPr="00B7305F">
        <w:rPr>
          <w:color w:val="000000" w:themeColor="text1"/>
          <w:lang w:val="uk-UA"/>
        </w:rPr>
        <w:t>синтез</w:t>
      </w:r>
      <w:r w:rsidRPr="00B7305F">
        <w:rPr>
          <w:color w:val="000000" w:themeColor="text1"/>
          <w:lang w:val="uk-UA"/>
        </w:rPr>
        <w:t xml:space="preserve"> </w:t>
      </w:r>
      <w:r w:rsidR="00E3536F" w:rsidRPr="00B7305F">
        <w:rPr>
          <w:color w:val="000000" w:themeColor="text1"/>
          <w:lang w:val="uk-UA"/>
        </w:rPr>
        <w:t>стає</w:t>
      </w:r>
      <w:r w:rsidRPr="00B7305F">
        <w:rPr>
          <w:color w:val="000000" w:themeColor="text1"/>
          <w:lang w:val="uk-UA"/>
        </w:rPr>
        <w:t xml:space="preserve"> </w:t>
      </w:r>
      <w:r w:rsidR="00E3536F" w:rsidRPr="00B7305F">
        <w:rPr>
          <w:color w:val="000000" w:themeColor="text1"/>
          <w:lang w:val="uk-UA"/>
        </w:rPr>
        <w:t>не</w:t>
      </w:r>
      <w:r w:rsidRPr="00B7305F">
        <w:rPr>
          <w:color w:val="000000" w:themeColor="text1"/>
          <w:lang w:val="uk-UA"/>
        </w:rPr>
        <w:t xml:space="preserve"> </w:t>
      </w:r>
      <w:r w:rsidR="00E3536F" w:rsidRPr="00B7305F">
        <w:rPr>
          <w:color w:val="000000" w:themeColor="text1"/>
          <w:lang w:val="uk-UA"/>
        </w:rPr>
        <w:t>просто</w:t>
      </w:r>
      <w:r w:rsidRPr="00B7305F">
        <w:rPr>
          <w:color w:val="000000" w:themeColor="text1"/>
          <w:lang w:val="uk-UA"/>
        </w:rPr>
        <w:t xml:space="preserve"> </w:t>
      </w:r>
      <w:r w:rsidR="00E3536F" w:rsidRPr="00B7305F">
        <w:rPr>
          <w:color w:val="000000" w:themeColor="text1"/>
          <w:lang w:val="uk-UA"/>
        </w:rPr>
        <w:t>тенденцією,</w:t>
      </w:r>
      <w:r w:rsidRPr="00B7305F">
        <w:rPr>
          <w:color w:val="000000" w:themeColor="text1"/>
          <w:lang w:val="uk-UA"/>
        </w:rPr>
        <w:t xml:space="preserve"> </w:t>
      </w:r>
      <w:r w:rsidR="00E3536F" w:rsidRPr="00B7305F">
        <w:rPr>
          <w:color w:val="000000" w:themeColor="text1"/>
          <w:lang w:val="uk-UA"/>
        </w:rPr>
        <w:t>а</w:t>
      </w:r>
      <w:r w:rsidRPr="00B7305F">
        <w:rPr>
          <w:color w:val="000000" w:themeColor="text1"/>
          <w:lang w:val="uk-UA"/>
        </w:rPr>
        <w:t xml:space="preserve"> </w:t>
      </w:r>
      <w:r w:rsidR="00E3536F" w:rsidRPr="00B7305F">
        <w:rPr>
          <w:color w:val="000000" w:themeColor="text1"/>
          <w:lang w:val="uk-UA"/>
        </w:rPr>
        <w:t>необхідністю,</w:t>
      </w:r>
      <w:r w:rsidRPr="00B7305F">
        <w:rPr>
          <w:color w:val="000000" w:themeColor="text1"/>
          <w:lang w:val="uk-UA"/>
        </w:rPr>
        <w:t xml:space="preserve"> </w:t>
      </w:r>
      <w:r w:rsidR="00E3536F" w:rsidRPr="00B7305F">
        <w:rPr>
          <w:color w:val="000000" w:themeColor="text1"/>
          <w:lang w:val="uk-UA"/>
        </w:rPr>
        <w:t>що</w:t>
      </w:r>
      <w:r w:rsidRPr="00B7305F">
        <w:rPr>
          <w:color w:val="000000" w:themeColor="text1"/>
          <w:lang w:val="uk-UA"/>
        </w:rPr>
        <w:t xml:space="preserve"> </w:t>
      </w:r>
      <w:r w:rsidR="00E3536F" w:rsidRPr="00B7305F">
        <w:rPr>
          <w:color w:val="000000" w:themeColor="text1"/>
          <w:lang w:val="uk-UA"/>
        </w:rPr>
        <w:t>відповідає</w:t>
      </w:r>
      <w:r w:rsidRPr="00B7305F">
        <w:rPr>
          <w:color w:val="000000" w:themeColor="text1"/>
          <w:lang w:val="uk-UA"/>
        </w:rPr>
        <w:t xml:space="preserve"> </w:t>
      </w:r>
      <w:r w:rsidR="00E3536F" w:rsidRPr="00B7305F">
        <w:rPr>
          <w:color w:val="000000" w:themeColor="text1"/>
          <w:lang w:val="uk-UA"/>
        </w:rPr>
        <w:t>умовам</w:t>
      </w:r>
      <w:r w:rsidRPr="00B7305F">
        <w:rPr>
          <w:color w:val="000000" w:themeColor="text1"/>
          <w:lang w:val="uk-UA"/>
        </w:rPr>
        <w:t xml:space="preserve"> </w:t>
      </w:r>
      <w:r w:rsidR="00E3536F" w:rsidRPr="00B7305F">
        <w:rPr>
          <w:color w:val="000000" w:themeColor="text1"/>
          <w:lang w:val="uk-UA"/>
        </w:rPr>
        <w:t>розвитку</w:t>
      </w:r>
      <w:r w:rsidRPr="00B7305F">
        <w:rPr>
          <w:color w:val="000000" w:themeColor="text1"/>
          <w:lang w:val="uk-UA"/>
        </w:rPr>
        <w:t xml:space="preserve"> </w:t>
      </w:r>
      <w:r w:rsidR="00E3536F" w:rsidRPr="00B7305F">
        <w:rPr>
          <w:color w:val="000000" w:themeColor="text1"/>
          <w:lang w:val="uk-UA"/>
        </w:rPr>
        <w:t>глядацької</w:t>
      </w:r>
      <w:r w:rsidRPr="00B7305F">
        <w:rPr>
          <w:color w:val="000000" w:themeColor="text1"/>
          <w:lang w:val="uk-UA"/>
        </w:rPr>
        <w:t xml:space="preserve"> </w:t>
      </w:r>
      <w:r w:rsidR="00E3536F" w:rsidRPr="00B7305F">
        <w:rPr>
          <w:color w:val="000000" w:themeColor="text1"/>
          <w:lang w:val="uk-UA"/>
        </w:rPr>
        <w:t>культури</w:t>
      </w:r>
      <w:r w:rsidRPr="00B7305F">
        <w:rPr>
          <w:color w:val="000000" w:themeColor="text1"/>
          <w:lang w:val="uk-UA"/>
        </w:rPr>
        <w:t xml:space="preserve"> </w:t>
      </w:r>
      <w:r w:rsidR="00E3536F" w:rsidRPr="00B7305F">
        <w:rPr>
          <w:color w:val="000000" w:themeColor="text1"/>
          <w:lang w:val="uk-UA"/>
        </w:rPr>
        <w:t>та</w:t>
      </w:r>
      <w:r w:rsidRPr="00B7305F">
        <w:rPr>
          <w:color w:val="000000" w:themeColor="text1"/>
          <w:lang w:val="uk-UA"/>
        </w:rPr>
        <w:t xml:space="preserve"> </w:t>
      </w:r>
      <w:r w:rsidR="00E3536F" w:rsidRPr="00B7305F">
        <w:rPr>
          <w:color w:val="000000" w:themeColor="text1"/>
          <w:lang w:val="uk-UA"/>
        </w:rPr>
        <w:t>технологічних</w:t>
      </w:r>
      <w:r w:rsidRPr="00B7305F">
        <w:rPr>
          <w:color w:val="000000" w:themeColor="text1"/>
          <w:lang w:val="uk-UA"/>
        </w:rPr>
        <w:t xml:space="preserve"> </w:t>
      </w:r>
      <w:r w:rsidR="00E3536F" w:rsidRPr="00B7305F">
        <w:rPr>
          <w:color w:val="000000" w:themeColor="text1"/>
          <w:lang w:val="uk-UA"/>
        </w:rPr>
        <w:t>можливостей.</w:t>
      </w:r>
    </w:p>
    <w:p w14:paraId="67CC283A" w14:textId="6A45DC8F" w:rsidR="00516DF2"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Теоретичні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засади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синтезу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мистецтв</w:t>
      </w:r>
    </w:p>
    <w:p w14:paraId="5999C33F" w14:textId="05DAF563" w:rsidR="00FC08A3" w:rsidRPr="00B7305F" w:rsidRDefault="00480420" w:rsidP="00051784">
      <w:pPr>
        <w:spacing w:after="0"/>
        <w:ind w:left="0" w:firstLine="709"/>
        <w:jc w:val="both"/>
        <w:rPr>
          <w:color w:val="000000" w:themeColor="text1"/>
          <w:lang w:val="uk-UA"/>
        </w:rPr>
      </w:pPr>
      <w:r w:rsidRPr="00B7305F">
        <w:rPr>
          <w:b/>
          <w:bCs/>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мистецтв</w:t>
      </w:r>
      <w:r w:rsidRPr="00B7305F">
        <w:rPr>
          <w:color w:val="000000" w:themeColor="text1"/>
          <w:lang w:val="uk-UA"/>
        </w:rPr>
        <w:t xml:space="preserve"> </w:t>
      </w:r>
      <w:r w:rsidR="00FC08A3" w:rsidRPr="00B7305F">
        <w:rPr>
          <w:color w:val="000000" w:themeColor="text1"/>
          <w:lang w:val="uk-UA"/>
        </w:rPr>
        <w:t>є</w:t>
      </w:r>
      <w:r w:rsidRPr="00B7305F">
        <w:rPr>
          <w:color w:val="000000" w:themeColor="text1"/>
          <w:lang w:val="uk-UA"/>
        </w:rPr>
        <w:t xml:space="preserve"> </w:t>
      </w:r>
      <w:r w:rsidR="00FC08A3" w:rsidRPr="00B7305F">
        <w:rPr>
          <w:color w:val="000000" w:themeColor="text1"/>
          <w:lang w:val="uk-UA"/>
        </w:rPr>
        <w:t>одним</w:t>
      </w:r>
      <w:r w:rsidRPr="00B7305F">
        <w:rPr>
          <w:color w:val="000000" w:themeColor="text1"/>
          <w:lang w:val="uk-UA"/>
        </w:rPr>
        <w:t xml:space="preserve"> </w:t>
      </w:r>
      <w:r w:rsidR="00FC08A3" w:rsidRPr="00B7305F">
        <w:rPr>
          <w:color w:val="000000" w:themeColor="text1"/>
          <w:lang w:val="uk-UA"/>
        </w:rPr>
        <w:t>із</w:t>
      </w:r>
      <w:r w:rsidRPr="00B7305F">
        <w:rPr>
          <w:color w:val="000000" w:themeColor="text1"/>
          <w:lang w:val="uk-UA"/>
        </w:rPr>
        <w:t xml:space="preserve"> </w:t>
      </w:r>
      <w:r w:rsidR="00FC08A3" w:rsidRPr="00B7305F">
        <w:rPr>
          <w:color w:val="000000" w:themeColor="text1"/>
          <w:lang w:val="uk-UA"/>
        </w:rPr>
        <w:t>базових</w:t>
      </w:r>
      <w:r w:rsidRPr="00B7305F">
        <w:rPr>
          <w:color w:val="000000" w:themeColor="text1"/>
          <w:lang w:val="uk-UA"/>
        </w:rPr>
        <w:t xml:space="preserve"> </w:t>
      </w:r>
      <w:r w:rsidR="00FC08A3" w:rsidRPr="00B7305F">
        <w:rPr>
          <w:color w:val="000000" w:themeColor="text1"/>
          <w:lang w:val="uk-UA"/>
        </w:rPr>
        <w:t>принципів</w:t>
      </w:r>
      <w:r w:rsidRPr="00B7305F">
        <w:rPr>
          <w:color w:val="000000" w:themeColor="text1"/>
          <w:lang w:val="uk-UA"/>
        </w:rPr>
        <w:t xml:space="preserve"> </w:t>
      </w:r>
      <w:r w:rsidR="00FC08A3" w:rsidRPr="00B7305F">
        <w:rPr>
          <w:color w:val="000000" w:themeColor="text1"/>
          <w:lang w:val="uk-UA"/>
        </w:rPr>
        <w:t>розвитку</w:t>
      </w:r>
      <w:r w:rsidRPr="00B7305F">
        <w:rPr>
          <w:color w:val="000000" w:themeColor="text1"/>
          <w:lang w:val="uk-UA"/>
        </w:rPr>
        <w:t xml:space="preserve"> </w:t>
      </w:r>
      <w:r w:rsidR="00FC08A3" w:rsidRPr="00B7305F">
        <w:rPr>
          <w:color w:val="000000" w:themeColor="text1"/>
          <w:lang w:val="uk-UA"/>
        </w:rPr>
        <w:t>як</w:t>
      </w:r>
      <w:r w:rsidRPr="00B7305F">
        <w:rPr>
          <w:color w:val="000000" w:themeColor="text1"/>
          <w:lang w:val="uk-UA"/>
        </w:rPr>
        <w:t xml:space="preserve"> </w:t>
      </w:r>
      <w:r w:rsidR="00FC08A3" w:rsidRPr="00B7305F">
        <w:rPr>
          <w:color w:val="000000" w:themeColor="text1"/>
          <w:lang w:val="uk-UA"/>
        </w:rPr>
        <w:t>театральної,</w:t>
      </w:r>
      <w:r w:rsidRPr="00B7305F">
        <w:rPr>
          <w:color w:val="000000" w:themeColor="text1"/>
          <w:lang w:val="uk-UA"/>
        </w:rPr>
        <w:t xml:space="preserve"> </w:t>
      </w:r>
      <w:r w:rsidR="00FC08A3" w:rsidRPr="00B7305F">
        <w:rPr>
          <w:color w:val="000000" w:themeColor="text1"/>
          <w:lang w:val="uk-UA"/>
        </w:rPr>
        <w:t>так</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кінематографічної</w:t>
      </w:r>
      <w:r w:rsidRPr="00B7305F">
        <w:rPr>
          <w:color w:val="000000" w:themeColor="text1"/>
          <w:lang w:val="uk-UA"/>
        </w:rPr>
        <w:t xml:space="preserve"> </w:t>
      </w:r>
      <w:r w:rsidR="00FC08A3" w:rsidRPr="00B7305F">
        <w:rPr>
          <w:color w:val="000000" w:themeColor="text1"/>
          <w:lang w:val="uk-UA"/>
        </w:rPr>
        <w:t>форми.</w:t>
      </w:r>
      <w:r w:rsidRPr="00B7305F">
        <w:rPr>
          <w:color w:val="000000" w:themeColor="text1"/>
          <w:lang w:val="uk-UA"/>
        </w:rPr>
        <w:t xml:space="preserve"> </w:t>
      </w:r>
      <w:r w:rsidR="00FC08A3" w:rsidRPr="00B7305F">
        <w:rPr>
          <w:color w:val="000000" w:themeColor="text1"/>
          <w:lang w:val="uk-UA"/>
        </w:rPr>
        <w:t>Його</w:t>
      </w:r>
      <w:r w:rsidRPr="00B7305F">
        <w:rPr>
          <w:color w:val="000000" w:themeColor="text1"/>
          <w:lang w:val="uk-UA"/>
        </w:rPr>
        <w:t xml:space="preserve"> </w:t>
      </w:r>
      <w:r w:rsidR="00FC08A3" w:rsidRPr="00B7305F">
        <w:rPr>
          <w:color w:val="000000" w:themeColor="text1"/>
          <w:lang w:val="uk-UA"/>
        </w:rPr>
        <w:t>природа</w:t>
      </w:r>
      <w:r w:rsidRPr="00B7305F">
        <w:rPr>
          <w:color w:val="000000" w:themeColor="text1"/>
          <w:lang w:val="uk-UA"/>
        </w:rPr>
        <w:t xml:space="preserve"> </w:t>
      </w:r>
      <w:r w:rsidR="00FC08A3" w:rsidRPr="00B7305F">
        <w:rPr>
          <w:color w:val="000000" w:themeColor="text1"/>
          <w:lang w:val="uk-UA"/>
        </w:rPr>
        <w:t>полягає</w:t>
      </w:r>
      <w:r w:rsidRPr="00B7305F">
        <w:rPr>
          <w:color w:val="000000" w:themeColor="text1"/>
          <w:lang w:val="uk-UA"/>
        </w:rPr>
        <w:t xml:space="preserve"> </w:t>
      </w:r>
      <w:r w:rsidR="00FC08A3" w:rsidRPr="00B7305F">
        <w:rPr>
          <w:color w:val="000000" w:themeColor="text1"/>
          <w:lang w:val="uk-UA"/>
        </w:rPr>
        <w:t>не</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механічному</w:t>
      </w:r>
      <w:r w:rsidRPr="00B7305F">
        <w:rPr>
          <w:color w:val="000000" w:themeColor="text1"/>
          <w:lang w:val="uk-UA"/>
        </w:rPr>
        <w:t xml:space="preserve"> </w:t>
      </w:r>
      <w:r w:rsidR="00FC08A3" w:rsidRPr="00B7305F">
        <w:rPr>
          <w:color w:val="000000" w:themeColor="text1"/>
          <w:lang w:val="uk-UA"/>
        </w:rPr>
        <w:t>додаванні</w:t>
      </w:r>
      <w:r w:rsidRPr="00B7305F">
        <w:rPr>
          <w:color w:val="000000" w:themeColor="text1"/>
          <w:lang w:val="uk-UA"/>
        </w:rPr>
        <w:t xml:space="preserve"> </w:t>
      </w:r>
      <w:r w:rsidR="00FC08A3" w:rsidRPr="00B7305F">
        <w:rPr>
          <w:color w:val="000000" w:themeColor="text1"/>
          <w:lang w:val="uk-UA"/>
        </w:rPr>
        <w:t>художніх</w:t>
      </w:r>
      <w:r w:rsidRPr="00B7305F">
        <w:rPr>
          <w:color w:val="000000" w:themeColor="text1"/>
          <w:lang w:val="uk-UA"/>
        </w:rPr>
        <w:t xml:space="preserve"> </w:t>
      </w:r>
      <w:r w:rsidR="00FC08A3" w:rsidRPr="00B7305F">
        <w:rPr>
          <w:color w:val="000000" w:themeColor="text1"/>
          <w:lang w:val="uk-UA"/>
        </w:rPr>
        <w:t>компонентів,</w:t>
      </w:r>
      <w:r w:rsidRPr="00B7305F">
        <w:rPr>
          <w:color w:val="000000" w:themeColor="text1"/>
          <w:lang w:val="uk-UA"/>
        </w:rPr>
        <w:t xml:space="preserve"> </w:t>
      </w:r>
      <w:r w:rsidR="00FC08A3" w:rsidRPr="00B7305F">
        <w:rPr>
          <w:color w:val="000000" w:themeColor="text1"/>
          <w:lang w:val="uk-UA"/>
        </w:rPr>
        <w:t>а</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створенні</w:t>
      </w:r>
      <w:r w:rsidRPr="00B7305F">
        <w:rPr>
          <w:color w:val="000000" w:themeColor="text1"/>
          <w:lang w:val="uk-UA"/>
        </w:rPr>
        <w:t xml:space="preserve"> </w:t>
      </w:r>
      <w:r w:rsidR="00FC08A3" w:rsidRPr="00B7305F">
        <w:rPr>
          <w:color w:val="000000" w:themeColor="text1"/>
          <w:lang w:val="uk-UA"/>
        </w:rPr>
        <w:t>нової</w:t>
      </w:r>
      <w:r w:rsidRPr="00B7305F">
        <w:rPr>
          <w:color w:val="000000" w:themeColor="text1"/>
          <w:lang w:val="uk-UA"/>
        </w:rPr>
        <w:t xml:space="preserve"> </w:t>
      </w:r>
      <w:r w:rsidR="00FC08A3" w:rsidRPr="00B7305F">
        <w:rPr>
          <w:color w:val="000000" w:themeColor="text1"/>
          <w:lang w:val="uk-UA"/>
        </w:rPr>
        <w:t>якісної</w:t>
      </w:r>
      <w:r w:rsidRPr="00B7305F">
        <w:rPr>
          <w:color w:val="000000" w:themeColor="text1"/>
          <w:lang w:val="uk-UA"/>
        </w:rPr>
        <w:t xml:space="preserve"> </w:t>
      </w:r>
      <w:r w:rsidR="00FC08A3" w:rsidRPr="00B7305F">
        <w:rPr>
          <w:color w:val="000000" w:themeColor="text1"/>
          <w:lang w:val="uk-UA"/>
        </w:rPr>
        <w:t>структури,</w:t>
      </w:r>
      <w:r w:rsidRPr="00B7305F">
        <w:rPr>
          <w:color w:val="000000" w:themeColor="text1"/>
          <w:lang w:val="uk-UA"/>
        </w:rPr>
        <w:t xml:space="preserve"> </w:t>
      </w:r>
      <w:r w:rsidR="00FC08A3" w:rsidRPr="00B7305F">
        <w:rPr>
          <w:color w:val="000000" w:themeColor="text1"/>
          <w:lang w:val="uk-UA"/>
        </w:rPr>
        <w:t>де</w:t>
      </w:r>
      <w:r w:rsidRPr="00B7305F">
        <w:rPr>
          <w:color w:val="000000" w:themeColor="text1"/>
          <w:lang w:val="uk-UA"/>
        </w:rPr>
        <w:t xml:space="preserve"> </w:t>
      </w:r>
      <w:r w:rsidR="00FC08A3" w:rsidRPr="00B7305F">
        <w:rPr>
          <w:color w:val="000000" w:themeColor="text1"/>
          <w:lang w:val="uk-UA"/>
        </w:rPr>
        <w:t>слово,</w:t>
      </w:r>
      <w:r w:rsidRPr="00B7305F">
        <w:rPr>
          <w:color w:val="000000" w:themeColor="text1"/>
          <w:lang w:val="uk-UA"/>
        </w:rPr>
        <w:t xml:space="preserve"> </w:t>
      </w:r>
      <w:r w:rsidR="00FC08A3" w:rsidRPr="00B7305F">
        <w:rPr>
          <w:color w:val="000000" w:themeColor="text1"/>
          <w:lang w:val="uk-UA"/>
        </w:rPr>
        <w:t>рух,</w:t>
      </w:r>
      <w:r w:rsidRPr="00B7305F">
        <w:rPr>
          <w:color w:val="000000" w:themeColor="text1"/>
          <w:lang w:val="uk-UA"/>
        </w:rPr>
        <w:t xml:space="preserve"> </w:t>
      </w:r>
      <w:r w:rsidR="00FC08A3" w:rsidRPr="00B7305F">
        <w:rPr>
          <w:color w:val="000000" w:themeColor="text1"/>
          <w:lang w:val="uk-UA"/>
        </w:rPr>
        <w:t>простір,</w:t>
      </w:r>
      <w:r w:rsidRPr="00B7305F">
        <w:rPr>
          <w:color w:val="000000" w:themeColor="text1"/>
          <w:lang w:val="uk-UA"/>
        </w:rPr>
        <w:t xml:space="preserve"> </w:t>
      </w:r>
      <w:r w:rsidR="00FC08A3" w:rsidRPr="00B7305F">
        <w:rPr>
          <w:color w:val="000000" w:themeColor="text1"/>
          <w:lang w:val="uk-UA"/>
        </w:rPr>
        <w:t>музика</w:t>
      </w:r>
      <w:r w:rsidRPr="00B7305F">
        <w:rPr>
          <w:color w:val="000000" w:themeColor="text1"/>
          <w:lang w:val="uk-UA"/>
        </w:rPr>
        <w:t xml:space="preserve"> </w:t>
      </w:r>
      <w:r w:rsidR="00FC08A3" w:rsidRPr="00B7305F">
        <w:rPr>
          <w:color w:val="000000" w:themeColor="text1"/>
          <w:lang w:val="uk-UA"/>
        </w:rPr>
        <w:t>й</w:t>
      </w:r>
      <w:r w:rsidRPr="00B7305F">
        <w:rPr>
          <w:color w:val="000000" w:themeColor="text1"/>
          <w:lang w:val="uk-UA"/>
        </w:rPr>
        <w:t xml:space="preserve"> </w:t>
      </w:r>
      <w:r w:rsidR="00FC08A3" w:rsidRPr="00B7305F">
        <w:rPr>
          <w:color w:val="000000" w:themeColor="text1"/>
          <w:lang w:val="uk-UA"/>
        </w:rPr>
        <w:t>візуальний</w:t>
      </w:r>
      <w:r w:rsidRPr="00B7305F">
        <w:rPr>
          <w:color w:val="000000" w:themeColor="text1"/>
          <w:lang w:val="uk-UA"/>
        </w:rPr>
        <w:t xml:space="preserve"> </w:t>
      </w:r>
      <w:r w:rsidR="00FC08A3" w:rsidRPr="00B7305F">
        <w:rPr>
          <w:color w:val="000000" w:themeColor="text1"/>
          <w:lang w:val="uk-UA"/>
        </w:rPr>
        <w:t>образ</w:t>
      </w:r>
      <w:r w:rsidRPr="00B7305F">
        <w:rPr>
          <w:color w:val="000000" w:themeColor="text1"/>
          <w:lang w:val="uk-UA"/>
        </w:rPr>
        <w:t xml:space="preserve"> </w:t>
      </w:r>
      <w:r w:rsidR="00FC08A3" w:rsidRPr="00B7305F">
        <w:rPr>
          <w:color w:val="000000" w:themeColor="text1"/>
          <w:lang w:val="uk-UA"/>
        </w:rPr>
        <w:t>працюють</w:t>
      </w:r>
      <w:r w:rsidRPr="00B7305F">
        <w:rPr>
          <w:color w:val="000000" w:themeColor="text1"/>
          <w:lang w:val="uk-UA"/>
        </w:rPr>
        <w:t xml:space="preserve"> </w:t>
      </w:r>
      <w:r w:rsidR="00FC08A3" w:rsidRPr="00B7305F">
        <w:rPr>
          <w:color w:val="000000" w:themeColor="text1"/>
          <w:lang w:val="uk-UA"/>
        </w:rPr>
        <w:t>як</w:t>
      </w:r>
      <w:r w:rsidRPr="00B7305F">
        <w:rPr>
          <w:color w:val="000000" w:themeColor="text1"/>
          <w:lang w:val="uk-UA"/>
        </w:rPr>
        <w:t xml:space="preserve"> </w:t>
      </w:r>
      <w:r w:rsidR="00FC08A3" w:rsidRPr="00B7305F">
        <w:rPr>
          <w:color w:val="000000" w:themeColor="text1"/>
          <w:lang w:val="uk-UA"/>
        </w:rPr>
        <w:t>єдина</w:t>
      </w:r>
      <w:r w:rsidRPr="00B7305F">
        <w:rPr>
          <w:color w:val="000000" w:themeColor="text1"/>
          <w:lang w:val="uk-UA"/>
        </w:rPr>
        <w:t xml:space="preserve"> </w:t>
      </w:r>
      <w:r w:rsidR="00FC08A3" w:rsidRPr="00B7305F">
        <w:rPr>
          <w:color w:val="000000" w:themeColor="text1"/>
          <w:lang w:val="uk-UA"/>
        </w:rPr>
        <w:t>система.</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театрі</w:t>
      </w:r>
      <w:r w:rsidRPr="00B7305F">
        <w:rPr>
          <w:color w:val="000000" w:themeColor="text1"/>
          <w:lang w:val="uk-UA"/>
        </w:rPr>
        <w:t xml:space="preserve"> </w:t>
      </w:r>
      <w:r w:rsidR="00FC08A3" w:rsidRPr="00B7305F">
        <w:rPr>
          <w:color w:val="000000" w:themeColor="text1"/>
          <w:lang w:val="uk-UA"/>
        </w:rPr>
        <w:t>цей</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реалізується</w:t>
      </w:r>
      <w:r w:rsidRPr="00B7305F">
        <w:rPr>
          <w:color w:val="000000" w:themeColor="text1"/>
          <w:lang w:val="uk-UA"/>
        </w:rPr>
        <w:t xml:space="preserve"> </w:t>
      </w:r>
      <w:r w:rsidR="00FC08A3" w:rsidRPr="00B7305F">
        <w:rPr>
          <w:color w:val="000000" w:themeColor="text1"/>
          <w:lang w:val="uk-UA"/>
        </w:rPr>
        <w:t>через</w:t>
      </w:r>
      <w:r w:rsidRPr="00B7305F">
        <w:rPr>
          <w:color w:val="000000" w:themeColor="text1"/>
          <w:lang w:val="uk-UA"/>
        </w:rPr>
        <w:t xml:space="preserve"> </w:t>
      </w:r>
      <w:r w:rsidR="00FC08A3" w:rsidRPr="00B7305F">
        <w:rPr>
          <w:color w:val="000000" w:themeColor="text1"/>
          <w:lang w:val="uk-UA"/>
        </w:rPr>
        <w:t>органічне</w:t>
      </w:r>
      <w:r w:rsidRPr="00B7305F">
        <w:rPr>
          <w:color w:val="000000" w:themeColor="text1"/>
          <w:lang w:val="uk-UA"/>
        </w:rPr>
        <w:t xml:space="preserve"> </w:t>
      </w:r>
      <w:r w:rsidR="00FC08A3" w:rsidRPr="00B7305F">
        <w:rPr>
          <w:color w:val="000000" w:themeColor="text1"/>
          <w:lang w:val="uk-UA"/>
        </w:rPr>
        <w:t>поєднання</w:t>
      </w:r>
      <w:r w:rsidRPr="00B7305F">
        <w:rPr>
          <w:color w:val="000000" w:themeColor="text1"/>
          <w:lang w:val="uk-UA"/>
        </w:rPr>
        <w:t xml:space="preserve"> </w:t>
      </w:r>
      <w:r w:rsidR="00FC08A3" w:rsidRPr="00B7305F">
        <w:rPr>
          <w:color w:val="000000" w:themeColor="text1"/>
          <w:lang w:val="uk-UA"/>
        </w:rPr>
        <w:t>драматургічної</w:t>
      </w:r>
      <w:r w:rsidRPr="00B7305F">
        <w:rPr>
          <w:color w:val="000000" w:themeColor="text1"/>
          <w:lang w:val="uk-UA"/>
        </w:rPr>
        <w:t xml:space="preserve"> </w:t>
      </w:r>
      <w:r w:rsidR="00FC08A3" w:rsidRPr="00B7305F">
        <w:rPr>
          <w:color w:val="000000" w:themeColor="text1"/>
          <w:lang w:val="uk-UA"/>
        </w:rPr>
        <w:t>основи,</w:t>
      </w:r>
      <w:r w:rsidRPr="00B7305F">
        <w:rPr>
          <w:color w:val="000000" w:themeColor="text1"/>
          <w:lang w:val="uk-UA"/>
        </w:rPr>
        <w:t xml:space="preserve"> </w:t>
      </w:r>
      <w:r w:rsidR="00FC08A3" w:rsidRPr="00B7305F">
        <w:rPr>
          <w:color w:val="000000" w:themeColor="text1"/>
          <w:lang w:val="uk-UA"/>
        </w:rPr>
        <w:t>акторської</w:t>
      </w:r>
      <w:r w:rsidRPr="00B7305F">
        <w:rPr>
          <w:color w:val="000000" w:themeColor="text1"/>
          <w:lang w:val="uk-UA"/>
        </w:rPr>
        <w:t xml:space="preserve"> </w:t>
      </w:r>
      <w:r w:rsidR="00FC08A3" w:rsidRPr="00B7305F">
        <w:rPr>
          <w:color w:val="000000" w:themeColor="text1"/>
          <w:lang w:val="uk-UA"/>
        </w:rPr>
        <w:t>дії,</w:t>
      </w:r>
      <w:r w:rsidRPr="00B7305F">
        <w:rPr>
          <w:color w:val="000000" w:themeColor="text1"/>
          <w:lang w:val="uk-UA"/>
        </w:rPr>
        <w:t xml:space="preserve"> </w:t>
      </w:r>
      <w:r w:rsidR="00FC08A3" w:rsidRPr="00B7305F">
        <w:rPr>
          <w:color w:val="000000" w:themeColor="text1"/>
          <w:lang w:val="uk-UA"/>
        </w:rPr>
        <w:t>світлової</w:t>
      </w:r>
      <w:r w:rsidRPr="00B7305F">
        <w:rPr>
          <w:color w:val="000000" w:themeColor="text1"/>
          <w:lang w:val="uk-UA"/>
        </w:rPr>
        <w:t xml:space="preserve"> </w:t>
      </w:r>
      <w:r w:rsidR="00FC08A3" w:rsidRPr="00B7305F">
        <w:rPr>
          <w:color w:val="000000" w:themeColor="text1"/>
          <w:lang w:val="uk-UA"/>
        </w:rPr>
        <w:t>атмосфери,</w:t>
      </w:r>
      <w:r w:rsidRPr="00B7305F">
        <w:rPr>
          <w:color w:val="000000" w:themeColor="text1"/>
          <w:lang w:val="uk-UA"/>
        </w:rPr>
        <w:t xml:space="preserve"> </w:t>
      </w:r>
      <w:r w:rsidR="00FC08A3" w:rsidRPr="00B7305F">
        <w:rPr>
          <w:color w:val="000000" w:themeColor="text1"/>
          <w:lang w:val="uk-UA"/>
        </w:rPr>
        <w:t>ритмічної</w:t>
      </w:r>
      <w:r w:rsidRPr="00B7305F">
        <w:rPr>
          <w:color w:val="000000" w:themeColor="text1"/>
          <w:lang w:val="uk-UA"/>
        </w:rPr>
        <w:t xml:space="preserve"> </w:t>
      </w:r>
      <w:r w:rsidR="00FC08A3" w:rsidRPr="00B7305F">
        <w:rPr>
          <w:color w:val="000000" w:themeColor="text1"/>
          <w:lang w:val="uk-UA"/>
        </w:rPr>
        <w:t>побудови</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музичного</w:t>
      </w:r>
      <w:r w:rsidRPr="00B7305F">
        <w:rPr>
          <w:color w:val="000000" w:themeColor="text1"/>
          <w:lang w:val="uk-UA"/>
        </w:rPr>
        <w:t xml:space="preserve"> </w:t>
      </w:r>
      <w:r w:rsidR="00FC08A3" w:rsidRPr="00B7305F">
        <w:rPr>
          <w:color w:val="000000" w:themeColor="text1"/>
          <w:lang w:val="uk-UA"/>
        </w:rPr>
        <w:t>акцентування.</w:t>
      </w:r>
      <w:r w:rsidRPr="00B7305F">
        <w:rPr>
          <w:color w:val="000000" w:themeColor="text1"/>
          <w:lang w:val="uk-UA"/>
        </w:rPr>
        <w:t xml:space="preserve"> </w:t>
      </w:r>
      <w:r w:rsidR="00FC08A3" w:rsidRPr="00B7305F">
        <w:rPr>
          <w:color w:val="000000" w:themeColor="text1"/>
          <w:lang w:val="uk-UA"/>
        </w:rPr>
        <w:t>Театральна</w:t>
      </w:r>
      <w:r w:rsidRPr="00B7305F">
        <w:rPr>
          <w:color w:val="000000" w:themeColor="text1"/>
          <w:lang w:val="uk-UA"/>
        </w:rPr>
        <w:t xml:space="preserve"> </w:t>
      </w:r>
      <w:r w:rsidR="00FC08A3" w:rsidRPr="00B7305F">
        <w:rPr>
          <w:color w:val="000000" w:themeColor="text1"/>
          <w:lang w:val="uk-UA"/>
        </w:rPr>
        <w:t>вистава</w:t>
      </w:r>
      <w:r w:rsidRPr="00B7305F">
        <w:rPr>
          <w:color w:val="000000" w:themeColor="text1"/>
          <w:lang w:val="uk-UA"/>
        </w:rPr>
        <w:t xml:space="preserve"> </w:t>
      </w:r>
      <w:r w:rsidR="00FC08A3" w:rsidRPr="00B7305F">
        <w:rPr>
          <w:color w:val="000000" w:themeColor="text1"/>
          <w:lang w:val="uk-UA"/>
        </w:rPr>
        <w:t>конструює</w:t>
      </w:r>
      <w:r w:rsidRPr="00B7305F">
        <w:rPr>
          <w:color w:val="000000" w:themeColor="text1"/>
          <w:lang w:val="uk-UA"/>
        </w:rPr>
        <w:t xml:space="preserve"> </w:t>
      </w:r>
      <w:r w:rsidR="00FC08A3" w:rsidRPr="00B7305F">
        <w:rPr>
          <w:color w:val="000000" w:themeColor="text1"/>
          <w:lang w:val="uk-UA"/>
        </w:rPr>
        <w:t>цілісний</w:t>
      </w:r>
      <w:r w:rsidRPr="00B7305F">
        <w:rPr>
          <w:color w:val="000000" w:themeColor="text1"/>
          <w:lang w:val="uk-UA"/>
        </w:rPr>
        <w:t xml:space="preserve"> </w:t>
      </w:r>
      <w:r w:rsidR="00FC08A3" w:rsidRPr="00B7305F">
        <w:rPr>
          <w:color w:val="000000" w:themeColor="text1"/>
          <w:lang w:val="uk-UA"/>
        </w:rPr>
        <w:t>простір</w:t>
      </w:r>
      <w:r w:rsidRPr="00B7305F">
        <w:rPr>
          <w:color w:val="000000" w:themeColor="text1"/>
          <w:lang w:val="uk-UA"/>
        </w:rPr>
        <w:t xml:space="preserve"> </w:t>
      </w:r>
      <w:r w:rsidR="00FC08A3" w:rsidRPr="00B7305F">
        <w:rPr>
          <w:color w:val="000000" w:themeColor="text1"/>
          <w:lang w:val="uk-UA"/>
        </w:rPr>
        <w:t>живої</w:t>
      </w:r>
      <w:r w:rsidRPr="00B7305F">
        <w:rPr>
          <w:color w:val="000000" w:themeColor="text1"/>
          <w:lang w:val="uk-UA"/>
        </w:rPr>
        <w:t xml:space="preserve"> </w:t>
      </w:r>
      <w:r w:rsidR="00FC08A3" w:rsidRPr="00B7305F">
        <w:rPr>
          <w:color w:val="000000" w:themeColor="text1"/>
          <w:lang w:val="uk-UA"/>
        </w:rPr>
        <w:t>взаємодії,</w:t>
      </w:r>
      <w:r w:rsidRPr="00B7305F">
        <w:rPr>
          <w:color w:val="000000" w:themeColor="text1"/>
          <w:lang w:val="uk-UA"/>
        </w:rPr>
        <w:t xml:space="preserve"> </w:t>
      </w:r>
      <w:r w:rsidR="00FC08A3" w:rsidRPr="00B7305F">
        <w:rPr>
          <w:color w:val="000000" w:themeColor="text1"/>
          <w:lang w:val="uk-UA"/>
        </w:rPr>
        <w:t>де</w:t>
      </w:r>
      <w:r w:rsidRPr="00B7305F">
        <w:rPr>
          <w:color w:val="000000" w:themeColor="text1"/>
          <w:lang w:val="uk-UA"/>
        </w:rPr>
        <w:t xml:space="preserve"> </w:t>
      </w:r>
      <w:r w:rsidR="00FC08A3" w:rsidRPr="00B7305F">
        <w:rPr>
          <w:color w:val="000000" w:themeColor="text1"/>
          <w:lang w:val="uk-UA"/>
        </w:rPr>
        <w:t>кожен</w:t>
      </w:r>
      <w:r w:rsidRPr="00B7305F">
        <w:rPr>
          <w:color w:val="000000" w:themeColor="text1"/>
          <w:lang w:val="uk-UA"/>
        </w:rPr>
        <w:t xml:space="preserve"> </w:t>
      </w:r>
      <w:r w:rsidR="00FC08A3" w:rsidRPr="00B7305F">
        <w:rPr>
          <w:color w:val="000000" w:themeColor="text1"/>
          <w:lang w:val="uk-UA"/>
        </w:rPr>
        <w:t>елемент</w:t>
      </w:r>
      <w:r w:rsidRPr="00B7305F">
        <w:rPr>
          <w:color w:val="000000" w:themeColor="text1"/>
          <w:lang w:val="uk-UA"/>
        </w:rPr>
        <w:t xml:space="preserve"> </w:t>
      </w:r>
      <w:r w:rsidR="00FC08A3" w:rsidRPr="00B7305F">
        <w:rPr>
          <w:color w:val="000000" w:themeColor="text1"/>
          <w:lang w:val="uk-UA"/>
        </w:rPr>
        <w:t>має</w:t>
      </w:r>
      <w:r w:rsidRPr="00B7305F">
        <w:rPr>
          <w:color w:val="000000" w:themeColor="text1"/>
          <w:lang w:val="uk-UA"/>
        </w:rPr>
        <w:t xml:space="preserve"> </w:t>
      </w:r>
      <w:r w:rsidR="00FC08A3" w:rsidRPr="00B7305F">
        <w:rPr>
          <w:color w:val="000000" w:themeColor="text1"/>
          <w:lang w:val="uk-UA"/>
        </w:rPr>
        <w:t>не</w:t>
      </w:r>
      <w:r w:rsidRPr="00B7305F">
        <w:rPr>
          <w:color w:val="000000" w:themeColor="text1"/>
          <w:lang w:val="uk-UA"/>
        </w:rPr>
        <w:t xml:space="preserve"> </w:t>
      </w:r>
      <w:r w:rsidR="00FC08A3" w:rsidRPr="00B7305F">
        <w:rPr>
          <w:color w:val="000000" w:themeColor="text1"/>
          <w:lang w:val="uk-UA"/>
        </w:rPr>
        <w:lastRenderedPageBreak/>
        <w:t>самостійний,</w:t>
      </w:r>
      <w:r w:rsidRPr="00B7305F">
        <w:rPr>
          <w:color w:val="000000" w:themeColor="text1"/>
          <w:lang w:val="uk-UA"/>
        </w:rPr>
        <w:t xml:space="preserve"> </w:t>
      </w:r>
      <w:r w:rsidR="00FC08A3" w:rsidRPr="00B7305F">
        <w:rPr>
          <w:color w:val="000000" w:themeColor="text1"/>
          <w:lang w:val="uk-UA"/>
        </w:rPr>
        <w:t>а</w:t>
      </w:r>
      <w:r w:rsidRPr="00B7305F">
        <w:rPr>
          <w:color w:val="000000" w:themeColor="text1"/>
          <w:lang w:val="uk-UA"/>
        </w:rPr>
        <w:t xml:space="preserve"> </w:t>
      </w:r>
      <w:r w:rsidR="00FC08A3" w:rsidRPr="00B7305F">
        <w:rPr>
          <w:color w:val="000000" w:themeColor="text1"/>
          <w:lang w:val="uk-UA"/>
        </w:rPr>
        <w:t>функціональний</w:t>
      </w:r>
      <w:r w:rsidRPr="00B7305F">
        <w:rPr>
          <w:color w:val="000000" w:themeColor="text1"/>
          <w:lang w:val="uk-UA"/>
        </w:rPr>
        <w:t xml:space="preserve"> </w:t>
      </w:r>
      <w:r w:rsidR="00FC08A3" w:rsidRPr="00B7305F">
        <w:rPr>
          <w:color w:val="000000" w:themeColor="text1"/>
          <w:lang w:val="uk-UA"/>
        </w:rPr>
        <w:t>характер</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спрямований</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формування</w:t>
      </w:r>
      <w:r w:rsidRPr="00B7305F">
        <w:rPr>
          <w:color w:val="000000" w:themeColor="text1"/>
          <w:lang w:val="uk-UA"/>
        </w:rPr>
        <w:t xml:space="preserve"> </w:t>
      </w:r>
      <w:r w:rsidR="00FC08A3" w:rsidRPr="00B7305F">
        <w:rPr>
          <w:color w:val="000000" w:themeColor="text1"/>
          <w:lang w:val="uk-UA"/>
        </w:rPr>
        <w:t>спільного</w:t>
      </w:r>
      <w:r w:rsidRPr="00B7305F">
        <w:rPr>
          <w:color w:val="000000" w:themeColor="text1"/>
          <w:lang w:val="uk-UA"/>
        </w:rPr>
        <w:t xml:space="preserve"> </w:t>
      </w:r>
      <w:r w:rsidR="00FC08A3" w:rsidRPr="00B7305F">
        <w:rPr>
          <w:color w:val="000000" w:themeColor="text1"/>
          <w:lang w:val="uk-UA"/>
        </w:rPr>
        <w:t>художнього</w:t>
      </w:r>
      <w:r w:rsidRPr="00B7305F">
        <w:rPr>
          <w:color w:val="000000" w:themeColor="text1"/>
          <w:lang w:val="uk-UA"/>
        </w:rPr>
        <w:t xml:space="preserve"> </w:t>
      </w:r>
      <w:r w:rsidR="00FC08A3" w:rsidRPr="00B7305F">
        <w:rPr>
          <w:color w:val="000000" w:themeColor="text1"/>
          <w:lang w:val="uk-UA"/>
        </w:rPr>
        <w:t>переживання.</w:t>
      </w:r>
    </w:p>
    <w:p w14:paraId="7AE4338E" w14:textId="57B225B2"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кінематографі</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набуває</w:t>
      </w:r>
      <w:r w:rsidRPr="00B7305F">
        <w:rPr>
          <w:color w:val="000000" w:themeColor="text1"/>
          <w:lang w:val="uk-UA"/>
        </w:rPr>
        <w:t xml:space="preserve"> </w:t>
      </w:r>
      <w:r w:rsidR="00FC08A3" w:rsidRPr="00B7305F">
        <w:rPr>
          <w:color w:val="000000" w:themeColor="text1"/>
          <w:lang w:val="uk-UA"/>
        </w:rPr>
        <w:t>іншої</w:t>
      </w:r>
      <w:r w:rsidRPr="00B7305F">
        <w:rPr>
          <w:color w:val="000000" w:themeColor="text1"/>
          <w:lang w:val="uk-UA"/>
        </w:rPr>
        <w:t xml:space="preserve"> </w:t>
      </w:r>
      <w:r w:rsidR="00FC08A3" w:rsidRPr="00B7305F">
        <w:rPr>
          <w:color w:val="000000" w:themeColor="text1"/>
          <w:lang w:val="uk-UA"/>
        </w:rPr>
        <w:t>природи,</w:t>
      </w:r>
      <w:r w:rsidRPr="00B7305F">
        <w:rPr>
          <w:color w:val="000000" w:themeColor="text1"/>
          <w:lang w:val="uk-UA"/>
        </w:rPr>
        <w:t xml:space="preserve"> </w:t>
      </w:r>
      <w:r w:rsidR="00FC08A3" w:rsidRPr="00B7305F">
        <w:rPr>
          <w:color w:val="000000" w:themeColor="text1"/>
          <w:lang w:val="uk-UA"/>
        </w:rPr>
        <w:t>оскільки</w:t>
      </w:r>
      <w:r w:rsidRPr="00B7305F">
        <w:rPr>
          <w:color w:val="000000" w:themeColor="text1"/>
          <w:lang w:val="uk-UA"/>
        </w:rPr>
        <w:t xml:space="preserve"> </w:t>
      </w:r>
      <w:r w:rsidR="00FC08A3" w:rsidRPr="00B7305F">
        <w:rPr>
          <w:color w:val="000000" w:themeColor="text1"/>
          <w:lang w:val="uk-UA"/>
        </w:rPr>
        <w:t>відбувається</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умовах</w:t>
      </w:r>
      <w:r w:rsidRPr="00B7305F">
        <w:rPr>
          <w:color w:val="000000" w:themeColor="text1"/>
          <w:lang w:val="uk-UA"/>
        </w:rPr>
        <w:t xml:space="preserve"> </w:t>
      </w:r>
      <w:r w:rsidR="00FC08A3" w:rsidRPr="00B7305F">
        <w:rPr>
          <w:color w:val="000000" w:themeColor="text1"/>
          <w:lang w:val="uk-UA"/>
        </w:rPr>
        <w:t>технічної</w:t>
      </w:r>
      <w:r w:rsidRPr="00B7305F">
        <w:rPr>
          <w:color w:val="000000" w:themeColor="text1"/>
          <w:lang w:val="uk-UA"/>
        </w:rPr>
        <w:t xml:space="preserve"> </w:t>
      </w:r>
      <w:r w:rsidR="00FC08A3" w:rsidRPr="00B7305F">
        <w:rPr>
          <w:color w:val="000000" w:themeColor="text1"/>
          <w:lang w:val="uk-UA"/>
        </w:rPr>
        <w:t>фіксації</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подальшого</w:t>
      </w:r>
      <w:r w:rsidRPr="00B7305F">
        <w:rPr>
          <w:color w:val="000000" w:themeColor="text1"/>
          <w:lang w:val="uk-UA"/>
        </w:rPr>
        <w:t xml:space="preserve"> </w:t>
      </w:r>
      <w:r w:rsidR="00FC08A3" w:rsidRPr="00B7305F">
        <w:rPr>
          <w:color w:val="000000" w:themeColor="text1"/>
          <w:lang w:val="uk-UA"/>
        </w:rPr>
        <w:t>монтажного</w:t>
      </w:r>
      <w:r w:rsidRPr="00B7305F">
        <w:rPr>
          <w:color w:val="000000" w:themeColor="text1"/>
          <w:lang w:val="uk-UA"/>
        </w:rPr>
        <w:t xml:space="preserve"> </w:t>
      </w:r>
      <w:r w:rsidR="00FC08A3" w:rsidRPr="00B7305F">
        <w:rPr>
          <w:color w:val="000000" w:themeColor="text1"/>
          <w:lang w:val="uk-UA"/>
        </w:rPr>
        <w:t>моделювання.</w:t>
      </w:r>
      <w:r w:rsidRPr="00B7305F">
        <w:rPr>
          <w:color w:val="000000" w:themeColor="text1"/>
          <w:lang w:val="uk-UA"/>
        </w:rPr>
        <w:t xml:space="preserve"> </w:t>
      </w:r>
      <w:r w:rsidR="00FC08A3" w:rsidRPr="00B7305F">
        <w:rPr>
          <w:color w:val="000000" w:themeColor="text1"/>
          <w:lang w:val="uk-UA"/>
        </w:rPr>
        <w:t>Екранний</w:t>
      </w:r>
      <w:r w:rsidRPr="00B7305F">
        <w:rPr>
          <w:color w:val="000000" w:themeColor="text1"/>
          <w:lang w:val="uk-UA"/>
        </w:rPr>
        <w:t xml:space="preserve"> </w:t>
      </w:r>
      <w:r w:rsidR="00FC08A3" w:rsidRPr="00B7305F">
        <w:rPr>
          <w:color w:val="000000" w:themeColor="text1"/>
          <w:lang w:val="uk-UA"/>
        </w:rPr>
        <w:t>образ</w:t>
      </w:r>
      <w:r w:rsidRPr="00B7305F">
        <w:rPr>
          <w:color w:val="000000" w:themeColor="text1"/>
          <w:lang w:val="uk-UA"/>
        </w:rPr>
        <w:t xml:space="preserve"> </w:t>
      </w:r>
      <w:r w:rsidR="00FC08A3" w:rsidRPr="00B7305F">
        <w:rPr>
          <w:color w:val="000000" w:themeColor="text1"/>
          <w:lang w:val="uk-UA"/>
        </w:rPr>
        <w:t>поєднує</w:t>
      </w:r>
      <w:r w:rsidRPr="00B7305F">
        <w:rPr>
          <w:color w:val="000000" w:themeColor="text1"/>
          <w:lang w:val="uk-UA"/>
        </w:rPr>
        <w:t xml:space="preserve"> </w:t>
      </w:r>
      <w:r w:rsidR="00FC08A3" w:rsidRPr="00B7305F">
        <w:rPr>
          <w:color w:val="000000" w:themeColor="text1"/>
          <w:lang w:val="uk-UA"/>
        </w:rPr>
        <w:t>зображення,</w:t>
      </w:r>
      <w:r w:rsidRPr="00B7305F">
        <w:rPr>
          <w:color w:val="000000" w:themeColor="text1"/>
          <w:lang w:val="uk-UA"/>
        </w:rPr>
        <w:t xml:space="preserve"> </w:t>
      </w:r>
      <w:r w:rsidR="00FC08A3" w:rsidRPr="00B7305F">
        <w:rPr>
          <w:color w:val="000000" w:themeColor="text1"/>
          <w:lang w:val="uk-UA"/>
        </w:rPr>
        <w:t>звук,</w:t>
      </w:r>
      <w:r w:rsidRPr="00B7305F">
        <w:rPr>
          <w:color w:val="000000" w:themeColor="text1"/>
          <w:lang w:val="uk-UA"/>
        </w:rPr>
        <w:t xml:space="preserve"> </w:t>
      </w:r>
      <w:r w:rsidR="00FC08A3" w:rsidRPr="00B7305F">
        <w:rPr>
          <w:color w:val="000000" w:themeColor="text1"/>
          <w:lang w:val="uk-UA"/>
        </w:rPr>
        <w:t>темпоритм,</w:t>
      </w:r>
      <w:r w:rsidRPr="00B7305F">
        <w:rPr>
          <w:color w:val="000000" w:themeColor="text1"/>
          <w:lang w:val="uk-UA"/>
        </w:rPr>
        <w:t xml:space="preserve"> </w:t>
      </w:r>
      <w:r w:rsidR="00FC08A3" w:rsidRPr="00B7305F">
        <w:rPr>
          <w:color w:val="000000" w:themeColor="text1"/>
          <w:lang w:val="uk-UA"/>
        </w:rPr>
        <w:t>інтонаційний</w:t>
      </w:r>
      <w:r w:rsidRPr="00B7305F">
        <w:rPr>
          <w:color w:val="000000" w:themeColor="text1"/>
          <w:lang w:val="uk-UA"/>
        </w:rPr>
        <w:t xml:space="preserve"> </w:t>
      </w:r>
      <w:r w:rsidR="00FC08A3" w:rsidRPr="00B7305F">
        <w:rPr>
          <w:color w:val="000000" w:themeColor="text1"/>
          <w:lang w:val="uk-UA"/>
        </w:rPr>
        <w:t>малюнок</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музичний</w:t>
      </w:r>
      <w:r w:rsidRPr="00B7305F">
        <w:rPr>
          <w:color w:val="000000" w:themeColor="text1"/>
          <w:lang w:val="uk-UA"/>
        </w:rPr>
        <w:t xml:space="preserve"> </w:t>
      </w:r>
      <w:r w:rsidR="00FC08A3" w:rsidRPr="00B7305F">
        <w:rPr>
          <w:color w:val="000000" w:themeColor="text1"/>
          <w:lang w:val="uk-UA"/>
        </w:rPr>
        <w:t>супровід</w:t>
      </w:r>
      <w:r w:rsidRPr="00B7305F">
        <w:rPr>
          <w:color w:val="000000" w:themeColor="text1"/>
          <w:lang w:val="uk-UA"/>
        </w:rPr>
        <w:t xml:space="preserve"> </w:t>
      </w:r>
      <w:r w:rsidR="00FC08A3" w:rsidRPr="00B7305F">
        <w:rPr>
          <w:color w:val="000000" w:themeColor="text1"/>
          <w:lang w:val="uk-UA"/>
        </w:rPr>
        <w:t>не</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реальному</w:t>
      </w:r>
      <w:r w:rsidRPr="00B7305F">
        <w:rPr>
          <w:color w:val="000000" w:themeColor="text1"/>
          <w:lang w:val="uk-UA"/>
        </w:rPr>
        <w:t xml:space="preserve"> </w:t>
      </w:r>
      <w:r w:rsidR="00FC08A3" w:rsidRPr="00B7305F">
        <w:rPr>
          <w:color w:val="000000" w:themeColor="text1"/>
          <w:lang w:val="uk-UA"/>
        </w:rPr>
        <w:t>часі,</w:t>
      </w:r>
      <w:r w:rsidRPr="00B7305F">
        <w:rPr>
          <w:color w:val="000000" w:themeColor="text1"/>
          <w:lang w:val="uk-UA"/>
        </w:rPr>
        <w:t xml:space="preserve"> </w:t>
      </w:r>
      <w:r w:rsidR="00FC08A3" w:rsidRPr="00B7305F">
        <w:rPr>
          <w:color w:val="000000" w:themeColor="text1"/>
          <w:lang w:val="uk-UA"/>
        </w:rPr>
        <w:t>а</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структурі</w:t>
      </w:r>
      <w:r w:rsidRPr="00B7305F">
        <w:rPr>
          <w:color w:val="000000" w:themeColor="text1"/>
          <w:lang w:val="uk-UA"/>
        </w:rPr>
        <w:t xml:space="preserve"> </w:t>
      </w:r>
      <w:r w:rsidR="00FC08A3" w:rsidRPr="00B7305F">
        <w:rPr>
          <w:color w:val="000000" w:themeColor="text1"/>
          <w:lang w:val="uk-UA"/>
        </w:rPr>
        <w:t>монтажної</w:t>
      </w:r>
      <w:r w:rsidRPr="00B7305F">
        <w:rPr>
          <w:color w:val="000000" w:themeColor="text1"/>
          <w:lang w:val="uk-UA"/>
        </w:rPr>
        <w:t xml:space="preserve"> </w:t>
      </w:r>
      <w:r w:rsidR="00FC08A3" w:rsidRPr="00B7305F">
        <w:rPr>
          <w:color w:val="000000" w:themeColor="text1"/>
          <w:lang w:val="uk-UA"/>
        </w:rPr>
        <w:t>композиції.</w:t>
      </w:r>
      <w:r w:rsidRPr="00B7305F">
        <w:rPr>
          <w:color w:val="000000" w:themeColor="text1"/>
          <w:lang w:val="uk-UA"/>
        </w:rPr>
        <w:t xml:space="preserve"> </w:t>
      </w:r>
      <w:r w:rsidR="00FC08A3" w:rsidRPr="00B7305F">
        <w:rPr>
          <w:color w:val="000000" w:themeColor="text1"/>
          <w:lang w:val="uk-UA"/>
        </w:rPr>
        <w:t>Саме</w:t>
      </w:r>
      <w:r w:rsidRPr="00B7305F">
        <w:rPr>
          <w:color w:val="000000" w:themeColor="text1"/>
          <w:lang w:val="uk-UA"/>
        </w:rPr>
        <w:t xml:space="preserve"> </w:t>
      </w:r>
      <w:r w:rsidR="00FC08A3" w:rsidRPr="00B7305F">
        <w:rPr>
          <w:color w:val="000000" w:themeColor="text1"/>
          <w:lang w:val="uk-UA"/>
        </w:rPr>
        <w:t>монтаж</w:t>
      </w:r>
      <w:r w:rsidRPr="00B7305F">
        <w:rPr>
          <w:color w:val="000000" w:themeColor="text1"/>
          <w:lang w:val="uk-UA"/>
        </w:rPr>
        <w:t xml:space="preserve"> </w:t>
      </w:r>
      <w:r w:rsidR="00FC08A3" w:rsidRPr="00B7305F">
        <w:rPr>
          <w:color w:val="000000" w:themeColor="text1"/>
          <w:lang w:val="uk-UA"/>
        </w:rPr>
        <w:t>створює</w:t>
      </w:r>
      <w:r w:rsidRPr="00B7305F">
        <w:rPr>
          <w:color w:val="000000" w:themeColor="text1"/>
          <w:lang w:val="uk-UA"/>
        </w:rPr>
        <w:t xml:space="preserve"> </w:t>
      </w:r>
      <w:r w:rsidR="00FC08A3" w:rsidRPr="00B7305F">
        <w:rPr>
          <w:color w:val="000000" w:themeColor="text1"/>
          <w:lang w:val="uk-UA"/>
        </w:rPr>
        <w:t>нову</w:t>
      </w:r>
      <w:r w:rsidRPr="00B7305F">
        <w:rPr>
          <w:color w:val="000000" w:themeColor="text1"/>
          <w:lang w:val="uk-UA"/>
        </w:rPr>
        <w:t xml:space="preserve"> </w:t>
      </w:r>
      <w:r w:rsidR="00FC08A3" w:rsidRPr="00B7305F">
        <w:rPr>
          <w:color w:val="000000" w:themeColor="text1"/>
          <w:lang w:val="uk-UA"/>
        </w:rPr>
        <w:t>логіку</w:t>
      </w:r>
      <w:r w:rsidRPr="00B7305F">
        <w:rPr>
          <w:color w:val="000000" w:themeColor="text1"/>
          <w:lang w:val="uk-UA"/>
        </w:rPr>
        <w:t xml:space="preserve"> </w:t>
      </w:r>
      <w:r w:rsidR="00FC08A3" w:rsidRPr="00B7305F">
        <w:rPr>
          <w:color w:val="000000" w:themeColor="text1"/>
          <w:lang w:val="uk-UA"/>
        </w:rPr>
        <w:t>синтезу:</w:t>
      </w:r>
      <w:r w:rsidRPr="00B7305F">
        <w:rPr>
          <w:color w:val="000000" w:themeColor="text1"/>
          <w:lang w:val="uk-UA"/>
        </w:rPr>
        <w:t xml:space="preserve"> </w:t>
      </w:r>
      <w:r w:rsidR="00FC08A3" w:rsidRPr="00B7305F">
        <w:rPr>
          <w:color w:val="000000" w:themeColor="text1"/>
          <w:lang w:val="uk-UA"/>
        </w:rPr>
        <w:t>акторська</w:t>
      </w:r>
      <w:r w:rsidRPr="00B7305F">
        <w:rPr>
          <w:color w:val="000000" w:themeColor="text1"/>
          <w:lang w:val="uk-UA"/>
        </w:rPr>
        <w:t xml:space="preserve"> </w:t>
      </w:r>
      <w:r w:rsidR="00FC08A3" w:rsidRPr="00B7305F">
        <w:rPr>
          <w:color w:val="000000" w:themeColor="text1"/>
          <w:lang w:val="uk-UA"/>
        </w:rPr>
        <w:t>дія</w:t>
      </w:r>
      <w:r w:rsidRPr="00B7305F">
        <w:rPr>
          <w:color w:val="000000" w:themeColor="text1"/>
          <w:lang w:val="uk-UA"/>
        </w:rPr>
        <w:t xml:space="preserve"> </w:t>
      </w:r>
      <w:r w:rsidR="00FC08A3" w:rsidRPr="00B7305F">
        <w:rPr>
          <w:color w:val="000000" w:themeColor="text1"/>
          <w:lang w:val="uk-UA"/>
        </w:rPr>
        <w:t>перетворюється</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послідовність</w:t>
      </w:r>
      <w:r w:rsidRPr="00B7305F">
        <w:rPr>
          <w:color w:val="000000" w:themeColor="text1"/>
          <w:lang w:val="uk-UA"/>
        </w:rPr>
        <w:t xml:space="preserve"> </w:t>
      </w:r>
      <w:r w:rsidR="00FC08A3" w:rsidRPr="00B7305F">
        <w:rPr>
          <w:color w:val="000000" w:themeColor="text1"/>
          <w:lang w:val="uk-UA"/>
        </w:rPr>
        <w:t>фрагментів,</w:t>
      </w:r>
      <w:r w:rsidRPr="00B7305F">
        <w:rPr>
          <w:color w:val="000000" w:themeColor="text1"/>
          <w:lang w:val="uk-UA"/>
        </w:rPr>
        <w:t xml:space="preserve"> </w:t>
      </w:r>
      <w:r w:rsidR="00FC08A3" w:rsidRPr="00B7305F">
        <w:rPr>
          <w:color w:val="000000" w:themeColor="text1"/>
          <w:lang w:val="uk-UA"/>
        </w:rPr>
        <w:t>які</w:t>
      </w:r>
      <w:r w:rsidRPr="00B7305F">
        <w:rPr>
          <w:color w:val="000000" w:themeColor="text1"/>
          <w:lang w:val="uk-UA"/>
        </w:rPr>
        <w:t xml:space="preserve"> </w:t>
      </w:r>
      <w:r w:rsidR="00FC08A3" w:rsidRPr="00B7305F">
        <w:rPr>
          <w:color w:val="000000" w:themeColor="text1"/>
          <w:lang w:val="uk-UA"/>
        </w:rPr>
        <w:t>вступають</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смисловий</w:t>
      </w:r>
      <w:r w:rsidRPr="00B7305F">
        <w:rPr>
          <w:color w:val="000000" w:themeColor="text1"/>
          <w:lang w:val="uk-UA"/>
        </w:rPr>
        <w:t xml:space="preserve"> </w:t>
      </w:r>
      <w:r w:rsidR="00FC08A3" w:rsidRPr="00B7305F">
        <w:rPr>
          <w:color w:val="000000" w:themeColor="text1"/>
          <w:lang w:val="uk-UA"/>
        </w:rPr>
        <w:t>діалог,</w:t>
      </w:r>
      <w:r w:rsidRPr="00B7305F">
        <w:rPr>
          <w:color w:val="000000" w:themeColor="text1"/>
          <w:lang w:val="uk-UA"/>
        </w:rPr>
        <w:t xml:space="preserve"> </w:t>
      </w:r>
      <w:r w:rsidR="00FC08A3" w:rsidRPr="00B7305F">
        <w:rPr>
          <w:color w:val="000000" w:themeColor="text1"/>
          <w:lang w:val="uk-UA"/>
        </w:rPr>
        <w:t>формуючи</w:t>
      </w:r>
      <w:r w:rsidRPr="00B7305F">
        <w:rPr>
          <w:color w:val="000000" w:themeColor="text1"/>
          <w:lang w:val="uk-UA"/>
        </w:rPr>
        <w:t xml:space="preserve"> </w:t>
      </w:r>
      <w:r w:rsidR="00FC08A3" w:rsidRPr="00B7305F">
        <w:rPr>
          <w:color w:val="000000" w:themeColor="text1"/>
          <w:lang w:val="uk-UA"/>
        </w:rPr>
        <w:t>нове</w:t>
      </w:r>
      <w:r w:rsidRPr="00B7305F">
        <w:rPr>
          <w:color w:val="000000" w:themeColor="text1"/>
          <w:lang w:val="uk-UA"/>
        </w:rPr>
        <w:t xml:space="preserve"> </w:t>
      </w:r>
      <w:r w:rsidR="00FC08A3" w:rsidRPr="00B7305F">
        <w:rPr>
          <w:color w:val="000000" w:themeColor="text1"/>
          <w:lang w:val="uk-UA"/>
        </w:rPr>
        <w:t>художнє</w:t>
      </w:r>
      <w:r w:rsidRPr="00B7305F">
        <w:rPr>
          <w:color w:val="000000" w:themeColor="text1"/>
          <w:lang w:val="uk-UA"/>
        </w:rPr>
        <w:t xml:space="preserve"> </w:t>
      </w:r>
      <w:r w:rsidR="00FC08A3" w:rsidRPr="00B7305F">
        <w:rPr>
          <w:color w:val="000000" w:themeColor="text1"/>
          <w:lang w:val="uk-UA"/>
        </w:rPr>
        <w:t>ціле.</w:t>
      </w:r>
      <w:r w:rsidRPr="00B7305F">
        <w:rPr>
          <w:color w:val="000000" w:themeColor="text1"/>
          <w:lang w:val="uk-UA"/>
        </w:rPr>
        <w:t xml:space="preserve"> </w:t>
      </w:r>
      <w:r w:rsidR="00FC08A3" w:rsidRPr="00B7305F">
        <w:rPr>
          <w:color w:val="000000" w:themeColor="text1"/>
          <w:lang w:val="uk-UA"/>
        </w:rPr>
        <w:t>Таким</w:t>
      </w:r>
      <w:r w:rsidRPr="00B7305F">
        <w:rPr>
          <w:color w:val="000000" w:themeColor="text1"/>
          <w:lang w:val="uk-UA"/>
        </w:rPr>
        <w:t xml:space="preserve"> </w:t>
      </w:r>
      <w:r w:rsidR="00FC08A3" w:rsidRPr="00B7305F">
        <w:rPr>
          <w:color w:val="000000" w:themeColor="text1"/>
          <w:lang w:val="uk-UA"/>
        </w:rPr>
        <w:t>чином,</w:t>
      </w:r>
      <w:r w:rsidRPr="00B7305F">
        <w:rPr>
          <w:color w:val="000000" w:themeColor="text1"/>
          <w:lang w:val="uk-UA"/>
        </w:rPr>
        <w:t xml:space="preserve"> </w:t>
      </w:r>
      <w:r w:rsidR="00FC08A3" w:rsidRPr="00B7305F">
        <w:rPr>
          <w:color w:val="000000" w:themeColor="text1"/>
          <w:lang w:val="uk-UA"/>
        </w:rPr>
        <w:t>кіно</w:t>
      </w:r>
      <w:r w:rsidRPr="00B7305F">
        <w:rPr>
          <w:color w:val="000000" w:themeColor="text1"/>
          <w:lang w:val="uk-UA"/>
        </w:rPr>
        <w:t xml:space="preserve"> </w:t>
      </w:r>
      <w:r w:rsidR="00FC08A3" w:rsidRPr="00B7305F">
        <w:rPr>
          <w:color w:val="000000" w:themeColor="text1"/>
          <w:lang w:val="uk-UA"/>
        </w:rPr>
        <w:t>фактично</w:t>
      </w:r>
      <w:r w:rsidRPr="00B7305F">
        <w:rPr>
          <w:color w:val="000000" w:themeColor="text1"/>
          <w:lang w:val="uk-UA"/>
        </w:rPr>
        <w:t xml:space="preserve"> </w:t>
      </w:r>
      <w:r w:rsidR="00FC08A3" w:rsidRPr="00B7305F">
        <w:rPr>
          <w:color w:val="000000" w:themeColor="text1"/>
          <w:lang w:val="uk-UA"/>
        </w:rPr>
        <w:t>продовжує</w:t>
      </w:r>
      <w:r w:rsidRPr="00B7305F">
        <w:rPr>
          <w:color w:val="000000" w:themeColor="text1"/>
          <w:lang w:val="uk-UA"/>
        </w:rPr>
        <w:t xml:space="preserve"> </w:t>
      </w:r>
      <w:r w:rsidR="00FC08A3" w:rsidRPr="00B7305F">
        <w:rPr>
          <w:color w:val="000000" w:themeColor="text1"/>
          <w:lang w:val="uk-UA"/>
        </w:rPr>
        <w:t>театральну</w:t>
      </w:r>
      <w:r w:rsidRPr="00B7305F">
        <w:rPr>
          <w:color w:val="000000" w:themeColor="text1"/>
          <w:lang w:val="uk-UA"/>
        </w:rPr>
        <w:t xml:space="preserve"> </w:t>
      </w:r>
      <w:r w:rsidR="00FC08A3" w:rsidRPr="00B7305F">
        <w:rPr>
          <w:color w:val="000000" w:themeColor="text1"/>
          <w:lang w:val="uk-UA"/>
        </w:rPr>
        <w:t>традицію</w:t>
      </w:r>
      <w:r w:rsidRPr="00B7305F">
        <w:rPr>
          <w:color w:val="000000" w:themeColor="text1"/>
          <w:lang w:val="uk-UA"/>
        </w:rPr>
        <w:t xml:space="preserve"> </w:t>
      </w:r>
      <w:r w:rsidR="00FC08A3" w:rsidRPr="00B7305F">
        <w:rPr>
          <w:color w:val="000000" w:themeColor="text1"/>
          <w:lang w:val="uk-UA"/>
        </w:rPr>
        <w:t>синтезу,</w:t>
      </w:r>
      <w:r w:rsidRPr="00B7305F">
        <w:rPr>
          <w:color w:val="000000" w:themeColor="text1"/>
          <w:lang w:val="uk-UA"/>
        </w:rPr>
        <w:t xml:space="preserve"> </w:t>
      </w:r>
      <w:r w:rsidR="00FC08A3" w:rsidRPr="00B7305F">
        <w:rPr>
          <w:color w:val="000000" w:themeColor="text1"/>
          <w:lang w:val="uk-UA"/>
        </w:rPr>
        <w:t>але</w:t>
      </w:r>
      <w:r w:rsidRPr="00B7305F">
        <w:rPr>
          <w:color w:val="000000" w:themeColor="text1"/>
          <w:lang w:val="uk-UA"/>
        </w:rPr>
        <w:t xml:space="preserve"> </w:t>
      </w:r>
      <w:r w:rsidR="00FC08A3" w:rsidRPr="00B7305F">
        <w:rPr>
          <w:color w:val="000000" w:themeColor="text1"/>
          <w:lang w:val="uk-UA"/>
        </w:rPr>
        <w:t>оперує</w:t>
      </w:r>
      <w:r w:rsidRPr="00B7305F">
        <w:rPr>
          <w:color w:val="000000" w:themeColor="text1"/>
          <w:lang w:val="uk-UA"/>
        </w:rPr>
        <w:t xml:space="preserve"> </w:t>
      </w:r>
      <w:r w:rsidR="00FC08A3" w:rsidRPr="00B7305F">
        <w:rPr>
          <w:color w:val="000000" w:themeColor="text1"/>
          <w:lang w:val="uk-UA"/>
        </w:rPr>
        <w:t>іншими</w:t>
      </w:r>
      <w:r w:rsidRPr="00B7305F">
        <w:rPr>
          <w:color w:val="000000" w:themeColor="text1"/>
          <w:lang w:val="uk-UA"/>
        </w:rPr>
        <w:t xml:space="preserve"> </w:t>
      </w:r>
      <w:r w:rsidR="00FC08A3" w:rsidRPr="00B7305F">
        <w:rPr>
          <w:color w:val="000000" w:themeColor="text1"/>
          <w:lang w:val="uk-UA"/>
        </w:rPr>
        <w:t>часопросторовими</w:t>
      </w:r>
      <w:r w:rsidRPr="00B7305F">
        <w:rPr>
          <w:color w:val="000000" w:themeColor="text1"/>
          <w:lang w:val="uk-UA"/>
        </w:rPr>
        <w:t xml:space="preserve"> </w:t>
      </w:r>
      <w:r w:rsidR="00FC08A3" w:rsidRPr="00B7305F">
        <w:rPr>
          <w:color w:val="000000" w:themeColor="text1"/>
          <w:lang w:val="uk-UA"/>
        </w:rPr>
        <w:t>механізмами.</w:t>
      </w:r>
    </w:p>
    <w:p w14:paraId="1F9ACF77" w14:textId="5FA43C18"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Теоретична</w:t>
      </w:r>
      <w:r w:rsidRPr="00B7305F">
        <w:rPr>
          <w:color w:val="000000" w:themeColor="text1"/>
          <w:lang w:val="uk-UA"/>
        </w:rPr>
        <w:t xml:space="preserve"> </w:t>
      </w:r>
      <w:r w:rsidR="00FC08A3" w:rsidRPr="00B7305F">
        <w:rPr>
          <w:color w:val="000000" w:themeColor="text1"/>
          <w:lang w:val="uk-UA"/>
        </w:rPr>
        <w:t>думка</w:t>
      </w:r>
      <w:r w:rsidRPr="00B7305F">
        <w:rPr>
          <w:color w:val="000000" w:themeColor="text1"/>
          <w:lang w:val="uk-UA"/>
        </w:rPr>
        <w:t xml:space="preserve"> </w:t>
      </w:r>
      <w:r w:rsidR="00FC08A3" w:rsidRPr="00B7305F">
        <w:rPr>
          <w:color w:val="000000" w:themeColor="text1"/>
          <w:lang w:val="uk-UA"/>
        </w:rPr>
        <w:t>ХХ</w:t>
      </w:r>
      <w:r w:rsidRPr="00B7305F">
        <w:rPr>
          <w:color w:val="000000" w:themeColor="text1"/>
          <w:lang w:val="uk-UA"/>
        </w:rPr>
        <w:t xml:space="preserve"> </w:t>
      </w:r>
      <w:r w:rsidR="00FC08A3" w:rsidRPr="00B7305F">
        <w:rPr>
          <w:color w:val="000000" w:themeColor="text1"/>
          <w:lang w:val="uk-UA"/>
        </w:rPr>
        <w:t>століття</w:t>
      </w:r>
      <w:r w:rsidRPr="00B7305F">
        <w:rPr>
          <w:color w:val="000000" w:themeColor="text1"/>
          <w:lang w:val="uk-UA"/>
        </w:rPr>
        <w:t xml:space="preserve"> </w:t>
      </w:r>
      <w:r w:rsidR="00FC08A3" w:rsidRPr="00B7305F">
        <w:rPr>
          <w:color w:val="000000" w:themeColor="text1"/>
          <w:lang w:val="uk-UA"/>
        </w:rPr>
        <w:t>суттєво</w:t>
      </w:r>
      <w:r w:rsidRPr="00B7305F">
        <w:rPr>
          <w:color w:val="000000" w:themeColor="text1"/>
          <w:lang w:val="uk-UA"/>
        </w:rPr>
        <w:t xml:space="preserve"> </w:t>
      </w:r>
      <w:r w:rsidR="00FC08A3" w:rsidRPr="00B7305F">
        <w:rPr>
          <w:color w:val="000000" w:themeColor="text1"/>
          <w:lang w:val="uk-UA"/>
        </w:rPr>
        <w:t>поглибила</w:t>
      </w:r>
      <w:r w:rsidRPr="00B7305F">
        <w:rPr>
          <w:color w:val="000000" w:themeColor="text1"/>
          <w:lang w:val="uk-UA"/>
        </w:rPr>
        <w:t xml:space="preserve"> </w:t>
      </w:r>
      <w:r w:rsidR="00FC08A3" w:rsidRPr="00B7305F">
        <w:rPr>
          <w:color w:val="000000" w:themeColor="text1"/>
          <w:lang w:val="uk-UA"/>
        </w:rPr>
        <w:t>розуміння</w:t>
      </w:r>
      <w:r w:rsidRPr="00B7305F">
        <w:rPr>
          <w:color w:val="000000" w:themeColor="text1"/>
          <w:lang w:val="uk-UA"/>
        </w:rPr>
        <w:t xml:space="preserve"> </w:t>
      </w:r>
      <w:r w:rsidR="00FC08A3" w:rsidRPr="00B7305F">
        <w:rPr>
          <w:color w:val="000000" w:themeColor="text1"/>
          <w:lang w:val="uk-UA"/>
        </w:rPr>
        <w:t>синтезу</w:t>
      </w:r>
      <w:r w:rsidRPr="00B7305F">
        <w:rPr>
          <w:color w:val="000000" w:themeColor="text1"/>
          <w:lang w:val="uk-UA"/>
        </w:rPr>
        <w:t xml:space="preserve"> </w:t>
      </w:r>
      <w:r w:rsidR="00FC08A3" w:rsidRPr="00B7305F">
        <w:rPr>
          <w:color w:val="000000" w:themeColor="text1"/>
          <w:lang w:val="uk-UA"/>
        </w:rPr>
        <w:t>мистецтв.</w:t>
      </w:r>
      <w:r w:rsidRPr="00B7305F">
        <w:rPr>
          <w:color w:val="000000" w:themeColor="text1"/>
          <w:lang w:val="uk-UA"/>
        </w:rPr>
        <w:t xml:space="preserve"> </w:t>
      </w:r>
      <w:r w:rsidR="00FC08A3" w:rsidRPr="00B7305F">
        <w:rPr>
          <w:color w:val="000000" w:themeColor="text1"/>
          <w:lang w:val="uk-UA"/>
        </w:rPr>
        <w:t>Антонен</w:t>
      </w:r>
      <w:r w:rsidRPr="00B7305F">
        <w:rPr>
          <w:color w:val="000000" w:themeColor="text1"/>
          <w:lang w:val="uk-UA"/>
        </w:rPr>
        <w:t xml:space="preserve"> </w:t>
      </w:r>
      <w:r w:rsidR="00FC08A3" w:rsidRPr="00B7305F">
        <w:rPr>
          <w:color w:val="000000" w:themeColor="text1"/>
          <w:lang w:val="uk-UA"/>
        </w:rPr>
        <w:t>Арто,</w:t>
      </w:r>
      <w:r w:rsidRPr="00B7305F">
        <w:rPr>
          <w:color w:val="000000" w:themeColor="text1"/>
          <w:lang w:val="uk-UA"/>
        </w:rPr>
        <w:t xml:space="preserve"> </w:t>
      </w:r>
      <w:r w:rsidR="00FC08A3" w:rsidRPr="00B7305F">
        <w:rPr>
          <w:color w:val="000000" w:themeColor="text1"/>
          <w:lang w:val="uk-UA"/>
        </w:rPr>
        <w:t>створюючи</w:t>
      </w:r>
      <w:r w:rsidRPr="00B7305F">
        <w:rPr>
          <w:color w:val="000000" w:themeColor="text1"/>
          <w:lang w:val="uk-UA"/>
        </w:rPr>
        <w:t xml:space="preserve"> </w:t>
      </w:r>
      <w:r w:rsidR="00FC08A3" w:rsidRPr="00B7305F">
        <w:rPr>
          <w:color w:val="000000" w:themeColor="text1"/>
          <w:lang w:val="uk-UA"/>
        </w:rPr>
        <w:t>концепцію</w:t>
      </w:r>
      <w:r w:rsidRPr="00B7305F">
        <w:rPr>
          <w:color w:val="000000" w:themeColor="text1"/>
          <w:lang w:val="uk-UA"/>
        </w:rPr>
        <w:t xml:space="preserve"> </w:t>
      </w:r>
      <w:r w:rsidR="00FC08A3" w:rsidRPr="00B7305F">
        <w:rPr>
          <w:color w:val="000000" w:themeColor="text1"/>
          <w:lang w:val="uk-UA"/>
        </w:rPr>
        <w:t>«театру</w:t>
      </w:r>
      <w:r w:rsidRPr="00B7305F">
        <w:rPr>
          <w:color w:val="000000" w:themeColor="text1"/>
          <w:lang w:val="uk-UA"/>
        </w:rPr>
        <w:t xml:space="preserve"> </w:t>
      </w:r>
      <w:r w:rsidR="00FC08A3" w:rsidRPr="0000612E">
        <w:rPr>
          <w:color w:val="000000" w:themeColor="text1"/>
          <w:lang w:val="uk-UA"/>
        </w:rPr>
        <w:t>жорстокості</w:t>
      </w:r>
      <w:r w:rsidR="008005EB" w:rsidRPr="0000612E">
        <w:rPr>
          <w:color w:val="000000" w:themeColor="text1"/>
          <w:lang w:val="uk-UA"/>
        </w:rPr>
        <w:t xml:space="preserve"> [44, </w:t>
      </w:r>
      <w:r w:rsidR="008005EB" w:rsidRPr="0000612E">
        <w:rPr>
          <w:color w:val="000000" w:themeColor="text1"/>
        </w:rPr>
        <w:t>c</w:t>
      </w:r>
      <w:r w:rsidR="008005EB" w:rsidRPr="0000612E">
        <w:rPr>
          <w:color w:val="000000" w:themeColor="text1"/>
          <w:lang w:val="uk-UA"/>
        </w:rPr>
        <w:t>.85</w:t>
      </w:r>
      <w:r w:rsidR="0000612E" w:rsidRPr="0000612E">
        <w:rPr>
          <w:color w:val="000000" w:themeColor="text1"/>
          <w:lang w:val="uk-UA"/>
        </w:rPr>
        <w:t>-</w:t>
      </w:r>
      <w:r w:rsidR="0000612E">
        <w:rPr>
          <w:color w:val="000000" w:themeColor="text1"/>
          <w:lang w:val="uk-UA"/>
        </w:rPr>
        <w:t>87</w:t>
      </w:r>
      <w:r w:rsidR="008005EB" w:rsidRPr="0000612E">
        <w:rPr>
          <w:color w:val="000000" w:themeColor="text1"/>
          <w:lang w:val="uk-UA"/>
        </w:rPr>
        <w:t>]</w:t>
      </w:r>
      <w:r w:rsidR="00FC08A3" w:rsidRPr="0000612E">
        <w:rPr>
          <w:color w:val="000000" w:themeColor="text1"/>
          <w:lang w:val="uk-UA"/>
        </w:rPr>
        <w:t>»,</w:t>
      </w:r>
      <w:r w:rsidRPr="0000612E">
        <w:rPr>
          <w:color w:val="000000" w:themeColor="text1"/>
          <w:lang w:val="uk-UA"/>
        </w:rPr>
        <w:t xml:space="preserve"> </w:t>
      </w:r>
      <w:r w:rsidR="00FC08A3" w:rsidRPr="00B7305F">
        <w:rPr>
          <w:color w:val="000000" w:themeColor="text1"/>
          <w:lang w:val="uk-UA"/>
        </w:rPr>
        <w:t>наголошував,</w:t>
      </w:r>
      <w:r w:rsidRPr="00B7305F">
        <w:rPr>
          <w:color w:val="000000" w:themeColor="text1"/>
          <w:lang w:val="uk-UA"/>
        </w:rPr>
        <w:t xml:space="preserve"> </w:t>
      </w:r>
      <w:r w:rsidR="00FC08A3" w:rsidRPr="00B7305F">
        <w:rPr>
          <w:color w:val="000000" w:themeColor="text1"/>
          <w:lang w:val="uk-UA"/>
        </w:rPr>
        <w:t>що</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повинен</w:t>
      </w:r>
      <w:r w:rsidRPr="00B7305F">
        <w:rPr>
          <w:color w:val="000000" w:themeColor="text1"/>
          <w:lang w:val="uk-UA"/>
        </w:rPr>
        <w:t xml:space="preserve"> </w:t>
      </w:r>
      <w:r w:rsidR="00FC08A3" w:rsidRPr="00B7305F">
        <w:rPr>
          <w:color w:val="000000" w:themeColor="text1"/>
          <w:lang w:val="uk-UA"/>
        </w:rPr>
        <w:t>руйнувати</w:t>
      </w:r>
      <w:r w:rsidRPr="00B7305F">
        <w:rPr>
          <w:color w:val="000000" w:themeColor="text1"/>
          <w:lang w:val="uk-UA"/>
        </w:rPr>
        <w:t xml:space="preserve"> </w:t>
      </w:r>
      <w:r w:rsidR="00FC08A3" w:rsidRPr="00B7305F">
        <w:rPr>
          <w:color w:val="000000" w:themeColor="text1"/>
          <w:lang w:val="uk-UA"/>
        </w:rPr>
        <w:t>дистанцію</w:t>
      </w:r>
      <w:r w:rsidRPr="00B7305F">
        <w:rPr>
          <w:color w:val="000000" w:themeColor="text1"/>
          <w:lang w:val="uk-UA"/>
        </w:rPr>
        <w:t xml:space="preserve"> </w:t>
      </w:r>
      <w:r w:rsidR="00FC08A3" w:rsidRPr="00B7305F">
        <w:rPr>
          <w:color w:val="000000" w:themeColor="text1"/>
          <w:lang w:val="uk-UA"/>
        </w:rPr>
        <w:t>між</w:t>
      </w:r>
      <w:r w:rsidRPr="00B7305F">
        <w:rPr>
          <w:color w:val="000000" w:themeColor="text1"/>
          <w:lang w:val="uk-UA"/>
        </w:rPr>
        <w:t xml:space="preserve"> </w:t>
      </w:r>
      <w:r w:rsidR="00FC08A3" w:rsidRPr="00B7305F">
        <w:rPr>
          <w:color w:val="000000" w:themeColor="text1"/>
          <w:lang w:val="uk-UA"/>
        </w:rPr>
        <w:t>глядачем</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дією,</w:t>
      </w:r>
      <w:r w:rsidRPr="00B7305F">
        <w:rPr>
          <w:color w:val="000000" w:themeColor="text1"/>
          <w:lang w:val="uk-UA"/>
        </w:rPr>
        <w:t xml:space="preserve"> </w:t>
      </w:r>
      <w:r w:rsidR="00FC08A3" w:rsidRPr="00B7305F">
        <w:rPr>
          <w:color w:val="000000" w:themeColor="text1"/>
          <w:lang w:val="uk-UA"/>
        </w:rPr>
        <w:t>переводячи</w:t>
      </w:r>
      <w:r w:rsidRPr="00B7305F">
        <w:rPr>
          <w:color w:val="000000" w:themeColor="text1"/>
          <w:lang w:val="uk-UA"/>
        </w:rPr>
        <w:t xml:space="preserve"> </w:t>
      </w:r>
      <w:r w:rsidR="00FC08A3" w:rsidRPr="00B7305F">
        <w:rPr>
          <w:color w:val="000000" w:themeColor="text1"/>
          <w:lang w:val="uk-UA"/>
        </w:rPr>
        <w:t>мистецтво</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площину</w:t>
      </w:r>
      <w:r w:rsidRPr="00B7305F">
        <w:rPr>
          <w:color w:val="000000" w:themeColor="text1"/>
          <w:lang w:val="uk-UA"/>
        </w:rPr>
        <w:t xml:space="preserve"> </w:t>
      </w:r>
      <w:r w:rsidR="00FC08A3" w:rsidRPr="00B7305F">
        <w:rPr>
          <w:color w:val="000000" w:themeColor="text1"/>
          <w:lang w:val="uk-UA"/>
        </w:rPr>
        <w:t>тілесного</w:t>
      </w:r>
      <w:r w:rsidRPr="00B7305F">
        <w:rPr>
          <w:color w:val="000000" w:themeColor="text1"/>
          <w:lang w:val="uk-UA"/>
        </w:rPr>
        <w:t xml:space="preserve"> </w:t>
      </w:r>
      <w:r w:rsidR="00FC08A3" w:rsidRPr="00B7305F">
        <w:rPr>
          <w:color w:val="000000" w:themeColor="text1"/>
          <w:lang w:val="uk-UA"/>
        </w:rPr>
        <w:t>й</w:t>
      </w:r>
      <w:r w:rsidRPr="00B7305F">
        <w:rPr>
          <w:color w:val="000000" w:themeColor="text1"/>
          <w:lang w:val="uk-UA"/>
        </w:rPr>
        <w:t xml:space="preserve"> </w:t>
      </w:r>
      <w:r w:rsidR="00FC08A3" w:rsidRPr="00B7305F">
        <w:rPr>
          <w:color w:val="000000" w:themeColor="text1"/>
          <w:lang w:val="uk-UA"/>
        </w:rPr>
        <w:t>емоційного</w:t>
      </w:r>
      <w:r w:rsidRPr="00B7305F">
        <w:rPr>
          <w:color w:val="000000" w:themeColor="text1"/>
          <w:lang w:val="uk-UA"/>
        </w:rPr>
        <w:t xml:space="preserve"> </w:t>
      </w:r>
      <w:r w:rsidR="00FC08A3" w:rsidRPr="00B7305F">
        <w:rPr>
          <w:color w:val="000000" w:themeColor="text1"/>
          <w:lang w:val="uk-UA"/>
        </w:rPr>
        <w:t>впливу.</w:t>
      </w:r>
      <w:r w:rsidRPr="00B7305F">
        <w:rPr>
          <w:color w:val="000000" w:themeColor="text1"/>
          <w:lang w:val="uk-UA"/>
        </w:rPr>
        <w:t xml:space="preserve"> </w:t>
      </w:r>
      <w:r w:rsidR="00FC08A3" w:rsidRPr="00B7305F">
        <w:rPr>
          <w:color w:val="000000" w:themeColor="text1"/>
          <w:lang w:val="uk-UA"/>
        </w:rPr>
        <w:t>Його</w:t>
      </w:r>
      <w:r w:rsidRPr="00B7305F">
        <w:rPr>
          <w:color w:val="000000" w:themeColor="text1"/>
          <w:lang w:val="uk-UA"/>
        </w:rPr>
        <w:t xml:space="preserve"> </w:t>
      </w:r>
      <w:r w:rsidR="00FC08A3" w:rsidRPr="00B7305F">
        <w:rPr>
          <w:color w:val="000000" w:themeColor="text1"/>
          <w:lang w:val="uk-UA"/>
        </w:rPr>
        <w:t>ідея</w:t>
      </w:r>
      <w:r w:rsidRPr="00B7305F">
        <w:rPr>
          <w:color w:val="000000" w:themeColor="text1"/>
          <w:lang w:val="uk-UA"/>
        </w:rPr>
        <w:t xml:space="preserve"> </w:t>
      </w:r>
      <w:r w:rsidR="00FC08A3" w:rsidRPr="00B7305F">
        <w:rPr>
          <w:color w:val="000000" w:themeColor="text1"/>
          <w:lang w:val="uk-UA"/>
        </w:rPr>
        <w:t>тотального</w:t>
      </w:r>
      <w:r w:rsidRPr="00B7305F">
        <w:rPr>
          <w:color w:val="000000" w:themeColor="text1"/>
          <w:lang w:val="uk-UA"/>
        </w:rPr>
        <w:t xml:space="preserve"> </w:t>
      </w:r>
      <w:r w:rsidR="00FC08A3" w:rsidRPr="00B7305F">
        <w:rPr>
          <w:color w:val="000000" w:themeColor="text1"/>
          <w:lang w:val="uk-UA"/>
        </w:rPr>
        <w:t>сценічного</w:t>
      </w:r>
      <w:r w:rsidRPr="00B7305F">
        <w:rPr>
          <w:color w:val="000000" w:themeColor="text1"/>
          <w:lang w:val="uk-UA"/>
        </w:rPr>
        <w:t xml:space="preserve"> </w:t>
      </w:r>
      <w:r w:rsidR="00FC08A3" w:rsidRPr="00B7305F">
        <w:rPr>
          <w:color w:val="000000" w:themeColor="text1"/>
          <w:lang w:val="uk-UA"/>
        </w:rPr>
        <w:t>простору</w:t>
      </w:r>
      <w:r w:rsidRPr="00B7305F">
        <w:rPr>
          <w:color w:val="000000" w:themeColor="text1"/>
          <w:lang w:val="uk-UA"/>
        </w:rPr>
        <w:t xml:space="preserve"> </w:t>
      </w:r>
      <w:r w:rsidR="00FC08A3" w:rsidRPr="00B7305F">
        <w:rPr>
          <w:color w:val="000000" w:themeColor="text1"/>
          <w:lang w:val="uk-UA"/>
        </w:rPr>
        <w:t>згодом</w:t>
      </w:r>
      <w:r w:rsidRPr="00B7305F">
        <w:rPr>
          <w:color w:val="000000" w:themeColor="text1"/>
          <w:lang w:val="uk-UA"/>
        </w:rPr>
        <w:t xml:space="preserve"> </w:t>
      </w:r>
      <w:r w:rsidR="00FC08A3" w:rsidRPr="00B7305F">
        <w:rPr>
          <w:color w:val="000000" w:themeColor="text1"/>
          <w:lang w:val="uk-UA"/>
        </w:rPr>
        <w:t>знайшла</w:t>
      </w:r>
      <w:r w:rsidRPr="00B7305F">
        <w:rPr>
          <w:color w:val="000000" w:themeColor="text1"/>
          <w:lang w:val="uk-UA"/>
        </w:rPr>
        <w:t xml:space="preserve"> </w:t>
      </w:r>
      <w:r w:rsidR="00FC08A3" w:rsidRPr="00B7305F">
        <w:rPr>
          <w:color w:val="000000" w:themeColor="text1"/>
          <w:lang w:val="uk-UA"/>
        </w:rPr>
        <w:t>продовження</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кінематографі,</w:t>
      </w:r>
      <w:r w:rsidRPr="00B7305F">
        <w:rPr>
          <w:color w:val="000000" w:themeColor="text1"/>
          <w:lang w:val="uk-UA"/>
        </w:rPr>
        <w:t xml:space="preserve"> </w:t>
      </w:r>
      <w:r w:rsidR="00FC08A3" w:rsidRPr="00B7305F">
        <w:rPr>
          <w:color w:val="000000" w:themeColor="text1"/>
          <w:lang w:val="uk-UA"/>
        </w:rPr>
        <w:t>особливо</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авангардних</w:t>
      </w:r>
      <w:r w:rsidRPr="00B7305F">
        <w:rPr>
          <w:color w:val="000000" w:themeColor="text1"/>
          <w:lang w:val="uk-UA"/>
        </w:rPr>
        <w:t xml:space="preserve"> </w:t>
      </w:r>
      <w:r w:rsidR="00FC08A3" w:rsidRPr="00B7305F">
        <w:rPr>
          <w:color w:val="000000" w:themeColor="text1"/>
          <w:lang w:val="uk-UA"/>
        </w:rPr>
        <w:t>течіях,</w:t>
      </w:r>
      <w:r w:rsidRPr="00B7305F">
        <w:rPr>
          <w:color w:val="000000" w:themeColor="text1"/>
          <w:lang w:val="uk-UA"/>
        </w:rPr>
        <w:t xml:space="preserve"> </w:t>
      </w:r>
      <w:r w:rsidR="00FC08A3" w:rsidRPr="00B7305F">
        <w:rPr>
          <w:color w:val="000000" w:themeColor="text1"/>
          <w:lang w:val="uk-UA"/>
        </w:rPr>
        <w:t>де</w:t>
      </w:r>
      <w:r w:rsidRPr="00B7305F">
        <w:rPr>
          <w:color w:val="000000" w:themeColor="text1"/>
          <w:lang w:val="uk-UA"/>
        </w:rPr>
        <w:t xml:space="preserve"> </w:t>
      </w:r>
      <w:r w:rsidR="00FC08A3" w:rsidRPr="00B7305F">
        <w:rPr>
          <w:color w:val="000000" w:themeColor="text1"/>
          <w:lang w:val="uk-UA"/>
        </w:rPr>
        <w:t>актор</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камера</w:t>
      </w:r>
      <w:r w:rsidRPr="00B7305F">
        <w:rPr>
          <w:color w:val="000000" w:themeColor="text1"/>
          <w:lang w:val="uk-UA"/>
        </w:rPr>
        <w:t xml:space="preserve"> </w:t>
      </w:r>
      <w:r w:rsidR="00FC08A3" w:rsidRPr="00B7305F">
        <w:rPr>
          <w:color w:val="000000" w:themeColor="text1"/>
          <w:lang w:val="uk-UA"/>
        </w:rPr>
        <w:t>перебувають</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стані</w:t>
      </w:r>
      <w:r w:rsidRPr="00B7305F">
        <w:rPr>
          <w:color w:val="000000" w:themeColor="text1"/>
          <w:lang w:val="uk-UA"/>
        </w:rPr>
        <w:t xml:space="preserve"> </w:t>
      </w:r>
      <w:r w:rsidR="00FC08A3" w:rsidRPr="00B7305F">
        <w:rPr>
          <w:color w:val="000000" w:themeColor="text1"/>
          <w:lang w:val="uk-UA"/>
        </w:rPr>
        <w:t>безпосередньої</w:t>
      </w:r>
      <w:r w:rsidRPr="00B7305F">
        <w:rPr>
          <w:color w:val="000000" w:themeColor="text1"/>
          <w:lang w:val="uk-UA"/>
        </w:rPr>
        <w:t xml:space="preserve"> </w:t>
      </w:r>
      <w:r w:rsidR="00FC08A3" w:rsidRPr="00B7305F">
        <w:rPr>
          <w:color w:val="000000" w:themeColor="text1"/>
          <w:lang w:val="uk-UA"/>
        </w:rPr>
        <w:t>взаємодії.</w:t>
      </w:r>
    </w:p>
    <w:p w14:paraId="1115CBE5" w14:textId="31B928BA"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Бертольт</w:t>
      </w:r>
      <w:r w:rsidRPr="00B7305F">
        <w:rPr>
          <w:color w:val="000000" w:themeColor="text1"/>
          <w:lang w:val="uk-UA"/>
        </w:rPr>
        <w:t xml:space="preserve"> </w:t>
      </w:r>
      <w:r w:rsidR="00FC08A3" w:rsidRPr="00B7305F">
        <w:rPr>
          <w:color w:val="000000" w:themeColor="text1"/>
          <w:lang w:val="uk-UA"/>
        </w:rPr>
        <w:t>Брехт,</w:t>
      </w:r>
      <w:r w:rsidRPr="00B7305F">
        <w:rPr>
          <w:color w:val="000000" w:themeColor="text1"/>
          <w:lang w:val="uk-UA"/>
        </w:rPr>
        <w:t xml:space="preserve"> </w:t>
      </w:r>
      <w:r w:rsidR="00FC08A3" w:rsidRPr="00B7305F">
        <w:rPr>
          <w:color w:val="000000" w:themeColor="text1"/>
          <w:lang w:val="uk-UA"/>
        </w:rPr>
        <w:t>навпаки,</w:t>
      </w:r>
      <w:r w:rsidRPr="00B7305F">
        <w:rPr>
          <w:color w:val="000000" w:themeColor="text1"/>
          <w:lang w:val="uk-UA"/>
        </w:rPr>
        <w:t xml:space="preserve"> </w:t>
      </w:r>
      <w:r w:rsidR="00FC08A3" w:rsidRPr="00B7305F">
        <w:rPr>
          <w:color w:val="000000" w:themeColor="text1"/>
          <w:lang w:val="uk-UA"/>
        </w:rPr>
        <w:t>розглядав</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як</w:t>
      </w:r>
      <w:r w:rsidRPr="00B7305F">
        <w:rPr>
          <w:color w:val="000000" w:themeColor="text1"/>
          <w:lang w:val="uk-UA"/>
        </w:rPr>
        <w:t xml:space="preserve"> </w:t>
      </w:r>
      <w:r w:rsidR="00FC08A3" w:rsidRPr="00B7305F">
        <w:rPr>
          <w:color w:val="000000" w:themeColor="text1"/>
          <w:lang w:val="uk-UA"/>
        </w:rPr>
        <w:t>спосіб</w:t>
      </w:r>
      <w:r w:rsidRPr="00B7305F">
        <w:rPr>
          <w:color w:val="000000" w:themeColor="text1"/>
          <w:lang w:val="uk-UA"/>
        </w:rPr>
        <w:t xml:space="preserve"> </w:t>
      </w:r>
      <w:r w:rsidR="00FC08A3" w:rsidRPr="00B7305F">
        <w:rPr>
          <w:color w:val="000000" w:themeColor="text1"/>
          <w:lang w:val="uk-UA"/>
        </w:rPr>
        <w:t>створення</w:t>
      </w:r>
      <w:r w:rsidRPr="00B7305F">
        <w:rPr>
          <w:color w:val="000000" w:themeColor="text1"/>
          <w:lang w:val="uk-UA"/>
        </w:rPr>
        <w:t xml:space="preserve"> </w:t>
      </w:r>
      <w:r w:rsidR="00FC08A3" w:rsidRPr="00B7305F">
        <w:rPr>
          <w:color w:val="000000" w:themeColor="text1"/>
          <w:lang w:val="uk-UA"/>
        </w:rPr>
        <w:t>інтелектуальної</w:t>
      </w:r>
      <w:r w:rsidRPr="00B7305F">
        <w:rPr>
          <w:color w:val="000000" w:themeColor="text1"/>
          <w:lang w:val="uk-UA"/>
        </w:rPr>
        <w:t xml:space="preserve"> </w:t>
      </w:r>
      <w:r w:rsidR="00FC08A3" w:rsidRPr="00B7305F">
        <w:rPr>
          <w:color w:val="000000" w:themeColor="text1"/>
          <w:lang w:val="uk-UA"/>
        </w:rPr>
        <w:t>дистанції,</w:t>
      </w:r>
      <w:r w:rsidRPr="00B7305F">
        <w:rPr>
          <w:color w:val="000000" w:themeColor="text1"/>
          <w:lang w:val="uk-UA"/>
        </w:rPr>
        <w:t xml:space="preserve"> </w:t>
      </w:r>
      <w:r w:rsidR="00FC08A3" w:rsidRPr="00B7305F">
        <w:rPr>
          <w:color w:val="000000" w:themeColor="text1"/>
          <w:lang w:val="uk-UA"/>
        </w:rPr>
        <w:t>що</w:t>
      </w:r>
      <w:r w:rsidRPr="00B7305F">
        <w:rPr>
          <w:color w:val="000000" w:themeColor="text1"/>
          <w:lang w:val="uk-UA"/>
        </w:rPr>
        <w:t xml:space="preserve"> </w:t>
      </w:r>
      <w:r w:rsidR="00FC08A3" w:rsidRPr="00B7305F">
        <w:rPr>
          <w:color w:val="000000" w:themeColor="text1"/>
          <w:lang w:val="uk-UA"/>
        </w:rPr>
        <w:t>дозволяє</w:t>
      </w:r>
      <w:r w:rsidRPr="00B7305F">
        <w:rPr>
          <w:color w:val="000000" w:themeColor="text1"/>
          <w:lang w:val="uk-UA"/>
        </w:rPr>
        <w:t xml:space="preserve"> </w:t>
      </w:r>
      <w:r w:rsidR="00FC08A3" w:rsidRPr="00B7305F">
        <w:rPr>
          <w:color w:val="000000" w:themeColor="text1"/>
          <w:lang w:val="uk-UA"/>
        </w:rPr>
        <w:t>глядачеві</w:t>
      </w:r>
      <w:r w:rsidRPr="00B7305F">
        <w:rPr>
          <w:color w:val="000000" w:themeColor="text1"/>
          <w:lang w:val="uk-UA"/>
        </w:rPr>
        <w:t xml:space="preserve"> </w:t>
      </w:r>
      <w:r w:rsidR="00FC08A3" w:rsidRPr="00B7305F">
        <w:rPr>
          <w:color w:val="000000" w:themeColor="text1"/>
          <w:lang w:val="uk-UA"/>
        </w:rPr>
        <w:t>критично</w:t>
      </w:r>
      <w:r w:rsidRPr="00B7305F">
        <w:rPr>
          <w:color w:val="000000" w:themeColor="text1"/>
          <w:lang w:val="uk-UA"/>
        </w:rPr>
        <w:t xml:space="preserve"> </w:t>
      </w:r>
      <w:r w:rsidR="00FC08A3" w:rsidRPr="00B7305F">
        <w:rPr>
          <w:color w:val="000000" w:themeColor="text1"/>
          <w:lang w:val="uk-UA"/>
        </w:rPr>
        <w:t>осмислювати</w:t>
      </w:r>
      <w:r w:rsidRPr="00B7305F">
        <w:rPr>
          <w:color w:val="000000" w:themeColor="text1"/>
          <w:lang w:val="uk-UA"/>
        </w:rPr>
        <w:t xml:space="preserve"> </w:t>
      </w:r>
      <w:r w:rsidR="00FC08A3" w:rsidRPr="00B7305F">
        <w:rPr>
          <w:color w:val="000000" w:themeColor="text1"/>
          <w:lang w:val="uk-UA"/>
        </w:rPr>
        <w:t>подію.</w:t>
      </w:r>
      <w:r w:rsidRPr="00B7305F">
        <w:rPr>
          <w:color w:val="000000" w:themeColor="text1"/>
          <w:lang w:val="uk-UA"/>
        </w:rPr>
        <w:t xml:space="preserve"> </w:t>
      </w:r>
      <w:r w:rsidR="00FC08A3" w:rsidRPr="00B7305F">
        <w:rPr>
          <w:color w:val="000000" w:themeColor="text1"/>
          <w:lang w:val="uk-UA"/>
        </w:rPr>
        <w:t>Його</w:t>
      </w:r>
      <w:r w:rsidRPr="00B7305F">
        <w:rPr>
          <w:color w:val="000000" w:themeColor="text1"/>
          <w:lang w:val="uk-UA"/>
        </w:rPr>
        <w:t xml:space="preserve"> </w:t>
      </w:r>
      <w:r w:rsidR="00FC08A3" w:rsidRPr="00B7305F">
        <w:rPr>
          <w:color w:val="000000" w:themeColor="text1"/>
          <w:lang w:val="uk-UA"/>
        </w:rPr>
        <w:t>ефект</w:t>
      </w:r>
      <w:r w:rsidRPr="00B7305F">
        <w:rPr>
          <w:color w:val="000000" w:themeColor="text1"/>
          <w:lang w:val="uk-UA"/>
        </w:rPr>
        <w:t xml:space="preserve"> </w:t>
      </w:r>
      <w:r w:rsidR="00FC08A3" w:rsidRPr="00B7305F">
        <w:rPr>
          <w:color w:val="000000" w:themeColor="text1"/>
          <w:lang w:val="uk-UA"/>
        </w:rPr>
        <w:t>відчуження</w:t>
      </w:r>
      <w:r w:rsidRPr="00B7305F">
        <w:rPr>
          <w:color w:val="000000" w:themeColor="text1"/>
          <w:lang w:val="uk-UA"/>
        </w:rPr>
        <w:t xml:space="preserve"> </w:t>
      </w:r>
      <w:r w:rsidR="00FC08A3" w:rsidRPr="00B7305F">
        <w:rPr>
          <w:color w:val="000000" w:themeColor="text1"/>
          <w:lang w:val="uk-UA"/>
        </w:rPr>
        <w:t>став</w:t>
      </w:r>
      <w:r w:rsidRPr="00B7305F">
        <w:rPr>
          <w:color w:val="000000" w:themeColor="text1"/>
          <w:lang w:val="uk-UA"/>
        </w:rPr>
        <w:t xml:space="preserve"> </w:t>
      </w:r>
      <w:r w:rsidR="00FC08A3" w:rsidRPr="00B7305F">
        <w:rPr>
          <w:color w:val="000000" w:themeColor="text1"/>
          <w:lang w:val="uk-UA"/>
        </w:rPr>
        <w:t>теоретичним</w:t>
      </w:r>
      <w:r w:rsidRPr="00B7305F">
        <w:rPr>
          <w:color w:val="000000" w:themeColor="text1"/>
          <w:lang w:val="uk-UA"/>
        </w:rPr>
        <w:t xml:space="preserve"> </w:t>
      </w:r>
      <w:r w:rsidR="00FC08A3" w:rsidRPr="00B7305F">
        <w:rPr>
          <w:color w:val="000000" w:themeColor="text1"/>
          <w:lang w:val="uk-UA"/>
        </w:rPr>
        <w:t>підґрунтям</w:t>
      </w:r>
      <w:r w:rsidRPr="00B7305F">
        <w:rPr>
          <w:color w:val="000000" w:themeColor="text1"/>
          <w:lang w:val="uk-UA"/>
        </w:rPr>
        <w:t xml:space="preserve"> </w:t>
      </w:r>
      <w:r w:rsidR="00FC08A3" w:rsidRPr="00B7305F">
        <w:rPr>
          <w:color w:val="000000" w:themeColor="text1"/>
          <w:lang w:val="uk-UA"/>
        </w:rPr>
        <w:t>для</w:t>
      </w:r>
      <w:r w:rsidRPr="00B7305F">
        <w:rPr>
          <w:color w:val="000000" w:themeColor="text1"/>
          <w:lang w:val="uk-UA"/>
        </w:rPr>
        <w:t xml:space="preserve"> </w:t>
      </w:r>
      <w:r w:rsidR="00FC08A3" w:rsidRPr="00B7305F">
        <w:rPr>
          <w:color w:val="000000" w:themeColor="text1"/>
          <w:lang w:val="uk-UA"/>
        </w:rPr>
        <w:t>кінематографічних</w:t>
      </w:r>
      <w:r w:rsidRPr="00B7305F">
        <w:rPr>
          <w:color w:val="000000" w:themeColor="text1"/>
          <w:lang w:val="uk-UA"/>
        </w:rPr>
        <w:t xml:space="preserve"> </w:t>
      </w:r>
      <w:r w:rsidR="00FC08A3" w:rsidRPr="00B7305F">
        <w:rPr>
          <w:color w:val="000000" w:themeColor="text1"/>
          <w:lang w:val="uk-UA"/>
        </w:rPr>
        <w:t>стратегій,</w:t>
      </w:r>
      <w:r w:rsidRPr="00B7305F">
        <w:rPr>
          <w:color w:val="000000" w:themeColor="text1"/>
          <w:lang w:val="uk-UA"/>
        </w:rPr>
        <w:t xml:space="preserve"> </w:t>
      </w:r>
      <w:r w:rsidR="00FC08A3" w:rsidRPr="00B7305F">
        <w:rPr>
          <w:color w:val="000000" w:themeColor="text1"/>
          <w:lang w:val="uk-UA"/>
        </w:rPr>
        <w:t>де</w:t>
      </w:r>
      <w:r w:rsidRPr="00B7305F">
        <w:rPr>
          <w:color w:val="000000" w:themeColor="text1"/>
          <w:lang w:val="uk-UA"/>
        </w:rPr>
        <w:t xml:space="preserve"> </w:t>
      </w:r>
      <w:r w:rsidR="00FC08A3" w:rsidRPr="00B7305F">
        <w:rPr>
          <w:color w:val="000000" w:themeColor="text1"/>
          <w:lang w:val="uk-UA"/>
        </w:rPr>
        <w:t>монтаж</w:t>
      </w:r>
      <w:r w:rsidRPr="00B7305F">
        <w:rPr>
          <w:color w:val="000000" w:themeColor="text1"/>
          <w:lang w:val="uk-UA"/>
        </w:rPr>
        <w:t xml:space="preserve"> </w:t>
      </w:r>
      <w:r w:rsidR="00FC08A3" w:rsidRPr="00B7305F">
        <w:rPr>
          <w:color w:val="000000" w:themeColor="text1"/>
          <w:lang w:val="uk-UA"/>
        </w:rPr>
        <w:t>або</w:t>
      </w:r>
      <w:r w:rsidRPr="00B7305F">
        <w:rPr>
          <w:color w:val="000000" w:themeColor="text1"/>
          <w:lang w:val="uk-UA"/>
        </w:rPr>
        <w:t xml:space="preserve"> </w:t>
      </w:r>
      <w:r w:rsidR="00FC08A3" w:rsidRPr="00B7305F">
        <w:rPr>
          <w:color w:val="000000" w:themeColor="text1"/>
          <w:lang w:val="uk-UA"/>
        </w:rPr>
        <w:t>композиція</w:t>
      </w:r>
      <w:r w:rsidRPr="00B7305F">
        <w:rPr>
          <w:color w:val="000000" w:themeColor="text1"/>
          <w:lang w:val="uk-UA"/>
        </w:rPr>
        <w:t xml:space="preserve"> </w:t>
      </w:r>
      <w:r w:rsidR="00FC08A3" w:rsidRPr="00B7305F">
        <w:rPr>
          <w:color w:val="000000" w:themeColor="text1"/>
          <w:lang w:val="uk-UA"/>
        </w:rPr>
        <w:t>кадру</w:t>
      </w:r>
      <w:r w:rsidRPr="00B7305F">
        <w:rPr>
          <w:color w:val="000000" w:themeColor="text1"/>
          <w:lang w:val="uk-UA"/>
        </w:rPr>
        <w:t xml:space="preserve"> </w:t>
      </w:r>
      <w:r w:rsidR="00FC08A3" w:rsidRPr="00B7305F">
        <w:rPr>
          <w:color w:val="000000" w:themeColor="text1"/>
          <w:lang w:val="uk-UA"/>
        </w:rPr>
        <w:t>свідомо</w:t>
      </w:r>
      <w:r w:rsidRPr="00B7305F">
        <w:rPr>
          <w:color w:val="000000" w:themeColor="text1"/>
          <w:lang w:val="uk-UA"/>
        </w:rPr>
        <w:t xml:space="preserve"> </w:t>
      </w:r>
      <w:r w:rsidR="00FC08A3" w:rsidRPr="00B7305F">
        <w:rPr>
          <w:color w:val="000000" w:themeColor="text1"/>
          <w:lang w:val="uk-UA"/>
        </w:rPr>
        <w:t>порушують</w:t>
      </w:r>
      <w:r w:rsidRPr="00B7305F">
        <w:rPr>
          <w:color w:val="000000" w:themeColor="text1"/>
          <w:lang w:val="uk-UA"/>
        </w:rPr>
        <w:t xml:space="preserve"> </w:t>
      </w:r>
      <w:r w:rsidR="00FC08A3" w:rsidRPr="00B7305F">
        <w:rPr>
          <w:color w:val="000000" w:themeColor="text1"/>
          <w:lang w:val="uk-UA"/>
        </w:rPr>
        <w:t>ілюзію</w:t>
      </w:r>
      <w:r w:rsidRPr="00B7305F">
        <w:rPr>
          <w:color w:val="000000" w:themeColor="text1"/>
          <w:lang w:val="uk-UA"/>
        </w:rPr>
        <w:t xml:space="preserve"> </w:t>
      </w:r>
      <w:r w:rsidR="00FC08A3" w:rsidRPr="00B7305F">
        <w:rPr>
          <w:color w:val="000000" w:themeColor="text1"/>
          <w:lang w:val="uk-UA"/>
        </w:rPr>
        <w:t>природності,</w:t>
      </w:r>
      <w:r w:rsidRPr="00B7305F">
        <w:rPr>
          <w:color w:val="000000" w:themeColor="text1"/>
          <w:lang w:val="uk-UA"/>
        </w:rPr>
        <w:t xml:space="preserve"> </w:t>
      </w:r>
      <w:r w:rsidR="00FC08A3" w:rsidRPr="00B7305F">
        <w:rPr>
          <w:color w:val="000000" w:themeColor="text1"/>
          <w:lang w:val="uk-UA"/>
        </w:rPr>
        <w:t>акцентуючи</w:t>
      </w:r>
      <w:r w:rsidRPr="00B7305F">
        <w:rPr>
          <w:color w:val="000000" w:themeColor="text1"/>
          <w:lang w:val="uk-UA"/>
        </w:rPr>
        <w:t xml:space="preserve"> </w:t>
      </w:r>
      <w:r w:rsidR="00FC08A3" w:rsidRPr="00B7305F">
        <w:rPr>
          <w:color w:val="000000" w:themeColor="text1"/>
          <w:lang w:val="uk-UA"/>
        </w:rPr>
        <w:t>увагу</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ідейній</w:t>
      </w:r>
      <w:r w:rsidRPr="00B7305F">
        <w:rPr>
          <w:color w:val="000000" w:themeColor="text1"/>
          <w:lang w:val="uk-UA"/>
        </w:rPr>
        <w:t xml:space="preserve"> </w:t>
      </w:r>
      <w:r w:rsidR="00FC08A3" w:rsidRPr="00B7305F">
        <w:rPr>
          <w:color w:val="000000" w:themeColor="text1"/>
          <w:lang w:val="uk-UA"/>
        </w:rPr>
        <w:t>складовій.</w:t>
      </w:r>
      <w:r w:rsidRPr="00B7305F">
        <w:rPr>
          <w:color w:val="000000" w:themeColor="text1"/>
          <w:lang w:val="uk-UA"/>
        </w:rPr>
        <w:t xml:space="preserve"> </w:t>
      </w:r>
      <w:r w:rsidR="00FC08A3" w:rsidRPr="00B7305F">
        <w:rPr>
          <w:color w:val="000000" w:themeColor="text1"/>
          <w:lang w:val="uk-UA"/>
        </w:rPr>
        <w:t>Таким</w:t>
      </w:r>
      <w:r w:rsidRPr="00B7305F">
        <w:rPr>
          <w:color w:val="000000" w:themeColor="text1"/>
          <w:lang w:val="uk-UA"/>
        </w:rPr>
        <w:t xml:space="preserve"> </w:t>
      </w:r>
      <w:r w:rsidR="00FC08A3" w:rsidRPr="00B7305F">
        <w:rPr>
          <w:color w:val="000000" w:themeColor="text1"/>
          <w:lang w:val="uk-UA"/>
        </w:rPr>
        <w:t>чином,</w:t>
      </w:r>
      <w:r w:rsidRPr="00B7305F">
        <w:rPr>
          <w:color w:val="000000" w:themeColor="text1"/>
          <w:lang w:val="uk-UA"/>
        </w:rPr>
        <w:t xml:space="preserve"> </w:t>
      </w:r>
      <w:r w:rsidR="00FC08A3" w:rsidRPr="00B7305F">
        <w:rPr>
          <w:color w:val="000000" w:themeColor="text1"/>
          <w:lang w:val="uk-UA"/>
        </w:rPr>
        <w:t>обидва</w:t>
      </w:r>
      <w:r w:rsidRPr="00B7305F">
        <w:rPr>
          <w:color w:val="000000" w:themeColor="text1"/>
          <w:lang w:val="uk-UA"/>
        </w:rPr>
        <w:t xml:space="preserve"> </w:t>
      </w:r>
      <w:r w:rsidR="00FC08A3" w:rsidRPr="00B7305F">
        <w:rPr>
          <w:color w:val="000000" w:themeColor="text1"/>
          <w:lang w:val="uk-UA"/>
        </w:rPr>
        <w:t>підходи</w:t>
      </w:r>
      <w:r w:rsidRPr="00B7305F">
        <w:rPr>
          <w:color w:val="000000" w:themeColor="text1"/>
          <w:lang w:val="uk-UA"/>
        </w:rPr>
        <w:t xml:space="preserve"> </w:t>
      </w:r>
      <w:r w:rsidR="00FC08A3" w:rsidRPr="00B7305F">
        <w:rPr>
          <w:color w:val="000000" w:themeColor="text1"/>
          <w:lang w:val="uk-UA"/>
        </w:rPr>
        <w:t>—</w:t>
      </w:r>
      <w:r w:rsidRPr="00B7305F">
        <w:rPr>
          <w:color w:val="000000" w:themeColor="text1"/>
          <w:lang w:val="uk-UA"/>
        </w:rPr>
        <w:t xml:space="preserve"> </w:t>
      </w:r>
      <w:r w:rsidR="00FC08A3" w:rsidRPr="00B7305F">
        <w:rPr>
          <w:color w:val="000000" w:themeColor="text1"/>
          <w:lang w:val="uk-UA"/>
        </w:rPr>
        <w:t>Арто</w:t>
      </w:r>
      <w:r w:rsidRPr="00B7305F">
        <w:rPr>
          <w:color w:val="000000" w:themeColor="text1"/>
          <w:lang w:val="uk-UA"/>
        </w:rPr>
        <w:t xml:space="preserve"> </w:t>
      </w:r>
      <w:r w:rsidR="00FC08A3" w:rsidRPr="00B7305F">
        <w:rPr>
          <w:color w:val="000000" w:themeColor="text1"/>
          <w:lang w:val="uk-UA"/>
        </w:rPr>
        <w:t>(емоційний</w:t>
      </w:r>
      <w:r w:rsidRPr="00B7305F">
        <w:rPr>
          <w:color w:val="000000" w:themeColor="text1"/>
          <w:lang w:val="uk-UA"/>
        </w:rPr>
        <w:t xml:space="preserve"> </w:t>
      </w:r>
      <w:r w:rsidR="00FC08A3" w:rsidRPr="00B7305F">
        <w:rPr>
          <w:color w:val="000000" w:themeColor="text1"/>
          <w:lang w:val="uk-UA"/>
        </w:rPr>
        <w:t>імпульс)</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Брехта</w:t>
      </w:r>
      <w:r w:rsidRPr="00B7305F">
        <w:rPr>
          <w:color w:val="000000" w:themeColor="text1"/>
          <w:lang w:val="uk-UA"/>
        </w:rPr>
        <w:t xml:space="preserve"> </w:t>
      </w:r>
      <w:r w:rsidR="00FC08A3" w:rsidRPr="00B7305F">
        <w:rPr>
          <w:color w:val="000000" w:themeColor="text1"/>
          <w:lang w:val="uk-UA"/>
        </w:rPr>
        <w:t>(критична</w:t>
      </w:r>
      <w:r w:rsidRPr="00B7305F">
        <w:rPr>
          <w:color w:val="000000" w:themeColor="text1"/>
          <w:lang w:val="uk-UA"/>
        </w:rPr>
        <w:t xml:space="preserve"> </w:t>
      </w:r>
      <w:r w:rsidR="00FC08A3" w:rsidRPr="00B7305F">
        <w:rPr>
          <w:color w:val="000000" w:themeColor="text1"/>
          <w:lang w:val="uk-UA"/>
        </w:rPr>
        <w:t>рефлексія)</w:t>
      </w:r>
      <w:r w:rsidRPr="00B7305F">
        <w:rPr>
          <w:color w:val="000000" w:themeColor="text1"/>
          <w:lang w:val="uk-UA"/>
        </w:rPr>
        <w:t xml:space="preserve"> </w:t>
      </w:r>
      <w:r w:rsidR="00FC08A3" w:rsidRPr="00B7305F">
        <w:rPr>
          <w:color w:val="000000" w:themeColor="text1"/>
          <w:lang w:val="uk-UA"/>
        </w:rPr>
        <w:t>—</w:t>
      </w:r>
      <w:r w:rsidRPr="00B7305F">
        <w:rPr>
          <w:color w:val="000000" w:themeColor="text1"/>
          <w:lang w:val="uk-UA"/>
        </w:rPr>
        <w:t xml:space="preserve"> </w:t>
      </w:r>
      <w:r w:rsidR="00FC08A3" w:rsidRPr="00B7305F">
        <w:rPr>
          <w:color w:val="000000" w:themeColor="text1"/>
          <w:lang w:val="uk-UA"/>
        </w:rPr>
        <w:t>суттєво</w:t>
      </w:r>
      <w:r w:rsidRPr="00B7305F">
        <w:rPr>
          <w:color w:val="000000" w:themeColor="text1"/>
          <w:lang w:val="uk-UA"/>
        </w:rPr>
        <w:t xml:space="preserve"> </w:t>
      </w:r>
      <w:r w:rsidR="00FC08A3" w:rsidRPr="00B7305F">
        <w:rPr>
          <w:color w:val="000000" w:themeColor="text1"/>
          <w:lang w:val="uk-UA"/>
        </w:rPr>
        <w:t>вплинули</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формування</w:t>
      </w:r>
      <w:r w:rsidRPr="00B7305F">
        <w:rPr>
          <w:color w:val="000000" w:themeColor="text1"/>
          <w:lang w:val="uk-UA"/>
        </w:rPr>
        <w:t xml:space="preserve"> </w:t>
      </w:r>
      <w:r w:rsidR="00FC08A3" w:rsidRPr="00B7305F">
        <w:rPr>
          <w:color w:val="000000" w:themeColor="text1"/>
          <w:lang w:val="uk-UA"/>
        </w:rPr>
        <w:t>екранної</w:t>
      </w:r>
      <w:r w:rsidRPr="00B7305F">
        <w:rPr>
          <w:color w:val="000000" w:themeColor="text1"/>
          <w:lang w:val="uk-UA"/>
        </w:rPr>
        <w:t xml:space="preserve"> </w:t>
      </w:r>
      <w:r w:rsidR="00FC08A3" w:rsidRPr="00B7305F">
        <w:rPr>
          <w:color w:val="000000" w:themeColor="text1"/>
          <w:lang w:val="uk-UA"/>
        </w:rPr>
        <w:t>естетики</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моделювання</w:t>
      </w:r>
      <w:r w:rsidRPr="00B7305F">
        <w:rPr>
          <w:color w:val="000000" w:themeColor="text1"/>
          <w:lang w:val="uk-UA"/>
        </w:rPr>
        <w:t xml:space="preserve"> </w:t>
      </w:r>
      <w:r w:rsidR="00FC08A3" w:rsidRPr="00B7305F">
        <w:rPr>
          <w:color w:val="000000" w:themeColor="text1"/>
          <w:lang w:val="uk-UA"/>
        </w:rPr>
        <w:t>акторської</w:t>
      </w:r>
      <w:r w:rsidRPr="00B7305F">
        <w:rPr>
          <w:color w:val="000000" w:themeColor="text1"/>
          <w:lang w:val="uk-UA"/>
        </w:rPr>
        <w:t xml:space="preserve"> </w:t>
      </w:r>
      <w:r w:rsidR="00FC08A3" w:rsidRPr="00B7305F">
        <w:rPr>
          <w:color w:val="000000" w:themeColor="text1"/>
          <w:lang w:val="uk-UA"/>
        </w:rPr>
        <w:t>техніки</w:t>
      </w:r>
      <w:r w:rsidRPr="00B7305F">
        <w:rPr>
          <w:color w:val="000000" w:themeColor="text1"/>
          <w:lang w:val="uk-UA"/>
        </w:rPr>
        <w:t xml:space="preserve"> </w:t>
      </w:r>
      <w:r w:rsidR="00FC08A3" w:rsidRPr="00B7305F">
        <w:rPr>
          <w:color w:val="000000" w:themeColor="text1"/>
          <w:lang w:val="uk-UA"/>
        </w:rPr>
        <w:t>у</w:t>
      </w:r>
      <w:r w:rsidRPr="00B7305F">
        <w:rPr>
          <w:color w:val="000000" w:themeColor="text1"/>
          <w:lang w:val="uk-UA"/>
        </w:rPr>
        <w:t xml:space="preserve"> </w:t>
      </w:r>
      <w:r w:rsidR="00FC08A3" w:rsidRPr="00B7305F">
        <w:rPr>
          <w:color w:val="000000" w:themeColor="text1"/>
          <w:lang w:val="uk-UA"/>
        </w:rPr>
        <w:t>фільмі.</w:t>
      </w:r>
    </w:p>
    <w:p w14:paraId="0C3BC47F" w14:textId="29D42B59"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Цінним</w:t>
      </w:r>
      <w:r w:rsidRPr="00B7305F">
        <w:rPr>
          <w:color w:val="000000" w:themeColor="text1"/>
          <w:lang w:val="uk-UA"/>
        </w:rPr>
        <w:t xml:space="preserve"> </w:t>
      </w:r>
      <w:r w:rsidR="00FC08A3" w:rsidRPr="00B7305F">
        <w:rPr>
          <w:color w:val="000000" w:themeColor="text1"/>
          <w:lang w:val="uk-UA"/>
        </w:rPr>
        <w:t>для</w:t>
      </w:r>
      <w:r w:rsidRPr="00B7305F">
        <w:rPr>
          <w:color w:val="000000" w:themeColor="text1"/>
          <w:lang w:val="uk-UA"/>
        </w:rPr>
        <w:t xml:space="preserve"> </w:t>
      </w:r>
      <w:r w:rsidR="00FC08A3" w:rsidRPr="00B7305F">
        <w:rPr>
          <w:color w:val="000000" w:themeColor="text1"/>
          <w:lang w:val="uk-UA"/>
        </w:rPr>
        <w:t>розуміння</w:t>
      </w:r>
      <w:r w:rsidRPr="00B7305F">
        <w:rPr>
          <w:color w:val="000000" w:themeColor="text1"/>
          <w:lang w:val="uk-UA"/>
        </w:rPr>
        <w:t xml:space="preserve"> </w:t>
      </w:r>
      <w:r w:rsidR="00FC08A3" w:rsidRPr="00B7305F">
        <w:rPr>
          <w:color w:val="000000" w:themeColor="text1"/>
          <w:lang w:val="uk-UA"/>
        </w:rPr>
        <w:t>синтезу</w:t>
      </w:r>
      <w:r w:rsidRPr="00B7305F">
        <w:rPr>
          <w:color w:val="000000" w:themeColor="text1"/>
          <w:lang w:val="uk-UA"/>
        </w:rPr>
        <w:t xml:space="preserve"> </w:t>
      </w:r>
      <w:r w:rsidR="00FC08A3" w:rsidRPr="00B7305F">
        <w:rPr>
          <w:color w:val="000000" w:themeColor="text1"/>
          <w:lang w:val="uk-UA"/>
        </w:rPr>
        <w:t>є</w:t>
      </w:r>
      <w:r w:rsidRPr="00B7305F">
        <w:rPr>
          <w:color w:val="000000" w:themeColor="text1"/>
          <w:lang w:val="uk-UA"/>
        </w:rPr>
        <w:t xml:space="preserve"> </w:t>
      </w:r>
      <w:r w:rsidR="00FC08A3" w:rsidRPr="00B7305F">
        <w:rPr>
          <w:color w:val="000000" w:themeColor="text1"/>
          <w:lang w:val="uk-UA"/>
        </w:rPr>
        <w:t>вклад</w:t>
      </w:r>
      <w:r w:rsidRPr="00B7305F">
        <w:rPr>
          <w:color w:val="000000" w:themeColor="text1"/>
          <w:lang w:val="uk-UA"/>
        </w:rPr>
        <w:t xml:space="preserve"> </w:t>
      </w:r>
      <w:r w:rsidR="00FC08A3" w:rsidRPr="00B7305F">
        <w:rPr>
          <w:color w:val="000000" w:themeColor="text1"/>
          <w:lang w:val="uk-UA"/>
        </w:rPr>
        <w:t>Всеволода</w:t>
      </w:r>
      <w:r w:rsidRPr="00B7305F">
        <w:rPr>
          <w:color w:val="000000" w:themeColor="text1"/>
          <w:lang w:val="uk-UA"/>
        </w:rPr>
        <w:t xml:space="preserve"> </w:t>
      </w:r>
      <w:r w:rsidR="00FC08A3" w:rsidRPr="00B7305F">
        <w:rPr>
          <w:color w:val="000000" w:themeColor="text1"/>
          <w:lang w:val="uk-UA"/>
        </w:rPr>
        <w:t>Мейєрхольда</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його</w:t>
      </w:r>
      <w:r w:rsidRPr="00B7305F">
        <w:rPr>
          <w:color w:val="000000" w:themeColor="text1"/>
          <w:lang w:val="uk-UA"/>
        </w:rPr>
        <w:t xml:space="preserve"> </w:t>
      </w:r>
      <w:r w:rsidR="00FC08A3" w:rsidRPr="00B7305F">
        <w:rPr>
          <w:color w:val="000000" w:themeColor="text1"/>
          <w:lang w:val="uk-UA"/>
        </w:rPr>
        <w:t>принципів</w:t>
      </w:r>
      <w:r w:rsidRPr="00B7305F">
        <w:rPr>
          <w:color w:val="000000" w:themeColor="text1"/>
          <w:lang w:val="uk-UA"/>
        </w:rPr>
        <w:t xml:space="preserve"> </w:t>
      </w:r>
      <w:r w:rsidR="00FC08A3" w:rsidRPr="00B7305F">
        <w:rPr>
          <w:color w:val="000000" w:themeColor="text1"/>
          <w:lang w:val="uk-UA"/>
        </w:rPr>
        <w:t>біомеханіки,</w:t>
      </w:r>
      <w:r w:rsidRPr="00B7305F">
        <w:rPr>
          <w:color w:val="000000" w:themeColor="text1"/>
          <w:lang w:val="uk-UA"/>
        </w:rPr>
        <w:t xml:space="preserve"> </w:t>
      </w:r>
      <w:r w:rsidR="00FC08A3" w:rsidRPr="00B7305F">
        <w:rPr>
          <w:color w:val="000000" w:themeColor="text1"/>
          <w:lang w:val="uk-UA"/>
        </w:rPr>
        <w:t>які</w:t>
      </w:r>
      <w:r w:rsidRPr="00B7305F">
        <w:rPr>
          <w:color w:val="000000" w:themeColor="text1"/>
          <w:lang w:val="uk-UA"/>
        </w:rPr>
        <w:t xml:space="preserve"> </w:t>
      </w:r>
      <w:r w:rsidR="00FC08A3" w:rsidRPr="00B7305F">
        <w:rPr>
          <w:color w:val="000000" w:themeColor="text1"/>
          <w:lang w:val="uk-UA"/>
        </w:rPr>
        <w:t>поєднали</w:t>
      </w:r>
      <w:r w:rsidRPr="00B7305F">
        <w:rPr>
          <w:color w:val="000000" w:themeColor="text1"/>
          <w:lang w:val="uk-UA"/>
        </w:rPr>
        <w:t xml:space="preserve"> </w:t>
      </w:r>
      <w:r w:rsidR="00FC08A3" w:rsidRPr="00B7305F">
        <w:rPr>
          <w:color w:val="000000" w:themeColor="text1"/>
          <w:lang w:val="uk-UA"/>
        </w:rPr>
        <w:t>тілесну</w:t>
      </w:r>
      <w:r w:rsidRPr="00B7305F">
        <w:rPr>
          <w:color w:val="000000" w:themeColor="text1"/>
          <w:lang w:val="uk-UA"/>
        </w:rPr>
        <w:t xml:space="preserve"> </w:t>
      </w:r>
      <w:r w:rsidR="00FC08A3" w:rsidRPr="00B7305F">
        <w:rPr>
          <w:color w:val="000000" w:themeColor="text1"/>
          <w:lang w:val="uk-UA"/>
        </w:rPr>
        <w:t>структуру</w:t>
      </w:r>
      <w:r w:rsidRPr="00B7305F">
        <w:rPr>
          <w:color w:val="000000" w:themeColor="text1"/>
          <w:lang w:val="uk-UA"/>
        </w:rPr>
        <w:t xml:space="preserve"> </w:t>
      </w:r>
      <w:r w:rsidR="00FC08A3" w:rsidRPr="00B7305F">
        <w:rPr>
          <w:color w:val="000000" w:themeColor="text1"/>
          <w:lang w:val="uk-UA"/>
        </w:rPr>
        <w:t>акторської</w:t>
      </w:r>
      <w:r w:rsidRPr="00B7305F">
        <w:rPr>
          <w:color w:val="000000" w:themeColor="text1"/>
          <w:lang w:val="uk-UA"/>
        </w:rPr>
        <w:t xml:space="preserve"> </w:t>
      </w:r>
      <w:r w:rsidR="00FC08A3" w:rsidRPr="00B7305F">
        <w:rPr>
          <w:color w:val="000000" w:themeColor="text1"/>
          <w:lang w:val="uk-UA"/>
        </w:rPr>
        <w:t>дії</w:t>
      </w:r>
      <w:r w:rsidRPr="00B7305F">
        <w:rPr>
          <w:color w:val="000000" w:themeColor="text1"/>
          <w:lang w:val="uk-UA"/>
        </w:rPr>
        <w:t xml:space="preserve"> </w:t>
      </w:r>
      <w:r w:rsidR="00FC08A3" w:rsidRPr="00B7305F">
        <w:rPr>
          <w:color w:val="000000" w:themeColor="text1"/>
          <w:lang w:val="uk-UA"/>
        </w:rPr>
        <w:t>з</w:t>
      </w:r>
      <w:r w:rsidRPr="00B7305F">
        <w:rPr>
          <w:color w:val="000000" w:themeColor="text1"/>
          <w:lang w:val="uk-UA"/>
        </w:rPr>
        <w:t xml:space="preserve"> </w:t>
      </w:r>
      <w:r w:rsidR="00FC08A3" w:rsidRPr="00B7305F">
        <w:rPr>
          <w:color w:val="000000" w:themeColor="text1"/>
          <w:lang w:val="uk-UA"/>
        </w:rPr>
        <w:t>ритмічністю,</w:t>
      </w:r>
      <w:r w:rsidRPr="00B7305F">
        <w:rPr>
          <w:color w:val="000000" w:themeColor="text1"/>
          <w:lang w:val="uk-UA"/>
        </w:rPr>
        <w:t xml:space="preserve"> </w:t>
      </w:r>
      <w:r w:rsidR="00FC08A3" w:rsidRPr="00B7305F">
        <w:rPr>
          <w:color w:val="000000" w:themeColor="text1"/>
          <w:lang w:val="uk-UA"/>
        </w:rPr>
        <w:t>просторовою</w:t>
      </w:r>
      <w:r w:rsidRPr="00B7305F">
        <w:rPr>
          <w:color w:val="000000" w:themeColor="text1"/>
          <w:lang w:val="uk-UA"/>
        </w:rPr>
        <w:t xml:space="preserve"> </w:t>
      </w:r>
      <w:r w:rsidR="00FC08A3" w:rsidRPr="00B7305F">
        <w:rPr>
          <w:color w:val="000000" w:themeColor="text1"/>
          <w:lang w:val="uk-UA"/>
        </w:rPr>
        <w:t>організацією</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візуальною</w:t>
      </w:r>
      <w:r w:rsidRPr="00B7305F">
        <w:rPr>
          <w:color w:val="000000" w:themeColor="text1"/>
          <w:lang w:val="uk-UA"/>
        </w:rPr>
        <w:t xml:space="preserve"> </w:t>
      </w:r>
      <w:r w:rsidR="00FC08A3" w:rsidRPr="00B7305F">
        <w:rPr>
          <w:color w:val="000000" w:themeColor="text1"/>
          <w:lang w:val="uk-UA"/>
        </w:rPr>
        <w:t>експресивністю.</w:t>
      </w:r>
      <w:r w:rsidRPr="00B7305F">
        <w:rPr>
          <w:color w:val="000000" w:themeColor="text1"/>
          <w:lang w:val="uk-UA"/>
        </w:rPr>
        <w:t xml:space="preserve"> </w:t>
      </w:r>
      <w:r w:rsidR="00FC08A3" w:rsidRPr="00B7305F">
        <w:rPr>
          <w:color w:val="000000" w:themeColor="text1"/>
          <w:lang w:val="uk-UA"/>
        </w:rPr>
        <w:t>Ці</w:t>
      </w:r>
      <w:r w:rsidRPr="00B7305F">
        <w:rPr>
          <w:color w:val="000000" w:themeColor="text1"/>
          <w:lang w:val="uk-UA"/>
        </w:rPr>
        <w:t xml:space="preserve"> </w:t>
      </w:r>
      <w:r w:rsidR="00FC08A3" w:rsidRPr="00B7305F">
        <w:rPr>
          <w:color w:val="000000" w:themeColor="text1"/>
          <w:lang w:val="uk-UA"/>
        </w:rPr>
        <w:t>принципи</w:t>
      </w:r>
      <w:r w:rsidRPr="00B7305F">
        <w:rPr>
          <w:color w:val="000000" w:themeColor="text1"/>
          <w:lang w:val="uk-UA"/>
        </w:rPr>
        <w:t xml:space="preserve"> </w:t>
      </w:r>
      <w:r w:rsidR="00FC08A3" w:rsidRPr="00B7305F">
        <w:rPr>
          <w:color w:val="000000" w:themeColor="text1"/>
          <w:lang w:val="uk-UA"/>
        </w:rPr>
        <w:t>стали</w:t>
      </w:r>
      <w:r w:rsidRPr="00B7305F">
        <w:rPr>
          <w:color w:val="000000" w:themeColor="text1"/>
          <w:lang w:val="uk-UA"/>
        </w:rPr>
        <w:t xml:space="preserve"> </w:t>
      </w:r>
      <w:r w:rsidR="00FC08A3" w:rsidRPr="00B7305F">
        <w:rPr>
          <w:color w:val="000000" w:themeColor="text1"/>
          <w:lang w:val="uk-UA"/>
        </w:rPr>
        <w:lastRenderedPageBreak/>
        <w:t>фундаментом</w:t>
      </w:r>
      <w:r w:rsidRPr="00B7305F">
        <w:rPr>
          <w:color w:val="000000" w:themeColor="text1"/>
          <w:lang w:val="uk-UA"/>
        </w:rPr>
        <w:t xml:space="preserve"> </w:t>
      </w:r>
      <w:r w:rsidR="00FC08A3" w:rsidRPr="00B7305F">
        <w:rPr>
          <w:color w:val="000000" w:themeColor="text1"/>
          <w:lang w:val="uk-UA"/>
        </w:rPr>
        <w:t>для</w:t>
      </w:r>
      <w:r w:rsidRPr="00B7305F">
        <w:rPr>
          <w:color w:val="000000" w:themeColor="text1"/>
          <w:lang w:val="uk-UA"/>
        </w:rPr>
        <w:t xml:space="preserve"> </w:t>
      </w:r>
      <w:r w:rsidR="00FC08A3" w:rsidRPr="00B7305F">
        <w:rPr>
          <w:color w:val="000000" w:themeColor="text1"/>
          <w:lang w:val="uk-UA"/>
        </w:rPr>
        <w:t>кінематографічного</w:t>
      </w:r>
      <w:r w:rsidRPr="00B7305F">
        <w:rPr>
          <w:color w:val="000000" w:themeColor="text1"/>
          <w:lang w:val="uk-UA"/>
        </w:rPr>
        <w:t xml:space="preserve"> </w:t>
      </w:r>
      <w:r w:rsidR="00FC08A3" w:rsidRPr="00B7305F">
        <w:rPr>
          <w:color w:val="000000" w:themeColor="text1"/>
          <w:lang w:val="uk-UA"/>
        </w:rPr>
        <w:t>руху</w:t>
      </w:r>
      <w:r w:rsidRPr="00B7305F">
        <w:rPr>
          <w:color w:val="000000" w:themeColor="text1"/>
          <w:lang w:val="uk-UA"/>
        </w:rPr>
        <w:t xml:space="preserve"> </w:t>
      </w:r>
      <w:r w:rsidR="00FC08A3" w:rsidRPr="00B7305F">
        <w:rPr>
          <w:color w:val="000000" w:themeColor="text1"/>
          <w:lang w:val="uk-UA"/>
        </w:rPr>
        <w:t>камери</w:t>
      </w:r>
      <w:r w:rsidRPr="00B7305F">
        <w:rPr>
          <w:color w:val="000000" w:themeColor="text1"/>
          <w:lang w:val="uk-UA"/>
        </w:rPr>
        <w:t xml:space="preserve"> </w:t>
      </w:r>
      <w:r w:rsidR="00FC08A3" w:rsidRPr="00B7305F">
        <w:rPr>
          <w:color w:val="000000" w:themeColor="text1"/>
          <w:lang w:val="uk-UA"/>
        </w:rPr>
        <w:t>й</w:t>
      </w:r>
      <w:r w:rsidRPr="00B7305F">
        <w:rPr>
          <w:color w:val="000000" w:themeColor="text1"/>
          <w:lang w:val="uk-UA"/>
        </w:rPr>
        <w:t xml:space="preserve"> </w:t>
      </w:r>
      <w:r w:rsidR="00FC08A3" w:rsidRPr="00B7305F">
        <w:rPr>
          <w:color w:val="000000" w:themeColor="text1"/>
          <w:lang w:val="uk-UA"/>
        </w:rPr>
        <w:t>монтажного</w:t>
      </w:r>
      <w:r w:rsidRPr="00B7305F">
        <w:rPr>
          <w:color w:val="000000" w:themeColor="text1"/>
          <w:lang w:val="uk-UA"/>
        </w:rPr>
        <w:t xml:space="preserve"> </w:t>
      </w:r>
      <w:r w:rsidR="00FC08A3" w:rsidRPr="00B7305F">
        <w:rPr>
          <w:color w:val="000000" w:themeColor="text1"/>
          <w:lang w:val="uk-UA"/>
        </w:rPr>
        <w:t>ритму,</w:t>
      </w:r>
      <w:r w:rsidRPr="00B7305F">
        <w:rPr>
          <w:color w:val="000000" w:themeColor="text1"/>
          <w:lang w:val="uk-UA"/>
        </w:rPr>
        <w:t xml:space="preserve"> </w:t>
      </w:r>
      <w:r w:rsidR="00FC08A3" w:rsidRPr="00B7305F">
        <w:rPr>
          <w:color w:val="000000" w:themeColor="text1"/>
          <w:lang w:val="uk-UA"/>
        </w:rPr>
        <w:t>оскільки</w:t>
      </w:r>
      <w:r w:rsidRPr="00B7305F">
        <w:rPr>
          <w:color w:val="000000" w:themeColor="text1"/>
          <w:lang w:val="uk-UA"/>
        </w:rPr>
        <w:t xml:space="preserve"> </w:t>
      </w:r>
      <w:r w:rsidR="00FC08A3" w:rsidRPr="00B7305F">
        <w:rPr>
          <w:color w:val="000000" w:themeColor="text1"/>
          <w:lang w:val="uk-UA"/>
        </w:rPr>
        <w:t>дозволили</w:t>
      </w:r>
      <w:r w:rsidRPr="00B7305F">
        <w:rPr>
          <w:color w:val="000000" w:themeColor="text1"/>
          <w:lang w:val="uk-UA"/>
        </w:rPr>
        <w:t xml:space="preserve"> </w:t>
      </w:r>
      <w:r w:rsidR="00FC08A3" w:rsidRPr="00B7305F">
        <w:rPr>
          <w:color w:val="000000" w:themeColor="text1"/>
          <w:lang w:val="uk-UA"/>
        </w:rPr>
        <w:t>розглядати</w:t>
      </w:r>
      <w:r w:rsidRPr="00B7305F">
        <w:rPr>
          <w:color w:val="000000" w:themeColor="text1"/>
          <w:lang w:val="uk-UA"/>
        </w:rPr>
        <w:t xml:space="preserve"> </w:t>
      </w:r>
      <w:r w:rsidR="00FC08A3" w:rsidRPr="00B7305F">
        <w:rPr>
          <w:color w:val="000000" w:themeColor="text1"/>
          <w:lang w:val="uk-UA"/>
        </w:rPr>
        <w:t>акторську</w:t>
      </w:r>
      <w:r w:rsidRPr="00B7305F">
        <w:rPr>
          <w:color w:val="000000" w:themeColor="text1"/>
          <w:lang w:val="uk-UA"/>
        </w:rPr>
        <w:t xml:space="preserve"> </w:t>
      </w:r>
      <w:r w:rsidR="00FC08A3" w:rsidRPr="00B7305F">
        <w:rPr>
          <w:color w:val="000000" w:themeColor="text1"/>
          <w:lang w:val="uk-UA"/>
        </w:rPr>
        <w:t>дію</w:t>
      </w:r>
      <w:r w:rsidRPr="00B7305F">
        <w:rPr>
          <w:color w:val="000000" w:themeColor="text1"/>
          <w:lang w:val="uk-UA"/>
        </w:rPr>
        <w:t xml:space="preserve"> </w:t>
      </w:r>
      <w:r w:rsidR="00FC08A3" w:rsidRPr="00B7305F">
        <w:rPr>
          <w:color w:val="000000" w:themeColor="text1"/>
          <w:lang w:val="uk-UA"/>
        </w:rPr>
        <w:t>як</w:t>
      </w:r>
      <w:r w:rsidRPr="00B7305F">
        <w:rPr>
          <w:color w:val="000000" w:themeColor="text1"/>
          <w:lang w:val="uk-UA"/>
        </w:rPr>
        <w:t xml:space="preserve"> </w:t>
      </w:r>
      <w:r w:rsidR="00FC08A3" w:rsidRPr="00B7305F">
        <w:rPr>
          <w:color w:val="000000" w:themeColor="text1"/>
          <w:lang w:val="uk-UA"/>
        </w:rPr>
        <w:t>пластичний</w:t>
      </w:r>
      <w:r w:rsidRPr="00B7305F">
        <w:rPr>
          <w:color w:val="000000" w:themeColor="text1"/>
          <w:lang w:val="uk-UA"/>
        </w:rPr>
        <w:t xml:space="preserve"> </w:t>
      </w:r>
      <w:r w:rsidR="00FC08A3" w:rsidRPr="00B7305F">
        <w:rPr>
          <w:color w:val="000000" w:themeColor="text1"/>
          <w:lang w:val="uk-UA"/>
        </w:rPr>
        <w:t>матеріал</w:t>
      </w:r>
      <w:r w:rsidRPr="00B7305F">
        <w:rPr>
          <w:color w:val="000000" w:themeColor="text1"/>
          <w:lang w:val="uk-UA"/>
        </w:rPr>
        <w:t xml:space="preserve"> </w:t>
      </w:r>
      <w:r w:rsidR="00FC08A3" w:rsidRPr="00B7305F">
        <w:rPr>
          <w:color w:val="000000" w:themeColor="text1"/>
          <w:lang w:val="uk-UA"/>
        </w:rPr>
        <w:t>для</w:t>
      </w:r>
      <w:r w:rsidRPr="00B7305F">
        <w:rPr>
          <w:color w:val="000000" w:themeColor="text1"/>
          <w:lang w:val="uk-UA"/>
        </w:rPr>
        <w:t xml:space="preserve"> </w:t>
      </w:r>
      <w:r w:rsidR="00FC08A3" w:rsidRPr="00B7305F">
        <w:rPr>
          <w:color w:val="000000" w:themeColor="text1"/>
          <w:lang w:val="uk-UA"/>
        </w:rPr>
        <w:t>побудови</w:t>
      </w:r>
      <w:r w:rsidRPr="00B7305F">
        <w:rPr>
          <w:color w:val="000000" w:themeColor="text1"/>
          <w:lang w:val="uk-UA"/>
        </w:rPr>
        <w:t xml:space="preserve"> </w:t>
      </w:r>
      <w:r w:rsidR="00FC08A3" w:rsidRPr="00B7305F">
        <w:rPr>
          <w:color w:val="000000" w:themeColor="text1"/>
          <w:lang w:val="uk-UA"/>
        </w:rPr>
        <w:t>екранного</w:t>
      </w:r>
      <w:r w:rsidRPr="00B7305F">
        <w:rPr>
          <w:color w:val="000000" w:themeColor="text1"/>
          <w:lang w:val="uk-UA"/>
        </w:rPr>
        <w:t xml:space="preserve"> </w:t>
      </w:r>
      <w:r w:rsidR="00FC08A3" w:rsidRPr="00B7305F">
        <w:rPr>
          <w:color w:val="000000" w:themeColor="text1"/>
          <w:lang w:val="uk-UA"/>
        </w:rPr>
        <w:t>образу.</w:t>
      </w:r>
    </w:p>
    <w:p w14:paraId="6BEDE75E" w14:textId="567B0FBD"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Єжи</w:t>
      </w:r>
      <w:r w:rsidRPr="00B7305F">
        <w:rPr>
          <w:color w:val="000000" w:themeColor="text1"/>
          <w:lang w:val="uk-UA"/>
        </w:rPr>
        <w:t xml:space="preserve"> </w:t>
      </w:r>
      <w:r w:rsidR="00FC08A3" w:rsidRPr="00B7305F">
        <w:rPr>
          <w:color w:val="000000" w:themeColor="text1"/>
          <w:lang w:val="uk-UA"/>
        </w:rPr>
        <w:t>Гротовський,</w:t>
      </w:r>
      <w:r w:rsidRPr="00B7305F">
        <w:rPr>
          <w:color w:val="000000" w:themeColor="text1"/>
          <w:lang w:val="uk-UA"/>
        </w:rPr>
        <w:t xml:space="preserve"> </w:t>
      </w:r>
      <w:r w:rsidR="00FC08A3" w:rsidRPr="00B7305F">
        <w:rPr>
          <w:color w:val="000000" w:themeColor="text1"/>
          <w:lang w:val="uk-UA"/>
        </w:rPr>
        <w:t>розвиваючи</w:t>
      </w:r>
      <w:r w:rsidRPr="00B7305F">
        <w:rPr>
          <w:color w:val="000000" w:themeColor="text1"/>
          <w:lang w:val="uk-UA"/>
        </w:rPr>
        <w:t xml:space="preserve"> </w:t>
      </w:r>
      <w:r w:rsidR="00FC08A3" w:rsidRPr="00B7305F">
        <w:rPr>
          <w:color w:val="000000" w:themeColor="text1"/>
          <w:lang w:val="uk-UA"/>
        </w:rPr>
        <w:t>ідею</w:t>
      </w:r>
      <w:r w:rsidRPr="00B7305F">
        <w:rPr>
          <w:color w:val="000000" w:themeColor="text1"/>
          <w:lang w:val="uk-UA"/>
        </w:rPr>
        <w:t xml:space="preserve"> </w:t>
      </w:r>
      <w:r w:rsidR="00FC08A3" w:rsidRPr="00B7305F">
        <w:rPr>
          <w:color w:val="000000" w:themeColor="text1"/>
          <w:lang w:val="uk-UA"/>
        </w:rPr>
        <w:t>«бідного</w:t>
      </w:r>
      <w:r w:rsidRPr="00B7305F">
        <w:rPr>
          <w:color w:val="000000" w:themeColor="text1"/>
          <w:lang w:val="uk-UA"/>
        </w:rPr>
        <w:t xml:space="preserve"> </w:t>
      </w:r>
      <w:r w:rsidR="00FC08A3" w:rsidRPr="00B7305F">
        <w:rPr>
          <w:color w:val="000000" w:themeColor="text1"/>
          <w:lang w:val="uk-UA"/>
        </w:rPr>
        <w:t>театру»,</w:t>
      </w:r>
      <w:r w:rsidRPr="00B7305F">
        <w:rPr>
          <w:color w:val="000000" w:themeColor="text1"/>
          <w:lang w:val="uk-UA"/>
        </w:rPr>
        <w:t xml:space="preserve"> </w:t>
      </w:r>
      <w:r w:rsidR="00FC08A3" w:rsidRPr="00B7305F">
        <w:rPr>
          <w:color w:val="000000" w:themeColor="text1"/>
          <w:lang w:val="uk-UA"/>
        </w:rPr>
        <w:t>підкреслював</w:t>
      </w:r>
      <w:r w:rsidRPr="00B7305F">
        <w:rPr>
          <w:color w:val="000000" w:themeColor="text1"/>
          <w:lang w:val="uk-UA"/>
        </w:rPr>
        <w:t xml:space="preserve"> </w:t>
      </w:r>
      <w:r w:rsidR="00FC08A3" w:rsidRPr="00B7305F">
        <w:rPr>
          <w:color w:val="000000" w:themeColor="text1"/>
          <w:lang w:val="uk-UA"/>
        </w:rPr>
        <w:t>первинність</w:t>
      </w:r>
      <w:r w:rsidRPr="00B7305F">
        <w:rPr>
          <w:color w:val="000000" w:themeColor="text1"/>
          <w:lang w:val="uk-UA"/>
        </w:rPr>
        <w:t xml:space="preserve"> </w:t>
      </w:r>
      <w:r w:rsidR="00FC08A3" w:rsidRPr="00B7305F">
        <w:rPr>
          <w:color w:val="000000" w:themeColor="text1"/>
          <w:lang w:val="uk-UA"/>
        </w:rPr>
        <w:t>акторського</w:t>
      </w:r>
      <w:r w:rsidRPr="00B7305F">
        <w:rPr>
          <w:color w:val="000000" w:themeColor="text1"/>
          <w:lang w:val="uk-UA"/>
        </w:rPr>
        <w:t xml:space="preserve"> </w:t>
      </w:r>
      <w:r w:rsidR="00FC08A3" w:rsidRPr="00B7305F">
        <w:rPr>
          <w:color w:val="000000" w:themeColor="text1"/>
          <w:lang w:val="uk-UA"/>
        </w:rPr>
        <w:t>існування</w:t>
      </w:r>
      <w:r w:rsidRPr="00B7305F">
        <w:rPr>
          <w:color w:val="000000" w:themeColor="text1"/>
          <w:lang w:val="uk-UA"/>
        </w:rPr>
        <w:t xml:space="preserve"> </w:t>
      </w:r>
      <w:r w:rsidR="00FC08A3" w:rsidRPr="00B7305F">
        <w:rPr>
          <w:color w:val="000000" w:themeColor="text1"/>
          <w:lang w:val="uk-UA"/>
        </w:rPr>
        <w:t>над</w:t>
      </w:r>
      <w:r w:rsidRPr="00B7305F">
        <w:rPr>
          <w:color w:val="000000" w:themeColor="text1"/>
          <w:lang w:val="uk-UA"/>
        </w:rPr>
        <w:t xml:space="preserve"> </w:t>
      </w:r>
      <w:r w:rsidR="00FC08A3" w:rsidRPr="00B7305F">
        <w:rPr>
          <w:color w:val="000000" w:themeColor="text1"/>
          <w:lang w:val="uk-UA"/>
        </w:rPr>
        <w:t>зовнішніми</w:t>
      </w:r>
      <w:r w:rsidRPr="00B7305F">
        <w:rPr>
          <w:color w:val="000000" w:themeColor="text1"/>
          <w:lang w:val="uk-UA"/>
        </w:rPr>
        <w:t xml:space="preserve"> </w:t>
      </w:r>
      <w:r w:rsidR="00FC08A3" w:rsidRPr="00B7305F">
        <w:rPr>
          <w:color w:val="000000" w:themeColor="text1"/>
          <w:lang w:val="uk-UA"/>
        </w:rPr>
        <w:t>ефектами.</w:t>
      </w:r>
      <w:r w:rsidRPr="00B7305F">
        <w:rPr>
          <w:color w:val="000000" w:themeColor="text1"/>
          <w:lang w:val="uk-UA"/>
        </w:rPr>
        <w:t xml:space="preserve"> </w:t>
      </w:r>
      <w:r w:rsidR="00FC08A3" w:rsidRPr="00B7305F">
        <w:rPr>
          <w:color w:val="000000" w:themeColor="text1"/>
          <w:lang w:val="uk-UA"/>
        </w:rPr>
        <w:t>Його</w:t>
      </w:r>
      <w:r w:rsidRPr="00B7305F">
        <w:rPr>
          <w:color w:val="000000" w:themeColor="text1"/>
          <w:lang w:val="uk-UA"/>
        </w:rPr>
        <w:t xml:space="preserve"> </w:t>
      </w:r>
      <w:r w:rsidR="00FC08A3" w:rsidRPr="00B7305F">
        <w:rPr>
          <w:color w:val="000000" w:themeColor="text1"/>
          <w:lang w:val="uk-UA"/>
        </w:rPr>
        <w:t>підхід</w:t>
      </w:r>
      <w:r w:rsidRPr="00B7305F">
        <w:rPr>
          <w:color w:val="000000" w:themeColor="text1"/>
          <w:lang w:val="uk-UA"/>
        </w:rPr>
        <w:t xml:space="preserve"> </w:t>
      </w:r>
      <w:r w:rsidR="00FC08A3" w:rsidRPr="00B7305F">
        <w:rPr>
          <w:color w:val="000000" w:themeColor="text1"/>
          <w:lang w:val="uk-UA"/>
        </w:rPr>
        <w:t>актуалізував</w:t>
      </w:r>
      <w:r w:rsidRPr="00B7305F">
        <w:rPr>
          <w:color w:val="000000" w:themeColor="text1"/>
          <w:lang w:val="uk-UA"/>
        </w:rPr>
        <w:t xml:space="preserve"> </w:t>
      </w:r>
      <w:r w:rsidR="00FC08A3" w:rsidRPr="00B7305F">
        <w:rPr>
          <w:color w:val="000000" w:themeColor="text1"/>
          <w:lang w:val="uk-UA"/>
        </w:rPr>
        <w:t>питання</w:t>
      </w:r>
      <w:r w:rsidRPr="00B7305F">
        <w:rPr>
          <w:color w:val="000000" w:themeColor="text1"/>
          <w:lang w:val="uk-UA"/>
        </w:rPr>
        <w:t xml:space="preserve"> </w:t>
      </w:r>
      <w:r w:rsidR="00FC08A3" w:rsidRPr="00B7305F">
        <w:rPr>
          <w:color w:val="000000" w:themeColor="text1"/>
          <w:lang w:val="uk-UA"/>
        </w:rPr>
        <w:t>взаємодії</w:t>
      </w:r>
      <w:r w:rsidRPr="00B7305F">
        <w:rPr>
          <w:color w:val="000000" w:themeColor="text1"/>
          <w:lang w:val="uk-UA"/>
        </w:rPr>
        <w:t xml:space="preserve"> </w:t>
      </w:r>
      <w:r w:rsidR="00FC08A3" w:rsidRPr="00B7305F">
        <w:rPr>
          <w:color w:val="000000" w:themeColor="text1"/>
          <w:lang w:val="uk-UA"/>
        </w:rPr>
        <w:t>внутрішнього</w:t>
      </w:r>
      <w:r w:rsidRPr="00B7305F">
        <w:rPr>
          <w:color w:val="000000" w:themeColor="text1"/>
          <w:lang w:val="uk-UA"/>
        </w:rPr>
        <w:t xml:space="preserve"> </w:t>
      </w:r>
      <w:r w:rsidR="00FC08A3" w:rsidRPr="00B7305F">
        <w:rPr>
          <w:color w:val="000000" w:themeColor="text1"/>
          <w:lang w:val="uk-UA"/>
        </w:rPr>
        <w:t>стану</w:t>
      </w:r>
      <w:r w:rsidRPr="00B7305F">
        <w:rPr>
          <w:color w:val="000000" w:themeColor="text1"/>
          <w:lang w:val="uk-UA"/>
        </w:rPr>
        <w:t xml:space="preserve"> </w:t>
      </w:r>
      <w:r w:rsidR="00FC08A3" w:rsidRPr="00B7305F">
        <w:rPr>
          <w:color w:val="000000" w:themeColor="text1"/>
          <w:lang w:val="uk-UA"/>
        </w:rPr>
        <w:t>актора</w:t>
      </w:r>
      <w:r w:rsidRPr="00B7305F">
        <w:rPr>
          <w:color w:val="000000" w:themeColor="text1"/>
          <w:lang w:val="uk-UA"/>
        </w:rPr>
        <w:t xml:space="preserve"> </w:t>
      </w:r>
      <w:r w:rsidR="00FC08A3" w:rsidRPr="00B7305F">
        <w:rPr>
          <w:color w:val="000000" w:themeColor="text1"/>
          <w:lang w:val="uk-UA"/>
        </w:rPr>
        <w:t>з</w:t>
      </w:r>
      <w:r w:rsidRPr="00B7305F">
        <w:rPr>
          <w:color w:val="000000" w:themeColor="text1"/>
          <w:lang w:val="uk-UA"/>
        </w:rPr>
        <w:t xml:space="preserve"> </w:t>
      </w:r>
      <w:r w:rsidR="00FC08A3" w:rsidRPr="00B7305F">
        <w:rPr>
          <w:color w:val="000000" w:themeColor="text1"/>
          <w:lang w:val="uk-UA"/>
        </w:rPr>
        <w:t>простором,</w:t>
      </w:r>
      <w:r w:rsidRPr="00B7305F">
        <w:rPr>
          <w:color w:val="000000" w:themeColor="text1"/>
          <w:lang w:val="uk-UA"/>
        </w:rPr>
        <w:t xml:space="preserve"> </w:t>
      </w:r>
      <w:r w:rsidR="00FC08A3" w:rsidRPr="00B7305F">
        <w:rPr>
          <w:color w:val="000000" w:themeColor="text1"/>
          <w:lang w:val="uk-UA"/>
        </w:rPr>
        <w:t>що</w:t>
      </w:r>
      <w:r w:rsidRPr="00B7305F">
        <w:rPr>
          <w:color w:val="000000" w:themeColor="text1"/>
          <w:lang w:val="uk-UA"/>
        </w:rPr>
        <w:t xml:space="preserve"> </w:t>
      </w:r>
      <w:r w:rsidR="00FC08A3" w:rsidRPr="00B7305F">
        <w:rPr>
          <w:color w:val="000000" w:themeColor="text1"/>
          <w:lang w:val="uk-UA"/>
        </w:rPr>
        <w:t>стало</w:t>
      </w:r>
      <w:r w:rsidRPr="00B7305F">
        <w:rPr>
          <w:color w:val="000000" w:themeColor="text1"/>
          <w:lang w:val="uk-UA"/>
        </w:rPr>
        <w:t xml:space="preserve"> </w:t>
      </w:r>
      <w:r w:rsidR="00FC08A3" w:rsidRPr="00B7305F">
        <w:rPr>
          <w:color w:val="000000" w:themeColor="text1"/>
          <w:lang w:val="uk-UA"/>
        </w:rPr>
        <w:t>основою</w:t>
      </w:r>
      <w:r w:rsidRPr="00B7305F">
        <w:rPr>
          <w:color w:val="000000" w:themeColor="text1"/>
          <w:lang w:val="uk-UA"/>
        </w:rPr>
        <w:t xml:space="preserve"> </w:t>
      </w:r>
      <w:r w:rsidR="00FC08A3" w:rsidRPr="00B7305F">
        <w:rPr>
          <w:color w:val="000000" w:themeColor="text1"/>
          <w:lang w:val="uk-UA"/>
        </w:rPr>
        <w:t>для</w:t>
      </w:r>
      <w:r w:rsidRPr="00B7305F">
        <w:rPr>
          <w:color w:val="000000" w:themeColor="text1"/>
          <w:lang w:val="uk-UA"/>
        </w:rPr>
        <w:t xml:space="preserve"> </w:t>
      </w:r>
      <w:r w:rsidR="00FC08A3" w:rsidRPr="00B7305F">
        <w:rPr>
          <w:color w:val="000000" w:themeColor="text1"/>
          <w:lang w:val="uk-UA"/>
        </w:rPr>
        <w:t>формування</w:t>
      </w:r>
      <w:r w:rsidRPr="00B7305F">
        <w:rPr>
          <w:color w:val="000000" w:themeColor="text1"/>
          <w:lang w:val="uk-UA"/>
        </w:rPr>
        <w:t xml:space="preserve"> </w:t>
      </w:r>
      <w:r w:rsidR="00FC08A3" w:rsidRPr="00B7305F">
        <w:rPr>
          <w:color w:val="000000" w:themeColor="text1"/>
          <w:lang w:val="uk-UA"/>
        </w:rPr>
        <w:t>сучасного</w:t>
      </w:r>
      <w:r w:rsidRPr="00B7305F">
        <w:rPr>
          <w:color w:val="000000" w:themeColor="text1"/>
          <w:lang w:val="uk-UA"/>
        </w:rPr>
        <w:t xml:space="preserve"> </w:t>
      </w:r>
      <w:r w:rsidR="00FC08A3" w:rsidRPr="00B7305F">
        <w:rPr>
          <w:color w:val="000000" w:themeColor="text1"/>
          <w:lang w:val="uk-UA"/>
        </w:rPr>
        <w:t>мінімалістичного</w:t>
      </w:r>
      <w:r w:rsidRPr="00B7305F">
        <w:rPr>
          <w:color w:val="000000" w:themeColor="text1"/>
          <w:lang w:val="uk-UA"/>
        </w:rPr>
        <w:t xml:space="preserve"> </w:t>
      </w:r>
      <w:r w:rsidR="00FC08A3" w:rsidRPr="00B7305F">
        <w:rPr>
          <w:color w:val="000000" w:themeColor="text1"/>
          <w:lang w:val="uk-UA"/>
        </w:rPr>
        <w:t>екранного</w:t>
      </w:r>
      <w:r w:rsidRPr="00B7305F">
        <w:rPr>
          <w:color w:val="000000" w:themeColor="text1"/>
          <w:lang w:val="uk-UA"/>
        </w:rPr>
        <w:t xml:space="preserve"> </w:t>
      </w:r>
      <w:r w:rsidR="00FC08A3" w:rsidRPr="00B7305F">
        <w:rPr>
          <w:color w:val="000000" w:themeColor="text1"/>
          <w:lang w:val="uk-UA"/>
        </w:rPr>
        <w:t>стилю,</w:t>
      </w:r>
      <w:r w:rsidRPr="00B7305F">
        <w:rPr>
          <w:color w:val="000000" w:themeColor="text1"/>
          <w:lang w:val="uk-UA"/>
        </w:rPr>
        <w:t xml:space="preserve"> </w:t>
      </w:r>
      <w:r w:rsidR="00FC08A3" w:rsidRPr="00B7305F">
        <w:rPr>
          <w:color w:val="000000" w:themeColor="text1"/>
          <w:lang w:val="uk-UA"/>
        </w:rPr>
        <w:t>де</w:t>
      </w:r>
      <w:r w:rsidRPr="00B7305F">
        <w:rPr>
          <w:color w:val="000000" w:themeColor="text1"/>
          <w:lang w:val="uk-UA"/>
        </w:rPr>
        <w:t xml:space="preserve"> </w:t>
      </w:r>
      <w:r w:rsidR="00FC08A3" w:rsidRPr="00B7305F">
        <w:rPr>
          <w:color w:val="000000" w:themeColor="text1"/>
          <w:lang w:val="uk-UA"/>
        </w:rPr>
        <w:t>дрібні</w:t>
      </w:r>
      <w:r w:rsidRPr="00B7305F">
        <w:rPr>
          <w:color w:val="000000" w:themeColor="text1"/>
          <w:lang w:val="uk-UA"/>
        </w:rPr>
        <w:t xml:space="preserve"> </w:t>
      </w:r>
      <w:r w:rsidR="00FC08A3" w:rsidRPr="00B7305F">
        <w:rPr>
          <w:color w:val="000000" w:themeColor="text1"/>
          <w:lang w:val="uk-UA"/>
        </w:rPr>
        <w:t>зміни</w:t>
      </w:r>
      <w:r w:rsidRPr="00B7305F">
        <w:rPr>
          <w:color w:val="000000" w:themeColor="text1"/>
          <w:lang w:val="uk-UA"/>
        </w:rPr>
        <w:t xml:space="preserve"> </w:t>
      </w:r>
      <w:r w:rsidR="00FC08A3" w:rsidRPr="00B7305F">
        <w:rPr>
          <w:color w:val="000000" w:themeColor="text1"/>
          <w:lang w:val="uk-UA"/>
        </w:rPr>
        <w:t>міміки</w:t>
      </w:r>
      <w:r w:rsidRPr="00B7305F">
        <w:rPr>
          <w:color w:val="000000" w:themeColor="text1"/>
          <w:lang w:val="uk-UA"/>
        </w:rPr>
        <w:t xml:space="preserve"> </w:t>
      </w:r>
      <w:r w:rsidR="00FC08A3" w:rsidRPr="00B7305F">
        <w:rPr>
          <w:color w:val="000000" w:themeColor="text1"/>
          <w:lang w:val="uk-UA"/>
        </w:rPr>
        <w:t>чи</w:t>
      </w:r>
      <w:r w:rsidRPr="00B7305F">
        <w:rPr>
          <w:color w:val="000000" w:themeColor="text1"/>
          <w:lang w:val="uk-UA"/>
        </w:rPr>
        <w:t xml:space="preserve"> </w:t>
      </w:r>
      <w:r w:rsidR="00FC08A3" w:rsidRPr="00B7305F">
        <w:rPr>
          <w:color w:val="000000" w:themeColor="text1"/>
          <w:lang w:val="uk-UA"/>
        </w:rPr>
        <w:t>інтонації</w:t>
      </w:r>
      <w:r w:rsidRPr="00B7305F">
        <w:rPr>
          <w:color w:val="000000" w:themeColor="text1"/>
          <w:lang w:val="uk-UA"/>
        </w:rPr>
        <w:t xml:space="preserve"> </w:t>
      </w:r>
      <w:r w:rsidR="00FC08A3" w:rsidRPr="00B7305F">
        <w:rPr>
          <w:color w:val="000000" w:themeColor="text1"/>
          <w:lang w:val="uk-UA"/>
        </w:rPr>
        <w:t>мають</w:t>
      </w:r>
      <w:r w:rsidRPr="00B7305F">
        <w:rPr>
          <w:color w:val="000000" w:themeColor="text1"/>
          <w:lang w:val="uk-UA"/>
        </w:rPr>
        <w:t xml:space="preserve"> </w:t>
      </w:r>
      <w:r w:rsidR="00FC08A3" w:rsidRPr="00B7305F">
        <w:rPr>
          <w:color w:val="000000" w:themeColor="text1"/>
          <w:lang w:val="uk-UA"/>
        </w:rPr>
        <w:t>значно</w:t>
      </w:r>
      <w:r w:rsidRPr="00B7305F">
        <w:rPr>
          <w:color w:val="000000" w:themeColor="text1"/>
          <w:lang w:val="uk-UA"/>
        </w:rPr>
        <w:t xml:space="preserve"> </w:t>
      </w:r>
      <w:r w:rsidR="00FC08A3" w:rsidRPr="00B7305F">
        <w:rPr>
          <w:color w:val="000000" w:themeColor="text1"/>
          <w:lang w:val="uk-UA"/>
        </w:rPr>
        <w:t>більшу</w:t>
      </w:r>
      <w:r w:rsidRPr="00B7305F">
        <w:rPr>
          <w:color w:val="000000" w:themeColor="text1"/>
          <w:lang w:val="uk-UA"/>
        </w:rPr>
        <w:t xml:space="preserve"> </w:t>
      </w:r>
      <w:r w:rsidR="00FC08A3" w:rsidRPr="00B7305F">
        <w:rPr>
          <w:color w:val="000000" w:themeColor="text1"/>
          <w:lang w:val="uk-UA"/>
        </w:rPr>
        <w:t>вагу,</w:t>
      </w:r>
      <w:r w:rsidRPr="00B7305F">
        <w:rPr>
          <w:color w:val="000000" w:themeColor="text1"/>
          <w:lang w:val="uk-UA"/>
        </w:rPr>
        <w:t xml:space="preserve"> </w:t>
      </w:r>
      <w:r w:rsidR="00FC08A3" w:rsidRPr="00B7305F">
        <w:rPr>
          <w:color w:val="000000" w:themeColor="text1"/>
          <w:lang w:val="uk-UA"/>
        </w:rPr>
        <w:t>ніж</w:t>
      </w:r>
      <w:r w:rsidRPr="00B7305F">
        <w:rPr>
          <w:color w:val="000000" w:themeColor="text1"/>
          <w:lang w:val="uk-UA"/>
        </w:rPr>
        <w:t xml:space="preserve"> </w:t>
      </w:r>
      <w:r w:rsidR="00FC08A3" w:rsidRPr="00B7305F">
        <w:rPr>
          <w:color w:val="000000" w:themeColor="text1"/>
          <w:lang w:val="uk-UA"/>
        </w:rPr>
        <w:t>масштабний</w:t>
      </w:r>
      <w:r w:rsidRPr="00B7305F">
        <w:rPr>
          <w:color w:val="000000" w:themeColor="text1"/>
          <w:lang w:val="uk-UA"/>
        </w:rPr>
        <w:t xml:space="preserve"> </w:t>
      </w:r>
      <w:r w:rsidR="00FC08A3" w:rsidRPr="00B7305F">
        <w:rPr>
          <w:color w:val="000000" w:themeColor="text1"/>
          <w:lang w:val="uk-UA"/>
        </w:rPr>
        <w:t>сценічний</w:t>
      </w:r>
      <w:r w:rsidRPr="00B7305F">
        <w:rPr>
          <w:color w:val="000000" w:themeColor="text1"/>
          <w:lang w:val="uk-UA"/>
        </w:rPr>
        <w:t xml:space="preserve"> </w:t>
      </w:r>
      <w:r w:rsidR="00FC08A3" w:rsidRPr="00B7305F">
        <w:rPr>
          <w:color w:val="000000" w:themeColor="text1"/>
          <w:lang w:val="uk-UA"/>
        </w:rPr>
        <w:t>жест.</w:t>
      </w:r>
    </w:p>
    <w:p w14:paraId="20D1F9EF" w14:textId="4839472A" w:rsidR="00FC08A3" w:rsidRPr="00B7305F" w:rsidRDefault="00480420" w:rsidP="00051784">
      <w:pPr>
        <w:spacing w:after="0"/>
        <w:ind w:left="0" w:firstLine="709"/>
        <w:jc w:val="both"/>
        <w:rPr>
          <w:color w:val="000000" w:themeColor="text1"/>
          <w:lang w:val="uk-UA"/>
        </w:rPr>
      </w:pPr>
      <w:r w:rsidRPr="00B7305F">
        <w:rPr>
          <w:color w:val="000000" w:themeColor="text1"/>
          <w:lang w:val="uk-UA"/>
        </w:rPr>
        <w:t xml:space="preserve">       </w:t>
      </w:r>
      <w:r w:rsidR="00FC08A3" w:rsidRPr="00B7305F">
        <w:rPr>
          <w:color w:val="000000" w:themeColor="text1"/>
          <w:lang w:val="uk-UA"/>
        </w:rPr>
        <w:t>Усі</w:t>
      </w:r>
      <w:r w:rsidRPr="00B7305F">
        <w:rPr>
          <w:color w:val="000000" w:themeColor="text1"/>
          <w:lang w:val="uk-UA"/>
        </w:rPr>
        <w:t xml:space="preserve"> </w:t>
      </w:r>
      <w:r w:rsidR="00FC08A3" w:rsidRPr="00B7305F">
        <w:rPr>
          <w:color w:val="000000" w:themeColor="text1"/>
          <w:lang w:val="uk-UA"/>
        </w:rPr>
        <w:t>ці</w:t>
      </w:r>
      <w:r w:rsidRPr="00B7305F">
        <w:rPr>
          <w:color w:val="000000" w:themeColor="text1"/>
          <w:lang w:val="uk-UA"/>
        </w:rPr>
        <w:t xml:space="preserve"> </w:t>
      </w:r>
      <w:r w:rsidR="00FC08A3" w:rsidRPr="00B7305F">
        <w:rPr>
          <w:color w:val="000000" w:themeColor="text1"/>
          <w:lang w:val="uk-UA"/>
        </w:rPr>
        <w:t>теорії</w:t>
      </w:r>
      <w:r w:rsidRPr="00B7305F">
        <w:rPr>
          <w:color w:val="000000" w:themeColor="text1"/>
          <w:lang w:val="uk-UA"/>
        </w:rPr>
        <w:t xml:space="preserve"> </w:t>
      </w:r>
      <w:r w:rsidR="00FC08A3" w:rsidRPr="00B7305F">
        <w:rPr>
          <w:color w:val="000000" w:themeColor="text1"/>
          <w:lang w:val="uk-UA"/>
        </w:rPr>
        <w:t>визначають</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як</w:t>
      </w:r>
      <w:r w:rsidRPr="00B7305F">
        <w:rPr>
          <w:color w:val="000000" w:themeColor="text1"/>
          <w:lang w:val="uk-UA"/>
        </w:rPr>
        <w:t xml:space="preserve"> </w:t>
      </w:r>
      <w:r w:rsidR="00FC08A3" w:rsidRPr="00B7305F">
        <w:rPr>
          <w:color w:val="000000" w:themeColor="text1"/>
          <w:lang w:val="uk-UA"/>
        </w:rPr>
        <w:t>процес</w:t>
      </w:r>
      <w:r w:rsidRPr="00B7305F">
        <w:rPr>
          <w:color w:val="000000" w:themeColor="text1"/>
          <w:lang w:val="uk-UA"/>
        </w:rPr>
        <w:t xml:space="preserve"> </w:t>
      </w:r>
      <w:r w:rsidR="00FC08A3" w:rsidRPr="00B7305F">
        <w:rPr>
          <w:color w:val="000000" w:themeColor="text1"/>
          <w:lang w:val="uk-UA"/>
        </w:rPr>
        <w:t>творення</w:t>
      </w:r>
      <w:r w:rsidRPr="00B7305F">
        <w:rPr>
          <w:color w:val="000000" w:themeColor="text1"/>
          <w:lang w:val="uk-UA"/>
        </w:rPr>
        <w:t xml:space="preserve"> </w:t>
      </w:r>
      <w:r w:rsidR="00FC08A3" w:rsidRPr="00B7305F">
        <w:rPr>
          <w:color w:val="000000" w:themeColor="text1"/>
          <w:lang w:val="uk-UA"/>
        </w:rPr>
        <w:t>нового</w:t>
      </w:r>
      <w:r w:rsidRPr="00B7305F">
        <w:rPr>
          <w:color w:val="000000" w:themeColor="text1"/>
          <w:lang w:val="uk-UA"/>
        </w:rPr>
        <w:t xml:space="preserve"> </w:t>
      </w:r>
      <w:r w:rsidR="00FC08A3" w:rsidRPr="00B7305F">
        <w:rPr>
          <w:color w:val="000000" w:themeColor="text1"/>
          <w:lang w:val="uk-UA"/>
        </w:rPr>
        <w:t>художнього</w:t>
      </w:r>
      <w:r w:rsidRPr="00B7305F">
        <w:rPr>
          <w:color w:val="000000" w:themeColor="text1"/>
          <w:lang w:val="uk-UA"/>
        </w:rPr>
        <w:t xml:space="preserve"> </w:t>
      </w:r>
      <w:r w:rsidR="00FC08A3" w:rsidRPr="00B7305F">
        <w:rPr>
          <w:color w:val="000000" w:themeColor="text1"/>
          <w:lang w:val="uk-UA"/>
        </w:rPr>
        <w:t>виміру,</w:t>
      </w:r>
      <w:r w:rsidRPr="00B7305F">
        <w:rPr>
          <w:color w:val="000000" w:themeColor="text1"/>
          <w:lang w:val="uk-UA"/>
        </w:rPr>
        <w:t xml:space="preserve"> </w:t>
      </w:r>
      <w:r w:rsidR="00FC08A3" w:rsidRPr="00B7305F">
        <w:rPr>
          <w:color w:val="000000" w:themeColor="text1"/>
          <w:lang w:val="uk-UA"/>
        </w:rPr>
        <w:t>в</w:t>
      </w:r>
      <w:r w:rsidRPr="00B7305F">
        <w:rPr>
          <w:color w:val="000000" w:themeColor="text1"/>
          <w:lang w:val="uk-UA"/>
        </w:rPr>
        <w:t xml:space="preserve"> </w:t>
      </w:r>
      <w:r w:rsidR="00FC08A3" w:rsidRPr="00B7305F">
        <w:rPr>
          <w:color w:val="000000" w:themeColor="text1"/>
          <w:lang w:val="uk-UA"/>
        </w:rPr>
        <w:t>якому</w:t>
      </w:r>
      <w:r w:rsidRPr="00B7305F">
        <w:rPr>
          <w:color w:val="000000" w:themeColor="text1"/>
          <w:lang w:val="uk-UA"/>
        </w:rPr>
        <w:t xml:space="preserve"> </w:t>
      </w:r>
      <w:r w:rsidR="00FC08A3" w:rsidRPr="00B7305F">
        <w:rPr>
          <w:color w:val="000000" w:themeColor="text1"/>
          <w:lang w:val="uk-UA"/>
        </w:rPr>
        <w:t>акторська</w:t>
      </w:r>
      <w:r w:rsidRPr="00B7305F">
        <w:rPr>
          <w:color w:val="000000" w:themeColor="text1"/>
          <w:lang w:val="uk-UA"/>
        </w:rPr>
        <w:t xml:space="preserve"> </w:t>
      </w:r>
      <w:r w:rsidR="00FC08A3" w:rsidRPr="00B7305F">
        <w:rPr>
          <w:color w:val="000000" w:themeColor="text1"/>
          <w:lang w:val="uk-UA"/>
        </w:rPr>
        <w:t>техніка</w:t>
      </w:r>
      <w:r w:rsidRPr="00B7305F">
        <w:rPr>
          <w:color w:val="000000" w:themeColor="text1"/>
          <w:lang w:val="uk-UA"/>
        </w:rPr>
        <w:t xml:space="preserve"> </w:t>
      </w:r>
      <w:r w:rsidR="00FC08A3" w:rsidRPr="00B7305F">
        <w:rPr>
          <w:color w:val="000000" w:themeColor="text1"/>
          <w:lang w:val="uk-UA"/>
        </w:rPr>
        <w:t>одночасно</w:t>
      </w:r>
      <w:r w:rsidRPr="00B7305F">
        <w:rPr>
          <w:color w:val="000000" w:themeColor="text1"/>
          <w:lang w:val="uk-UA"/>
        </w:rPr>
        <w:t xml:space="preserve"> </w:t>
      </w:r>
      <w:r w:rsidR="00FC08A3" w:rsidRPr="00B7305F">
        <w:rPr>
          <w:color w:val="000000" w:themeColor="text1"/>
          <w:lang w:val="uk-UA"/>
        </w:rPr>
        <w:t>спирається</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театральну</w:t>
      </w:r>
      <w:r w:rsidRPr="00B7305F">
        <w:rPr>
          <w:color w:val="000000" w:themeColor="text1"/>
          <w:lang w:val="uk-UA"/>
        </w:rPr>
        <w:t xml:space="preserve"> </w:t>
      </w:r>
      <w:r w:rsidR="00FC08A3" w:rsidRPr="00B7305F">
        <w:rPr>
          <w:color w:val="000000" w:themeColor="text1"/>
          <w:lang w:val="uk-UA"/>
        </w:rPr>
        <w:t>природу</w:t>
      </w:r>
      <w:r w:rsidRPr="00B7305F">
        <w:rPr>
          <w:color w:val="000000" w:themeColor="text1"/>
          <w:lang w:val="uk-UA"/>
        </w:rPr>
        <w:t xml:space="preserve"> </w:t>
      </w:r>
      <w:r w:rsidR="00FC08A3" w:rsidRPr="00B7305F">
        <w:rPr>
          <w:color w:val="000000" w:themeColor="text1"/>
          <w:lang w:val="uk-UA"/>
        </w:rPr>
        <w:t>живого</w:t>
      </w:r>
      <w:r w:rsidRPr="00B7305F">
        <w:rPr>
          <w:color w:val="000000" w:themeColor="text1"/>
          <w:lang w:val="uk-UA"/>
        </w:rPr>
        <w:t xml:space="preserve"> </w:t>
      </w:r>
      <w:r w:rsidR="00FC08A3" w:rsidRPr="00B7305F">
        <w:rPr>
          <w:color w:val="000000" w:themeColor="text1"/>
          <w:lang w:val="uk-UA"/>
        </w:rPr>
        <w:t>переживання</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кінематографічну</w:t>
      </w:r>
      <w:r w:rsidRPr="00B7305F">
        <w:rPr>
          <w:color w:val="000000" w:themeColor="text1"/>
          <w:lang w:val="uk-UA"/>
        </w:rPr>
        <w:t xml:space="preserve"> </w:t>
      </w:r>
      <w:r w:rsidR="00FC08A3" w:rsidRPr="00B7305F">
        <w:rPr>
          <w:color w:val="000000" w:themeColor="text1"/>
          <w:lang w:val="uk-UA"/>
        </w:rPr>
        <w:t>здатність</w:t>
      </w:r>
      <w:r w:rsidRPr="00B7305F">
        <w:rPr>
          <w:color w:val="000000" w:themeColor="text1"/>
          <w:lang w:val="uk-UA"/>
        </w:rPr>
        <w:t xml:space="preserve"> </w:t>
      </w:r>
      <w:r w:rsidR="00FC08A3" w:rsidRPr="00B7305F">
        <w:rPr>
          <w:color w:val="000000" w:themeColor="text1"/>
          <w:lang w:val="uk-UA"/>
        </w:rPr>
        <w:t>фіксувати</w:t>
      </w:r>
      <w:r w:rsidRPr="00B7305F">
        <w:rPr>
          <w:color w:val="000000" w:themeColor="text1"/>
          <w:lang w:val="uk-UA"/>
        </w:rPr>
        <w:t xml:space="preserve"> </w:t>
      </w:r>
      <w:r w:rsidR="00FC08A3" w:rsidRPr="00B7305F">
        <w:rPr>
          <w:color w:val="000000" w:themeColor="text1"/>
          <w:lang w:val="uk-UA"/>
        </w:rPr>
        <w:t>й</w:t>
      </w:r>
      <w:r w:rsidRPr="00B7305F">
        <w:rPr>
          <w:color w:val="000000" w:themeColor="text1"/>
          <w:lang w:val="uk-UA"/>
        </w:rPr>
        <w:t xml:space="preserve"> </w:t>
      </w:r>
      <w:r w:rsidR="00FC08A3" w:rsidRPr="00B7305F">
        <w:rPr>
          <w:color w:val="000000" w:themeColor="text1"/>
          <w:lang w:val="uk-UA"/>
        </w:rPr>
        <w:t>трансформувати</w:t>
      </w:r>
      <w:r w:rsidRPr="00B7305F">
        <w:rPr>
          <w:color w:val="000000" w:themeColor="text1"/>
          <w:lang w:val="uk-UA"/>
        </w:rPr>
        <w:t xml:space="preserve"> </w:t>
      </w:r>
      <w:r w:rsidR="00FC08A3" w:rsidRPr="00B7305F">
        <w:rPr>
          <w:color w:val="000000" w:themeColor="text1"/>
          <w:lang w:val="uk-UA"/>
        </w:rPr>
        <w:t>емоцію</w:t>
      </w:r>
      <w:r w:rsidRPr="00B7305F">
        <w:rPr>
          <w:color w:val="000000" w:themeColor="text1"/>
          <w:lang w:val="uk-UA"/>
        </w:rPr>
        <w:t xml:space="preserve"> </w:t>
      </w:r>
      <w:r w:rsidR="00FC08A3" w:rsidRPr="00B7305F">
        <w:rPr>
          <w:color w:val="000000" w:themeColor="text1"/>
          <w:lang w:val="uk-UA"/>
        </w:rPr>
        <w:t>через</w:t>
      </w:r>
      <w:r w:rsidRPr="00B7305F">
        <w:rPr>
          <w:color w:val="000000" w:themeColor="text1"/>
          <w:lang w:val="uk-UA"/>
        </w:rPr>
        <w:t xml:space="preserve"> </w:t>
      </w:r>
      <w:r w:rsidR="00FC08A3" w:rsidRPr="00B7305F">
        <w:rPr>
          <w:color w:val="000000" w:themeColor="text1"/>
          <w:lang w:val="uk-UA"/>
        </w:rPr>
        <w:t>технічні</w:t>
      </w:r>
      <w:r w:rsidRPr="00B7305F">
        <w:rPr>
          <w:color w:val="000000" w:themeColor="text1"/>
          <w:lang w:val="uk-UA"/>
        </w:rPr>
        <w:t xml:space="preserve"> </w:t>
      </w:r>
      <w:r w:rsidR="00FC08A3" w:rsidRPr="00B7305F">
        <w:rPr>
          <w:color w:val="000000" w:themeColor="text1"/>
          <w:lang w:val="uk-UA"/>
        </w:rPr>
        <w:t>засоби.</w:t>
      </w:r>
      <w:r w:rsidRPr="00B7305F">
        <w:rPr>
          <w:color w:val="000000" w:themeColor="text1"/>
          <w:lang w:val="uk-UA"/>
        </w:rPr>
        <w:t xml:space="preserve"> </w:t>
      </w:r>
      <w:r w:rsidR="00FC08A3" w:rsidRPr="00B7305F">
        <w:rPr>
          <w:color w:val="000000" w:themeColor="text1"/>
          <w:lang w:val="uk-UA"/>
        </w:rPr>
        <w:t>Саме</w:t>
      </w:r>
      <w:r w:rsidRPr="00B7305F">
        <w:rPr>
          <w:color w:val="000000" w:themeColor="text1"/>
          <w:lang w:val="uk-UA"/>
        </w:rPr>
        <w:t xml:space="preserve"> </w:t>
      </w:r>
      <w:r w:rsidR="00FC08A3" w:rsidRPr="00B7305F">
        <w:rPr>
          <w:color w:val="000000" w:themeColor="text1"/>
          <w:lang w:val="uk-UA"/>
        </w:rPr>
        <w:t>тому</w:t>
      </w:r>
      <w:r w:rsidRPr="00B7305F">
        <w:rPr>
          <w:color w:val="000000" w:themeColor="text1"/>
          <w:lang w:val="uk-UA"/>
        </w:rPr>
        <w:t xml:space="preserve"> </w:t>
      </w:r>
      <w:r w:rsidR="00FC08A3" w:rsidRPr="00B7305F">
        <w:rPr>
          <w:color w:val="000000" w:themeColor="text1"/>
          <w:lang w:val="uk-UA"/>
        </w:rPr>
        <w:t>синтез</w:t>
      </w:r>
      <w:r w:rsidRPr="00B7305F">
        <w:rPr>
          <w:color w:val="000000" w:themeColor="text1"/>
          <w:lang w:val="uk-UA"/>
        </w:rPr>
        <w:t xml:space="preserve"> </w:t>
      </w:r>
      <w:r w:rsidR="00FC08A3" w:rsidRPr="00B7305F">
        <w:rPr>
          <w:color w:val="000000" w:themeColor="text1"/>
          <w:lang w:val="uk-UA"/>
        </w:rPr>
        <w:t>сценічних</w:t>
      </w:r>
      <w:r w:rsidRPr="00B7305F">
        <w:rPr>
          <w:color w:val="000000" w:themeColor="text1"/>
          <w:lang w:val="uk-UA"/>
        </w:rPr>
        <w:t xml:space="preserve"> </w:t>
      </w:r>
      <w:r w:rsidR="00FC08A3" w:rsidRPr="00B7305F">
        <w:rPr>
          <w:color w:val="000000" w:themeColor="text1"/>
          <w:lang w:val="uk-UA"/>
        </w:rPr>
        <w:t>і</w:t>
      </w:r>
      <w:r w:rsidRPr="00B7305F">
        <w:rPr>
          <w:color w:val="000000" w:themeColor="text1"/>
          <w:lang w:val="uk-UA"/>
        </w:rPr>
        <w:t xml:space="preserve"> </w:t>
      </w:r>
      <w:r w:rsidR="00FC08A3" w:rsidRPr="00B7305F">
        <w:rPr>
          <w:color w:val="000000" w:themeColor="text1"/>
          <w:lang w:val="uk-UA"/>
        </w:rPr>
        <w:t>кінематографічних</w:t>
      </w:r>
      <w:r w:rsidRPr="00B7305F">
        <w:rPr>
          <w:color w:val="000000" w:themeColor="text1"/>
          <w:lang w:val="uk-UA"/>
        </w:rPr>
        <w:t xml:space="preserve"> </w:t>
      </w:r>
      <w:r w:rsidR="00FC08A3" w:rsidRPr="00B7305F">
        <w:rPr>
          <w:color w:val="000000" w:themeColor="text1"/>
          <w:lang w:val="uk-UA"/>
        </w:rPr>
        <w:t>форм</w:t>
      </w:r>
      <w:r w:rsidRPr="00B7305F">
        <w:rPr>
          <w:color w:val="000000" w:themeColor="text1"/>
          <w:lang w:val="uk-UA"/>
        </w:rPr>
        <w:t xml:space="preserve"> </w:t>
      </w:r>
      <w:r w:rsidR="00FC08A3" w:rsidRPr="00B7305F">
        <w:rPr>
          <w:color w:val="000000" w:themeColor="text1"/>
          <w:lang w:val="uk-UA"/>
        </w:rPr>
        <w:t>виступає</w:t>
      </w:r>
      <w:r w:rsidRPr="00B7305F">
        <w:rPr>
          <w:color w:val="000000" w:themeColor="text1"/>
          <w:lang w:val="uk-UA"/>
        </w:rPr>
        <w:t xml:space="preserve"> </w:t>
      </w:r>
      <w:r w:rsidR="00FC08A3" w:rsidRPr="00B7305F">
        <w:rPr>
          <w:color w:val="000000" w:themeColor="text1"/>
          <w:lang w:val="uk-UA"/>
        </w:rPr>
        <w:t>не</w:t>
      </w:r>
      <w:r w:rsidRPr="00B7305F">
        <w:rPr>
          <w:color w:val="000000" w:themeColor="text1"/>
          <w:lang w:val="uk-UA"/>
        </w:rPr>
        <w:t xml:space="preserve"> </w:t>
      </w:r>
      <w:r w:rsidR="00FC08A3" w:rsidRPr="00B7305F">
        <w:rPr>
          <w:color w:val="000000" w:themeColor="text1"/>
          <w:lang w:val="uk-UA"/>
        </w:rPr>
        <w:t>окремим</w:t>
      </w:r>
      <w:r w:rsidRPr="00B7305F">
        <w:rPr>
          <w:color w:val="000000" w:themeColor="text1"/>
          <w:lang w:val="uk-UA"/>
        </w:rPr>
        <w:t xml:space="preserve"> </w:t>
      </w:r>
      <w:r w:rsidR="00FC08A3" w:rsidRPr="00B7305F">
        <w:rPr>
          <w:color w:val="000000" w:themeColor="text1"/>
          <w:lang w:val="uk-UA"/>
        </w:rPr>
        <w:t>явищем,</w:t>
      </w:r>
      <w:r w:rsidRPr="00B7305F">
        <w:rPr>
          <w:color w:val="000000" w:themeColor="text1"/>
          <w:lang w:val="uk-UA"/>
        </w:rPr>
        <w:t xml:space="preserve"> </w:t>
      </w:r>
      <w:r w:rsidR="00FC08A3" w:rsidRPr="00B7305F">
        <w:rPr>
          <w:color w:val="000000" w:themeColor="text1"/>
          <w:lang w:val="uk-UA"/>
        </w:rPr>
        <w:t>а</w:t>
      </w:r>
      <w:r w:rsidRPr="00B7305F">
        <w:rPr>
          <w:color w:val="000000" w:themeColor="text1"/>
          <w:lang w:val="uk-UA"/>
        </w:rPr>
        <w:t xml:space="preserve"> </w:t>
      </w:r>
      <w:r w:rsidR="00FC08A3" w:rsidRPr="00B7305F">
        <w:rPr>
          <w:color w:val="000000" w:themeColor="text1"/>
          <w:lang w:val="uk-UA"/>
        </w:rPr>
        <w:t>принципом</w:t>
      </w:r>
      <w:r w:rsidRPr="00B7305F">
        <w:rPr>
          <w:color w:val="000000" w:themeColor="text1"/>
          <w:lang w:val="uk-UA"/>
        </w:rPr>
        <w:t xml:space="preserve"> </w:t>
      </w:r>
      <w:r w:rsidR="00FC08A3" w:rsidRPr="00B7305F">
        <w:rPr>
          <w:color w:val="000000" w:themeColor="text1"/>
          <w:lang w:val="uk-UA"/>
        </w:rPr>
        <w:t>сучасного</w:t>
      </w:r>
      <w:r w:rsidRPr="00B7305F">
        <w:rPr>
          <w:color w:val="000000" w:themeColor="text1"/>
          <w:lang w:val="uk-UA"/>
        </w:rPr>
        <w:t xml:space="preserve"> </w:t>
      </w:r>
      <w:r w:rsidR="00FC08A3" w:rsidRPr="00B7305F">
        <w:rPr>
          <w:color w:val="000000" w:themeColor="text1"/>
          <w:lang w:val="uk-UA"/>
        </w:rPr>
        <w:t>мистецького</w:t>
      </w:r>
      <w:r w:rsidRPr="00B7305F">
        <w:rPr>
          <w:color w:val="000000" w:themeColor="text1"/>
          <w:lang w:val="uk-UA"/>
        </w:rPr>
        <w:t xml:space="preserve"> </w:t>
      </w:r>
      <w:r w:rsidR="00FC08A3" w:rsidRPr="00B7305F">
        <w:rPr>
          <w:color w:val="000000" w:themeColor="text1"/>
          <w:lang w:val="uk-UA"/>
        </w:rPr>
        <w:t>мислення,</w:t>
      </w:r>
      <w:r w:rsidRPr="00B7305F">
        <w:rPr>
          <w:color w:val="000000" w:themeColor="text1"/>
          <w:lang w:val="uk-UA"/>
        </w:rPr>
        <w:t xml:space="preserve"> </w:t>
      </w:r>
      <w:r w:rsidR="00FC08A3" w:rsidRPr="00B7305F">
        <w:rPr>
          <w:color w:val="000000" w:themeColor="text1"/>
          <w:lang w:val="uk-UA"/>
        </w:rPr>
        <w:t>що</w:t>
      </w:r>
      <w:r w:rsidRPr="00B7305F">
        <w:rPr>
          <w:color w:val="000000" w:themeColor="text1"/>
          <w:lang w:val="uk-UA"/>
        </w:rPr>
        <w:t xml:space="preserve"> </w:t>
      </w:r>
      <w:r w:rsidR="00FC08A3" w:rsidRPr="00B7305F">
        <w:rPr>
          <w:color w:val="000000" w:themeColor="text1"/>
          <w:lang w:val="uk-UA"/>
        </w:rPr>
        <w:t>впливає</w:t>
      </w:r>
      <w:r w:rsidRPr="00B7305F">
        <w:rPr>
          <w:color w:val="000000" w:themeColor="text1"/>
          <w:lang w:val="uk-UA"/>
        </w:rPr>
        <w:t xml:space="preserve"> </w:t>
      </w:r>
      <w:r w:rsidR="00FC08A3" w:rsidRPr="00B7305F">
        <w:rPr>
          <w:color w:val="000000" w:themeColor="text1"/>
          <w:lang w:val="uk-UA"/>
        </w:rPr>
        <w:t>на</w:t>
      </w:r>
      <w:r w:rsidRPr="00B7305F">
        <w:rPr>
          <w:color w:val="000000" w:themeColor="text1"/>
          <w:lang w:val="uk-UA"/>
        </w:rPr>
        <w:t xml:space="preserve"> </w:t>
      </w:r>
      <w:r w:rsidR="00FC08A3" w:rsidRPr="00B7305F">
        <w:rPr>
          <w:color w:val="000000" w:themeColor="text1"/>
          <w:lang w:val="uk-UA"/>
        </w:rPr>
        <w:t>підготовку</w:t>
      </w:r>
      <w:r w:rsidRPr="00B7305F">
        <w:rPr>
          <w:color w:val="000000" w:themeColor="text1"/>
          <w:lang w:val="uk-UA"/>
        </w:rPr>
        <w:t xml:space="preserve"> </w:t>
      </w:r>
      <w:r w:rsidR="00FC08A3" w:rsidRPr="00B7305F">
        <w:rPr>
          <w:color w:val="000000" w:themeColor="text1"/>
          <w:lang w:val="uk-UA"/>
        </w:rPr>
        <w:t>актора,</w:t>
      </w:r>
      <w:r w:rsidRPr="00B7305F">
        <w:rPr>
          <w:color w:val="000000" w:themeColor="text1"/>
          <w:lang w:val="uk-UA"/>
        </w:rPr>
        <w:t xml:space="preserve"> </w:t>
      </w:r>
      <w:r w:rsidR="00FC08A3" w:rsidRPr="00B7305F">
        <w:rPr>
          <w:color w:val="000000" w:themeColor="text1"/>
          <w:lang w:val="uk-UA"/>
        </w:rPr>
        <w:t>режисера</w:t>
      </w:r>
      <w:r w:rsidRPr="00B7305F">
        <w:rPr>
          <w:color w:val="000000" w:themeColor="text1"/>
          <w:lang w:val="uk-UA"/>
        </w:rPr>
        <w:t xml:space="preserve"> </w:t>
      </w:r>
      <w:r w:rsidR="00FC08A3" w:rsidRPr="00B7305F">
        <w:rPr>
          <w:color w:val="000000" w:themeColor="text1"/>
          <w:lang w:val="uk-UA"/>
        </w:rPr>
        <w:t>та</w:t>
      </w:r>
      <w:r w:rsidRPr="00B7305F">
        <w:rPr>
          <w:color w:val="000000" w:themeColor="text1"/>
          <w:lang w:val="uk-UA"/>
        </w:rPr>
        <w:t xml:space="preserve"> </w:t>
      </w:r>
      <w:r w:rsidR="00FC08A3" w:rsidRPr="00B7305F">
        <w:rPr>
          <w:color w:val="000000" w:themeColor="text1"/>
          <w:lang w:val="uk-UA"/>
        </w:rPr>
        <w:t>загальну</w:t>
      </w:r>
      <w:r w:rsidRPr="00B7305F">
        <w:rPr>
          <w:color w:val="000000" w:themeColor="text1"/>
          <w:lang w:val="uk-UA"/>
        </w:rPr>
        <w:t xml:space="preserve"> </w:t>
      </w:r>
      <w:r w:rsidR="00FC08A3" w:rsidRPr="00B7305F">
        <w:rPr>
          <w:color w:val="000000" w:themeColor="text1"/>
          <w:lang w:val="uk-UA"/>
        </w:rPr>
        <w:t>еволюцію</w:t>
      </w:r>
      <w:r w:rsidRPr="00B7305F">
        <w:rPr>
          <w:color w:val="000000" w:themeColor="text1"/>
          <w:lang w:val="uk-UA"/>
        </w:rPr>
        <w:t xml:space="preserve"> </w:t>
      </w:r>
      <w:r w:rsidR="00FC08A3" w:rsidRPr="00B7305F">
        <w:rPr>
          <w:color w:val="000000" w:themeColor="text1"/>
          <w:lang w:val="uk-UA"/>
        </w:rPr>
        <w:t>виконавської</w:t>
      </w:r>
      <w:r w:rsidRPr="00B7305F">
        <w:rPr>
          <w:color w:val="000000" w:themeColor="text1"/>
          <w:lang w:val="uk-UA"/>
        </w:rPr>
        <w:t xml:space="preserve"> </w:t>
      </w:r>
      <w:r w:rsidR="00FC08A3" w:rsidRPr="00B7305F">
        <w:rPr>
          <w:color w:val="000000" w:themeColor="text1"/>
          <w:lang w:val="uk-UA"/>
        </w:rPr>
        <w:t>культури.</w:t>
      </w:r>
    </w:p>
    <w:p w14:paraId="477D906E" w14:textId="4C1D8BC5" w:rsidR="00FC08A3"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D96A92" w:rsidRPr="00B7305F">
        <w:rPr>
          <w:rFonts w:cs="Times New Roman"/>
          <w:b/>
          <w:bCs/>
          <w:color w:val="000000" w:themeColor="text1"/>
          <w:lang w:val="uk-UA"/>
        </w:rPr>
        <w:t>Семіотичний</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і</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культурологічний</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підхід</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до</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аналізу</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синтезу</w:t>
      </w:r>
    </w:p>
    <w:p w14:paraId="1DA1281E" w14:textId="158919F7" w:rsidR="0030375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Семіотичний</w:t>
      </w:r>
      <w:r w:rsidRPr="00B7305F">
        <w:rPr>
          <w:rFonts w:cs="Times New Roman"/>
          <w:color w:val="000000" w:themeColor="text1"/>
          <w:lang w:val="uk-UA"/>
        </w:rPr>
        <w:t xml:space="preserve"> </w:t>
      </w:r>
      <w:r w:rsidR="00D96A92" w:rsidRPr="00B7305F">
        <w:rPr>
          <w:rFonts w:cs="Times New Roman"/>
          <w:color w:val="000000" w:themeColor="text1"/>
          <w:lang w:val="uk-UA"/>
        </w:rPr>
        <w:t>підхід</w:t>
      </w:r>
      <w:r w:rsidRPr="00B7305F">
        <w:rPr>
          <w:rFonts w:cs="Times New Roman"/>
          <w:color w:val="000000" w:themeColor="text1"/>
          <w:lang w:val="uk-UA"/>
        </w:rPr>
        <w:t xml:space="preserve"> </w:t>
      </w:r>
      <w:r w:rsidR="00D96A92" w:rsidRPr="00B7305F">
        <w:rPr>
          <w:rFonts w:cs="Times New Roman"/>
          <w:color w:val="000000" w:themeColor="text1"/>
          <w:lang w:val="uk-UA"/>
        </w:rPr>
        <w:t>розглядає</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системи</w:t>
      </w:r>
      <w:r w:rsidRPr="00B7305F">
        <w:rPr>
          <w:rFonts w:cs="Times New Roman"/>
          <w:color w:val="000000" w:themeColor="text1"/>
          <w:lang w:val="uk-UA"/>
        </w:rPr>
        <w:t xml:space="preserve"> </w:t>
      </w:r>
      <w:r w:rsidR="00D96A92" w:rsidRPr="00B7305F">
        <w:rPr>
          <w:rFonts w:cs="Times New Roman"/>
          <w:color w:val="000000" w:themeColor="text1"/>
          <w:lang w:val="uk-UA"/>
        </w:rPr>
        <w:t>знаків.</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Театральна</w:t>
      </w:r>
      <w:r w:rsidRPr="00B7305F">
        <w:rPr>
          <w:rFonts w:cs="Times New Roman"/>
          <w:color w:val="000000" w:themeColor="text1"/>
          <w:lang w:val="uk-UA"/>
        </w:rPr>
        <w:t xml:space="preserve"> </w:t>
      </w:r>
      <w:r w:rsidR="00D96A92" w:rsidRPr="00B7305F">
        <w:rPr>
          <w:rFonts w:cs="Times New Roman"/>
          <w:color w:val="000000" w:themeColor="text1"/>
          <w:lang w:val="uk-UA"/>
        </w:rPr>
        <w:t>дія</w:t>
      </w:r>
    </w:p>
    <w:p w14:paraId="17CD8367" w14:textId="77777777" w:rsidR="001F4BC5" w:rsidRPr="00B7305F" w:rsidRDefault="00D96A92"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мова</w:t>
      </w:r>
      <w:r w:rsidR="00480420" w:rsidRPr="00B7305F">
        <w:rPr>
          <w:rFonts w:cs="Times New Roman"/>
          <w:color w:val="000000" w:themeColor="text1"/>
          <w:lang w:val="uk-UA"/>
        </w:rPr>
        <w:t xml:space="preserve"> </w:t>
      </w:r>
      <w:r w:rsidRPr="00B7305F">
        <w:rPr>
          <w:rFonts w:cs="Times New Roman"/>
          <w:color w:val="000000" w:themeColor="text1"/>
          <w:lang w:val="uk-UA"/>
        </w:rPr>
        <w:t>живого</w:t>
      </w:r>
      <w:r w:rsidR="00480420" w:rsidRPr="00B7305F">
        <w:rPr>
          <w:rFonts w:cs="Times New Roman"/>
          <w:color w:val="000000" w:themeColor="text1"/>
          <w:lang w:val="uk-UA"/>
        </w:rPr>
        <w:t xml:space="preserve"> </w:t>
      </w:r>
      <w:r w:rsidRPr="00B7305F">
        <w:rPr>
          <w:rFonts w:cs="Times New Roman"/>
          <w:color w:val="000000" w:themeColor="text1"/>
          <w:lang w:val="uk-UA"/>
        </w:rPr>
        <w:t>тіла,</w:t>
      </w:r>
      <w:r w:rsidR="00480420" w:rsidRPr="00B7305F">
        <w:rPr>
          <w:rFonts w:cs="Times New Roman"/>
          <w:color w:val="000000" w:themeColor="text1"/>
          <w:lang w:val="uk-UA"/>
        </w:rPr>
        <w:t xml:space="preserve"> </w:t>
      </w:r>
      <w:r w:rsidRPr="00B7305F">
        <w:rPr>
          <w:rFonts w:cs="Times New Roman"/>
          <w:color w:val="000000" w:themeColor="text1"/>
          <w:lang w:val="uk-UA"/>
        </w:rPr>
        <w:t>голосу,</w:t>
      </w:r>
      <w:r w:rsidR="00480420" w:rsidRPr="00B7305F">
        <w:rPr>
          <w:rFonts w:cs="Times New Roman"/>
          <w:color w:val="000000" w:themeColor="text1"/>
          <w:lang w:val="uk-UA"/>
        </w:rPr>
        <w:t xml:space="preserve"> </w:t>
      </w:r>
      <w:r w:rsidRPr="00B7305F">
        <w:rPr>
          <w:rFonts w:cs="Times New Roman"/>
          <w:color w:val="000000" w:themeColor="text1"/>
          <w:lang w:val="uk-UA"/>
        </w:rPr>
        <w:t>жесту,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той</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w:t>
      </w:r>
      <w:r w:rsidR="00480420" w:rsidRPr="00B7305F">
        <w:rPr>
          <w:rFonts w:cs="Times New Roman"/>
          <w:color w:val="000000" w:themeColor="text1"/>
          <w:lang w:val="uk-UA"/>
        </w:rPr>
        <w:t xml:space="preserve"> </w:t>
      </w:r>
      <w:r w:rsidRPr="00B7305F">
        <w:rPr>
          <w:rFonts w:cs="Times New Roman"/>
          <w:color w:val="000000" w:themeColor="text1"/>
          <w:lang w:val="uk-UA"/>
        </w:rPr>
        <w:t>оперує</w:t>
      </w:r>
      <w:r w:rsidR="00480420" w:rsidRPr="00B7305F">
        <w:rPr>
          <w:rFonts w:cs="Times New Roman"/>
          <w:color w:val="000000" w:themeColor="text1"/>
          <w:lang w:val="uk-UA"/>
        </w:rPr>
        <w:t xml:space="preserve"> </w:t>
      </w:r>
      <w:r w:rsidRPr="00B7305F">
        <w:rPr>
          <w:rFonts w:cs="Times New Roman"/>
          <w:color w:val="000000" w:themeColor="text1"/>
          <w:lang w:val="uk-UA"/>
        </w:rPr>
        <w:t>знаками</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Обидві</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власну</w:t>
      </w:r>
      <w:r w:rsidR="00480420" w:rsidRPr="00B7305F">
        <w:rPr>
          <w:rFonts w:cs="Times New Roman"/>
          <w:color w:val="000000" w:themeColor="text1"/>
          <w:lang w:val="uk-UA"/>
        </w:rPr>
        <w:t xml:space="preserve"> </w:t>
      </w:r>
      <w:r w:rsidRPr="00B7305F">
        <w:rPr>
          <w:rFonts w:cs="Times New Roman"/>
          <w:color w:val="000000" w:themeColor="text1"/>
          <w:lang w:val="uk-UA"/>
        </w:rPr>
        <w:t>граматику,</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Pr="00B7305F">
        <w:rPr>
          <w:rFonts w:cs="Times New Roman"/>
          <w:color w:val="000000" w:themeColor="text1"/>
          <w:lang w:val="uk-UA"/>
        </w:rPr>
        <w:t>виникає</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тип</w:t>
      </w:r>
      <w:r w:rsidR="00480420" w:rsidRPr="00B7305F">
        <w:rPr>
          <w:rFonts w:cs="Times New Roman"/>
          <w:color w:val="000000" w:themeColor="text1"/>
          <w:lang w:val="uk-UA"/>
        </w:rPr>
        <w:t xml:space="preserve"> </w:t>
      </w:r>
      <w:r w:rsidRPr="00B7305F">
        <w:rPr>
          <w:rFonts w:cs="Times New Roman"/>
          <w:color w:val="000000" w:themeColor="text1"/>
          <w:lang w:val="uk-UA"/>
        </w:rPr>
        <w:t>семіотичної</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гібридна</w:t>
      </w:r>
      <w:r w:rsidR="00480420" w:rsidRPr="00B7305F">
        <w:rPr>
          <w:rFonts w:cs="Times New Roman"/>
          <w:color w:val="000000" w:themeColor="text1"/>
          <w:lang w:val="uk-UA"/>
        </w:rPr>
        <w:t xml:space="preserve"> </w:t>
      </w:r>
      <w:r w:rsidRPr="00B7305F">
        <w:rPr>
          <w:rFonts w:cs="Times New Roman"/>
          <w:color w:val="000000" w:themeColor="text1"/>
          <w:lang w:val="uk-UA"/>
        </w:rPr>
        <w:t>форма,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якій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звук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зливаються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єдину</w:t>
      </w:r>
      <w:r w:rsidR="00480420" w:rsidRPr="00B7305F">
        <w:rPr>
          <w:rFonts w:cs="Times New Roman"/>
          <w:color w:val="000000" w:themeColor="text1"/>
          <w:lang w:val="uk-UA"/>
        </w:rPr>
        <w:t xml:space="preserve"> </w:t>
      </w:r>
      <w:r w:rsidRPr="00B7305F">
        <w:rPr>
          <w:rFonts w:cs="Times New Roman"/>
          <w:color w:val="000000" w:themeColor="text1"/>
          <w:lang w:val="uk-UA"/>
        </w:rPr>
        <w:t>естетичну</w:t>
      </w:r>
      <w:r w:rsidR="00480420" w:rsidRPr="00B7305F">
        <w:rPr>
          <w:rFonts w:cs="Times New Roman"/>
          <w:color w:val="000000" w:themeColor="text1"/>
          <w:lang w:val="uk-UA"/>
        </w:rPr>
        <w:t xml:space="preserve"> </w:t>
      </w:r>
      <w:r w:rsidRPr="00B7305F">
        <w:rPr>
          <w:rFonts w:cs="Times New Roman"/>
          <w:color w:val="000000" w:themeColor="text1"/>
          <w:lang w:val="uk-UA"/>
        </w:rPr>
        <w:t>мову.</w:t>
      </w:r>
    </w:p>
    <w:p w14:paraId="7E852CC1" w14:textId="024E7AE6" w:rsidR="009D21BD" w:rsidRPr="00B7305F" w:rsidRDefault="001F4BC5"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Культурологічний</w:t>
      </w:r>
      <w:r w:rsidR="00480420" w:rsidRPr="00B7305F">
        <w:rPr>
          <w:rFonts w:cs="Times New Roman"/>
          <w:color w:val="000000" w:themeColor="text1"/>
          <w:lang w:val="uk-UA"/>
        </w:rPr>
        <w:t xml:space="preserve"> </w:t>
      </w:r>
      <w:r w:rsidR="00D96A92"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00D96A92" w:rsidRPr="00B7305F">
        <w:rPr>
          <w:rFonts w:cs="Times New Roman"/>
          <w:color w:val="000000" w:themeColor="text1"/>
          <w:lang w:val="uk-UA"/>
        </w:rPr>
        <w:t>розглядає</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синтез</w:t>
      </w:r>
      <w:r w:rsidR="00480420" w:rsidRPr="00B7305F">
        <w:rPr>
          <w:rFonts w:cs="Times New Roman"/>
          <w:color w:val="000000" w:themeColor="text1"/>
          <w:lang w:val="uk-UA"/>
        </w:rPr>
        <w:t xml:space="preserve"> </w:t>
      </w:r>
      <w:r w:rsidR="00D96A92" w:rsidRPr="00B7305F">
        <w:rPr>
          <w:rFonts w:cs="Times New Roman"/>
          <w:color w:val="000000" w:themeColor="text1"/>
          <w:lang w:val="uk-UA"/>
        </w:rPr>
        <w:t>як</w:t>
      </w:r>
      <w:r w:rsidR="00480420" w:rsidRPr="00B7305F">
        <w:rPr>
          <w:rFonts w:cs="Times New Roman"/>
          <w:color w:val="000000" w:themeColor="text1"/>
          <w:lang w:val="uk-UA"/>
        </w:rPr>
        <w:t xml:space="preserve"> </w:t>
      </w:r>
      <w:r w:rsidR="00D96A92" w:rsidRPr="00B7305F">
        <w:rPr>
          <w:rFonts w:cs="Times New Roman"/>
          <w:color w:val="000000" w:themeColor="text1"/>
          <w:lang w:val="uk-UA"/>
        </w:rPr>
        <w:t>відображення</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соціально-історичних</w:t>
      </w:r>
      <w:r w:rsidR="00480420" w:rsidRPr="00B7305F">
        <w:rPr>
          <w:rFonts w:cs="Times New Roman"/>
          <w:color w:val="000000" w:themeColor="text1"/>
          <w:lang w:val="uk-UA"/>
        </w:rPr>
        <w:t xml:space="preserve"> </w:t>
      </w:r>
      <w:r w:rsidR="00D96A92" w:rsidRPr="00B7305F">
        <w:rPr>
          <w:rFonts w:cs="Times New Roman"/>
          <w:color w:val="000000" w:themeColor="text1"/>
          <w:lang w:val="uk-UA"/>
        </w:rPr>
        <w:t>процесів.</w:t>
      </w:r>
      <w:r w:rsidR="00480420"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00D96A92" w:rsidRPr="00B7305F">
        <w:rPr>
          <w:rFonts w:cs="Times New Roman"/>
          <w:color w:val="000000" w:themeColor="text1"/>
          <w:lang w:val="uk-UA"/>
        </w:rPr>
        <w:t>і</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кіно</w:t>
      </w:r>
      <w:r w:rsidR="00480420" w:rsidRPr="00B7305F">
        <w:rPr>
          <w:rFonts w:cs="Times New Roman"/>
          <w:color w:val="000000" w:themeColor="text1"/>
          <w:lang w:val="uk-UA"/>
        </w:rPr>
        <w:t xml:space="preserve"> </w:t>
      </w:r>
      <w:r w:rsidR="00D96A92"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00D96A92" w:rsidRPr="00B7305F">
        <w:rPr>
          <w:rFonts w:cs="Times New Roman"/>
          <w:color w:val="000000" w:themeColor="text1"/>
          <w:lang w:val="uk-UA"/>
        </w:rPr>
        <w:t>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межах</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культурного</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контексту,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де</w:t>
      </w:r>
      <w:r w:rsidR="00480420" w:rsidRPr="00B7305F">
        <w:rPr>
          <w:rFonts w:cs="Times New Roman"/>
          <w:color w:val="000000" w:themeColor="text1"/>
          <w:lang w:val="uk-UA"/>
        </w:rPr>
        <w:t xml:space="preserve"> </w:t>
      </w:r>
      <w:r w:rsidR="00D96A92" w:rsidRPr="00B7305F">
        <w:rPr>
          <w:rFonts w:cs="Times New Roman"/>
          <w:color w:val="000000" w:themeColor="text1"/>
          <w:lang w:val="uk-UA"/>
        </w:rPr>
        <w:t>змінюються</w:t>
      </w:r>
      <w:r w:rsidR="00480420" w:rsidRPr="00B7305F">
        <w:rPr>
          <w:rFonts w:cs="Times New Roman"/>
          <w:color w:val="000000" w:themeColor="text1"/>
          <w:lang w:val="uk-UA"/>
        </w:rPr>
        <w:t xml:space="preserve"> </w:t>
      </w:r>
      <w:r w:rsidR="00D96A92" w:rsidRPr="00B7305F">
        <w:rPr>
          <w:rFonts w:cs="Times New Roman"/>
          <w:color w:val="000000" w:themeColor="text1"/>
          <w:lang w:val="uk-UA"/>
        </w:rPr>
        <w:t>цінності,</w:t>
      </w:r>
      <w:r w:rsidR="00480420" w:rsidRPr="00B7305F">
        <w:rPr>
          <w:rFonts w:cs="Times New Roman"/>
          <w:color w:val="000000" w:themeColor="text1"/>
          <w:lang w:val="uk-UA"/>
        </w:rPr>
        <w:t xml:space="preserve"> </w:t>
      </w:r>
      <w:r w:rsidR="00D96A92"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способи</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комунікації.</w:t>
      </w:r>
      <w:r w:rsidR="00480420" w:rsidRPr="00B7305F">
        <w:rPr>
          <w:rFonts w:cs="Times New Roman"/>
          <w:color w:val="000000" w:themeColor="text1"/>
          <w:lang w:val="uk-UA"/>
        </w:rPr>
        <w:t xml:space="preserve"> </w:t>
      </w:r>
      <w:r w:rsidR="00D96A92" w:rsidRPr="00B7305F">
        <w:rPr>
          <w:rFonts w:cs="Times New Roman"/>
          <w:color w:val="000000" w:themeColor="text1"/>
          <w:lang w:val="uk-UA"/>
        </w:rPr>
        <w:t>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сенсі</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кінематограф</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став</w:t>
      </w:r>
      <w:r w:rsidR="00480420" w:rsidRPr="00B7305F">
        <w:rPr>
          <w:rFonts w:cs="Times New Roman"/>
          <w:color w:val="000000" w:themeColor="text1"/>
          <w:lang w:val="uk-UA"/>
        </w:rPr>
        <w:t xml:space="preserve"> </w:t>
      </w:r>
      <w:r w:rsidR="00D96A92" w:rsidRPr="00B7305F">
        <w:rPr>
          <w:rFonts w:cs="Times New Roman"/>
          <w:color w:val="000000" w:themeColor="text1"/>
          <w:lang w:val="uk-UA"/>
        </w:rPr>
        <w:t>дзеркалом</w:t>
      </w:r>
      <w:r w:rsidR="00480420" w:rsidRPr="00B7305F">
        <w:rPr>
          <w:rFonts w:cs="Times New Roman"/>
          <w:color w:val="000000" w:themeColor="text1"/>
          <w:lang w:val="uk-UA"/>
        </w:rPr>
        <w:t xml:space="preserve"> </w:t>
      </w:r>
      <w:r w:rsidR="00D96A92" w:rsidRPr="00B7305F">
        <w:rPr>
          <w:rFonts w:cs="Times New Roman"/>
          <w:color w:val="000000" w:themeColor="text1"/>
          <w:lang w:val="uk-UA"/>
        </w:rPr>
        <w:t>модерної</w:t>
      </w:r>
      <w:r w:rsidR="00480420" w:rsidRPr="00B7305F">
        <w:rPr>
          <w:rFonts w:cs="Times New Roman"/>
          <w:color w:val="000000" w:themeColor="text1"/>
          <w:lang w:val="uk-UA"/>
        </w:rPr>
        <w:t xml:space="preserve"> </w:t>
      </w:r>
      <w:r w:rsidR="00D96A92" w:rsidRPr="00B7305F">
        <w:rPr>
          <w:rFonts w:cs="Times New Roman"/>
          <w:color w:val="000000" w:themeColor="text1"/>
          <w:lang w:val="uk-UA"/>
        </w:rPr>
        <w:t>доби,</w:t>
      </w:r>
      <w:r w:rsidR="00480420" w:rsidRPr="00B7305F">
        <w:rPr>
          <w:rFonts w:cs="Times New Roman"/>
          <w:color w:val="000000" w:themeColor="text1"/>
          <w:lang w:val="uk-UA"/>
        </w:rPr>
        <w:t xml:space="preserve"> </w:t>
      </w:r>
      <w:r w:rsidR="00D96A92" w:rsidRPr="00B7305F">
        <w:rPr>
          <w:rFonts w:cs="Times New Roman"/>
          <w:color w:val="000000" w:themeColor="text1"/>
          <w:lang w:val="uk-UA"/>
        </w:rPr>
        <w:t>тоді</w:t>
      </w:r>
      <w:r w:rsidR="00480420" w:rsidRPr="00B7305F">
        <w:rPr>
          <w:rFonts w:cs="Times New Roman"/>
          <w:color w:val="000000" w:themeColor="text1"/>
          <w:lang w:val="uk-UA"/>
        </w:rPr>
        <w:t xml:space="preserve"> </w:t>
      </w:r>
      <w:r w:rsidR="00D96A92" w:rsidRPr="00B7305F">
        <w:rPr>
          <w:rFonts w:cs="Times New Roman"/>
          <w:color w:val="000000" w:themeColor="text1"/>
          <w:lang w:val="uk-UA"/>
        </w:rPr>
        <w:t>як</w:t>
      </w:r>
      <w:r w:rsidR="00480420"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00D96A92" w:rsidRPr="00B7305F">
        <w:rPr>
          <w:rFonts w:cs="Times New Roman"/>
          <w:color w:val="000000" w:themeColor="text1"/>
          <w:lang w:val="uk-UA"/>
        </w:rPr>
        <w:t>зберіг</w:t>
      </w:r>
      <w:r w:rsidR="00480420" w:rsidRPr="00B7305F">
        <w:rPr>
          <w:rFonts w:cs="Times New Roman"/>
          <w:color w:val="000000" w:themeColor="text1"/>
          <w:lang w:val="uk-UA"/>
        </w:rPr>
        <w:t xml:space="preserve"> </w:t>
      </w:r>
      <w:r w:rsidR="00D96A92" w:rsidRPr="00B7305F">
        <w:rPr>
          <w:rFonts w:cs="Times New Roman"/>
          <w:color w:val="000000" w:themeColor="text1"/>
          <w:lang w:val="uk-UA"/>
        </w:rPr>
        <w:t>живу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духовну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енергію</w:t>
      </w:r>
      <w:r w:rsidR="00480420" w:rsidRPr="00B7305F">
        <w:rPr>
          <w:rFonts w:cs="Times New Roman"/>
          <w:color w:val="000000" w:themeColor="text1"/>
          <w:lang w:val="uk-UA"/>
        </w:rPr>
        <w:t xml:space="preserve"> </w:t>
      </w:r>
      <w:r w:rsidR="00D96A92" w:rsidRPr="00B7305F">
        <w:rPr>
          <w:rFonts w:cs="Times New Roman"/>
          <w:color w:val="000000" w:themeColor="text1"/>
          <w:lang w:val="uk-UA"/>
        </w:rPr>
        <w:lastRenderedPageBreak/>
        <w:t>безпосереднього</w:t>
      </w:r>
      <w:r w:rsidR="00480420" w:rsidRPr="00B7305F">
        <w:rPr>
          <w:rFonts w:cs="Times New Roman"/>
          <w:color w:val="000000" w:themeColor="text1"/>
          <w:lang w:val="uk-UA"/>
        </w:rPr>
        <w:t xml:space="preserve"> </w:t>
      </w:r>
      <w:r w:rsidR="00D96A92" w:rsidRPr="00B7305F">
        <w:rPr>
          <w:rFonts w:cs="Times New Roman"/>
          <w:color w:val="000000" w:themeColor="text1"/>
          <w:lang w:val="uk-UA"/>
        </w:rPr>
        <w:t>контакту.</w:t>
      </w:r>
      <w:r w:rsidR="00480420" w:rsidRPr="00B7305F">
        <w:rPr>
          <w:rFonts w:cs="Times New Roman"/>
          <w:color w:val="000000" w:themeColor="text1"/>
          <w:lang w:val="uk-UA"/>
        </w:rPr>
        <w:t xml:space="preserve"> </w:t>
      </w:r>
      <w:r w:rsidR="00D96A92" w:rsidRPr="00B7305F">
        <w:rPr>
          <w:rFonts w:cs="Times New Roman"/>
          <w:color w:val="000000" w:themeColor="text1"/>
          <w:lang w:val="uk-UA"/>
        </w:rPr>
        <w:t>Їхнє</w:t>
      </w:r>
      <w:r w:rsidR="00480420" w:rsidRPr="00B7305F">
        <w:rPr>
          <w:rFonts w:cs="Times New Roman"/>
          <w:color w:val="000000" w:themeColor="text1"/>
          <w:lang w:val="uk-UA"/>
        </w:rPr>
        <w:t xml:space="preserve"> </w:t>
      </w:r>
      <w:r w:rsidR="00D96A92"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00D96A92"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00D96A92"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00D96A92"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00D96A92" w:rsidRPr="00B7305F">
        <w:rPr>
          <w:rFonts w:cs="Times New Roman"/>
          <w:color w:val="000000" w:themeColor="text1"/>
          <w:lang w:val="uk-UA"/>
        </w:rPr>
        <w:t>мистецького</w:t>
      </w:r>
      <w:r w:rsidR="00480420" w:rsidRPr="00B7305F">
        <w:rPr>
          <w:rFonts w:cs="Times New Roman"/>
          <w:color w:val="000000" w:themeColor="text1"/>
          <w:lang w:val="uk-UA"/>
        </w:rPr>
        <w:t xml:space="preserve"> </w:t>
      </w:r>
      <w:r w:rsidR="00D96A92" w:rsidRPr="00B7305F">
        <w:rPr>
          <w:rFonts w:cs="Times New Roman"/>
          <w:color w:val="000000" w:themeColor="text1"/>
          <w:lang w:val="uk-UA"/>
        </w:rPr>
        <w:t>діалогу.</w:t>
      </w:r>
    </w:p>
    <w:p w14:paraId="716BD598" w14:textId="5E315459" w:rsidR="00303754"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D96A92" w:rsidRPr="00B7305F">
        <w:rPr>
          <w:rFonts w:cs="Times New Roman"/>
          <w:b/>
          <w:bCs/>
          <w:color w:val="000000" w:themeColor="text1"/>
          <w:lang w:val="uk-UA"/>
        </w:rPr>
        <w:t>Український</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контекст</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теорії</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синтезу</w:t>
      </w:r>
      <w:r w:rsidRPr="00B7305F">
        <w:rPr>
          <w:rFonts w:cs="Times New Roman"/>
          <w:color w:val="000000" w:themeColor="text1"/>
          <w:lang w:val="uk-UA"/>
        </w:rPr>
        <w:t xml:space="preserve"> </w:t>
      </w:r>
      <w:r w:rsidR="00303754"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Україні</w:t>
      </w:r>
      <w:r w:rsidRPr="00B7305F">
        <w:rPr>
          <w:rFonts w:cs="Times New Roman"/>
          <w:color w:val="000000" w:themeColor="text1"/>
          <w:lang w:val="uk-UA"/>
        </w:rPr>
        <w:t xml:space="preserve"> </w:t>
      </w:r>
      <w:r w:rsidR="00D96A92" w:rsidRPr="00B7305F">
        <w:rPr>
          <w:rFonts w:cs="Times New Roman"/>
          <w:color w:val="000000" w:themeColor="text1"/>
          <w:lang w:val="uk-UA"/>
        </w:rPr>
        <w:t>питання</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сценічного</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набуло</w:t>
      </w:r>
      <w:r w:rsidRPr="00B7305F">
        <w:rPr>
          <w:rFonts w:cs="Times New Roman"/>
          <w:color w:val="000000" w:themeColor="text1"/>
          <w:lang w:val="uk-UA"/>
        </w:rPr>
        <w:t xml:space="preserve"> </w:t>
      </w:r>
      <w:r w:rsidR="00D96A92" w:rsidRPr="00B7305F">
        <w:rPr>
          <w:rFonts w:cs="Times New Roman"/>
          <w:color w:val="000000" w:themeColor="text1"/>
          <w:lang w:val="uk-UA"/>
        </w:rPr>
        <w:t>особливого</w:t>
      </w:r>
      <w:r w:rsidRPr="00B7305F">
        <w:rPr>
          <w:rFonts w:cs="Times New Roman"/>
          <w:color w:val="000000" w:themeColor="text1"/>
          <w:lang w:val="uk-UA"/>
        </w:rPr>
        <w:t xml:space="preserve"> </w:t>
      </w:r>
      <w:r w:rsidR="00D96A92" w:rsidRPr="00B7305F">
        <w:rPr>
          <w:rFonts w:cs="Times New Roman"/>
          <w:color w:val="000000" w:themeColor="text1"/>
          <w:lang w:val="uk-UA"/>
        </w:rPr>
        <w:t>значення</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ХХ</w:t>
      </w:r>
      <w:r w:rsidRPr="00B7305F">
        <w:rPr>
          <w:rFonts w:cs="Times New Roman"/>
          <w:color w:val="000000" w:themeColor="text1"/>
          <w:lang w:val="uk-UA"/>
        </w:rPr>
        <w:t xml:space="preserve"> </w:t>
      </w:r>
      <w:r w:rsidR="00D96A92" w:rsidRPr="00B7305F">
        <w:rPr>
          <w:rFonts w:cs="Times New Roman"/>
          <w:color w:val="000000" w:themeColor="text1"/>
          <w:lang w:val="uk-UA"/>
        </w:rPr>
        <w:t>столітті.</w:t>
      </w:r>
      <w:r w:rsidRPr="00B7305F">
        <w:rPr>
          <w:rFonts w:cs="Times New Roman"/>
          <w:color w:val="000000" w:themeColor="text1"/>
          <w:lang w:val="uk-UA"/>
        </w:rPr>
        <w:t xml:space="preserve"> </w:t>
      </w:r>
      <w:r w:rsidR="00D96A92" w:rsidRPr="00B7305F">
        <w:rPr>
          <w:rFonts w:cs="Times New Roman"/>
          <w:color w:val="000000" w:themeColor="text1"/>
          <w:lang w:val="uk-UA"/>
        </w:rPr>
        <w:t>Лесь</w:t>
      </w:r>
      <w:r w:rsidRPr="00B7305F">
        <w:rPr>
          <w:rFonts w:cs="Times New Roman"/>
          <w:color w:val="000000" w:themeColor="text1"/>
          <w:lang w:val="uk-UA"/>
        </w:rPr>
        <w:t xml:space="preserve"> </w:t>
      </w:r>
      <w:r w:rsidR="00D96A92" w:rsidRPr="00B7305F">
        <w:rPr>
          <w:rFonts w:cs="Times New Roman"/>
          <w:color w:val="000000" w:themeColor="text1"/>
          <w:lang w:val="uk-UA"/>
        </w:rPr>
        <w:t>Курбас</w:t>
      </w:r>
      <w:r w:rsidRPr="00B7305F">
        <w:rPr>
          <w:rFonts w:cs="Times New Roman"/>
          <w:color w:val="000000" w:themeColor="text1"/>
          <w:lang w:val="uk-UA"/>
        </w:rPr>
        <w:t xml:space="preserve"> </w:t>
      </w:r>
      <w:r w:rsidR="00D96A92" w:rsidRPr="00B7305F">
        <w:rPr>
          <w:rFonts w:cs="Times New Roman"/>
          <w:color w:val="000000" w:themeColor="text1"/>
          <w:lang w:val="uk-UA"/>
        </w:rPr>
        <w:t>розробив</w:t>
      </w:r>
      <w:r w:rsidRPr="00B7305F">
        <w:rPr>
          <w:rFonts w:cs="Times New Roman"/>
          <w:color w:val="000000" w:themeColor="text1"/>
          <w:lang w:val="uk-UA"/>
        </w:rPr>
        <w:t xml:space="preserve"> </w:t>
      </w:r>
      <w:r w:rsidR="00D96A92" w:rsidRPr="00B7305F">
        <w:rPr>
          <w:rFonts w:cs="Times New Roman"/>
          <w:color w:val="000000" w:themeColor="text1"/>
          <w:lang w:val="uk-UA"/>
        </w:rPr>
        <w:t>концепцію</w:t>
      </w:r>
      <w:r w:rsidRPr="00B7305F">
        <w:rPr>
          <w:rFonts w:cs="Times New Roman"/>
          <w:color w:val="000000" w:themeColor="text1"/>
          <w:lang w:val="uk-UA"/>
        </w:rPr>
        <w:t xml:space="preserve"> </w:t>
      </w:r>
      <w:r w:rsidR="00AA6398">
        <w:rPr>
          <w:rFonts w:cs="Times New Roman"/>
          <w:color w:val="000000" w:themeColor="text1"/>
          <w:lang w:val="uk-UA"/>
        </w:rPr>
        <w:t>«</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602983">
        <w:rPr>
          <w:rFonts w:cs="Times New Roman"/>
          <w:lang w:val="uk-UA"/>
        </w:rPr>
        <w:t>дії</w:t>
      </w:r>
      <w:r w:rsidR="00AA6398" w:rsidRPr="00602983">
        <w:rPr>
          <w:rFonts w:cs="Times New Roman"/>
          <w:lang w:val="ru-RU"/>
        </w:rPr>
        <w:t xml:space="preserve"> [</w:t>
      </w:r>
      <w:r w:rsidR="00602983" w:rsidRPr="00602983">
        <w:rPr>
          <w:rFonts w:cs="Times New Roman"/>
          <w:lang w:val="ru-RU"/>
        </w:rPr>
        <w:t>7</w:t>
      </w:r>
      <w:r w:rsidR="00AA6398" w:rsidRPr="00602983">
        <w:rPr>
          <w:rFonts w:cs="Times New Roman"/>
          <w:lang w:val="ru-RU"/>
        </w:rPr>
        <w:t xml:space="preserve">, </w:t>
      </w:r>
      <w:r w:rsidR="00AA6398" w:rsidRPr="00602983">
        <w:rPr>
          <w:rFonts w:cs="Times New Roman"/>
        </w:rPr>
        <w:t>c</w:t>
      </w:r>
      <w:r w:rsidR="00AA6398" w:rsidRPr="00602983">
        <w:rPr>
          <w:rFonts w:cs="Times New Roman"/>
          <w:lang w:val="ru-RU"/>
        </w:rPr>
        <w:t>.</w:t>
      </w:r>
      <w:r w:rsidR="00602983" w:rsidRPr="00602983">
        <w:rPr>
          <w:rFonts w:cs="Times New Roman"/>
          <w:lang w:val="ru-RU"/>
        </w:rPr>
        <w:t>57</w:t>
      </w:r>
      <w:r w:rsidR="00AA6398" w:rsidRPr="00602983">
        <w:rPr>
          <w:rFonts w:cs="Times New Roman"/>
          <w:lang w:val="ru-RU"/>
        </w:rPr>
        <w:t>]</w:t>
      </w:r>
      <w:r w:rsidR="00AA6398" w:rsidRPr="00602983">
        <w:rPr>
          <w:rFonts w:cs="Times New Roman"/>
          <w:lang w:val="uk-UA"/>
        </w:rPr>
        <w:t>»</w:t>
      </w:r>
      <w:r w:rsidR="00D96A92" w:rsidRPr="00602983">
        <w:rPr>
          <w:rFonts w:cs="Times New Roman"/>
          <w:lang w:val="uk-UA"/>
        </w:rPr>
        <w:t>,</w:t>
      </w:r>
      <w:r w:rsidRPr="00602983">
        <w:rPr>
          <w:rFonts w:cs="Times New Roman"/>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якій</w:t>
      </w:r>
      <w:r w:rsidRPr="00B7305F">
        <w:rPr>
          <w:rFonts w:cs="Times New Roman"/>
          <w:color w:val="000000" w:themeColor="text1"/>
          <w:lang w:val="uk-UA"/>
        </w:rPr>
        <w:t xml:space="preserve"> </w:t>
      </w:r>
      <w:r w:rsidR="00D96A92" w:rsidRPr="00B7305F">
        <w:rPr>
          <w:rFonts w:cs="Times New Roman"/>
          <w:color w:val="000000" w:themeColor="text1"/>
          <w:lang w:val="uk-UA"/>
        </w:rPr>
        <w:t>актор</w:t>
      </w:r>
      <w:r w:rsidRPr="00B7305F">
        <w:rPr>
          <w:rFonts w:cs="Times New Roman"/>
          <w:color w:val="000000" w:themeColor="text1"/>
          <w:lang w:val="uk-UA"/>
        </w:rPr>
        <w:t xml:space="preserve"> </w:t>
      </w:r>
      <w:r w:rsidR="00D96A92" w:rsidRPr="00B7305F">
        <w:rPr>
          <w:rFonts w:cs="Times New Roman"/>
          <w:color w:val="000000" w:themeColor="text1"/>
          <w:lang w:val="uk-UA"/>
        </w:rPr>
        <w:t>стає</w:t>
      </w:r>
      <w:r w:rsidRPr="00B7305F">
        <w:rPr>
          <w:rFonts w:cs="Times New Roman"/>
          <w:color w:val="000000" w:themeColor="text1"/>
          <w:lang w:val="uk-UA"/>
        </w:rPr>
        <w:t xml:space="preserve"> </w:t>
      </w:r>
      <w:r w:rsidR="00D96A92" w:rsidRPr="00B7305F">
        <w:rPr>
          <w:rFonts w:cs="Times New Roman"/>
          <w:color w:val="000000" w:themeColor="text1"/>
          <w:lang w:val="uk-UA"/>
        </w:rPr>
        <w:t>центральним</w:t>
      </w:r>
      <w:r w:rsidRPr="00B7305F">
        <w:rPr>
          <w:rFonts w:cs="Times New Roman"/>
          <w:color w:val="000000" w:themeColor="text1"/>
          <w:lang w:val="uk-UA"/>
        </w:rPr>
        <w:t xml:space="preserve"> </w:t>
      </w:r>
      <w:r w:rsidR="00D96A92" w:rsidRPr="00B7305F">
        <w:rPr>
          <w:rFonts w:cs="Times New Roman"/>
          <w:color w:val="000000" w:themeColor="text1"/>
          <w:lang w:val="uk-UA"/>
        </w:rPr>
        <w:t>елементом</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Його</w:t>
      </w:r>
      <w:r w:rsidRPr="00B7305F">
        <w:rPr>
          <w:rFonts w:cs="Times New Roman"/>
          <w:color w:val="000000" w:themeColor="text1"/>
          <w:lang w:val="uk-UA"/>
        </w:rPr>
        <w:t xml:space="preserve"> </w:t>
      </w:r>
      <w:r w:rsidR="00D96A92" w:rsidRPr="00B7305F">
        <w:rPr>
          <w:rFonts w:cs="Times New Roman"/>
          <w:color w:val="000000" w:themeColor="text1"/>
          <w:lang w:val="uk-UA"/>
        </w:rPr>
        <w:t>система</w:t>
      </w:r>
      <w:r w:rsidRPr="00B7305F">
        <w:rPr>
          <w:rFonts w:cs="Times New Roman"/>
          <w:color w:val="000000" w:themeColor="text1"/>
          <w:lang w:val="uk-UA"/>
        </w:rPr>
        <w:t xml:space="preserve"> </w:t>
      </w:r>
      <w:r w:rsidR="00D96A92" w:rsidRPr="00B7305F">
        <w:rPr>
          <w:rFonts w:cs="Times New Roman"/>
          <w:color w:val="000000" w:themeColor="text1"/>
          <w:lang w:val="uk-UA"/>
        </w:rPr>
        <w:t>поєднувала</w:t>
      </w:r>
      <w:r w:rsidRPr="00B7305F">
        <w:rPr>
          <w:rFonts w:cs="Times New Roman"/>
          <w:color w:val="000000" w:themeColor="text1"/>
          <w:lang w:val="uk-UA"/>
        </w:rPr>
        <w:t xml:space="preserve"> </w:t>
      </w:r>
      <w:r w:rsidR="00D96A92" w:rsidRPr="00B7305F">
        <w:rPr>
          <w:rFonts w:cs="Times New Roman"/>
          <w:color w:val="000000" w:themeColor="text1"/>
          <w:lang w:val="uk-UA"/>
        </w:rPr>
        <w:t>елементи</w:t>
      </w:r>
      <w:r w:rsidRPr="00B7305F">
        <w:rPr>
          <w:rFonts w:cs="Times New Roman"/>
          <w:color w:val="000000" w:themeColor="text1"/>
          <w:lang w:val="uk-UA"/>
        </w:rPr>
        <w:t xml:space="preserve"> </w:t>
      </w:r>
      <w:r w:rsidR="00D96A92" w:rsidRPr="00B7305F">
        <w:rPr>
          <w:rFonts w:cs="Times New Roman"/>
          <w:color w:val="000000" w:themeColor="text1"/>
          <w:lang w:val="uk-UA"/>
        </w:rPr>
        <w:t>режисури,</w:t>
      </w:r>
      <w:r w:rsidRPr="00B7305F">
        <w:rPr>
          <w:rFonts w:cs="Times New Roman"/>
          <w:color w:val="000000" w:themeColor="text1"/>
          <w:lang w:val="uk-UA"/>
        </w:rPr>
        <w:t xml:space="preserve"> </w:t>
      </w:r>
      <w:r w:rsidR="00D96A92" w:rsidRPr="00B7305F">
        <w:rPr>
          <w:rFonts w:cs="Times New Roman"/>
          <w:color w:val="000000" w:themeColor="text1"/>
          <w:lang w:val="uk-UA"/>
        </w:rPr>
        <w:t>музики,</w:t>
      </w:r>
      <w:r w:rsidRPr="00B7305F">
        <w:rPr>
          <w:rFonts w:cs="Times New Roman"/>
          <w:color w:val="000000" w:themeColor="text1"/>
          <w:lang w:val="uk-UA"/>
        </w:rPr>
        <w:t xml:space="preserve"> </w:t>
      </w:r>
      <w:r w:rsidR="00D96A92" w:rsidRPr="00B7305F">
        <w:rPr>
          <w:rFonts w:cs="Times New Roman"/>
          <w:color w:val="000000" w:themeColor="text1"/>
          <w:lang w:val="uk-UA"/>
        </w:rPr>
        <w:t>світла,</w:t>
      </w:r>
      <w:r w:rsidRPr="00B7305F">
        <w:rPr>
          <w:rFonts w:cs="Times New Roman"/>
          <w:color w:val="000000" w:themeColor="text1"/>
          <w:lang w:val="uk-UA"/>
        </w:rPr>
        <w:t xml:space="preserve"> </w:t>
      </w:r>
      <w:r w:rsidR="00D96A92" w:rsidRPr="00B7305F">
        <w:rPr>
          <w:rFonts w:cs="Times New Roman"/>
          <w:color w:val="000000" w:themeColor="text1"/>
          <w:lang w:val="uk-UA"/>
        </w:rPr>
        <w:t>ритму,</w:t>
      </w:r>
      <w:r w:rsidRPr="00B7305F">
        <w:rPr>
          <w:rFonts w:cs="Times New Roman"/>
          <w:color w:val="000000" w:themeColor="text1"/>
          <w:lang w:val="uk-UA"/>
        </w:rPr>
        <w:t xml:space="preserve"> </w:t>
      </w:r>
      <w:r w:rsidR="00D96A92" w:rsidRPr="00B7305F">
        <w:rPr>
          <w:rFonts w:cs="Times New Roman"/>
          <w:color w:val="000000" w:themeColor="text1"/>
          <w:lang w:val="uk-UA"/>
        </w:rPr>
        <w:t>створюючи</w:t>
      </w:r>
      <w:r w:rsidRPr="00B7305F">
        <w:rPr>
          <w:rFonts w:cs="Times New Roman"/>
          <w:color w:val="000000" w:themeColor="text1"/>
          <w:lang w:val="uk-UA"/>
        </w:rPr>
        <w:t xml:space="preserve"> </w:t>
      </w:r>
      <w:r w:rsidR="00D96A92" w:rsidRPr="00B7305F">
        <w:rPr>
          <w:rFonts w:cs="Times New Roman"/>
          <w:color w:val="000000" w:themeColor="text1"/>
          <w:lang w:val="uk-UA"/>
        </w:rPr>
        <w:t>багатовимірну</w:t>
      </w:r>
      <w:r w:rsidRPr="00B7305F">
        <w:rPr>
          <w:rFonts w:cs="Times New Roman"/>
          <w:color w:val="000000" w:themeColor="text1"/>
          <w:lang w:val="uk-UA"/>
        </w:rPr>
        <w:t xml:space="preserve"> </w:t>
      </w:r>
      <w:r w:rsidR="00D96A92" w:rsidRPr="00B7305F">
        <w:rPr>
          <w:rFonts w:cs="Times New Roman"/>
          <w:color w:val="000000" w:themeColor="text1"/>
          <w:lang w:val="uk-UA"/>
        </w:rPr>
        <w:t>сценічну</w:t>
      </w:r>
      <w:r w:rsidRPr="00B7305F">
        <w:rPr>
          <w:rFonts w:cs="Times New Roman"/>
          <w:color w:val="000000" w:themeColor="text1"/>
          <w:lang w:val="uk-UA"/>
        </w:rPr>
        <w:t xml:space="preserve"> </w:t>
      </w:r>
      <w:r w:rsidR="00D96A92" w:rsidRPr="00B7305F">
        <w:rPr>
          <w:rFonts w:cs="Times New Roman"/>
          <w:color w:val="000000" w:themeColor="text1"/>
          <w:lang w:val="uk-UA"/>
        </w:rPr>
        <w:t>структуру.</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фільмах</w:t>
      </w:r>
      <w:r w:rsidRPr="00B7305F">
        <w:rPr>
          <w:rFonts w:cs="Times New Roman"/>
          <w:color w:val="000000" w:themeColor="text1"/>
          <w:lang w:val="uk-UA"/>
        </w:rPr>
        <w:t xml:space="preserve"> </w:t>
      </w:r>
      <w:r w:rsidR="00D96A92" w:rsidRPr="00B7305F">
        <w:rPr>
          <w:rFonts w:cs="Times New Roman"/>
          <w:color w:val="000000" w:themeColor="text1"/>
          <w:lang w:val="uk-UA"/>
        </w:rPr>
        <w:t>Івана</w:t>
      </w:r>
      <w:r w:rsidRPr="00B7305F">
        <w:rPr>
          <w:rFonts w:cs="Times New Roman"/>
          <w:color w:val="000000" w:themeColor="text1"/>
          <w:lang w:val="uk-UA"/>
        </w:rPr>
        <w:t xml:space="preserve"> </w:t>
      </w:r>
      <w:r w:rsidR="00D96A92" w:rsidRPr="00B7305F">
        <w:rPr>
          <w:rFonts w:cs="Times New Roman"/>
          <w:color w:val="000000" w:themeColor="text1"/>
          <w:lang w:val="uk-UA"/>
        </w:rPr>
        <w:t>Кавалерідзе</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театральність</w:t>
      </w:r>
      <w:r w:rsidRPr="00B7305F">
        <w:rPr>
          <w:rFonts w:cs="Times New Roman"/>
          <w:color w:val="000000" w:themeColor="text1"/>
          <w:lang w:val="uk-UA"/>
        </w:rPr>
        <w:t xml:space="preserve"> </w:t>
      </w:r>
      <w:r w:rsidR="00D96A92" w:rsidRPr="00B7305F">
        <w:rPr>
          <w:rFonts w:cs="Times New Roman"/>
          <w:color w:val="000000" w:themeColor="text1"/>
          <w:lang w:val="uk-UA"/>
        </w:rPr>
        <w:t>перетворюється</w:t>
      </w:r>
      <w:r w:rsidRPr="00B7305F">
        <w:rPr>
          <w:rFonts w:cs="Times New Roman"/>
          <w:color w:val="000000" w:themeColor="text1"/>
          <w:lang w:val="uk-UA"/>
        </w:rPr>
        <w:t xml:space="preserve"> </w:t>
      </w:r>
      <w:r w:rsidR="00D96A92" w:rsidRPr="00B7305F">
        <w:rPr>
          <w:rFonts w:cs="Times New Roman"/>
          <w:color w:val="000000" w:themeColor="text1"/>
          <w:lang w:val="uk-UA"/>
        </w:rPr>
        <w:t>на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кінематографічну</w:t>
      </w:r>
      <w:r w:rsidRPr="00B7305F">
        <w:rPr>
          <w:rFonts w:cs="Times New Roman"/>
          <w:color w:val="000000" w:themeColor="text1"/>
          <w:lang w:val="uk-UA"/>
        </w:rPr>
        <w:t xml:space="preserve"> </w:t>
      </w:r>
      <w:r w:rsidR="00D96A92" w:rsidRPr="00B7305F">
        <w:rPr>
          <w:rFonts w:cs="Times New Roman"/>
          <w:color w:val="000000" w:themeColor="text1"/>
          <w:lang w:val="uk-UA"/>
        </w:rPr>
        <w:t>пластику</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образ</w:t>
      </w:r>
      <w:r w:rsidRPr="00B7305F">
        <w:rPr>
          <w:rFonts w:cs="Times New Roman"/>
          <w:color w:val="000000" w:themeColor="text1"/>
          <w:lang w:val="uk-UA"/>
        </w:rPr>
        <w:t xml:space="preserve"> </w:t>
      </w:r>
      <w:r w:rsidR="00D96A92" w:rsidRPr="00B7305F">
        <w:rPr>
          <w:rFonts w:cs="Times New Roman"/>
          <w:color w:val="000000" w:themeColor="text1"/>
          <w:lang w:val="uk-UA"/>
        </w:rPr>
        <w:t>набуває</w:t>
      </w:r>
      <w:r w:rsidRPr="00B7305F">
        <w:rPr>
          <w:rFonts w:cs="Times New Roman"/>
          <w:color w:val="000000" w:themeColor="text1"/>
          <w:lang w:val="uk-UA"/>
        </w:rPr>
        <w:t xml:space="preserve"> </w:t>
      </w:r>
      <w:r w:rsidR="00D96A92" w:rsidRPr="00B7305F">
        <w:rPr>
          <w:rFonts w:cs="Times New Roman"/>
          <w:color w:val="000000" w:themeColor="text1"/>
          <w:lang w:val="uk-UA"/>
        </w:rPr>
        <w:t>просторового</w:t>
      </w:r>
      <w:r w:rsidRPr="00B7305F">
        <w:rPr>
          <w:rFonts w:cs="Times New Roman"/>
          <w:color w:val="000000" w:themeColor="text1"/>
          <w:lang w:val="uk-UA"/>
        </w:rPr>
        <w:t xml:space="preserve"> </w:t>
      </w:r>
      <w:r w:rsidR="00D96A92" w:rsidRPr="00B7305F">
        <w:rPr>
          <w:rFonts w:cs="Times New Roman"/>
          <w:color w:val="000000" w:themeColor="text1"/>
          <w:lang w:val="uk-UA"/>
        </w:rPr>
        <w:t>виміру.</w:t>
      </w:r>
      <w:r w:rsidRPr="00B7305F">
        <w:rPr>
          <w:rFonts w:cs="Times New Roman"/>
          <w:color w:val="000000" w:themeColor="text1"/>
          <w:lang w:val="uk-UA"/>
        </w:rPr>
        <w:t xml:space="preserve"> </w:t>
      </w:r>
      <w:r w:rsidR="00D96A92" w:rsidRPr="00B7305F">
        <w:rPr>
          <w:rFonts w:cs="Times New Roman"/>
          <w:color w:val="000000" w:themeColor="text1"/>
          <w:lang w:val="uk-UA"/>
        </w:rPr>
        <w:t>Олександр</w:t>
      </w:r>
      <w:r w:rsidRPr="00B7305F">
        <w:rPr>
          <w:rFonts w:cs="Times New Roman"/>
          <w:color w:val="000000" w:themeColor="text1"/>
          <w:lang w:val="uk-UA"/>
        </w:rPr>
        <w:t xml:space="preserve"> </w:t>
      </w:r>
      <w:r w:rsidR="00D96A92" w:rsidRPr="00B7305F">
        <w:rPr>
          <w:rFonts w:cs="Times New Roman"/>
          <w:color w:val="000000" w:themeColor="text1"/>
          <w:lang w:val="uk-UA"/>
        </w:rPr>
        <w:t>Довженко,</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свою</w:t>
      </w:r>
      <w:r w:rsidRPr="00B7305F">
        <w:rPr>
          <w:rFonts w:cs="Times New Roman"/>
          <w:color w:val="000000" w:themeColor="text1"/>
          <w:lang w:val="uk-UA"/>
        </w:rPr>
        <w:t xml:space="preserve"> </w:t>
      </w:r>
      <w:r w:rsidR="00D96A92" w:rsidRPr="00B7305F">
        <w:rPr>
          <w:rFonts w:cs="Times New Roman"/>
          <w:color w:val="000000" w:themeColor="text1"/>
          <w:lang w:val="uk-UA"/>
        </w:rPr>
        <w:t>чергу,</w:t>
      </w:r>
      <w:r w:rsidRPr="00B7305F">
        <w:rPr>
          <w:rFonts w:cs="Times New Roman"/>
          <w:color w:val="000000" w:themeColor="text1"/>
          <w:lang w:val="uk-UA"/>
        </w:rPr>
        <w:t xml:space="preserve"> </w:t>
      </w:r>
      <w:r w:rsidR="00D96A92" w:rsidRPr="00B7305F">
        <w:rPr>
          <w:rFonts w:cs="Times New Roman"/>
          <w:color w:val="000000" w:themeColor="text1"/>
          <w:lang w:val="uk-UA"/>
        </w:rPr>
        <w:t>створив</w:t>
      </w:r>
      <w:r w:rsidRPr="00B7305F">
        <w:rPr>
          <w:rFonts w:cs="Times New Roman"/>
          <w:color w:val="000000" w:themeColor="text1"/>
          <w:lang w:val="uk-UA"/>
        </w:rPr>
        <w:t xml:space="preserve"> </w:t>
      </w:r>
      <w:r w:rsidR="00D96A92" w:rsidRPr="00B7305F">
        <w:rPr>
          <w:rFonts w:cs="Times New Roman"/>
          <w:color w:val="000000" w:themeColor="text1"/>
          <w:lang w:val="uk-UA"/>
        </w:rPr>
        <w:t>власну</w:t>
      </w:r>
      <w:r w:rsidRPr="00B7305F">
        <w:rPr>
          <w:rFonts w:cs="Times New Roman"/>
          <w:color w:val="000000" w:themeColor="text1"/>
          <w:lang w:val="uk-UA"/>
        </w:rPr>
        <w:t xml:space="preserve"> </w:t>
      </w:r>
      <w:r w:rsidR="00D96A92" w:rsidRPr="00B7305F">
        <w:rPr>
          <w:rFonts w:cs="Times New Roman"/>
          <w:color w:val="000000" w:themeColor="text1"/>
          <w:lang w:val="uk-UA"/>
        </w:rPr>
        <w:t>модель</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поети...</w:t>
      </w:r>
    </w:p>
    <w:p w14:paraId="602055AC" w14:textId="209F6FC6" w:rsidR="009D21B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Сучасна</w:t>
      </w:r>
      <w:r w:rsidRPr="00B7305F">
        <w:rPr>
          <w:rFonts w:cs="Times New Roman"/>
          <w:color w:val="000000" w:themeColor="text1"/>
          <w:lang w:val="uk-UA"/>
        </w:rPr>
        <w:t xml:space="preserve"> </w:t>
      </w:r>
      <w:r w:rsidR="00D96A92" w:rsidRPr="00B7305F">
        <w:rPr>
          <w:rFonts w:cs="Times New Roman"/>
          <w:color w:val="000000" w:themeColor="text1"/>
          <w:lang w:val="uk-UA"/>
        </w:rPr>
        <w:t>українська</w:t>
      </w:r>
      <w:r w:rsidRPr="00B7305F">
        <w:rPr>
          <w:rFonts w:cs="Times New Roman"/>
          <w:color w:val="000000" w:themeColor="text1"/>
          <w:lang w:val="uk-UA"/>
        </w:rPr>
        <w:t xml:space="preserve"> </w:t>
      </w:r>
      <w:r w:rsidR="00D96A92" w:rsidRPr="00B7305F">
        <w:rPr>
          <w:rFonts w:cs="Times New Roman"/>
          <w:color w:val="000000" w:themeColor="text1"/>
          <w:lang w:val="uk-UA"/>
        </w:rPr>
        <w:t>наукова</w:t>
      </w:r>
      <w:r w:rsidRPr="00B7305F">
        <w:rPr>
          <w:rFonts w:cs="Times New Roman"/>
          <w:color w:val="000000" w:themeColor="text1"/>
          <w:lang w:val="uk-UA"/>
        </w:rPr>
        <w:t xml:space="preserve"> </w:t>
      </w:r>
      <w:r w:rsidR="00D96A92" w:rsidRPr="00B7305F">
        <w:rPr>
          <w:rFonts w:cs="Times New Roman"/>
          <w:color w:val="000000" w:themeColor="text1"/>
          <w:lang w:val="uk-UA"/>
        </w:rPr>
        <w:t>думка</w:t>
      </w:r>
      <w:r w:rsidRPr="00B7305F">
        <w:rPr>
          <w:rFonts w:cs="Times New Roman"/>
          <w:color w:val="000000" w:themeColor="text1"/>
          <w:lang w:val="uk-UA"/>
        </w:rPr>
        <w:t xml:space="preserve"> </w:t>
      </w:r>
      <w:r w:rsidR="00D96A92" w:rsidRPr="00B7305F">
        <w:rPr>
          <w:rFonts w:cs="Times New Roman"/>
          <w:color w:val="000000" w:themeColor="text1"/>
          <w:lang w:val="uk-UA"/>
        </w:rPr>
        <w:t>продовжує</w:t>
      </w:r>
      <w:r w:rsidRPr="00B7305F">
        <w:rPr>
          <w:rFonts w:cs="Times New Roman"/>
          <w:color w:val="000000" w:themeColor="text1"/>
          <w:lang w:val="uk-UA"/>
        </w:rPr>
        <w:t xml:space="preserve"> </w:t>
      </w:r>
      <w:r w:rsidR="00D96A92" w:rsidRPr="00B7305F">
        <w:rPr>
          <w:rFonts w:cs="Times New Roman"/>
          <w:color w:val="000000" w:themeColor="text1"/>
          <w:lang w:val="uk-UA"/>
        </w:rPr>
        <w:t>осмислювати</w:t>
      </w:r>
      <w:r w:rsidRPr="00B7305F">
        <w:rPr>
          <w:rFonts w:cs="Times New Roman"/>
          <w:color w:val="000000" w:themeColor="text1"/>
          <w:lang w:val="uk-UA"/>
        </w:rPr>
        <w:t xml:space="preserve"> </w:t>
      </w:r>
      <w:r w:rsidR="00D96A92" w:rsidRPr="00B7305F">
        <w:rPr>
          <w:rFonts w:cs="Times New Roman"/>
          <w:color w:val="000000" w:themeColor="text1"/>
          <w:lang w:val="uk-UA"/>
        </w:rPr>
        <w:t>цей</w:t>
      </w:r>
      <w:r w:rsidRPr="00B7305F">
        <w:rPr>
          <w:rFonts w:cs="Times New Roman"/>
          <w:color w:val="000000" w:themeColor="text1"/>
          <w:lang w:val="uk-UA"/>
        </w:rPr>
        <w:t xml:space="preserve"> </w:t>
      </w:r>
      <w:r w:rsidR="00D96A92" w:rsidRPr="00B7305F">
        <w:rPr>
          <w:rFonts w:cs="Times New Roman"/>
          <w:color w:val="000000" w:themeColor="text1"/>
          <w:lang w:val="uk-UA"/>
        </w:rPr>
        <w:t>феномен.</w:t>
      </w:r>
      <w:r w:rsidRPr="00B7305F">
        <w:rPr>
          <w:rFonts w:cs="Times New Roman"/>
          <w:color w:val="000000" w:themeColor="text1"/>
          <w:lang w:val="uk-UA"/>
        </w:rPr>
        <w:t xml:space="preserve"> </w:t>
      </w:r>
      <w:r w:rsidR="00D96A92" w:rsidRPr="00B7305F">
        <w:rPr>
          <w:rFonts w:cs="Times New Roman"/>
          <w:color w:val="000000" w:themeColor="text1"/>
          <w:lang w:val="uk-UA"/>
        </w:rPr>
        <w:t>Дослідники</w:t>
      </w:r>
      <w:r w:rsidRPr="00B7305F">
        <w:rPr>
          <w:rFonts w:cs="Times New Roman"/>
          <w:color w:val="000000" w:themeColor="text1"/>
          <w:lang w:val="uk-UA"/>
        </w:rPr>
        <w:t xml:space="preserve"> </w:t>
      </w:r>
      <w:r w:rsidR="00D96A92" w:rsidRPr="00B7305F">
        <w:rPr>
          <w:rFonts w:cs="Times New Roman"/>
          <w:color w:val="000000" w:themeColor="text1"/>
          <w:lang w:val="uk-UA"/>
        </w:rPr>
        <w:t>вбачають</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синтезі</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сценічного</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нову</w:t>
      </w:r>
      <w:r w:rsidRPr="00B7305F">
        <w:rPr>
          <w:rFonts w:cs="Times New Roman"/>
          <w:color w:val="000000" w:themeColor="text1"/>
          <w:lang w:val="uk-UA"/>
        </w:rPr>
        <w:t xml:space="preserve"> </w:t>
      </w:r>
      <w:r w:rsidR="00D96A92" w:rsidRPr="00B7305F">
        <w:rPr>
          <w:rFonts w:cs="Times New Roman"/>
          <w:color w:val="000000" w:themeColor="text1"/>
          <w:lang w:val="uk-UA"/>
        </w:rPr>
        <w:t>педагогічну</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професійну</w:t>
      </w:r>
      <w:r w:rsidRPr="00B7305F">
        <w:rPr>
          <w:rFonts w:cs="Times New Roman"/>
          <w:color w:val="000000" w:themeColor="text1"/>
          <w:lang w:val="uk-UA"/>
        </w:rPr>
        <w:t xml:space="preserve"> </w:t>
      </w:r>
      <w:r w:rsidR="00D96A92" w:rsidRPr="00B7305F">
        <w:rPr>
          <w:rFonts w:cs="Times New Roman"/>
          <w:color w:val="000000" w:themeColor="text1"/>
          <w:lang w:val="uk-UA"/>
        </w:rPr>
        <w:t>парадигму</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підготовку</w:t>
      </w:r>
      <w:r w:rsidRPr="00B7305F">
        <w:rPr>
          <w:rFonts w:cs="Times New Roman"/>
          <w:color w:val="000000" w:themeColor="text1"/>
          <w:lang w:val="uk-UA"/>
        </w:rPr>
        <w:t xml:space="preserve"> </w:t>
      </w:r>
      <w:r w:rsidR="00D96A92" w:rsidRPr="00B7305F">
        <w:rPr>
          <w:rFonts w:cs="Times New Roman"/>
          <w:color w:val="000000" w:themeColor="text1"/>
          <w:lang w:val="uk-UA"/>
        </w:rPr>
        <w:t>актора</w:t>
      </w:r>
      <w:r w:rsidRPr="00B7305F">
        <w:rPr>
          <w:rFonts w:cs="Times New Roman"/>
          <w:color w:val="000000" w:themeColor="text1"/>
          <w:lang w:val="uk-UA"/>
        </w:rPr>
        <w:t xml:space="preserve"> </w:t>
      </w:r>
      <w:r w:rsidR="00D96A92" w:rsidRPr="00B7305F">
        <w:rPr>
          <w:rFonts w:cs="Times New Roman"/>
          <w:color w:val="000000" w:themeColor="text1"/>
          <w:lang w:val="uk-UA"/>
        </w:rPr>
        <w:t>універсального</w:t>
      </w:r>
      <w:r w:rsidRPr="00B7305F">
        <w:rPr>
          <w:rFonts w:cs="Times New Roman"/>
          <w:color w:val="000000" w:themeColor="text1"/>
          <w:lang w:val="uk-UA"/>
        </w:rPr>
        <w:t xml:space="preserve"> </w:t>
      </w:r>
      <w:r w:rsidR="00D96A92" w:rsidRPr="00B7305F">
        <w:rPr>
          <w:rFonts w:cs="Times New Roman"/>
          <w:color w:val="000000" w:themeColor="text1"/>
          <w:lang w:val="uk-UA"/>
        </w:rPr>
        <w:t>типу,</w:t>
      </w:r>
      <w:r w:rsidRPr="00B7305F">
        <w:rPr>
          <w:rFonts w:cs="Times New Roman"/>
          <w:color w:val="000000" w:themeColor="text1"/>
          <w:lang w:val="uk-UA"/>
        </w:rPr>
        <w:t xml:space="preserve"> </w:t>
      </w:r>
      <w:r w:rsidR="00D96A92" w:rsidRPr="00B7305F">
        <w:rPr>
          <w:rFonts w:cs="Times New Roman"/>
          <w:color w:val="000000" w:themeColor="text1"/>
          <w:lang w:val="uk-UA"/>
        </w:rPr>
        <w:t>здатного</w:t>
      </w:r>
      <w:r w:rsidRPr="00B7305F">
        <w:rPr>
          <w:rFonts w:cs="Times New Roman"/>
          <w:color w:val="000000" w:themeColor="text1"/>
          <w:lang w:val="uk-UA"/>
        </w:rPr>
        <w:t xml:space="preserve"> </w:t>
      </w:r>
      <w:r w:rsidR="00D96A92" w:rsidRPr="00B7305F">
        <w:rPr>
          <w:rFonts w:cs="Times New Roman"/>
          <w:color w:val="000000" w:themeColor="text1"/>
          <w:lang w:val="uk-UA"/>
        </w:rPr>
        <w:t>працювати</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умовах</w:t>
      </w:r>
      <w:r w:rsidRPr="00B7305F">
        <w:rPr>
          <w:rFonts w:cs="Times New Roman"/>
          <w:color w:val="000000" w:themeColor="text1"/>
          <w:lang w:val="uk-UA"/>
        </w:rPr>
        <w:t xml:space="preserve"> </w:t>
      </w:r>
      <w:r w:rsidR="00D96A92" w:rsidRPr="00B7305F">
        <w:rPr>
          <w:rFonts w:cs="Times New Roman"/>
          <w:color w:val="000000" w:themeColor="text1"/>
          <w:lang w:val="uk-UA"/>
        </w:rPr>
        <w:t>змішаних</w:t>
      </w:r>
      <w:r w:rsidRPr="00B7305F">
        <w:rPr>
          <w:rFonts w:cs="Times New Roman"/>
          <w:color w:val="000000" w:themeColor="text1"/>
          <w:lang w:val="uk-UA"/>
        </w:rPr>
        <w:t xml:space="preserve"> </w:t>
      </w:r>
      <w:r w:rsidR="00D96A92" w:rsidRPr="00B7305F">
        <w:rPr>
          <w:rFonts w:cs="Times New Roman"/>
          <w:color w:val="000000" w:themeColor="text1"/>
          <w:lang w:val="uk-UA"/>
        </w:rPr>
        <w:t>форматів.</w:t>
      </w:r>
      <w:r w:rsidRPr="00B7305F">
        <w:rPr>
          <w:rFonts w:cs="Times New Roman"/>
          <w:color w:val="000000" w:themeColor="text1"/>
          <w:lang w:val="uk-UA"/>
        </w:rPr>
        <w:t xml:space="preserve"> </w:t>
      </w:r>
      <w:r w:rsidR="00D96A92" w:rsidRPr="00B7305F">
        <w:rPr>
          <w:rFonts w:cs="Times New Roman"/>
          <w:color w:val="000000" w:themeColor="text1"/>
          <w:lang w:val="uk-UA"/>
        </w:rPr>
        <w:t>Це</w:t>
      </w:r>
      <w:r w:rsidRPr="00B7305F">
        <w:rPr>
          <w:rFonts w:cs="Times New Roman"/>
          <w:color w:val="000000" w:themeColor="text1"/>
          <w:lang w:val="uk-UA"/>
        </w:rPr>
        <w:t xml:space="preserve"> </w:t>
      </w:r>
      <w:r w:rsidR="00D96A92" w:rsidRPr="00B7305F">
        <w:rPr>
          <w:rFonts w:cs="Times New Roman"/>
          <w:color w:val="000000" w:themeColor="text1"/>
          <w:lang w:val="uk-UA"/>
        </w:rPr>
        <w:t>особливо</w:t>
      </w:r>
      <w:r w:rsidRPr="00B7305F">
        <w:rPr>
          <w:rFonts w:cs="Times New Roman"/>
          <w:color w:val="000000" w:themeColor="text1"/>
          <w:lang w:val="uk-UA"/>
        </w:rPr>
        <w:t xml:space="preserve"> </w:t>
      </w:r>
      <w:r w:rsidR="00D96A92" w:rsidRPr="00B7305F">
        <w:rPr>
          <w:rFonts w:cs="Times New Roman"/>
          <w:color w:val="000000" w:themeColor="text1"/>
          <w:lang w:val="uk-UA"/>
        </w:rPr>
        <w:t>актуально</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добу</w:t>
      </w:r>
      <w:r w:rsidRPr="00B7305F">
        <w:rPr>
          <w:rFonts w:cs="Times New Roman"/>
          <w:color w:val="000000" w:themeColor="text1"/>
          <w:lang w:val="uk-UA"/>
        </w:rPr>
        <w:t xml:space="preserve"> </w:t>
      </w:r>
      <w:r w:rsidR="00D96A92" w:rsidRPr="00B7305F">
        <w:rPr>
          <w:rFonts w:cs="Times New Roman"/>
          <w:color w:val="000000" w:themeColor="text1"/>
          <w:lang w:val="uk-UA"/>
        </w:rPr>
        <w:t>цифрових</w:t>
      </w:r>
      <w:r w:rsidRPr="00B7305F">
        <w:rPr>
          <w:rFonts w:cs="Times New Roman"/>
          <w:color w:val="000000" w:themeColor="text1"/>
          <w:lang w:val="uk-UA"/>
        </w:rPr>
        <w:t xml:space="preserve"> </w:t>
      </w:r>
      <w:r w:rsidR="00D96A92" w:rsidRPr="00B7305F">
        <w:rPr>
          <w:rFonts w:cs="Times New Roman"/>
          <w:color w:val="000000" w:themeColor="text1"/>
          <w:lang w:val="uk-UA"/>
        </w:rPr>
        <w:t>технологій,</w:t>
      </w:r>
      <w:r w:rsidRPr="00B7305F">
        <w:rPr>
          <w:rFonts w:cs="Times New Roman"/>
          <w:color w:val="000000" w:themeColor="text1"/>
          <w:lang w:val="uk-UA"/>
        </w:rPr>
        <w:t xml:space="preserve"> </w:t>
      </w:r>
      <w:r w:rsidR="00D96A92" w:rsidRPr="00B7305F">
        <w:rPr>
          <w:rFonts w:cs="Times New Roman"/>
          <w:color w:val="000000" w:themeColor="text1"/>
          <w:lang w:val="uk-UA"/>
        </w:rPr>
        <w:t>коли</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активно</w:t>
      </w:r>
      <w:r w:rsidRPr="00B7305F">
        <w:rPr>
          <w:rFonts w:cs="Times New Roman"/>
          <w:color w:val="000000" w:themeColor="text1"/>
          <w:lang w:val="uk-UA"/>
        </w:rPr>
        <w:t xml:space="preserve"> </w:t>
      </w:r>
      <w:r w:rsidR="00D96A92" w:rsidRPr="00B7305F">
        <w:rPr>
          <w:rFonts w:cs="Times New Roman"/>
          <w:color w:val="000000" w:themeColor="text1"/>
          <w:lang w:val="uk-UA"/>
        </w:rPr>
        <w:t>інтегрує</w:t>
      </w:r>
      <w:r w:rsidRPr="00B7305F">
        <w:rPr>
          <w:rFonts w:cs="Times New Roman"/>
          <w:color w:val="000000" w:themeColor="text1"/>
          <w:lang w:val="uk-UA"/>
        </w:rPr>
        <w:t xml:space="preserve"> </w:t>
      </w:r>
      <w:r w:rsidR="00D96A92" w:rsidRPr="00B7305F">
        <w:rPr>
          <w:rFonts w:cs="Times New Roman"/>
          <w:color w:val="000000" w:themeColor="text1"/>
          <w:lang w:val="uk-UA"/>
        </w:rPr>
        <w:t>екранні</w:t>
      </w:r>
      <w:r w:rsidRPr="00B7305F">
        <w:rPr>
          <w:rFonts w:cs="Times New Roman"/>
          <w:color w:val="000000" w:themeColor="text1"/>
          <w:lang w:val="uk-UA"/>
        </w:rPr>
        <w:t xml:space="preserve"> </w:t>
      </w:r>
      <w:r w:rsidR="00D96A92" w:rsidRPr="00B7305F">
        <w:rPr>
          <w:rFonts w:cs="Times New Roman"/>
          <w:color w:val="000000" w:themeColor="text1"/>
          <w:lang w:val="uk-UA"/>
        </w:rPr>
        <w:t>форми</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відеопроєкції,</w:t>
      </w:r>
      <w:r w:rsidRPr="00B7305F">
        <w:rPr>
          <w:rFonts w:cs="Times New Roman"/>
          <w:color w:val="000000" w:themeColor="text1"/>
          <w:lang w:val="uk-UA"/>
        </w:rPr>
        <w:t xml:space="preserve"> </w:t>
      </w:r>
      <w:r w:rsidR="00D96A92" w:rsidRPr="00B7305F">
        <w:rPr>
          <w:rFonts w:cs="Times New Roman"/>
          <w:color w:val="000000" w:themeColor="text1"/>
          <w:lang w:val="uk-UA"/>
        </w:rPr>
        <w:t>віртуальні</w:t>
      </w:r>
      <w:r w:rsidRPr="00B7305F">
        <w:rPr>
          <w:rFonts w:cs="Times New Roman"/>
          <w:color w:val="000000" w:themeColor="text1"/>
          <w:lang w:val="uk-UA"/>
        </w:rPr>
        <w:t xml:space="preserve"> </w:t>
      </w:r>
      <w:r w:rsidR="00D96A92" w:rsidRPr="00B7305F">
        <w:rPr>
          <w:rFonts w:cs="Times New Roman"/>
          <w:color w:val="000000" w:themeColor="text1"/>
          <w:lang w:val="uk-UA"/>
        </w:rPr>
        <w:t>сцени,</w:t>
      </w:r>
      <w:r w:rsidRPr="00B7305F">
        <w:rPr>
          <w:rFonts w:cs="Times New Roman"/>
          <w:color w:val="000000" w:themeColor="text1"/>
          <w:lang w:val="uk-UA"/>
        </w:rPr>
        <w:t xml:space="preserve"> </w:t>
      </w:r>
      <w:r w:rsidR="00D96A92" w:rsidRPr="00B7305F">
        <w:rPr>
          <w:rFonts w:cs="Times New Roman"/>
          <w:color w:val="000000" w:themeColor="text1"/>
          <w:lang w:val="uk-UA"/>
        </w:rPr>
        <w:t>мультимедійні</w:t>
      </w:r>
      <w:r w:rsidRPr="00B7305F">
        <w:rPr>
          <w:rFonts w:cs="Times New Roman"/>
          <w:color w:val="000000" w:themeColor="text1"/>
          <w:lang w:val="uk-UA"/>
        </w:rPr>
        <w:t xml:space="preserve"> </w:t>
      </w:r>
      <w:r w:rsidR="00D96A92" w:rsidRPr="00B7305F">
        <w:rPr>
          <w:rFonts w:cs="Times New Roman"/>
          <w:color w:val="000000" w:themeColor="text1"/>
          <w:lang w:val="uk-UA"/>
        </w:rPr>
        <w:t>ефекти.</w:t>
      </w:r>
    </w:p>
    <w:p w14:paraId="55FE5113" w14:textId="2223034B" w:rsidR="00516DF2"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w:t>
      </w:r>
      <w:r w:rsidR="00D96A92" w:rsidRPr="00B7305F">
        <w:rPr>
          <w:rFonts w:cs="Times New Roman"/>
          <w:b/>
          <w:bCs/>
          <w:color w:val="000000" w:themeColor="text1"/>
          <w:lang w:val="uk-UA"/>
        </w:rPr>
        <w:t>Сучасні</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форми</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синтезу</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сценічного</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і</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кінематографічного</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мистецтва</w:t>
      </w:r>
    </w:p>
    <w:p w14:paraId="7487A17B" w14:textId="6B56F409"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ХХІ</w:t>
      </w:r>
      <w:r w:rsidRPr="00B7305F">
        <w:rPr>
          <w:rFonts w:cs="Times New Roman"/>
          <w:color w:val="000000" w:themeColor="text1"/>
          <w:lang w:val="uk-UA"/>
        </w:rPr>
        <w:t xml:space="preserve"> </w:t>
      </w:r>
      <w:r w:rsidR="00D96A92" w:rsidRPr="00B7305F">
        <w:rPr>
          <w:rFonts w:cs="Times New Roman"/>
          <w:color w:val="000000" w:themeColor="text1"/>
          <w:lang w:val="uk-UA"/>
        </w:rPr>
        <w:t>столітті</w:t>
      </w:r>
      <w:r w:rsidRPr="00B7305F">
        <w:rPr>
          <w:rFonts w:cs="Times New Roman"/>
          <w:color w:val="000000" w:themeColor="text1"/>
          <w:lang w:val="uk-UA"/>
        </w:rPr>
        <w:t xml:space="preserve"> </w:t>
      </w:r>
      <w:r w:rsidR="00D96A92" w:rsidRPr="00B7305F">
        <w:rPr>
          <w:rFonts w:cs="Times New Roman"/>
          <w:color w:val="000000" w:themeColor="text1"/>
          <w:lang w:val="uk-UA"/>
        </w:rPr>
        <w:t>поняття</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набуває</w:t>
      </w:r>
      <w:r w:rsidRPr="00B7305F">
        <w:rPr>
          <w:rFonts w:cs="Times New Roman"/>
          <w:color w:val="000000" w:themeColor="text1"/>
          <w:lang w:val="uk-UA"/>
        </w:rPr>
        <w:t xml:space="preserve"> </w:t>
      </w:r>
      <w:r w:rsidR="00D96A92" w:rsidRPr="00B7305F">
        <w:rPr>
          <w:rFonts w:cs="Times New Roman"/>
          <w:color w:val="000000" w:themeColor="text1"/>
          <w:lang w:val="uk-UA"/>
        </w:rPr>
        <w:t>ще</w:t>
      </w:r>
      <w:r w:rsidRPr="00B7305F">
        <w:rPr>
          <w:rFonts w:cs="Times New Roman"/>
          <w:color w:val="000000" w:themeColor="text1"/>
          <w:lang w:val="uk-UA"/>
        </w:rPr>
        <w:t xml:space="preserve"> </w:t>
      </w:r>
      <w:r w:rsidR="00D96A92" w:rsidRPr="00B7305F">
        <w:rPr>
          <w:rFonts w:cs="Times New Roman"/>
          <w:color w:val="000000" w:themeColor="text1"/>
          <w:lang w:val="uk-UA"/>
        </w:rPr>
        <w:t>глибшого</w:t>
      </w:r>
      <w:r w:rsidRPr="00B7305F">
        <w:rPr>
          <w:rFonts w:cs="Times New Roman"/>
          <w:color w:val="000000" w:themeColor="text1"/>
          <w:lang w:val="uk-UA"/>
        </w:rPr>
        <w:t xml:space="preserve"> </w:t>
      </w:r>
      <w:r w:rsidR="00D96A92" w:rsidRPr="00B7305F">
        <w:rPr>
          <w:rFonts w:cs="Times New Roman"/>
          <w:color w:val="000000" w:themeColor="text1"/>
          <w:lang w:val="uk-UA"/>
        </w:rPr>
        <w:t>змісту.</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дедалі</w:t>
      </w:r>
      <w:r w:rsidRPr="00B7305F">
        <w:rPr>
          <w:rFonts w:cs="Times New Roman"/>
          <w:color w:val="000000" w:themeColor="text1"/>
          <w:lang w:val="uk-UA"/>
        </w:rPr>
        <w:t xml:space="preserve"> </w:t>
      </w:r>
      <w:r w:rsidR="00D96A92" w:rsidRPr="00B7305F">
        <w:rPr>
          <w:rFonts w:cs="Times New Roman"/>
          <w:color w:val="000000" w:themeColor="text1"/>
          <w:lang w:val="uk-UA"/>
        </w:rPr>
        <w:t>частіше</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взаємодіють</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форматі</w:t>
      </w:r>
      <w:r w:rsidRPr="00B7305F">
        <w:rPr>
          <w:rFonts w:cs="Times New Roman"/>
          <w:color w:val="000000" w:themeColor="text1"/>
          <w:lang w:val="uk-UA"/>
        </w:rPr>
        <w:t xml:space="preserve"> </w:t>
      </w:r>
      <w:r w:rsidR="00D96A92" w:rsidRPr="00B7305F">
        <w:rPr>
          <w:rFonts w:cs="Times New Roman"/>
          <w:color w:val="000000" w:themeColor="text1"/>
          <w:lang w:val="uk-UA"/>
        </w:rPr>
        <w:t>медіаперформансів,</w:t>
      </w:r>
      <w:r w:rsidRPr="00B7305F">
        <w:rPr>
          <w:rFonts w:cs="Times New Roman"/>
          <w:color w:val="000000" w:themeColor="text1"/>
          <w:lang w:val="uk-UA"/>
        </w:rPr>
        <w:t xml:space="preserve"> </w:t>
      </w:r>
      <w:r w:rsidR="00D96A92" w:rsidRPr="00B7305F">
        <w:rPr>
          <w:rFonts w:cs="Times New Roman"/>
          <w:color w:val="000000" w:themeColor="text1"/>
          <w:lang w:val="uk-UA"/>
        </w:rPr>
        <w:t>інтерактивних</w:t>
      </w:r>
      <w:r w:rsidRPr="00B7305F">
        <w:rPr>
          <w:rFonts w:cs="Times New Roman"/>
          <w:color w:val="000000" w:themeColor="text1"/>
          <w:lang w:val="uk-UA"/>
        </w:rPr>
        <w:t xml:space="preserve"> </w:t>
      </w:r>
      <w:r w:rsidR="00D96A92" w:rsidRPr="00B7305F">
        <w:rPr>
          <w:rFonts w:cs="Times New Roman"/>
          <w:color w:val="000000" w:themeColor="text1"/>
          <w:lang w:val="uk-UA"/>
        </w:rPr>
        <w:t>постановок,</w:t>
      </w:r>
      <w:r w:rsidRPr="00B7305F">
        <w:rPr>
          <w:rFonts w:cs="Times New Roman"/>
          <w:color w:val="000000" w:themeColor="text1"/>
          <w:lang w:val="uk-UA"/>
        </w:rPr>
        <w:t xml:space="preserve"> </w:t>
      </w:r>
      <w:r w:rsidR="00D96A92" w:rsidRPr="00B7305F">
        <w:rPr>
          <w:rFonts w:cs="Times New Roman"/>
          <w:color w:val="000000" w:themeColor="text1"/>
          <w:lang w:val="uk-UA"/>
        </w:rPr>
        <w:t>VR-просторів.</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таких</w:t>
      </w:r>
      <w:r w:rsidRPr="00B7305F">
        <w:rPr>
          <w:rFonts w:cs="Times New Roman"/>
          <w:color w:val="000000" w:themeColor="text1"/>
          <w:lang w:val="uk-UA"/>
        </w:rPr>
        <w:t xml:space="preserve"> </w:t>
      </w:r>
      <w:r w:rsidR="00D96A92" w:rsidRPr="00B7305F">
        <w:rPr>
          <w:rFonts w:cs="Times New Roman"/>
          <w:color w:val="000000" w:themeColor="text1"/>
          <w:lang w:val="uk-UA"/>
        </w:rPr>
        <w:t>формах</w:t>
      </w:r>
      <w:r w:rsidRPr="00B7305F">
        <w:rPr>
          <w:rFonts w:cs="Times New Roman"/>
          <w:color w:val="000000" w:themeColor="text1"/>
          <w:lang w:val="uk-UA"/>
        </w:rPr>
        <w:t xml:space="preserve"> </w:t>
      </w:r>
      <w:r w:rsidR="00D96A92" w:rsidRPr="00B7305F">
        <w:rPr>
          <w:rFonts w:cs="Times New Roman"/>
          <w:color w:val="000000" w:themeColor="text1"/>
          <w:lang w:val="uk-UA"/>
        </w:rPr>
        <w:t>актор</w:t>
      </w:r>
      <w:r w:rsidRPr="00B7305F">
        <w:rPr>
          <w:rFonts w:cs="Times New Roman"/>
          <w:color w:val="000000" w:themeColor="text1"/>
          <w:lang w:val="uk-UA"/>
        </w:rPr>
        <w:t xml:space="preserve"> </w:t>
      </w:r>
      <w:r w:rsidR="00D96A92" w:rsidRPr="00B7305F">
        <w:rPr>
          <w:rFonts w:cs="Times New Roman"/>
          <w:color w:val="000000" w:themeColor="text1"/>
          <w:lang w:val="uk-UA"/>
        </w:rPr>
        <w:t>виступає</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медіатор</w:t>
      </w:r>
      <w:r w:rsidRPr="00B7305F">
        <w:rPr>
          <w:rFonts w:cs="Times New Roman"/>
          <w:color w:val="000000" w:themeColor="text1"/>
          <w:lang w:val="uk-UA"/>
        </w:rPr>
        <w:t xml:space="preserve"> </w:t>
      </w:r>
      <w:r w:rsidR="00D96A92" w:rsidRPr="00B7305F">
        <w:rPr>
          <w:rFonts w:cs="Times New Roman"/>
          <w:color w:val="000000" w:themeColor="text1"/>
          <w:lang w:val="uk-UA"/>
        </w:rPr>
        <w:t>між</w:t>
      </w:r>
      <w:r w:rsidRPr="00B7305F">
        <w:rPr>
          <w:rFonts w:cs="Times New Roman"/>
          <w:color w:val="000000" w:themeColor="text1"/>
          <w:lang w:val="uk-UA"/>
        </w:rPr>
        <w:t xml:space="preserve"> </w:t>
      </w:r>
      <w:r w:rsidR="00D96A92" w:rsidRPr="00B7305F">
        <w:rPr>
          <w:rFonts w:cs="Times New Roman"/>
          <w:color w:val="000000" w:themeColor="text1"/>
          <w:lang w:val="uk-UA"/>
        </w:rPr>
        <w:t>живим</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віртуальним</w:t>
      </w:r>
      <w:r w:rsidRPr="00B7305F">
        <w:rPr>
          <w:rFonts w:cs="Times New Roman"/>
          <w:color w:val="000000" w:themeColor="text1"/>
          <w:lang w:val="uk-UA"/>
        </w:rPr>
        <w:t xml:space="preserve"> </w:t>
      </w:r>
      <w:r w:rsidR="00D96A92" w:rsidRPr="00B7305F">
        <w:rPr>
          <w:rFonts w:cs="Times New Roman"/>
          <w:color w:val="000000" w:themeColor="text1"/>
          <w:lang w:val="uk-UA"/>
        </w:rPr>
        <w:t>простором.</w:t>
      </w:r>
      <w:r w:rsidRPr="00B7305F">
        <w:rPr>
          <w:rFonts w:cs="Times New Roman"/>
          <w:color w:val="000000" w:themeColor="text1"/>
          <w:lang w:val="uk-UA"/>
        </w:rPr>
        <w:t xml:space="preserve"> </w:t>
      </w:r>
      <w:r w:rsidR="00D96A92" w:rsidRPr="00B7305F">
        <w:rPr>
          <w:rFonts w:cs="Times New Roman"/>
          <w:color w:val="000000" w:themeColor="text1"/>
          <w:lang w:val="uk-UA"/>
        </w:rPr>
        <w:t>Його</w:t>
      </w:r>
      <w:r w:rsidRPr="00B7305F">
        <w:rPr>
          <w:rFonts w:cs="Times New Roman"/>
          <w:color w:val="000000" w:themeColor="text1"/>
          <w:lang w:val="uk-UA"/>
        </w:rPr>
        <w:t xml:space="preserve"> </w:t>
      </w:r>
      <w:r w:rsidR="00D96A92" w:rsidRPr="00B7305F">
        <w:rPr>
          <w:rFonts w:cs="Times New Roman"/>
          <w:color w:val="000000" w:themeColor="text1"/>
          <w:lang w:val="uk-UA"/>
        </w:rPr>
        <w:t>техніка</w:t>
      </w:r>
      <w:r w:rsidRPr="00B7305F">
        <w:rPr>
          <w:rFonts w:cs="Times New Roman"/>
          <w:color w:val="000000" w:themeColor="text1"/>
          <w:lang w:val="uk-UA"/>
        </w:rPr>
        <w:t xml:space="preserve"> </w:t>
      </w:r>
      <w:r w:rsidR="00D96A92" w:rsidRPr="00B7305F">
        <w:rPr>
          <w:rFonts w:cs="Times New Roman"/>
          <w:color w:val="000000" w:themeColor="text1"/>
          <w:lang w:val="uk-UA"/>
        </w:rPr>
        <w:t>потребує</w:t>
      </w:r>
      <w:r w:rsidRPr="00B7305F">
        <w:rPr>
          <w:rFonts w:cs="Times New Roman"/>
          <w:color w:val="000000" w:themeColor="text1"/>
          <w:lang w:val="uk-UA"/>
        </w:rPr>
        <w:t xml:space="preserve"> </w:t>
      </w:r>
      <w:r w:rsidR="00D96A92" w:rsidRPr="00B7305F">
        <w:rPr>
          <w:rFonts w:cs="Times New Roman"/>
          <w:color w:val="000000" w:themeColor="text1"/>
          <w:lang w:val="uk-UA"/>
        </w:rPr>
        <w:t>нового</w:t>
      </w:r>
      <w:r w:rsidRPr="00B7305F">
        <w:rPr>
          <w:rFonts w:cs="Times New Roman"/>
          <w:color w:val="000000" w:themeColor="text1"/>
          <w:lang w:val="uk-UA"/>
        </w:rPr>
        <w:t xml:space="preserve"> </w:t>
      </w:r>
      <w:r w:rsidR="00D96A92" w:rsidRPr="00B7305F">
        <w:rPr>
          <w:rFonts w:cs="Times New Roman"/>
          <w:color w:val="000000" w:themeColor="text1"/>
          <w:lang w:val="uk-UA"/>
        </w:rPr>
        <w:t>рівня</w:t>
      </w:r>
      <w:r w:rsidRPr="00B7305F">
        <w:rPr>
          <w:rFonts w:cs="Times New Roman"/>
          <w:color w:val="000000" w:themeColor="text1"/>
          <w:lang w:val="uk-UA"/>
        </w:rPr>
        <w:t xml:space="preserve"> </w:t>
      </w:r>
      <w:r w:rsidR="00D96A92" w:rsidRPr="00B7305F">
        <w:rPr>
          <w:rFonts w:cs="Times New Roman"/>
          <w:color w:val="000000" w:themeColor="text1"/>
          <w:lang w:val="uk-UA"/>
        </w:rPr>
        <w:t>уваги,</w:t>
      </w:r>
      <w:r w:rsidRPr="00B7305F">
        <w:rPr>
          <w:rFonts w:cs="Times New Roman"/>
          <w:color w:val="000000" w:themeColor="text1"/>
          <w:lang w:val="uk-UA"/>
        </w:rPr>
        <w:t xml:space="preserve"> </w:t>
      </w:r>
      <w:r w:rsidR="00D96A92" w:rsidRPr="00B7305F">
        <w:rPr>
          <w:rFonts w:cs="Times New Roman"/>
          <w:color w:val="000000" w:themeColor="text1"/>
          <w:lang w:val="uk-UA"/>
        </w:rPr>
        <w:t>концентрації</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пластичності.</w:t>
      </w:r>
      <w:r w:rsidRPr="00B7305F">
        <w:rPr>
          <w:rFonts w:cs="Times New Roman"/>
          <w:color w:val="000000" w:themeColor="text1"/>
          <w:lang w:val="uk-UA"/>
        </w:rPr>
        <w:t xml:space="preserve"> </w:t>
      </w:r>
      <w:r w:rsidR="00D96A92" w:rsidRPr="00B7305F">
        <w:rPr>
          <w:rFonts w:cs="Times New Roman"/>
          <w:color w:val="000000" w:themeColor="text1"/>
          <w:lang w:val="uk-UA"/>
        </w:rPr>
        <w:t>Застосування</w:t>
      </w:r>
      <w:r w:rsidRPr="00B7305F">
        <w:rPr>
          <w:rFonts w:cs="Times New Roman"/>
          <w:color w:val="000000" w:themeColor="text1"/>
          <w:lang w:val="uk-UA"/>
        </w:rPr>
        <w:t xml:space="preserve"> </w:t>
      </w:r>
      <w:r w:rsidR="00D96A92" w:rsidRPr="00B7305F">
        <w:rPr>
          <w:rFonts w:cs="Times New Roman"/>
          <w:color w:val="000000" w:themeColor="text1"/>
          <w:lang w:val="uk-UA"/>
        </w:rPr>
        <w:t>відео,</w:t>
      </w:r>
      <w:r w:rsidRPr="00B7305F">
        <w:rPr>
          <w:rFonts w:cs="Times New Roman"/>
          <w:color w:val="000000" w:themeColor="text1"/>
          <w:lang w:val="uk-UA"/>
        </w:rPr>
        <w:t xml:space="preserve"> </w:t>
      </w:r>
      <w:r w:rsidR="00D96A92" w:rsidRPr="00B7305F">
        <w:rPr>
          <w:rFonts w:cs="Times New Roman"/>
          <w:color w:val="000000" w:themeColor="text1"/>
          <w:lang w:val="uk-UA"/>
        </w:rPr>
        <w:t>цифрового</w:t>
      </w:r>
      <w:r w:rsidRPr="00B7305F">
        <w:rPr>
          <w:rFonts w:cs="Times New Roman"/>
          <w:color w:val="000000" w:themeColor="text1"/>
          <w:lang w:val="uk-UA"/>
        </w:rPr>
        <w:t xml:space="preserve"> </w:t>
      </w:r>
      <w:r w:rsidR="00D96A92" w:rsidRPr="00B7305F">
        <w:rPr>
          <w:rFonts w:cs="Times New Roman"/>
          <w:color w:val="000000" w:themeColor="text1"/>
          <w:lang w:val="uk-UA"/>
        </w:rPr>
        <w:t>монтажу,</w:t>
      </w:r>
      <w:r w:rsidRPr="00B7305F">
        <w:rPr>
          <w:rFonts w:cs="Times New Roman"/>
          <w:color w:val="000000" w:themeColor="text1"/>
          <w:lang w:val="uk-UA"/>
        </w:rPr>
        <w:t xml:space="preserve"> </w:t>
      </w:r>
      <w:r w:rsidR="00D96A92" w:rsidRPr="00B7305F">
        <w:rPr>
          <w:rFonts w:cs="Times New Roman"/>
          <w:color w:val="000000" w:themeColor="text1"/>
          <w:lang w:val="uk-UA"/>
        </w:rPr>
        <w:t>інтерактивного</w:t>
      </w:r>
      <w:r w:rsidRPr="00B7305F">
        <w:rPr>
          <w:rFonts w:cs="Times New Roman"/>
          <w:color w:val="000000" w:themeColor="text1"/>
          <w:lang w:val="uk-UA"/>
        </w:rPr>
        <w:t xml:space="preserve"> </w:t>
      </w:r>
      <w:r w:rsidR="00D96A92" w:rsidRPr="00B7305F">
        <w:rPr>
          <w:rFonts w:cs="Times New Roman"/>
          <w:color w:val="000000" w:themeColor="text1"/>
          <w:lang w:val="uk-UA"/>
        </w:rPr>
        <w:t>світла</w:t>
      </w:r>
      <w:r w:rsidRPr="00B7305F">
        <w:rPr>
          <w:rFonts w:cs="Times New Roman"/>
          <w:color w:val="000000" w:themeColor="text1"/>
          <w:lang w:val="uk-UA"/>
        </w:rPr>
        <w:t xml:space="preserve"> </w:t>
      </w:r>
      <w:r w:rsidR="00D96A92" w:rsidRPr="00B7305F">
        <w:rPr>
          <w:rFonts w:cs="Times New Roman"/>
          <w:color w:val="000000" w:themeColor="text1"/>
          <w:lang w:val="uk-UA"/>
        </w:rPr>
        <w:t>створює</w:t>
      </w:r>
      <w:r w:rsidRPr="00B7305F">
        <w:rPr>
          <w:rFonts w:cs="Times New Roman"/>
          <w:color w:val="000000" w:themeColor="text1"/>
          <w:lang w:val="uk-UA"/>
        </w:rPr>
        <w:t xml:space="preserve"> </w:t>
      </w:r>
      <w:r w:rsidR="00D96A92" w:rsidRPr="00B7305F">
        <w:rPr>
          <w:rFonts w:cs="Times New Roman"/>
          <w:color w:val="000000" w:themeColor="text1"/>
          <w:lang w:val="uk-UA"/>
        </w:rPr>
        <w:t>ефект</w:t>
      </w:r>
      <w:r w:rsidRPr="00B7305F">
        <w:rPr>
          <w:rFonts w:cs="Times New Roman"/>
          <w:color w:val="000000" w:themeColor="text1"/>
          <w:lang w:val="uk-UA"/>
        </w:rPr>
        <w:t xml:space="preserve"> </w:t>
      </w:r>
      <w:r w:rsidR="009E0C26">
        <w:rPr>
          <w:rFonts w:cs="Times New Roman"/>
          <w:color w:val="000000" w:themeColor="text1"/>
          <w:lang w:val="uk-UA"/>
        </w:rPr>
        <w:t>«</w:t>
      </w:r>
      <w:r w:rsidR="00D96A92" w:rsidRPr="00B7305F">
        <w:rPr>
          <w:rFonts w:cs="Times New Roman"/>
          <w:color w:val="000000" w:themeColor="text1"/>
          <w:lang w:val="uk-UA"/>
        </w:rPr>
        <w:t>живої</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кінематографічності</w:t>
      </w:r>
      <w:r w:rsidR="009E0C26">
        <w:rPr>
          <w:rFonts w:cs="Times New Roman"/>
          <w:color w:val="000000" w:themeColor="text1"/>
          <w:lang w:val="uk-UA"/>
        </w:rPr>
        <w:t xml:space="preserve"> </w:t>
      </w:r>
      <w:r w:rsidR="009E0C26" w:rsidRPr="003143B7">
        <w:rPr>
          <w:rFonts w:cs="Times New Roman"/>
          <w:lang w:val="ru-RU"/>
        </w:rPr>
        <w:t>[</w:t>
      </w:r>
      <w:r w:rsidR="003143B7" w:rsidRPr="003143B7">
        <w:rPr>
          <w:rFonts w:cs="Times New Roman"/>
          <w:lang w:val="ru-RU"/>
        </w:rPr>
        <w:t>22</w:t>
      </w:r>
      <w:r w:rsidR="009E0C26" w:rsidRPr="003143B7">
        <w:rPr>
          <w:rFonts w:cs="Times New Roman"/>
          <w:lang w:val="ru-RU"/>
        </w:rPr>
        <w:t xml:space="preserve">, </w:t>
      </w:r>
      <w:r w:rsidR="009E0C26" w:rsidRPr="003143B7">
        <w:rPr>
          <w:rFonts w:cs="Times New Roman"/>
        </w:rPr>
        <w:t>c</w:t>
      </w:r>
      <w:r w:rsidR="009E0C26" w:rsidRPr="003143B7">
        <w:rPr>
          <w:rFonts w:cs="Times New Roman"/>
          <w:lang w:val="ru-RU"/>
        </w:rPr>
        <w:t>.</w:t>
      </w:r>
      <w:r w:rsidR="0039501A">
        <w:rPr>
          <w:rFonts w:cs="Times New Roman"/>
          <w:lang w:val="ru-RU"/>
        </w:rPr>
        <w:t>47</w:t>
      </w:r>
      <w:r w:rsidR="009E0C26" w:rsidRPr="003143B7">
        <w:rPr>
          <w:rFonts w:cs="Times New Roman"/>
          <w:lang w:val="ru-RU"/>
        </w:rPr>
        <w:t>]</w:t>
      </w:r>
      <w:r w:rsidR="009E0C26" w:rsidRPr="003143B7">
        <w:rPr>
          <w:rFonts w:cs="Times New Roman"/>
          <w:lang w:val="uk-UA"/>
        </w:rPr>
        <w:t>»</w:t>
      </w:r>
      <w:r w:rsidRPr="003143B7">
        <w:rPr>
          <w:rFonts w:cs="Times New Roman"/>
          <w:lang w:val="uk-UA"/>
        </w:rPr>
        <w:t xml:space="preserve"> </w:t>
      </w:r>
      <w:r w:rsidR="00D96A92" w:rsidRPr="00B7305F">
        <w:rPr>
          <w:rFonts w:cs="Times New Roman"/>
          <w:color w:val="000000" w:themeColor="text1"/>
          <w:lang w:val="uk-UA"/>
        </w:rPr>
        <w:t>сцени.</w:t>
      </w:r>
      <w:r w:rsidRPr="00B7305F">
        <w:rPr>
          <w:rFonts w:cs="Times New Roman"/>
          <w:color w:val="000000" w:themeColor="text1"/>
          <w:lang w:val="uk-UA"/>
        </w:rPr>
        <w:t xml:space="preserve"> </w:t>
      </w:r>
      <w:r w:rsidR="00D96A92" w:rsidRPr="00B7305F">
        <w:rPr>
          <w:rFonts w:cs="Times New Roman"/>
          <w:color w:val="000000" w:themeColor="text1"/>
          <w:lang w:val="uk-UA"/>
        </w:rPr>
        <w:t>Прикладом</w:t>
      </w:r>
      <w:r w:rsidRPr="00B7305F">
        <w:rPr>
          <w:rFonts w:cs="Times New Roman"/>
          <w:color w:val="000000" w:themeColor="text1"/>
          <w:lang w:val="uk-UA"/>
        </w:rPr>
        <w:t xml:space="preserve"> </w:t>
      </w:r>
      <w:r w:rsidR="00D96A92" w:rsidRPr="00B7305F">
        <w:rPr>
          <w:rFonts w:cs="Times New Roman"/>
          <w:color w:val="000000" w:themeColor="text1"/>
          <w:lang w:val="uk-UA"/>
        </w:rPr>
        <w:t>є</w:t>
      </w:r>
      <w:r w:rsidRPr="00B7305F">
        <w:rPr>
          <w:rFonts w:cs="Times New Roman"/>
          <w:color w:val="000000" w:themeColor="text1"/>
          <w:lang w:val="uk-UA"/>
        </w:rPr>
        <w:t xml:space="preserve"> </w:t>
      </w:r>
      <w:r w:rsidR="00D96A92" w:rsidRPr="00B7305F">
        <w:rPr>
          <w:rFonts w:cs="Times New Roman"/>
          <w:color w:val="000000" w:themeColor="text1"/>
          <w:lang w:val="uk-UA"/>
        </w:rPr>
        <w:t>сучасні</w:t>
      </w:r>
      <w:r w:rsidRPr="00B7305F">
        <w:rPr>
          <w:rFonts w:cs="Times New Roman"/>
          <w:color w:val="000000" w:themeColor="text1"/>
          <w:lang w:val="uk-UA"/>
        </w:rPr>
        <w:t xml:space="preserve"> </w:t>
      </w:r>
      <w:r w:rsidR="00D96A92" w:rsidRPr="00B7305F">
        <w:rPr>
          <w:rFonts w:cs="Times New Roman"/>
          <w:color w:val="000000" w:themeColor="text1"/>
          <w:lang w:val="uk-UA"/>
        </w:rPr>
        <w:t>постановки,</w:t>
      </w:r>
      <w:r w:rsidRPr="00B7305F">
        <w:rPr>
          <w:rFonts w:cs="Times New Roman"/>
          <w:color w:val="000000" w:themeColor="text1"/>
          <w:lang w:val="uk-UA"/>
        </w:rPr>
        <w:t xml:space="preserve"> </w:t>
      </w:r>
      <w:r w:rsidR="00D96A92" w:rsidRPr="00B7305F">
        <w:rPr>
          <w:rFonts w:cs="Times New Roman"/>
          <w:color w:val="000000" w:themeColor="text1"/>
          <w:lang w:val="uk-UA"/>
        </w:rPr>
        <w:t>де</w:t>
      </w:r>
      <w:r w:rsidRPr="00B7305F">
        <w:rPr>
          <w:rFonts w:cs="Times New Roman"/>
          <w:color w:val="000000" w:themeColor="text1"/>
          <w:lang w:val="uk-UA"/>
        </w:rPr>
        <w:t xml:space="preserve"> </w:t>
      </w:r>
      <w:r w:rsidR="00D96A92" w:rsidRPr="00B7305F">
        <w:rPr>
          <w:rFonts w:cs="Times New Roman"/>
          <w:color w:val="000000" w:themeColor="text1"/>
          <w:lang w:val="uk-UA"/>
        </w:rPr>
        <w:t>використовується</w:t>
      </w:r>
      <w:r w:rsidRPr="00B7305F">
        <w:rPr>
          <w:rFonts w:cs="Times New Roman"/>
          <w:color w:val="000000" w:themeColor="text1"/>
          <w:lang w:val="uk-UA"/>
        </w:rPr>
        <w:t xml:space="preserve"> </w:t>
      </w:r>
      <w:r w:rsidR="00D96A92" w:rsidRPr="00B7305F">
        <w:rPr>
          <w:rFonts w:cs="Times New Roman"/>
          <w:color w:val="000000" w:themeColor="text1"/>
          <w:lang w:val="uk-UA"/>
        </w:rPr>
        <w:t>пряме</w:t>
      </w:r>
      <w:r w:rsidRPr="00B7305F">
        <w:rPr>
          <w:rFonts w:cs="Times New Roman"/>
          <w:color w:val="000000" w:themeColor="text1"/>
          <w:lang w:val="uk-UA"/>
        </w:rPr>
        <w:t xml:space="preserve"> </w:t>
      </w:r>
      <w:r w:rsidR="00D96A92" w:rsidRPr="00B7305F">
        <w:rPr>
          <w:rFonts w:cs="Times New Roman"/>
          <w:color w:val="000000" w:themeColor="text1"/>
          <w:lang w:val="uk-UA"/>
        </w:rPr>
        <w:t>поєднання</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театральної</w:t>
      </w:r>
      <w:r w:rsidRPr="00B7305F">
        <w:rPr>
          <w:rFonts w:cs="Times New Roman"/>
          <w:color w:val="000000" w:themeColor="text1"/>
          <w:lang w:val="uk-UA"/>
        </w:rPr>
        <w:t xml:space="preserve"> </w:t>
      </w:r>
      <w:r w:rsidR="00D96A92" w:rsidRPr="00B7305F">
        <w:rPr>
          <w:rFonts w:cs="Times New Roman"/>
          <w:color w:val="000000" w:themeColor="text1"/>
          <w:lang w:val="uk-UA"/>
        </w:rPr>
        <w:t>гри</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кінозйомки</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реальному</w:t>
      </w:r>
      <w:r w:rsidRPr="00B7305F">
        <w:rPr>
          <w:rFonts w:cs="Times New Roman"/>
          <w:color w:val="000000" w:themeColor="text1"/>
          <w:lang w:val="uk-UA"/>
        </w:rPr>
        <w:t xml:space="preserve"> </w:t>
      </w:r>
      <w:r w:rsidR="00D96A92" w:rsidRPr="00B7305F">
        <w:rPr>
          <w:rFonts w:cs="Times New Roman"/>
          <w:color w:val="000000" w:themeColor="text1"/>
          <w:lang w:val="uk-UA"/>
        </w:rPr>
        <w:t>часі.</w:t>
      </w:r>
      <w:r w:rsidRPr="00B7305F">
        <w:rPr>
          <w:rFonts w:cs="Times New Roman"/>
          <w:color w:val="000000" w:themeColor="text1"/>
          <w:lang w:val="uk-UA"/>
        </w:rPr>
        <w:t xml:space="preserve"> </w:t>
      </w:r>
      <w:r w:rsidR="00D96A92" w:rsidRPr="00B7305F">
        <w:rPr>
          <w:rFonts w:cs="Times New Roman"/>
          <w:color w:val="000000" w:themeColor="text1"/>
          <w:lang w:val="uk-UA"/>
        </w:rPr>
        <w:t>Такий</w:t>
      </w:r>
      <w:r w:rsidRPr="00B7305F">
        <w:rPr>
          <w:rFonts w:cs="Times New Roman"/>
          <w:color w:val="000000" w:themeColor="text1"/>
          <w:lang w:val="uk-UA"/>
        </w:rPr>
        <w:t xml:space="preserve"> </w:t>
      </w:r>
      <w:r w:rsidR="00D96A92" w:rsidRPr="00B7305F">
        <w:rPr>
          <w:rFonts w:cs="Times New Roman"/>
          <w:color w:val="000000" w:themeColor="text1"/>
          <w:lang w:val="uk-UA"/>
        </w:rPr>
        <w:t>підхід</w:t>
      </w:r>
      <w:r w:rsidRPr="00B7305F">
        <w:rPr>
          <w:rFonts w:cs="Times New Roman"/>
          <w:color w:val="000000" w:themeColor="text1"/>
          <w:lang w:val="uk-UA"/>
        </w:rPr>
        <w:t xml:space="preserve"> </w:t>
      </w:r>
      <w:r w:rsidR="00D96A92" w:rsidRPr="00B7305F">
        <w:rPr>
          <w:rFonts w:cs="Times New Roman"/>
          <w:color w:val="000000" w:themeColor="text1"/>
          <w:lang w:val="uk-UA"/>
        </w:rPr>
        <w:t>демонструє</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лише</w:t>
      </w:r>
      <w:r w:rsidRPr="00B7305F">
        <w:rPr>
          <w:rFonts w:cs="Times New Roman"/>
          <w:color w:val="000000" w:themeColor="text1"/>
          <w:lang w:val="uk-UA"/>
        </w:rPr>
        <w:t xml:space="preserve"> </w:t>
      </w:r>
      <w:r w:rsidR="00D96A92" w:rsidRPr="00B7305F">
        <w:rPr>
          <w:rFonts w:cs="Times New Roman"/>
          <w:color w:val="000000" w:themeColor="text1"/>
          <w:lang w:val="uk-UA"/>
        </w:rPr>
        <w:t>технічну</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взаємодію</w:t>
      </w:r>
      <w:r w:rsidRPr="00B7305F">
        <w:rPr>
          <w:rFonts w:cs="Times New Roman"/>
          <w:color w:val="000000" w:themeColor="text1"/>
          <w:lang w:val="uk-UA"/>
        </w:rPr>
        <w:t xml:space="preserve"> </w:t>
      </w:r>
      <w:r w:rsidR="00D96A92" w:rsidRPr="00B7305F">
        <w:rPr>
          <w:rFonts w:cs="Times New Roman"/>
          <w:color w:val="000000" w:themeColor="text1"/>
          <w:lang w:val="uk-UA"/>
        </w:rPr>
        <w:t>форм,</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нову</w:t>
      </w:r>
      <w:r w:rsidRPr="00B7305F">
        <w:rPr>
          <w:rFonts w:cs="Times New Roman"/>
          <w:color w:val="000000" w:themeColor="text1"/>
          <w:lang w:val="uk-UA"/>
        </w:rPr>
        <w:t xml:space="preserve"> </w:t>
      </w:r>
      <w:r w:rsidR="00D96A92" w:rsidRPr="00B7305F">
        <w:rPr>
          <w:rFonts w:cs="Times New Roman"/>
          <w:color w:val="000000" w:themeColor="text1"/>
          <w:lang w:val="uk-UA"/>
        </w:rPr>
        <w:t>філософію</w:t>
      </w:r>
      <w:r w:rsidRPr="00B7305F">
        <w:rPr>
          <w:rFonts w:cs="Times New Roman"/>
          <w:color w:val="000000" w:themeColor="text1"/>
          <w:lang w:val="uk-UA"/>
        </w:rPr>
        <w:t xml:space="preserve"> </w:t>
      </w:r>
      <w:r w:rsidR="00D96A92" w:rsidRPr="00B7305F">
        <w:rPr>
          <w:rFonts w:cs="Times New Roman"/>
          <w:color w:val="000000" w:themeColor="text1"/>
          <w:lang w:val="uk-UA"/>
        </w:rPr>
        <w:t>глядацького</w:t>
      </w:r>
      <w:r w:rsidRPr="00B7305F">
        <w:rPr>
          <w:rFonts w:cs="Times New Roman"/>
          <w:color w:val="000000" w:themeColor="text1"/>
          <w:lang w:val="uk-UA"/>
        </w:rPr>
        <w:t xml:space="preserve"> </w:t>
      </w:r>
      <w:r w:rsidR="00D96A92" w:rsidRPr="00B7305F">
        <w:rPr>
          <w:rFonts w:cs="Times New Roman"/>
          <w:color w:val="000000" w:themeColor="text1"/>
          <w:lang w:val="uk-UA"/>
        </w:rPr>
        <w:t>досвіду</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глядач</w:t>
      </w:r>
      <w:r w:rsidRPr="00B7305F">
        <w:rPr>
          <w:rFonts w:cs="Times New Roman"/>
          <w:color w:val="000000" w:themeColor="text1"/>
          <w:lang w:val="uk-UA"/>
        </w:rPr>
        <w:t xml:space="preserve"> </w:t>
      </w:r>
      <w:r w:rsidR="00D96A92" w:rsidRPr="00B7305F">
        <w:rPr>
          <w:rFonts w:cs="Times New Roman"/>
          <w:color w:val="000000" w:themeColor="text1"/>
          <w:lang w:val="uk-UA"/>
        </w:rPr>
        <w:t>стає</w:t>
      </w:r>
      <w:r w:rsidRPr="00B7305F">
        <w:rPr>
          <w:rFonts w:cs="Times New Roman"/>
          <w:color w:val="000000" w:themeColor="text1"/>
          <w:lang w:val="uk-UA"/>
        </w:rPr>
        <w:t xml:space="preserve"> </w:t>
      </w:r>
      <w:r w:rsidR="00D96A92" w:rsidRPr="00B7305F">
        <w:rPr>
          <w:rFonts w:cs="Times New Roman"/>
          <w:color w:val="000000" w:themeColor="text1"/>
          <w:lang w:val="uk-UA"/>
        </w:rPr>
        <w:t>співавтором</w:t>
      </w:r>
      <w:r w:rsidRPr="00B7305F">
        <w:rPr>
          <w:rFonts w:cs="Times New Roman"/>
          <w:color w:val="000000" w:themeColor="text1"/>
          <w:lang w:val="uk-UA"/>
        </w:rPr>
        <w:t xml:space="preserve"> </w:t>
      </w:r>
      <w:r w:rsidR="00D96A92" w:rsidRPr="00B7305F">
        <w:rPr>
          <w:rFonts w:cs="Times New Roman"/>
          <w:color w:val="000000" w:themeColor="text1"/>
          <w:lang w:val="uk-UA"/>
        </w:rPr>
        <w:t>події.</w:t>
      </w:r>
      <w:r w:rsidRPr="00B7305F">
        <w:rPr>
          <w:rFonts w:cs="Times New Roman"/>
          <w:color w:val="000000" w:themeColor="text1"/>
          <w:lang w:val="uk-UA"/>
        </w:rPr>
        <w:t xml:space="preserve"> </w:t>
      </w:r>
      <w:r w:rsidR="00D96A92" w:rsidRPr="00B7305F">
        <w:rPr>
          <w:rFonts w:cs="Times New Roman"/>
          <w:color w:val="000000" w:themeColor="text1"/>
          <w:lang w:val="uk-UA"/>
        </w:rPr>
        <w:t>Подібні</w:t>
      </w:r>
      <w:r w:rsidRPr="00B7305F">
        <w:rPr>
          <w:rFonts w:cs="Times New Roman"/>
          <w:color w:val="000000" w:themeColor="text1"/>
          <w:lang w:val="uk-UA"/>
        </w:rPr>
        <w:t xml:space="preserve"> </w:t>
      </w:r>
      <w:r w:rsidR="00D96A92" w:rsidRPr="00B7305F">
        <w:rPr>
          <w:rFonts w:cs="Times New Roman"/>
          <w:color w:val="000000" w:themeColor="text1"/>
          <w:lang w:val="uk-UA"/>
        </w:rPr>
        <w:t>експерименти</w:t>
      </w:r>
      <w:r w:rsidRPr="00B7305F">
        <w:rPr>
          <w:rFonts w:cs="Times New Roman"/>
          <w:color w:val="000000" w:themeColor="text1"/>
          <w:lang w:val="uk-UA"/>
        </w:rPr>
        <w:t xml:space="preserve"> </w:t>
      </w:r>
      <w:r w:rsidR="00D96A92" w:rsidRPr="00B7305F">
        <w:rPr>
          <w:rFonts w:cs="Times New Roman"/>
          <w:color w:val="000000" w:themeColor="text1"/>
          <w:lang w:val="uk-UA"/>
        </w:rPr>
        <w:t>активно</w:t>
      </w:r>
      <w:r w:rsidRPr="00B7305F">
        <w:rPr>
          <w:rFonts w:cs="Times New Roman"/>
          <w:color w:val="000000" w:themeColor="text1"/>
          <w:lang w:val="uk-UA"/>
        </w:rPr>
        <w:t xml:space="preserve"> </w:t>
      </w:r>
      <w:r w:rsidR="00D96A92" w:rsidRPr="00B7305F">
        <w:rPr>
          <w:rFonts w:cs="Times New Roman"/>
          <w:color w:val="000000" w:themeColor="text1"/>
          <w:lang w:val="uk-UA"/>
        </w:rPr>
        <w:t>розвиваються</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українському</w:t>
      </w:r>
      <w:r w:rsidRPr="00B7305F">
        <w:rPr>
          <w:rFonts w:cs="Times New Roman"/>
          <w:color w:val="000000" w:themeColor="text1"/>
          <w:lang w:val="uk-UA"/>
        </w:rPr>
        <w:t xml:space="preserve"> </w:t>
      </w:r>
      <w:r w:rsidR="00D96A92" w:rsidRPr="00B7305F">
        <w:rPr>
          <w:rFonts w:cs="Times New Roman"/>
          <w:color w:val="000000" w:themeColor="text1"/>
          <w:lang w:val="uk-UA"/>
        </w:rPr>
        <w:t>театрі</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зокрема</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про</w:t>
      </w:r>
      <w:r w:rsidR="0088316A" w:rsidRPr="00B7305F">
        <w:rPr>
          <w:rFonts w:cs="Times New Roman"/>
          <w:color w:val="000000" w:themeColor="text1"/>
          <w:lang w:val="uk-UA"/>
        </w:rPr>
        <w:t>є</w:t>
      </w:r>
      <w:r w:rsidR="00D96A92" w:rsidRPr="00B7305F">
        <w:rPr>
          <w:rFonts w:cs="Times New Roman"/>
          <w:color w:val="000000" w:themeColor="text1"/>
          <w:lang w:val="uk-UA"/>
        </w:rPr>
        <w:t>ктах</w:t>
      </w:r>
      <w:r w:rsidRPr="00B7305F">
        <w:rPr>
          <w:rFonts w:cs="Times New Roman"/>
          <w:color w:val="000000" w:themeColor="text1"/>
          <w:lang w:val="uk-UA"/>
        </w:rPr>
        <w:t xml:space="preserve"> </w:t>
      </w:r>
      <w:r w:rsidR="00D96A92" w:rsidRPr="00B7305F">
        <w:rPr>
          <w:rFonts w:cs="Times New Roman"/>
          <w:color w:val="000000" w:themeColor="text1"/>
          <w:lang w:val="uk-UA"/>
        </w:rPr>
        <w:lastRenderedPageBreak/>
        <w:t>Молодого</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Центру</w:t>
      </w:r>
      <w:r w:rsidRPr="00B7305F">
        <w:rPr>
          <w:rFonts w:cs="Times New Roman"/>
          <w:color w:val="000000" w:themeColor="text1"/>
          <w:lang w:val="uk-UA"/>
        </w:rPr>
        <w:t xml:space="preserve"> </w:t>
      </w:r>
      <w:r w:rsidR="00D96A92" w:rsidRPr="00B7305F">
        <w:rPr>
          <w:rFonts w:cs="Times New Roman"/>
          <w:color w:val="000000" w:themeColor="text1"/>
          <w:lang w:val="uk-UA"/>
        </w:rPr>
        <w:t>сучасного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“ДАХ”,</w:t>
      </w:r>
      <w:r w:rsidRPr="00B7305F">
        <w:rPr>
          <w:rFonts w:cs="Times New Roman"/>
          <w:color w:val="000000" w:themeColor="text1"/>
          <w:lang w:val="uk-UA"/>
        </w:rPr>
        <w:t xml:space="preserve"> </w:t>
      </w:r>
      <w:r w:rsidR="00D96A92" w:rsidRPr="00B7305F">
        <w:rPr>
          <w:rFonts w:cs="Times New Roman"/>
          <w:color w:val="000000" w:themeColor="text1"/>
          <w:lang w:val="uk-UA"/>
        </w:rPr>
        <w:t>Львівського</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імені</w:t>
      </w:r>
      <w:r w:rsidRPr="00B7305F">
        <w:rPr>
          <w:rFonts w:cs="Times New Roman"/>
          <w:color w:val="000000" w:themeColor="text1"/>
          <w:lang w:val="uk-UA"/>
        </w:rPr>
        <w:t xml:space="preserve"> </w:t>
      </w:r>
      <w:r w:rsidR="00D96A92" w:rsidRPr="00B7305F">
        <w:rPr>
          <w:rFonts w:cs="Times New Roman"/>
          <w:color w:val="000000" w:themeColor="text1"/>
          <w:lang w:val="uk-UA"/>
        </w:rPr>
        <w:t>Леся</w:t>
      </w:r>
      <w:r w:rsidRPr="00B7305F">
        <w:rPr>
          <w:rFonts w:cs="Times New Roman"/>
          <w:color w:val="000000" w:themeColor="text1"/>
          <w:lang w:val="uk-UA"/>
        </w:rPr>
        <w:t xml:space="preserve"> </w:t>
      </w:r>
      <w:r w:rsidR="00D96A92" w:rsidRPr="00B7305F">
        <w:rPr>
          <w:rFonts w:cs="Times New Roman"/>
          <w:color w:val="000000" w:themeColor="text1"/>
          <w:lang w:val="uk-UA"/>
        </w:rPr>
        <w:t>Курбаса.</w:t>
      </w:r>
      <w:r w:rsidRPr="00B7305F">
        <w:rPr>
          <w:rFonts w:cs="Times New Roman"/>
          <w:color w:val="000000" w:themeColor="text1"/>
          <w:lang w:val="uk-UA"/>
        </w:rPr>
        <w:t xml:space="preserve"> </w:t>
      </w:r>
    </w:p>
    <w:p w14:paraId="4E0E8BF7" w14:textId="1351F0C3" w:rsidR="00516DF2"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D96A92" w:rsidRPr="00B7305F">
        <w:rPr>
          <w:rFonts w:cs="Times New Roman"/>
          <w:b/>
          <w:bCs/>
          <w:color w:val="000000" w:themeColor="text1"/>
          <w:lang w:val="uk-UA"/>
        </w:rPr>
        <w:t>Філософський</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вимір</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синтезу</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сценічного</w:t>
      </w:r>
      <w:r w:rsidRPr="00B7305F">
        <w:rPr>
          <w:rFonts w:cs="Times New Roman"/>
          <w:b/>
          <w:bCs/>
          <w:color w:val="000000" w:themeColor="text1"/>
          <w:lang w:val="uk-UA"/>
        </w:rPr>
        <w:t xml:space="preserve"> </w:t>
      </w:r>
      <w:r w:rsidR="00D96A92" w:rsidRPr="00B7305F">
        <w:rPr>
          <w:rFonts w:cs="Times New Roman"/>
          <w:b/>
          <w:bCs/>
          <w:color w:val="000000" w:themeColor="text1"/>
          <w:lang w:val="uk-UA"/>
        </w:rPr>
        <w:t>та</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кінематографічного</w:t>
      </w:r>
      <w:r w:rsidRPr="00B7305F">
        <w:rPr>
          <w:rFonts w:cs="Times New Roman"/>
          <w:b/>
          <w:bCs/>
          <w:color w:val="000000" w:themeColor="text1"/>
          <w:lang w:val="uk-UA"/>
        </w:rPr>
        <w:t xml:space="preserve"> </w:t>
      </w:r>
      <w:r w:rsidR="00D96A92" w:rsidRPr="00B7305F">
        <w:rPr>
          <w:rFonts w:cs="Times New Roman"/>
          <w:b/>
          <w:bCs/>
          <w:color w:val="000000" w:themeColor="text1"/>
          <w:lang w:val="uk-UA"/>
        </w:rPr>
        <w:t>мистецтва</w:t>
      </w:r>
      <w:r w:rsidR="00D96A92" w:rsidRPr="00B7305F">
        <w:rPr>
          <w:rFonts w:cs="Times New Roman"/>
          <w:b/>
          <w:bCs/>
          <w:color w:val="000000" w:themeColor="text1"/>
          <w:lang w:val="uk-UA"/>
        </w:rPr>
        <w:br/>
      </w:r>
      <w:r w:rsidRPr="00B7305F">
        <w:rPr>
          <w:rFonts w:cs="Times New Roman"/>
          <w:color w:val="000000" w:themeColor="text1"/>
          <w:lang w:val="uk-UA"/>
        </w:rPr>
        <w:t xml:space="preserve">       </w:t>
      </w:r>
      <w:r w:rsidR="00D96A92" w:rsidRPr="00B7305F">
        <w:rPr>
          <w:rFonts w:cs="Times New Roman"/>
          <w:color w:val="000000" w:themeColor="text1"/>
          <w:lang w:val="uk-UA"/>
        </w:rPr>
        <w:t>Філософія</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полягає</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визнанні</w:t>
      </w:r>
      <w:r w:rsidRPr="00B7305F">
        <w:rPr>
          <w:rFonts w:cs="Times New Roman"/>
          <w:color w:val="000000" w:themeColor="text1"/>
          <w:lang w:val="uk-UA"/>
        </w:rPr>
        <w:t xml:space="preserve"> </w:t>
      </w:r>
      <w:r w:rsidR="00D96A92" w:rsidRPr="00B7305F">
        <w:rPr>
          <w:rFonts w:cs="Times New Roman"/>
          <w:color w:val="000000" w:themeColor="text1"/>
          <w:lang w:val="uk-UA"/>
        </w:rPr>
        <w:t>єдності</w:t>
      </w:r>
      <w:r w:rsidRPr="00B7305F">
        <w:rPr>
          <w:rFonts w:cs="Times New Roman"/>
          <w:color w:val="000000" w:themeColor="text1"/>
          <w:lang w:val="uk-UA"/>
        </w:rPr>
        <w:t xml:space="preserve"> </w:t>
      </w:r>
      <w:r w:rsidR="00D96A92" w:rsidRPr="00B7305F">
        <w:rPr>
          <w:rFonts w:cs="Times New Roman"/>
          <w:color w:val="000000" w:themeColor="text1"/>
          <w:lang w:val="uk-UA"/>
        </w:rPr>
        <w:t>мистецького</w:t>
      </w:r>
      <w:r w:rsidRPr="00B7305F">
        <w:rPr>
          <w:rFonts w:cs="Times New Roman"/>
          <w:color w:val="000000" w:themeColor="text1"/>
          <w:lang w:val="uk-UA"/>
        </w:rPr>
        <w:t xml:space="preserve"> </w:t>
      </w:r>
      <w:r w:rsidR="00D96A92" w:rsidRPr="00B7305F">
        <w:rPr>
          <w:rFonts w:cs="Times New Roman"/>
          <w:color w:val="000000" w:themeColor="text1"/>
          <w:lang w:val="uk-UA"/>
        </w:rPr>
        <w:t>досвіду.</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є</w:t>
      </w:r>
      <w:r w:rsidRPr="00B7305F">
        <w:rPr>
          <w:rFonts w:cs="Times New Roman"/>
          <w:color w:val="000000" w:themeColor="text1"/>
          <w:lang w:val="uk-UA"/>
        </w:rPr>
        <w:t xml:space="preserve"> </w:t>
      </w:r>
      <w:r w:rsidR="00D96A92" w:rsidRPr="00B7305F">
        <w:rPr>
          <w:rFonts w:cs="Times New Roman"/>
          <w:color w:val="000000" w:themeColor="text1"/>
          <w:lang w:val="uk-UA"/>
        </w:rPr>
        <w:t>різними</w:t>
      </w:r>
      <w:r w:rsidRPr="00B7305F">
        <w:rPr>
          <w:rFonts w:cs="Times New Roman"/>
          <w:color w:val="000000" w:themeColor="text1"/>
          <w:lang w:val="uk-UA"/>
        </w:rPr>
        <w:t xml:space="preserve"> </w:t>
      </w:r>
      <w:r w:rsidR="00D96A92" w:rsidRPr="00B7305F">
        <w:rPr>
          <w:rFonts w:cs="Times New Roman"/>
          <w:color w:val="000000" w:themeColor="text1"/>
          <w:lang w:val="uk-UA"/>
        </w:rPr>
        <w:t>втіленнями</w:t>
      </w:r>
      <w:r w:rsidRPr="00B7305F">
        <w:rPr>
          <w:rFonts w:cs="Times New Roman"/>
          <w:color w:val="000000" w:themeColor="text1"/>
          <w:lang w:val="uk-UA"/>
        </w:rPr>
        <w:t xml:space="preserve"> </w:t>
      </w:r>
      <w:r w:rsidR="00D96A92" w:rsidRPr="00B7305F">
        <w:rPr>
          <w:rFonts w:cs="Times New Roman"/>
          <w:color w:val="000000" w:themeColor="text1"/>
          <w:lang w:val="uk-UA"/>
        </w:rPr>
        <w:t>однієї</w:t>
      </w:r>
      <w:r w:rsidRPr="00B7305F">
        <w:rPr>
          <w:rFonts w:cs="Times New Roman"/>
          <w:color w:val="000000" w:themeColor="text1"/>
          <w:lang w:val="uk-UA"/>
        </w:rPr>
        <w:t xml:space="preserve"> </w:t>
      </w:r>
      <w:r w:rsidR="00D96A92" w:rsidRPr="00B7305F">
        <w:rPr>
          <w:rFonts w:cs="Times New Roman"/>
          <w:color w:val="000000" w:themeColor="text1"/>
          <w:lang w:val="uk-UA"/>
        </w:rPr>
        <w:t>мети</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пошуку</w:t>
      </w:r>
      <w:r w:rsidRPr="00B7305F">
        <w:rPr>
          <w:rFonts w:cs="Times New Roman"/>
          <w:color w:val="000000" w:themeColor="text1"/>
          <w:lang w:val="uk-UA"/>
        </w:rPr>
        <w:t xml:space="preserve"> </w:t>
      </w:r>
      <w:r w:rsidR="00D96A92" w:rsidRPr="00B7305F">
        <w:rPr>
          <w:rFonts w:cs="Times New Roman"/>
          <w:color w:val="000000" w:themeColor="text1"/>
          <w:lang w:val="uk-UA"/>
        </w:rPr>
        <w:t>художньої</w:t>
      </w:r>
      <w:r w:rsidRPr="00B7305F">
        <w:rPr>
          <w:rFonts w:cs="Times New Roman"/>
          <w:color w:val="000000" w:themeColor="text1"/>
          <w:lang w:val="uk-UA"/>
        </w:rPr>
        <w:t xml:space="preserve"> </w:t>
      </w:r>
      <w:r w:rsidR="00D96A92" w:rsidRPr="00B7305F">
        <w:rPr>
          <w:rFonts w:cs="Times New Roman"/>
          <w:color w:val="000000" w:themeColor="text1"/>
          <w:lang w:val="uk-UA"/>
        </w:rPr>
        <w:t>істини</w:t>
      </w:r>
      <w:r w:rsidRPr="00B7305F">
        <w:rPr>
          <w:rFonts w:cs="Times New Roman"/>
          <w:color w:val="000000" w:themeColor="text1"/>
          <w:lang w:val="uk-UA"/>
        </w:rPr>
        <w:t xml:space="preserve"> </w:t>
      </w:r>
      <w:r w:rsidR="00D96A92" w:rsidRPr="00B7305F">
        <w:rPr>
          <w:rFonts w:cs="Times New Roman"/>
          <w:color w:val="000000" w:themeColor="text1"/>
          <w:lang w:val="uk-UA"/>
        </w:rPr>
        <w:t>через</w:t>
      </w:r>
      <w:r w:rsidRPr="00B7305F">
        <w:rPr>
          <w:rFonts w:cs="Times New Roman"/>
          <w:color w:val="000000" w:themeColor="text1"/>
          <w:lang w:val="uk-UA"/>
        </w:rPr>
        <w:t xml:space="preserve"> </w:t>
      </w:r>
      <w:r w:rsidR="00D96A92" w:rsidRPr="00B7305F">
        <w:rPr>
          <w:rFonts w:cs="Times New Roman"/>
          <w:color w:val="000000" w:themeColor="text1"/>
          <w:lang w:val="uk-UA"/>
        </w:rPr>
        <w:t>людину.</w:t>
      </w:r>
      <w:r w:rsidRPr="00B7305F">
        <w:rPr>
          <w:rFonts w:cs="Times New Roman"/>
          <w:color w:val="000000" w:themeColor="text1"/>
          <w:lang w:val="uk-UA"/>
        </w:rPr>
        <w:t xml:space="preserve"> </w:t>
      </w:r>
      <w:r w:rsidR="00D96A92" w:rsidRPr="00B7305F">
        <w:rPr>
          <w:rFonts w:cs="Times New Roman"/>
          <w:color w:val="000000" w:themeColor="text1"/>
          <w:lang w:val="uk-UA"/>
        </w:rPr>
        <w:t>Їхнє</w:t>
      </w:r>
      <w:r w:rsidRPr="00B7305F">
        <w:rPr>
          <w:rFonts w:cs="Times New Roman"/>
          <w:color w:val="000000" w:themeColor="text1"/>
          <w:lang w:val="uk-UA"/>
        </w:rPr>
        <w:t xml:space="preserve"> </w:t>
      </w:r>
      <w:r w:rsidR="00D96A92" w:rsidRPr="00B7305F">
        <w:rPr>
          <w:rFonts w:cs="Times New Roman"/>
          <w:color w:val="000000" w:themeColor="text1"/>
          <w:lang w:val="uk-UA"/>
        </w:rPr>
        <w:t>поєднання</w:t>
      </w:r>
      <w:r w:rsidRPr="00B7305F">
        <w:rPr>
          <w:rFonts w:cs="Times New Roman"/>
          <w:color w:val="000000" w:themeColor="text1"/>
          <w:lang w:val="uk-UA"/>
        </w:rPr>
        <w:t xml:space="preserve"> </w:t>
      </w:r>
      <w:r w:rsidR="00D96A92" w:rsidRPr="00B7305F">
        <w:rPr>
          <w:rFonts w:cs="Times New Roman"/>
          <w:color w:val="000000" w:themeColor="text1"/>
          <w:lang w:val="uk-UA"/>
        </w:rPr>
        <w:t>створює</w:t>
      </w:r>
      <w:r w:rsidRPr="00B7305F">
        <w:rPr>
          <w:rFonts w:cs="Times New Roman"/>
          <w:color w:val="000000" w:themeColor="text1"/>
          <w:lang w:val="uk-UA"/>
        </w:rPr>
        <w:t xml:space="preserve"> </w:t>
      </w:r>
      <w:r w:rsidR="00D96A92" w:rsidRPr="00B7305F">
        <w:rPr>
          <w:rFonts w:cs="Times New Roman"/>
          <w:color w:val="000000" w:themeColor="text1"/>
          <w:lang w:val="uk-UA"/>
        </w:rPr>
        <w:t>новий</w:t>
      </w:r>
      <w:r w:rsidRPr="00B7305F">
        <w:rPr>
          <w:rFonts w:cs="Times New Roman"/>
          <w:color w:val="000000" w:themeColor="text1"/>
          <w:lang w:val="uk-UA"/>
        </w:rPr>
        <w:t xml:space="preserve"> </w:t>
      </w:r>
      <w:r w:rsidR="00D96A92" w:rsidRPr="00B7305F">
        <w:rPr>
          <w:rFonts w:cs="Times New Roman"/>
          <w:color w:val="000000" w:themeColor="text1"/>
          <w:lang w:val="uk-UA"/>
        </w:rPr>
        <w:t>тип</w:t>
      </w:r>
      <w:r w:rsidRPr="00B7305F">
        <w:rPr>
          <w:rFonts w:cs="Times New Roman"/>
          <w:color w:val="000000" w:themeColor="text1"/>
          <w:lang w:val="uk-UA"/>
        </w:rPr>
        <w:t xml:space="preserve"> </w:t>
      </w:r>
      <w:r w:rsidR="00D96A92" w:rsidRPr="00B7305F">
        <w:rPr>
          <w:rFonts w:cs="Times New Roman"/>
          <w:color w:val="000000" w:themeColor="text1"/>
          <w:lang w:val="uk-UA"/>
        </w:rPr>
        <w:t>реальності,</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якому</w:t>
      </w:r>
      <w:r w:rsidRPr="00B7305F">
        <w:rPr>
          <w:rFonts w:cs="Times New Roman"/>
          <w:color w:val="000000" w:themeColor="text1"/>
          <w:lang w:val="uk-UA"/>
        </w:rPr>
        <w:t xml:space="preserve"> </w:t>
      </w:r>
      <w:r w:rsidR="00D96A92" w:rsidRPr="00B7305F">
        <w:rPr>
          <w:rFonts w:cs="Times New Roman"/>
          <w:color w:val="000000" w:themeColor="text1"/>
          <w:lang w:val="uk-UA"/>
        </w:rPr>
        <w:t>зникає</w:t>
      </w:r>
      <w:r w:rsidRPr="00B7305F">
        <w:rPr>
          <w:rFonts w:cs="Times New Roman"/>
          <w:color w:val="000000" w:themeColor="text1"/>
          <w:lang w:val="uk-UA"/>
        </w:rPr>
        <w:t xml:space="preserve"> </w:t>
      </w:r>
      <w:r w:rsidR="00D96A92" w:rsidRPr="00B7305F">
        <w:rPr>
          <w:rFonts w:cs="Times New Roman"/>
          <w:color w:val="000000" w:themeColor="text1"/>
          <w:lang w:val="uk-UA"/>
        </w:rPr>
        <w:t>межа</w:t>
      </w:r>
      <w:r w:rsidRPr="00B7305F">
        <w:rPr>
          <w:rFonts w:cs="Times New Roman"/>
          <w:color w:val="000000" w:themeColor="text1"/>
          <w:lang w:val="uk-UA"/>
        </w:rPr>
        <w:t xml:space="preserve"> </w:t>
      </w:r>
      <w:r w:rsidR="00D96A92" w:rsidRPr="00B7305F">
        <w:rPr>
          <w:rFonts w:cs="Times New Roman"/>
          <w:color w:val="000000" w:themeColor="text1"/>
          <w:lang w:val="uk-UA"/>
        </w:rPr>
        <w:t>між</w:t>
      </w:r>
      <w:r w:rsidRPr="00B7305F">
        <w:rPr>
          <w:rFonts w:cs="Times New Roman"/>
          <w:color w:val="000000" w:themeColor="text1"/>
          <w:lang w:val="uk-UA"/>
        </w:rPr>
        <w:t xml:space="preserve"> </w:t>
      </w:r>
      <w:r w:rsidR="00D96A92" w:rsidRPr="00B7305F">
        <w:rPr>
          <w:rFonts w:cs="Times New Roman"/>
          <w:color w:val="000000" w:themeColor="text1"/>
          <w:lang w:val="uk-UA"/>
        </w:rPr>
        <w:t>матеріальним</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віртуальним,</w:t>
      </w:r>
      <w:r w:rsidRPr="00B7305F">
        <w:rPr>
          <w:rFonts w:cs="Times New Roman"/>
          <w:color w:val="000000" w:themeColor="text1"/>
          <w:lang w:val="uk-UA"/>
        </w:rPr>
        <w:t xml:space="preserve"> </w:t>
      </w:r>
      <w:r w:rsidR="00D96A92" w:rsidRPr="00B7305F">
        <w:rPr>
          <w:rFonts w:cs="Times New Roman"/>
          <w:color w:val="000000" w:themeColor="text1"/>
          <w:lang w:val="uk-UA"/>
        </w:rPr>
        <w:t>між</w:t>
      </w:r>
      <w:r w:rsidRPr="00B7305F">
        <w:rPr>
          <w:rFonts w:cs="Times New Roman"/>
          <w:color w:val="000000" w:themeColor="text1"/>
          <w:lang w:val="uk-UA"/>
        </w:rPr>
        <w:t xml:space="preserve"> </w:t>
      </w:r>
      <w:r w:rsidR="00D96A92" w:rsidRPr="00B7305F">
        <w:rPr>
          <w:rFonts w:cs="Times New Roman"/>
          <w:color w:val="000000" w:themeColor="text1"/>
          <w:lang w:val="uk-UA"/>
        </w:rPr>
        <w:t>дійсністю</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її</w:t>
      </w:r>
      <w:r w:rsidRPr="00B7305F">
        <w:rPr>
          <w:rFonts w:cs="Times New Roman"/>
          <w:color w:val="000000" w:themeColor="text1"/>
          <w:lang w:val="uk-UA"/>
        </w:rPr>
        <w:t xml:space="preserve"> </w:t>
      </w:r>
      <w:r w:rsidR="00D96A92" w:rsidRPr="00B7305F">
        <w:rPr>
          <w:rFonts w:cs="Times New Roman"/>
          <w:color w:val="000000" w:themeColor="text1"/>
          <w:lang w:val="uk-UA"/>
        </w:rPr>
        <w:t>зображенням.</w:t>
      </w:r>
      <w:r w:rsidRPr="00B7305F">
        <w:rPr>
          <w:rFonts w:cs="Times New Roman"/>
          <w:color w:val="000000" w:themeColor="text1"/>
          <w:lang w:val="uk-UA"/>
        </w:rPr>
        <w:t xml:space="preserve"> </w:t>
      </w:r>
      <w:r w:rsidR="00D96A92" w:rsidRPr="00B7305F">
        <w:rPr>
          <w:rFonts w:cs="Times New Roman"/>
          <w:color w:val="000000" w:themeColor="text1"/>
          <w:lang w:val="uk-UA"/>
        </w:rPr>
        <w:t>Актор</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цьому</w:t>
      </w:r>
      <w:r w:rsidRPr="00B7305F">
        <w:rPr>
          <w:rFonts w:cs="Times New Roman"/>
          <w:color w:val="000000" w:themeColor="text1"/>
          <w:lang w:val="uk-UA"/>
        </w:rPr>
        <w:t xml:space="preserve"> </w:t>
      </w:r>
      <w:r w:rsidR="00D96A92" w:rsidRPr="00B7305F">
        <w:rPr>
          <w:rFonts w:cs="Times New Roman"/>
          <w:color w:val="000000" w:themeColor="text1"/>
          <w:lang w:val="uk-UA"/>
        </w:rPr>
        <w:t>контексті</w:t>
      </w:r>
      <w:r w:rsidRPr="00B7305F">
        <w:rPr>
          <w:rFonts w:cs="Times New Roman"/>
          <w:color w:val="000000" w:themeColor="text1"/>
          <w:lang w:val="uk-UA"/>
        </w:rPr>
        <w:t xml:space="preserve"> </w:t>
      </w:r>
      <w:r w:rsidR="00D96A92" w:rsidRPr="00B7305F">
        <w:rPr>
          <w:rFonts w:cs="Times New Roman"/>
          <w:color w:val="000000" w:themeColor="text1"/>
          <w:lang w:val="uk-UA"/>
        </w:rPr>
        <w:t>стає</w:t>
      </w:r>
      <w:r w:rsidRPr="00B7305F">
        <w:rPr>
          <w:rFonts w:cs="Times New Roman"/>
          <w:color w:val="000000" w:themeColor="text1"/>
          <w:lang w:val="uk-UA"/>
        </w:rPr>
        <w:t xml:space="preserve"> </w:t>
      </w:r>
      <w:r w:rsidR="00D96A92" w:rsidRPr="00B7305F">
        <w:rPr>
          <w:rFonts w:cs="Times New Roman"/>
          <w:color w:val="000000" w:themeColor="text1"/>
          <w:lang w:val="uk-UA"/>
        </w:rPr>
        <w:t>носієм</w:t>
      </w:r>
      <w:r w:rsidRPr="00B7305F">
        <w:rPr>
          <w:rFonts w:cs="Times New Roman"/>
          <w:color w:val="000000" w:themeColor="text1"/>
          <w:lang w:val="uk-UA"/>
        </w:rPr>
        <w:t xml:space="preserve"> </w:t>
      </w:r>
      <w:r w:rsidR="00D96A92" w:rsidRPr="00B7305F">
        <w:rPr>
          <w:rFonts w:cs="Times New Roman"/>
          <w:color w:val="000000" w:themeColor="text1"/>
          <w:lang w:val="uk-UA"/>
        </w:rPr>
        <w:t>міжмедійної</w:t>
      </w:r>
      <w:r w:rsidRPr="00B7305F">
        <w:rPr>
          <w:rFonts w:cs="Times New Roman"/>
          <w:color w:val="000000" w:themeColor="text1"/>
          <w:lang w:val="uk-UA"/>
        </w:rPr>
        <w:t xml:space="preserve"> </w:t>
      </w:r>
      <w:r w:rsidR="00D96A92" w:rsidRPr="00B7305F">
        <w:rPr>
          <w:rFonts w:cs="Times New Roman"/>
          <w:color w:val="000000" w:themeColor="text1"/>
          <w:lang w:val="uk-UA"/>
        </w:rPr>
        <w:t>присутності</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він</w:t>
      </w:r>
      <w:r w:rsidRPr="00B7305F">
        <w:rPr>
          <w:rFonts w:cs="Times New Roman"/>
          <w:color w:val="000000" w:themeColor="text1"/>
          <w:lang w:val="uk-UA"/>
        </w:rPr>
        <w:t xml:space="preserve"> </w:t>
      </w:r>
      <w:r w:rsidR="00D96A92" w:rsidRPr="00B7305F">
        <w:rPr>
          <w:rFonts w:cs="Times New Roman"/>
          <w:color w:val="000000" w:themeColor="text1"/>
          <w:lang w:val="uk-UA"/>
        </w:rPr>
        <w:t>існує</w:t>
      </w:r>
      <w:r w:rsidRPr="00B7305F">
        <w:rPr>
          <w:rFonts w:cs="Times New Roman"/>
          <w:color w:val="000000" w:themeColor="text1"/>
          <w:lang w:val="uk-UA"/>
        </w:rPr>
        <w:t xml:space="preserve"> </w:t>
      </w:r>
      <w:r w:rsidR="00D96A92" w:rsidRPr="00B7305F">
        <w:rPr>
          <w:rFonts w:cs="Times New Roman"/>
          <w:color w:val="000000" w:themeColor="text1"/>
          <w:lang w:val="uk-UA"/>
        </w:rPr>
        <w:t>одночасно</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фізичному</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цифровому</w:t>
      </w:r>
      <w:r w:rsidRPr="00B7305F">
        <w:rPr>
          <w:rFonts w:cs="Times New Roman"/>
          <w:color w:val="000000" w:themeColor="text1"/>
          <w:lang w:val="uk-UA"/>
        </w:rPr>
        <w:t xml:space="preserve"> </w:t>
      </w:r>
      <w:r w:rsidR="00D96A92" w:rsidRPr="00B7305F">
        <w:rPr>
          <w:rFonts w:cs="Times New Roman"/>
          <w:color w:val="000000" w:themeColor="text1"/>
          <w:lang w:val="uk-UA"/>
        </w:rPr>
        <w:t>вимірі.</w:t>
      </w:r>
    </w:p>
    <w:p w14:paraId="0AEF607D" w14:textId="16621247" w:rsidR="0030375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Така</w:t>
      </w:r>
      <w:r w:rsidRPr="00B7305F">
        <w:rPr>
          <w:rFonts w:cs="Times New Roman"/>
          <w:color w:val="000000" w:themeColor="text1"/>
          <w:lang w:val="uk-UA"/>
        </w:rPr>
        <w:t xml:space="preserve"> </w:t>
      </w:r>
      <w:r w:rsidR="00D96A92" w:rsidRPr="00B7305F">
        <w:rPr>
          <w:rFonts w:cs="Times New Roman"/>
          <w:color w:val="000000" w:themeColor="text1"/>
          <w:lang w:val="uk-UA"/>
        </w:rPr>
        <w:t>концепція</w:t>
      </w:r>
      <w:r w:rsidRPr="00B7305F">
        <w:rPr>
          <w:rFonts w:cs="Times New Roman"/>
          <w:color w:val="000000" w:themeColor="text1"/>
          <w:lang w:val="uk-UA"/>
        </w:rPr>
        <w:t xml:space="preserve"> </w:t>
      </w:r>
      <w:r w:rsidR="00D96A92" w:rsidRPr="00B7305F">
        <w:rPr>
          <w:rFonts w:cs="Times New Roman"/>
          <w:color w:val="000000" w:themeColor="text1"/>
          <w:lang w:val="uk-UA"/>
        </w:rPr>
        <w:t>перегукується</w:t>
      </w:r>
      <w:r w:rsidRPr="00B7305F">
        <w:rPr>
          <w:rFonts w:cs="Times New Roman"/>
          <w:color w:val="000000" w:themeColor="text1"/>
          <w:lang w:val="uk-UA"/>
        </w:rPr>
        <w:t xml:space="preserve"> </w:t>
      </w:r>
      <w:r w:rsidR="00D96A92" w:rsidRPr="00B7305F">
        <w:rPr>
          <w:rFonts w:cs="Times New Roman"/>
          <w:color w:val="000000" w:themeColor="text1"/>
          <w:lang w:val="uk-UA"/>
        </w:rPr>
        <w:t>з</w:t>
      </w:r>
      <w:r w:rsidRPr="00B7305F">
        <w:rPr>
          <w:rFonts w:cs="Times New Roman"/>
          <w:color w:val="000000" w:themeColor="text1"/>
          <w:lang w:val="uk-UA"/>
        </w:rPr>
        <w:t xml:space="preserve"> </w:t>
      </w:r>
      <w:r w:rsidR="00D96A92" w:rsidRPr="00B7305F">
        <w:rPr>
          <w:rFonts w:cs="Times New Roman"/>
          <w:color w:val="000000" w:themeColor="text1"/>
          <w:lang w:val="uk-UA"/>
        </w:rPr>
        <w:t>ідеями</w:t>
      </w:r>
      <w:r w:rsidRPr="00B7305F">
        <w:rPr>
          <w:rFonts w:cs="Times New Roman"/>
          <w:color w:val="000000" w:themeColor="text1"/>
          <w:lang w:val="uk-UA"/>
        </w:rPr>
        <w:t xml:space="preserve"> </w:t>
      </w:r>
      <w:r w:rsidR="00D96A92" w:rsidRPr="00B7305F">
        <w:rPr>
          <w:rFonts w:cs="Times New Roman"/>
          <w:color w:val="000000" w:themeColor="text1"/>
          <w:lang w:val="uk-UA"/>
        </w:rPr>
        <w:t>постдраматичного</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де</w:t>
      </w:r>
      <w:r w:rsidRPr="00B7305F">
        <w:rPr>
          <w:rFonts w:cs="Times New Roman"/>
          <w:color w:val="000000" w:themeColor="text1"/>
          <w:lang w:val="uk-UA"/>
        </w:rPr>
        <w:t xml:space="preserve"> </w:t>
      </w:r>
      <w:r w:rsidR="00D96A92" w:rsidRPr="00B7305F">
        <w:rPr>
          <w:rFonts w:cs="Times New Roman"/>
          <w:color w:val="000000" w:themeColor="text1"/>
          <w:lang w:val="uk-UA"/>
        </w:rPr>
        <w:t>текст</w:t>
      </w:r>
      <w:r w:rsidRPr="00B7305F">
        <w:rPr>
          <w:rFonts w:cs="Times New Roman"/>
          <w:color w:val="000000" w:themeColor="text1"/>
          <w:lang w:val="uk-UA"/>
        </w:rPr>
        <w:t xml:space="preserve"> </w:t>
      </w:r>
      <w:r w:rsidR="00D96A92" w:rsidRPr="00B7305F">
        <w:rPr>
          <w:rFonts w:cs="Times New Roman"/>
          <w:color w:val="000000" w:themeColor="text1"/>
          <w:lang w:val="uk-UA"/>
        </w:rPr>
        <w:t>поступається</w:t>
      </w:r>
      <w:r w:rsidRPr="00B7305F">
        <w:rPr>
          <w:rFonts w:cs="Times New Roman"/>
          <w:color w:val="000000" w:themeColor="text1"/>
          <w:lang w:val="uk-UA"/>
        </w:rPr>
        <w:t xml:space="preserve"> </w:t>
      </w:r>
      <w:r w:rsidR="00D96A92" w:rsidRPr="00B7305F">
        <w:rPr>
          <w:rFonts w:cs="Times New Roman"/>
          <w:color w:val="000000" w:themeColor="text1"/>
          <w:lang w:val="uk-UA"/>
        </w:rPr>
        <w:t>місцем</w:t>
      </w:r>
      <w:r w:rsidRPr="00B7305F">
        <w:rPr>
          <w:rFonts w:cs="Times New Roman"/>
          <w:color w:val="000000" w:themeColor="text1"/>
          <w:lang w:val="uk-UA"/>
        </w:rPr>
        <w:t xml:space="preserve"> </w:t>
      </w:r>
      <w:r w:rsidR="00D96A92" w:rsidRPr="00B7305F">
        <w:rPr>
          <w:rFonts w:cs="Times New Roman"/>
          <w:color w:val="000000" w:themeColor="text1"/>
          <w:lang w:val="uk-UA"/>
        </w:rPr>
        <w:t>дії,</w:t>
      </w:r>
      <w:r w:rsidRPr="00B7305F">
        <w:rPr>
          <w:rFonts w:cs="Times New Roman"/>
          <w:color w:val="000000" w:themeColor="text1"/>
          <w:lang w:val="uk-UA"/>
        </w:rPr>
        <w:t xml:space="preserve"> </w:t>
      </w:r>
      <w:r w:rsidR="00D96A92" w:rsidRPr="00B7305F">
        <w:rPr>
          <w:rFonts w:cs="Times New Roman"/>
          <w:color w:val="000000" w:themeColor="text1"/>
          <w:lang w:val="uk-UA"/>
        </w:rPr>
        <w:t>образу,</w:t>
      </w:r>
      <w:r w:rsidRPr="00B7305F">
        <w:rPr>
          <w:rFonts w:cs="Times New Roman"/>
          <w:color w:val="000000" w:themeColor="text1"/>
          <w:lang w:val="uk-UA"/>
        </w:rPr>
        <w:t xml:space="preserve"> </w:t>
      </w:r>
      <w:r w:rsidR="00D96A92" w:rsidRPr="00B7305F">
        <w:rPr>
          <w:rFonts w:cs="Times New Roman"/>
          <w:color w:val="000000" w:themeColor="text1"/>
          <w:lang w:val="uk-UA"/>
        </w:rPr>
        <w:t>візуальності.</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цьому</w:t>
      </w:r>
      <w:r w:rsidRPr="00B7305F">
        <w:rPr>
          <w:rFonts w:cs="Times New Roman"/>
          <w:color w:val="000000" w:themeColor="text1"/>
          <w:lang w:val="uk-UA"/>
        </w:rPr>
        <w:t xml:space="preserve"> </w:t>
      </w:r>
      <w:r w:rsidR="00D96A92" w:rsidRPr="00B7305F">
        <w:rPr>
          <w:rFonts w:cs="Times New Roman"/>
          <w:color w:val="000000" w:themeColor="text1"/>
          <w:lang w:val="uk-UA"/>
        </w:rPr>
        <w:t>просторі</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кінематографічні</w:t>
      </w:r>
      <w:r w:rsidRPr="00B7305F">
        <w:rPr>
          <w:rFonts w:cs="Times New Roman"/>
          <w:color w:val="000000" w:themeColor="text1"/>
          <w:lang w:val="uk-UA"/>
        </w:rPr>
        <w:t xml:space="preserve"> </w:t>
      </w:r>
      <w:r w:rsidR="00D96A92" w:rsidRPr="00B7305F">
        <w:rPr>
          <w:rFonts w:cs="Times New Roman"/>
          <w:color w:val="000000" w:themeColor="text1"/>
          <w:lang w:val="uk-UA"/>
        </w:rPr>
        <w:t>елементи</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монтаж,</w:t>
      </w:r>
      <w:r w:rsidRPr="00B7305F">
        <w:rPr>
          <w:rFonts w:cs="Times New Roman"/>
          <w:color w:val="000000" w:themeColor="text1"/>
          <w:lang w:val="uk-UA"/>
        </w:rPr>
        <w:t xml:space="preserve"> </w:t>
      </w:r>
      <w:r w:rsidR="00D96A92" w:rsidRPr="00B7305F">
        <w:rPr>
          <w:rFonts w:cs="Times New Roman"/>
          <w:color w:val="000000" w:themeColor="text1"/>
          <w:lang w:val="uk-UA"/>
        </w:rPr>
        <w:t>кадр,</w:t>
      </w:r>
      <w:r w:rsidRPr="00B7305F">
        <w:rPr>
          <w:rFonts w:cs="Times New Roman"/>
          <w:color w:val="000000" w:themeColor="text1"/>
          <w:lang w:val="uk-UA"/>
        </w:rPr>
        <w:t xml:space="preserve"> </w:t>
      </w:r>
      <w:r w:rsidR="00D96A92" w:rsidRPr="00B7305F">
        <w:rPr>
          <w:rFonts w:cs="Times New Roman"/>
          <w:color w:val="000000" w:themeColor="text1"/>
          <w:lang w:val="uk-UA"/>
        </w:rPr>
        <w:t>звук</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перетворюються</w:t>
      </w:r>
      <w:r w:rsidRPr="00B7305F">
        <w:rPr>
          <w:rFonts w:cs="Times New Roman"/>
          <w:color w:val="000000" w:themeColor="text1"/>
          <w:lang w:val="uk-UA"/>
        </w:rPr>
        <w:t xml:space="preserve"> </w:t>
      </w:r>
      <w:r w:rsidR="00D96A92" w:rsidRPr="00B7305F">
        <w:rPr>
          <w:rFonts w:cs="Times New Roman"/>
          <w:color w:val="000000" w:themeColor="text1"/>
          <w:lang w:val="uk-UA"/>
        </w:rPr>
        <w:t>на</w:t>
      </w:r>
      <w:r w:rsidRPr="00B7305F">
        <w:rPr>
          <w:rFonts w:cs="Times New Roman"/>
          <w:color w:val="000000" w:themeColor="text1"/>
          <w:lang w:val="uk-UA"/>
        </w:rPr>
        <w:t xml:space="preserve"> </w:t>
      </w:r>
      <w:r w:rsidR="00D96A92" w:rsidRPr="00B7305F">
        <w:rPr>
          <w:rFonts w:cs="Times New Roman"/>
          <w:color w:val="000000" w:themeColor="text1"/>
          <w:lang w:val="uk-UA"/>
        </w:rPr>
        <w:t>інструменти</w:t>
      </w:r>
      <w:r w:rsidRPr="00B7305F">
        <w:rPr>
          <w:rFonts w:cs="Times New Roman"/>
          <w:color w:val="000000" w:themeColor="text1"/>
          <w:lang w:val="uk-UA"/>
        </w:rPr>
        <w:t xml:space="preserve"> </w:t>
      </w:r>
      <w:r w:rsidR="00D96A92" w:rsidRPr="00B7305F">
        <w:rPr>
          <w:rFonts w:cs="Times New Roman"/>
          <w:color w:val="000000" w:themeColor="text1"/>
          <w:lang w:val="uk-UA"/>
        </w:rPr>
        <w:t>сценічної</w:t>
      </w:r>
      <w:r w:rsidRPr="00B7305F">
        <w:rPr>
          <w:rFonts w:cs="Times New Roman"/>
          <w:color w:val="000000" w:themeColor="text1"/>
          <w:lang w:val="uk-UA"/>
        </w:rPr>
        <w:t xml:space="preserve"> </w:t>
      </w:r>
      <w:r w:rsidR="00D96A92" w:rsidRPr="00B7305F">
        <w:rPr>
          <w:rFonts w:cs="Times New Roman"/>
          <w:color w:val="000000" w:themeColor="text1"/>
          <w:lang w:val="uk-UA"/>
        </w:rPr>
        <w:t>виразності.</w:t>
      </w:r>
      <w:r w:rsidRPr="00B7305F">
        <w:rPr>
          <w:rFonts w:cs="Times New Roman"/>
          <w:color w:val="000000" w:themeColor="text1"/>
          <w:lang w:val="uk-UA"/>
        </w:rPr>
        <w:t xml:space="preserve"> </w:t>
      </w:r>
      <w:r w:rsidR="00D96A92" w:rsidRPr="00B7305F">
        <w:rPr>
          <w:rFonts w:cs="Times New Roman"/>
          <w:color w:val="000000" w:themeColor="text1"/>
          <w:lang w:val="uk-UA"/>
        </w:rPr>
        <w:t>Таким</w:t>
      </w:r>
      <w:r w:rsidRPr="00B7305F">
        <w:rPr>
          <w:rFonts w:cs="Times New Roman"/>
          <w:color w:val="000000" w:themeColor="text1"/>
          <w:lang w:val="uk-UA"/>
        </w:rPr>
        <w:t xml:space="preserve"> </w:t>
      </w:r>
      <w:r w:rsidR="00D96A92" w:rsidRPr="00B7305F">
        <w:rPr>
          <w:rFonts w:cs="Times New Roman"/>
          <w:color w:val="000000" w:themeColor="text1"/>
          <w:lang w:val="uk-UA"/>
        </w:rPr>
        <w:t>чином,</w:t>
      </w:r>
      <w:r w:rsidRPr="00B7305F">
        <w:rPr>
          <w:rFonts w:cs="Times New Roman"/>
          <w:color w:val="000000" w:themeColor="text1"/>
          <w:lang w:val="uk-UA"/>
        </w:rPr>
        <w:t xml:space="preserve"> </w:t>
      </w:r>
      <w:r w:rsidR="00D96A92" w:rsidRPr="00B7305F">
        <w:rPr>
          <w:rFonts w:cs="Times New Roman"/>
          <w:color w:val="000000" w:themeColor="text1"/>
          <w:lang w:val="uk-UA"/>
        </w:rPr>
        <w:t>синтез</w:t>
      </w:r>
      <w:r w:rsidRPr="00B7305F">
        <w:rPr>
          <w:rFonts w:cs="Times New Roman"/>
          <w:color w:val="000000" w:themeColor="text1"/>
          <w:lang w:val="uk-UA"/>
        </w:rPr>
        <w:t xml:space="preserve"> </w:t>
      </w:r>
      <w:r w:rsidR="00D96A92" w:rsidRPr="00B7305F">
        <w:rPr>
          <w:rFonts w:cs="Times New Roman"/>
          <w:color w:val="000000" w:themeColor="text1"/>
          <w:lang w:val="uk-UA"/>
        </w:rPr>
        <w:t>стає</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просто</w:t>
      </w:r>
      <w:r w:rsidRPr="00B7305F">
        <w:rPr>
          <w:rFonts w:cs="Times New Roman"/>
          <w:color w:val="000000" w:themeColor="text1"/>
          <w:lang w:val="uk-UA"/>
        </w:rPr>
        <w:t xml:space="preserve"> </w:t>
      </w:r>
      <w:r w:rsidR="00D96A92" w:rsidRPr="00B7305F">
        <w:rPr>
          <w:rFonts w:cs="Times New Roman"/>
          <w:color w:val="000000" w:themeColor="text1"/>
          <w:lang w:val="uk-UA"/>
        </w:rPr>
        <w:t>художнім</w:t>
      </w:r>
      <w:r w:rsidRPr="00B7305F">
        <w:rPr>
          <w:rFonts w:cs="Times New Roman"/>
          <w:color w:val="000000" w:themeColor="text1"/>
          <w:lang w:val="uk-UA"/>
        </w:rPr>
        <w:t xml:space="preserve"> </w:t>
      </w:r>
      <w:r w:rsidR="00D96A92" w:rsidRPr="00B7305F">
        <w:rPr>
          <w:rFonts w:cs="Times New Roman"/>
          <w:color w:val="000000" w:themeColor="text1"/>
          <w:lang w:val="uk-UA"/>
        </w:rPr>
        <w:t>методом,</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способом</w:t>
      </w:r>
      <w:r w:rsidRPr="00B7305F">
        <w:rPr>
          <w:rFonts w:cs="Times New Roman"/>
          <w:color w:val="000000" w:themeColor="text1"/>
          <w:lang w:val="uk-UA"/>
        </w:rPr>
        <w:t xml:space="preserve"> </w:t>
      </w:r>
      <w:r w:rsidR="00D96A92" w:rsidRPr="00B7305F">
        <w:rPr>
          <w:rFonts w:cs="Times New Roman"/>
          <w:color w:val="000000" w:themeColor="text1"/>
          <w:lang w:val="uk-UA"/>
        </w:rPr>
        <w:t>мислення</w:t>
      </w:r>
      <w:r w:rsidRPr="00B7305F">
        <w:rPr>
          <w:rFonts w:cs="Times New Roman"/>
          <w:color w:val="000000" w:themeColor="text1"/>
          <w:lang w:val="uk-UA"/>
        </w:rPr>
        <w:t xml:space="preserve"> </w:t>
      </w:r>
      <w:r w:rsidR="00D96A92" w:rsidRPr="00B7305F">
        <w:rPr>
          <w:rFonts w:cs="Times New Roman"/>
          <w:color w:val="000000" w:themeColor="text1"/>
          <w:lang w:val="uk-UA"/>
        </w:rPr>
        <w:t>сучасного</w:t>
      </w:r>
      <w:r w:rsidRPr="00B7305F">
        <w:rPr>
          <w:rFonts w:cs="Times New Roman"/>
          <w:color w:val="000000" w:themeColor="text1"/>
          <w:lang w:val="uk-UA"/>
        </w:rPr>
        <w:t xml:space="preserve"> </w:t>
      </w:r>
      <w:r w:rsidR="00D96A92" w:rsidRPr="00B7305F">
        <w:rPr>
          <w:rFonts w:cs="Times New Roman"/>
          <w:color w:val="000000" w:themeColor="text1"/>
          <w:lang w:val="uk-UA"/>
        </w:rPr>
        <w:t>митця.</w:t>
      </w:r>
    </w:p>
    <w:p w14:paraId="356FF07D" w14:textId="775AFD49"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Теоретичні</w:t>
      </w:r>
      <w:r w:rsidRPr="00B7305F">
        <w:rPr>
          <w:rFonts w:cs="Times New Roman"/>
          <w:color w:val="000000" w:themeColor="text1"/>
          <w:lang w:val="uk-UA"/>
        </w:rPr>
        <w:t xml:space="preserve"> </w:t>
      </w:r>
      <w:r w:rsidR="00D96A92" w:rsidRPr="00B7305F">
        <w:rPr>
          <w:rFonts w:cs="Times New Roman"/>
          <w:color w:val="000000" w:themeColor="text1"/>
          <w:lang w:val="uk-UA"/>
        </w:rPr>
        <w:t>підходи</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аналізу</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сценічного</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свідчать,</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цей</w:t>
      </w:r>
      <w:r w:rsidRPr="00B7305F">
        <w:rPr>
          <w:rFonts w:cs="Times New Roman"/>
          <w:color w:val="000000" w:themeColor="text1"/>
          <w:lang w:val="uk-UA"/>
        </w:rPr>
        <w:t xml:space="preserve"> </w:t>
      </w:r>
      <w:r w:rsidR="00D96A92" w:rsidRPr="00B7305F">
        <w:rPr>
          <w:rFonts w:cs="Times New Roman"/>
          <w:color w:val="000000" w:themeColor="text1"/>
          <w:lang w:val="uk-UA"/>
        </w:rPr>
        <w:t>процес</w:t>
      </w:r>
      <w:r w:rsidRPr="00B7305F">
        <w:rPr>
          <w:rFonts w:cs="Times New Roman"/>
          <w:color w:val="000000" w:themeColor="text1"/>
          <w:lang w:val="uk-UA"/>
        </w:rPr>
        <w:t xml:space="preserve"> </w:t>
      </w:r>
      <w:r w:rsidR="00D96A92" w:rsidRPr="00B7305F">
        <w:rPr>
          <w:rFonts w:cs="Times New Roman"/>
          <w:color w:val="000000" w:themeColor="text1"/>
          <w:lang w:val="uk-UA"/>
        </w:rPr>
        <w:t>є</w:t>
      </w:r>
      <w:r w:rsidRPr="00B7305F">
        <w:rPr>
          <w:rFonts w:cs="Times New Roman"/>
          <w:color w:val="000000" w:themeColor="text1"/>
          <w:lang w:val="uk-UA"/>
        </w:rPr>
        <w:t xml:space="preserve"> </w:t>
      </w:r>
      <w:r w:rsidR="00D96A92" w:rsidRPr="00B7305F">
        <w:rPr>
          <w:rFonts w:cs="Times New Roman"/>
          <w:color w:val="000000" w:themeColor="text1"/>
          <w:lang w:val="uk-UA"/>
        </w:rPr>
        <w:t>закономірним</w:t>
      </w:r>
      <w:r w:rsidRPr="00B7305F">
        <w:rPr>
          <w:rFonts w:cs="Times New Roman"/>
          <w:color w:val="000000" w:themeColor="text1"/>
          <w:lang w:val="uk-UA"/>
        </w:rPr>
        <w:t xml:space="preserve"> </w:t>
      </w:r>
      <w:r w:rsidR="00D96A92" w:rsidRPr="00B7305F">
        <w:rPr>
          <w:rFonts w:cs="Times New Roman"/>
          <w:color w:val="000000" w:themeColor="text1"/>
          <w:lang w:val="uk-UA"/>
        </w:rPr>
        <w:t>етапом</w:t>
      </w:r>
      <w:r w:rsidRPr="00B7305F">
        <w:rPr>
          <w:rFonts w:cs="Times New Roman"/>
          <w:color w:val="000000" w:themeColor="text1"/>
          <w:lang w:val="uk-UA"/>
        </w:rPr>
        <w:t xml:space="preserve"> </w:t>
      </w:r>
      <w:r w:rsidR="00D96A92" w:rsidRPr="00B7305F">
        <w:rPr>
          <w:rFonts w:cs="Times New Roman"/>
          <w:color w:val="000000" w:themeColor="text1"/>
          <w:lang w:val="uk-UA"/>
        </w:rPr>
        <w:t>розвитку</w:t>
      </w:r>
      <w:r w:rsidRPr="00B7305F">
        <w:rPr>
          <w:rFonts w:cs="Times New Roman"/>
          <w:color w:val="000000" w:themeColor="text1"/>
          <w:lang w:val="uk-UA"/>
        </w:rPr>
        <w:t xml:space="preserve"> </w:t>
      </w:r>
      <w:r w:rsidR="00D96A92" w:rsidRPr="00B7305F">
        <w:rPr>
          <w:rFonts w:cs="Times New Roman"/>
          <w:color w:val="000000" w:themeColor="text1"/>
          <w:lang w:val="uk-UA"/>
        </w:rPr>
        <w:t>культури</w:t>
      </w:r>
      <w:r w:rsidRPr="00B7305F">
        <w:rPr>
          <w:rFonts w:cs="Times New Roman"/>
          <w:color w:val="000000" w:themeColor="text1"/>
          <w:lang w:val="uk-UA"/>
        </w:rPr>
        <w:t xml:space="preserve"> </w:t>
      </w:r>
      <w:r w:rsidR="00D96A92" w:rsidRPr="00B7305F">
        <w:rPr>
          <w:rFonts w:cs="Times New Roman"/>
          <w:color w:val="000000" w:themeColor="text1"/>
          <w:lang w:val="uk-UA"/>
        </w:rPr>
        <w:t>ХХ–ХХІ</w:t>
      </w:r>
      <w:r w:rsidRPr="00B7305F">
        <w:rPr>
          <w:rFonts w:cs="Times New Roman"/>
          <w:color w:val="000000" w:themeColor="text1"/>
          <w:lang w:val="uk-UA"/>
        </w:rPr>
        <w:t xml:space="preserve"> </w:t>
      </w:r>
      <w:r w:rsidR="00D96A92" w:rsidRPr="00B7305F">
        <w:rPr>
          <w:rFonts w:cs="Times New Roman"/>
          <w:color w:val="000000" w:themeColor="text1"/>
          <w:lang w:val="uk-UA"/>
        </w:rPr>
        <w:t>століть.</w:t>
      </w:r>
      <w:r w:rsidRPr="00B7305F">
        <w:rPr>
          <w:rFonts w:cs="Times New Roman"/>
          <w:color w:val="000000" w:themeColor="text1"/>
          <w:lang w:val="uk-UA"/>
        </w:rPr>
        <w:t xml:space="preserve"> </w:t>
      </w:r>
      <w:r w:rsidR="00D96A92" w:rsidRPr="00B7305F">
        <w:rPr>
          <w:rFonts w:cs="Times New Roman"/>
          <w:color w:val="000000" w:themeColor="text1"/>
          <w:lang w:val="uk-UA"/>
        </w:rPr>
        <w:t>Він</w:t>
      </w:r>
      <w:r w:rsidRPr="00B7305F">
        <w:rPr>
          <w:rFonts w:cs="Times New Roman"/>
          <w:color w:val="000000" w:themeColor="text1"/>
          <w:lang w:val="uk-UA"/>
        </w:rPr>
        <w:t xml:space="preserve"> </w:t>
      </w:r>
      <w:r w:rsidR="00D96A92" w:rsidRPr="00B7305F">
        <w:rPr>
          <w:rFonts w:cs="Times New Roman"/>
          <w:color w:val="000000" w:themeColor="text1"/>
          <w:lang w:val="uk-UA"/>
        </w:rPr>
        <w:t>виявляє</w:t>
      </w:r>
      <w:r w:rsidRPr="00B7305F">
        <w:rPr>
          <w:rFonts w:cs="Times New Roman"/>
          <w:color w:val="000000" w:themeColor="text1"/>
          <w:lang w:val="uk-UA"/>
        </w:rPr>
        <w:t xml:space="preserve"> </w:t>
      </w:r>
      <w:r w:rsidR="00D96A92" w:rsidRPr="00B7305F">
        <w:rPr>
          <w:rFonts w:cs="Times New Roman"/>
          <w:color w:val="000000" w:themeColor="text1"/>
          <w:lang w:val="uk-UA"/>
        </w:rPr>
        <w:t>прагнення</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універсальності,</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створення</w:t>
      </w:r>
      <w:r w:rsidRPr="00B7305F">
        <w:rPr>
          <w:rFonts w:cs="Times New Roman"/>
          <w:color w:val="000000" w:themeColor="text1"/>
          <w:lang w:val="uk-UA"/>
        </w:rPr>
        <w:t xml:space="preserve"> </w:t>
      </w:r>
      <w:r w:rsidR="00D96A92" w:rsidRPr="00B7305F">
        <w:rPr>
          <w:rFonts w:cs="Times New Roman"/>
          <w:color w:val="000000" w:themeColor="text1"/>
          <w:lang w:val="uk-UA"/>
        </w:rPr>
        <w:t>нових</w:t>
      </w:r>
      <w:r w:rsidRPr="00B7305F">
        <w:rPr>
          <w:rFonts w:cs="Times New Roman"/>
          <w:color w:val="000000" w:themeColor="text1"/>
          <w:lang w:val="uk-UA"/>
        </w:rPr>
        <w:t xml:space="preserve"> </w:t>
      </w:r>
      <w:r w:rsidR="00D96A92" w:rsidRPr="00B7305F">
        <w:rPr>
          <w:rFonts w:cs="Times New Roman"/>
          <w:color w:val="000000" w:themeColor="text1"/>
          <w:lang w:val="uk-UA"/>
        </w:rPr>
        <w:t>форм</w:t>
      </w:r>
      <w:r w:rsidRPr="00B7305F">
        <w:rPr>
          <w:rFonts w:cs="Times New Roman"/>
          <w:color w:val="000000" w:themeColor="text1"/>
          <w:lang w:val="uk-UA"/>
        </w:rPr>
        <w:t xml:space="preserve"> </w:t>
      </w:r>
      <w:r w:rsidR="00D96A92" w:rsidRPr="00B7305F">
        <w:rPr>
          <w:rFonts w:cs="Times New Roman"/>
          <w:color w:val="000000" w:themeColor="text1"/>
          <w:lang w:val="uk-UA"/>
        </w:rPr>
        <w:t>емоційного</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духовного</w:t>
      </w:r>
      <w:r w:rsidRPr="00B7305F">
        <w:rPr>
          <w:rFonts w:cs="Times New Roman"/>
          <w:color w:val="000000" w:themeColor="text1"/>
          <w:lang w:val="uk-UA"/>
        </w:rPr>
        <w:t xml:space="preserve"> </w:t>
      </w:r>
      <w:r w:rsidR="00D96A92" w:rsidRPr="00B7305F">
        <w:rPr>
          <w:rFonts w:cs="Times New Roman"/>
          <w:color w:val="000000" w:themeColor="text1"/>
          <w:lang w:val="uk-UA"/>
        </w:rPr>
        <w:t>впливу.</w:t>
      </w:r>
      <w:r w:rsidRPr="00B7305F">
        <w:rPr>
          <w:rFonts w:cs="Times New Roman"/>
          <w:color w:val="000000" w:themeColor="text1"/>
          <w:lang w:val="uk-UA"/>
        </w:rPr>
        <w:t xml:space="preserve"> </w:t>
      </w:r>
      <w:r w:rsidR="00D96A92" w:rsidRPr="00B7305F">
        <w:rPr>
          <w:rFonts w:cs="Times New Roman"/>
          <w:color w:val="000000" w:themeColor="text1"/>
          <w:lang w:val="uk-UA"/>
        </w:rPr>
        <w:t>Синтез</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формує</w:t>
      </w:r>
      <w:r w:rsidRPr="00B7305F">
        <w:rPr>
          <w:rFonts w:cs="Times New Roman"/>
          <w:color w:val="000000" w:themeColor="text1"/>
          <w:lang w:val="uk-UA"/>
        </w:rPr>
        <w:t xml:space="preserve"> </w:t>
      </w:r>
      <w:r w:rsidR="00D96A92" w:rsidRPr="00B7305F">
        <w:rPr>
          <w:rFonts w:cs="Times New Roman"/>
          <w:color w:val="000000" w:themeColor="text1"/>
          <w:lang w:val="uk-UA"/>
        </w:rPr>
        <w:t>нову</w:t>
      </w:r>
      <w:r w:rsidRPr="00B7305F">
        <w:rPr>
          <w:rFonts w:cs="Times New Roman"/>
          <w:color w:val="000000" w:themeColor="text1"/>
          <w:lang w:val="uk-UA"/>
        </w:rPr>
        <w:t xml:space="preserve"> </w:t>
      </w:r>
      <w:r w:rsidR="00D96A92" w:rsidRPr="00B7305F">
        <w:rPr>
          <w:rFonts w:cs="Times New Roman"/>
          <w:color w:val="000000" w:themeColor="text1"/>
          <w:lang w:val="uk-UA"/>
        </w:rPr>
        <w:t>акторську</w:t>
      </w:r>
      <w:r w:rsidRPr="00B7305F">
        <w:rPr>
          <w:rFonts w:cs="Times New Roman"/>
          <w:color w:val="000000" w:themeColor="text1"/>
          <w:lang w:val="uk-UA"/>
        </w:rPr>
        <w:t xml:space="preserve"> </w:t>
      </w:r>
      <w:r w:rsidR="00D96A92" w:rsidRPr="00B7305F">
        <w:rPr>
          <w:rFonts w:cs="Times New Roman"/>
          <w:color w:val="000000" w:themeColor="text1"/>
          <w:lang w:val="uk-UA"/>
        </w:rPr>
        <w:t>техніку,</w:t>
      </w:r>
      <w:r w:rsidRPr="00B7305F">
        <w:rPr>
          <w:rFonts w:cs="Times New Roman"/>
          <w:color w:val="000000" w:themeColor="text1"/>
          <w:lang w:val="uk-UA"/>
        </w:rPr>
        <w:t xml:space="preserve"> </w:t>
      </w:r>
      <w:r w:rsidR="00D96A92" w:rsidRPr="00B7305F">
        <w:rPr>
          <w:rFonts w:cs="Times New Roman"/>
          <w:color w:val="000000" w:themeColor="text1"/>
          <w:lang w:val="uk-UA"/>
        </w:rPr>
        <w:t>нову</w:t>
      </w:r>
      <w:r w:rsidRPr="00B7305F">
        <w:rPr>
          <w:rFonts w:cs="Times New Roman"/>
          <w:color w:val="000000" w:themeColor="text1"/>
          <w:lang w:val="uk-UA"/>
        </w:rPr>
        <w:t xml:space="preserve"> </w:t>
      </w:r>
      <w:r w:rsidR="00D96A92" w:rsidRPr="00B7305F">
        <w:rPr>
          <w:rFonts w:cs="Times New Roman"/>
          <w:color w:val="000000" w:themeColor="text1"/>
          <w:lang w:val="uk-UA"/>
        </w:rPr>
        <w:t>режисерську</w:t>
      </w:r>
      <w:r w:rsidRPr="00B7305F">
        <w:rPr>
          <w:rFonts w:cs="Times New Roman"/>
          <w:color w:val="000000" w:themeColor="text1"/>
          <w:lang w:val="uk-UA"/>
        </w:rPr>
        <w:t xml:space="preserve"> </w:t>
      </w:r>
      <w:r w:rsidR="00D96A92" w:rsidRPr="00B7305F">
        <w:rPr>
          <w:rFonts w:cs="Times New Roman"/>
          <w:color w:val="000000" w:themeColor="text1"/>
          <w:lang w:val="uk-UA"/>
        </w:rPr>
        <w:t>мову</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нове</w:t>
      </w:r>
      <w:r w:rsidRPr="00B7305F">
        <w:rPr>
          <w:rFonts w:cs="Times New Roman"/>
          <w:color w:val="000000" w:themeColor="text1"/>
          <w:lang w:val="uk-UA"/>
        </w:rPr>
        <w:t xml:space="preserve"> </w:t>
      </w:r>
      <w:r w:rsidR="00D96A92" w:rsidRPr="00B7305F">
        <w:rPr>
          <w:rFonts w:cs="Times New Roman"/>
          <w:color w:val="000000" w:themeColor="text1"/>
          <w:lang w:val="uk-UA"/>
        </w:rPr>
        <w:t>бачення</w:t>
      </w:r>
      <w:r w:rsidRPr="00B7305F">
        <w:rPr>
          <w:rFonts w:cs="Times New Roman"/>
          <w:color w:val="000000" w:themeColor="text1"/>
          <w:lang w:val="uk-UA"/>
        </w:rPr>
        <w:t xml:space="preserve"> </w:t>
      </w:r>
      <w:r w:rsidR="00D96A92" w:rsidRPr="00B7305F">
        <w:rPr>
          <w:rFonts w:cs="Times New Roman"/>
          <w:color w:val="000000" w:themeColor="text1"/>
          <w:lang w:val="uk-UA"/>
        </w:rPr>
        <w:t>глядача</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співтворця.</w:t>
      </w:r>
      <w:r w:rsidRPr="00B7305F">
        <w:rPr>
          <w:rFonts w:cs="Times New Roman"/>
          <w:color w:val="000000" w:themeColor="text1"/>
          <w:lang w:val="uk-UA"/>
        </w:rPr>
        <w:t xml:space="preserve"> </w:t>
      </w:r>
      <w:r w:rsidR="00D96A92" w:rsidRPr="00B7305F">
        <w:rPr>
          <w:rFonts w:cs="Times New Roman"/>
          <w:color w:val="000000" w:themeColor="text1"/>
          <w:lang w:val="uk-UA"/>
        </w:rPr>
        <w:t>Теоретичне</w:t>
      </w:r>
      <w:r w:rsidRPr="00B7305F">
        <w:rPr>
          <w:rFonts w:cs="Times New Roman"/>
          <w:color w:val="000000" w:themeColor="text1"/>
          <w:lang w:val="uk-UA"/>
        </w:rPr>
        <w:t xml:space="preserve"> </w:t>
      </w:r>
      <w:r w:rsidR="00D96A92" w:rsidRPr="00B7305F">
        <w:rPr>
          <w:rFonts w:cs="Times New Roman"/>
          <w:color w:val="000000" w:themeColor="text1"/>
          <w:lang w:val="uk-UA"/>
        </w:rPr>
        <w:t>осмислення</w:t>
      </w:r>
      <w:r w:rsidRPr="00B7305F">
        <w:rPr>
          <w:rFonts w:cs="Times New Roman"/>
          <w:color w:val="000000" w:themeColor="text1"/>
          <w:lang w:val="uk-UA"/>
        </w:rPr>
        <w:t xml:space="preserve"> </w:t>
      </w:r>
      <w:r w:rsidR="00D96A92" w:rsidRPr="00B7305F">
        <w:rPr>
          <w:rFonts w:cs="Times New Roman"/>
          <w:color w:val="000000" w:themeColor="text1"/>
          <w:lang w:val="uk-UA"/>
        </w:rPr>
        <w:t>цих</w:t>
      </w:r>
      <w:r w:rsidRPr="00B7305F">
        <w:rPr>
          <w:rFonts w:cs="Times New Roman"/>
          <w:color w:val="000000" w:themeColor="text1"/>
          <w:lang w:val="uk-UA"/>
        </w:rPr>
        <w:t xml:space="preserve"> </w:t>
      </w:r>
      <w:r w:rsidR="00D96A92" w:rsidRPr="00B7305F">
        <w:rPr>
          <w:rFonts w:cs="Times New Roman"/>
          <w:color w:val="000000" w:themeColor="text1"/>
          <w:lang w:val="uk-UA"/>
        </w:rPr>
        <w:t>процесів</w:t>
      </w:r>
      <w:r w:rsidRPr="00B7305F">
        <w:rPr>
          <w:rFonts w:cs="Times New Roman"/>
          <w:color w:val="000000" w:themeColor="text1"/>
          <w:lang w:val="uk-UA"/>
        </w:rPr>
        <w:t xml:space="preserve"> </w:t>
      </w:r>
      <w:r w:rsidR="00D96A92" w:rsidRPr="00B7305F">
        <w:rPr>
          <w:rFonts w:cs="Times New Roman"/>
          <w:color w:val="000000" w:themeColor="text1"/>
          <w:lang w:val="uk-UA"/>
        </w:rPr>
        <w:t>відкриває</w:t>
      </w:r>
      <w:r w:rsidRPr="00B7305F">
        <w:rPr>
          <w:rFonts w:cs="Times New Roman"/>
          <w:color w:val="000000" w:themeColor="text1"/>
          <w:lang w:val="uk-UA"/>
        </w:rPr>
        <w:t xml:space="preserve"> </w:t>
      </w:r>
      <w:r w:rsidR="00D96A92" w:rsidRPr="00B7305F">
        <w:rPr>
          <w:rFonts w:cs="Times New Roman"/>
          <w:color w:val="000000" w:themeColor="text1"/>
          <w:lang w:val="uk-UA"/>
        </w:rPr>
        <w:t>шлях</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практичного</w:t>
      </w:r>
      <w:r w:rsidRPr="00B7305F">
        <w:rPr>
          <w:rFonts w:cs="Times New Roman"/>
          <w:color w:val="000000" w:themeColor="text1"/>
          <w:lang w:val="uk-UA"/>
        </w:rPr>
        <w:t xml:space="preserve"> </w:t>
      </w:r>
      <w:r w:rsidR="00D96A92" w:rsidRPr="00B7305F">
        <w:rPr>
          <w:rFonts w:cs="Times New Roman"/>
          <w:color w:val="000000" w:themeColor="text1"/>
          <w:lang w:val="uk-UA"/>
        </w:rPr>
        <w:t>аналізу</w:t>
      </w:r>
      <w:r w:rsidRPr="00B7305F">
        <w:rPr>
          <w:rFonts w:cs="Times New Roman"/>
          <w:color w:val="000000" w:themeColor="text1"/>
          <w:lang w:val="uk-UA"/>
        </w:rPr>
        <w:t xml:space="preserve"> </w:t>
      </w:r>
      <w:r w:rsidR="00D96A92" w:rsidRPr="00B7305F">
        <w:rPr>
          <w:rFonts w:cs="Times New Roman"/>
          <w:color w:val="000000" w:themeColor="text1"/>
          <w:lang w:val="uk-UA"/>
        </w:rPr>
        <w:t>сучасних</w:t>
      </w:r>
      <w:r w:rsidRPr="00B7305F">
        <w:rPr>
          <w:rFonts w:cs="Times New Roman"/>
          <w:color w:val="000000" w:themeColor="text1"/>
          <w:lang w:val="uk-UA"/>
        </w:rPr>
        <w:t xml:space="preserve"> </w:t>
      </w:r>
      <w:r w:rsidR="00D96A92" w:rsidRPr="00B7305F">
        <w:rPr>
          <w:rFonts w:cs="Times New Roman"/>
          <w:color w:val="000000" w:themeColor="text1"/>
          <w:lang w:val="uk-UA"/>
        </w:rPr>
        <w:t>прикладів</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сценічно-кінематографічної</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p>
    <w:p w14:paraId="6477CDE9" w14:textId="168DD7C2" w:rsidR="00516DF2" w:rsidRPr="00B7305F" w:rsidRDefault="0048042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першому</w:t>
      </w:r>
      <w:r w:rsidRPr="00B7305F">
        <w:rPr>
          <w:rFonts w:cs="Times New Roman"/>
          <w:color w:val="000000" w:themeColor="text1"/>
          <w:lang w:val="uk-UA"/>
        </w:rPr>
        <w:t xml:space="preserve"> </w:t>
      </w:r>
      <w:r w:rsidR="00D96A92" w:rsidRPr="00B7305F">
        <w:rPr>
          <w:rFonts w:cs="Times New Roman"/>
          <w:color w:val="000000" w:themeColor="text1"/>
          <w:lang w:val="uk-UA"/>
        </w:rPr>
        <w:t>розділі</w:t>
      </w:r>
      <w:r w:rsidRPr="00B7305F">
        <w:rPr>
          <w:rFonts w:cs="Times New Roman"/>
          <w:color w:val="000000" w:themeColor="text1"/>
          <w:lang w:val="uk-UA"/>
        </w:rPr>
        <w:t xml:space="preserve"> </w:t>
      </w:r>
      <w:r w:rsidR="00D96A92" w:rsidRPr="00B7305F">
        <w:rPr>
          <w:rFonts w:cs="Times New Roman"/>
          <w:color w:val="000000" w:themeColor="text1"/>
          <w:lang w:val="uk-UA"/>
        </w:rPr>
        <w:t>магістерського</w:t>
      </w:r>
      <w:r w:rsidRPr="00B7305F">
        <w:rPr>
          <w:rFonts w:cs="Times New Roman"/>
          <w:color w:val="000000" w:themeColor="text1"/>
          <w:lang w:val="uk-UA"/>
        </w:rPr>
        <w:t xml:space="preserve"> </w:t>
      </w:r>
      <w:r w:rsidR="00D96A92" w:rsidRPr="00B7305F">
        <w:rPr>
          <w:rFonts w:cs="Times New Roman"/>
          <w:color w:val="000000" w:themeColor="text1"/>
          <w:lang w:val="uk-UA"/>
        </w:rPr>
        <w:t>дослідження</w:t>
      </w:r>
      <w:r w:rsidRPr="00B7305F">
        <w:rPr>
          <w:rFonts w:cs="Times New Roman"/>
          <w:color w:val="000000" w:themeColor="text1"/>
          <w:lang w:val="uk-UA"/>
        </w:rPr>
        <w:t xml:space="preserve"> </w:t>
      </w:r>
      <w:r w:rsidR="00D96A92" w:rsidRPr="00B7305F">
        <w:rPr>
          <w:rFonts w:cs="Times New Roman"/>
          <w:color w:val="000000" w:themeColor="text1"/>
          <w:lang w:val="uk-UA"/>
        </w:rPr>
        <w:t>було</w:t>
      </w:r>
      <w:r w:rsidRPr="00B7305F">
        <w:rPr>
          <w:rFonts w:cs="Times New Roman"/>
          <w:color w:val="000000" w:themeColor="text1"/>
          <w:lang w:val="uk-UA"/>
        </w:rPr>
        <w:t xml:space="preserve"> </w:t>
      </w:r>
      <w:r w:rsidR="00D96A92" w:rsidRPr="00B7305F">
        <w:rPr>
          <w:rFonts w:cs="Times New Roman"/>
          <w:color w:val="000000" w:themeColor="text1"/>
          <w:lang w:val="uk-UA"/>
        </w:rPr>
        <w:t>здійснено</w:t>
      </w:r>
      <w:r w:rsidRPr="00B7305F">
        <w:rPr>
          <w:rFonts w:cs="Times New Roman"/>
          <w:color w:val="000000" w:themeColor="text1"/>
          <w:lang w:val="uk-UA"/>
        </w:rPr>
        <w:t xml:space="preserve"> </w:t>
      </w:r>
      <w:r w:rsidR="00D96A92" w:rsidRPr="00B7305F">
        <w:rPr>
          <w:rFonts w:cs="Times New Roman"/>
          <w:color w:val="000000" w:themeColor="text1"/>
          <w:lang w:val="uk-UA"/>
        </w:rPr>
        <w:t>комплексне</w:t>
      </w:r>
      <w:r w:rsidRPr="00B7305F">
        <w:rPr>
          <w:rFonts w:cs="Times New Roman"/>
          <w:color w:val="000000" w:themeColor="text1"/>
          <w:lang w:val="uk-UA"/>
        </w:rPr>
        <w:t xml:space="preserve"> </w:t>
      </w:r>
      <w:r w:rsidR="00D96A92" w:rsidRPr="00B7305F">
        <w:rPr>
          <w:rFonts w:cs="Times New Roman"/>
          <w:color w:val="000000" w:themeColor="text1"/>
          <w:lang w:val="uk-UA"/>
        </w:rPr>
        <w:t>теоретичне</w:t>
      </w:r>
      <w:r w:rsidRPr="00B7305F">
        <w:rPr>
          <w:rFonts w:cs="Times New Roman"/>
          <w:color w:val="000000" w:themeColor="text1"/>
          <w:lang w:val="uk-UA"/>
        </w:rPr>
        <w:t xml:space="preserve"> </w:t>
      </w:r>
      <w:r w:rsidR="00D96A92" w:rsidRPr="00B7305F">
        <w:rPr>
          <w:rFonts w:cs="Times New Roman"/>
          <w:color w:val="000000" w:themeColor="text1"/>
          <w:lang w:val="uk-UA"/>
        </w:rPr>
        <w:t>осмислення</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кінематографа</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двох</w:t>
      </w:r>
      <w:r w:rsidRPr="00B7305F">
        <w:rPr>
          <w:rFonts w:cs="Times New Roman"/>
          <w:color w:val="000000" w:themeColor="text1"/>
          <w:lang w:val="uk-UA"/>
        </w:rPr>
        <w:t xml:space="preserve"> </w:t>
      </w:r>
      <w:r w:rsidR="00D96A92" w:rsidRPr="00B7305F">
        <w:rPr>
          <w:rFonts w:cs="Times New Roman"/>
          <w:color w:val="000000" w:themeColor="text1"/>
          <w:lang w:val="uk-UA"/>
        </w:rPr>
        <w:t>форм</w:t>
      </w:r>
      <w:r w:rsidRPr="00B7305F">
        <w:rPr>
          <w:rFonts w:cs="Times New Roman"/>
          <w:color w:val="000000" w:themeColor="text1"/>
          <w:lang w:val="uk-UA"/>
        </w:rPr>
        <w:t xml:space="preserve"> </w:t>
      </w:r>
      <w:r w:rsidR="00D96A92" w:rsidRPr="00B7305F">
        <w:rPr>
          <w:rFonts w:cs="Times New Roman"/>
          <w:color w:val="000000" w:themeColor="text1"/>
          <w:lang w:val="uk-UA"/>
        </w:rPr>
        <w:t>художнього</w:t>
      </w:r>
      <w:r w:rsidRPr="00B7305F">
        <w:rPr>
          <w:rFonts w:cs="Times New Roman"/>
          <w:color w:val="000000" w:themeColor="text1"/>
          <w:lang w:val="uk-UA"/>
        </w:rPr>
        <w:t xml:space="preserve"> </w:t>
      </w:r>
      <w:r w:rsidR="00D96A92" w:rsidRPr="00B7305F">
        <w:rPr>
          <w:rFonts w:cs="Times New Roman"/>
          <w:color w:val="000000" w:themeColor="text1"/>
          <w:lang w:val="uk-UA"/>
        </w:rPr>
        <w:t>відображення</w:t>
      </w:r>
      <w:r w:rsidRPr="00B7305F">
        <w:rPr>
          <w:rFonts w:cs="Times New Roman"/>
          <w:color w:val="000000" w:themeColor="text1"/>
          <w:lang w:val="uk-UA"/>
        </w:rPr>
        <w:t xml:space="preserve"> </w:t>
      </w:r>
      <w:r w:rsidR="00D96A92" w:rsidRPr="00B7305F">
        <w:rPr>
          <w:rFonts w:cs="Times New Roman"/>
          <w:color w:val="000000" w:themeColor="text1"/>
          <w:lang w:val="uk-UA"/>
        </w:rPr>
        <w:t>реальності,</w:t>
      </w:r>
      <w:r w:rsidRPr="00B7305F">
        <w:rPr>
          <w:rFonts w:cs="Times New Roman"/>
          <w:color w:val="000000" w:themeColor="text1"/>
          <w:lang w:val="uk-UA"/>
        </w:rPr>
        <w:t xml:space="preserve"> </w:t>
      </w:r>
      <w:r w:rsidR="00D96A92" w:rsidRPr="00B7305F">
        <w:rPr>
          <w:rFonts w:cs="Times New Roman"/>
          <w:color w:val="000000" w:themeColor="text1"/>
          <w:lang w:val="uk-UA"/>
        </w:rPr>
        <w:t>об’єднаних</w:t>
      </w:r>
      <w:r w:rsidRPr="00B7305F">
        <w:rPr>
          <w:rFonts w:cs="Times New Roman"/>
          <w:color w:val="000000" w:themeColor="text1"/>
          <w:lang w:val="uk-UA"/>
        </w:rPr>
        <w:t xml:space="preserve"> </w:t>
      </w:r>
      <w:r w:rsidR="00D96A92" w:rsidRPr="00B7305F">
        <w:rPr>
          <w:rFonts w:cs="Times New Roman"/>
          <w:color w:val="000000" w:themeColor="text1"/>
          <w:lang w:val="uk-UA"/>
        </w:rPr>
        <w:t>спільною</w:t>
      </w:r>
      <w:r w:rsidRPr="00B7305F">
        <w:rPr>
          <w:rFonts w:cs="Times New Roman"/>
          <w:color w:val="000000" w:themeColor="text1"/>
          <w:lang w:val="uk-UA"/>
        </w:rPr>
        <w:t xml:space="preserve"> </w:t>
      </w:r>
      <w:r w:rsidR="00D96A92" w:rsidRPr="00B7305F">
        <w:rPr>
          <w:rFonts w:cs="Times New Roman"/>
          <w:color w:val="000000" w:themeColor="text1"/>
          <w:lang w:val="uk-UA"/>
        </w:rPr>
        <w:t>основою</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акторською</w:t>
      </w:r>
      <w:r w:rsidRPr="00B7305F">
        <w:rPr>
          <w:rFonts w:cs="Times New Roman"/>
          <w:color w:val="000000" w:themeColor="text1"/>
          <w:lang w:val="uk-UA"/>
        </w:rPr>
        <w:t xml:space="preserve"> </w:t>
      </w:r>
      <w:r w:rsidR="00D96A92" w:rsidRPr="00B7305F">
        <w:rPr>
          <w:rFonts w:cs="Times New Roman"/>
          <w:color w:val="000000" w:themeColor="text1"/>
          <w:lang w:val="uk-UA"/>
        </w:rPr>
        <w:t>творчістю.</w:t>
      </w:r>
      <w:r w:rsidRPr="00B7305F">
        <w:rPr>
          <w:rFonts w:cs="Times New Roman"/>
          <w:color w:val="000000" w:themeColor="text1"/>
          <w:lang w:val="uk-UA"/>
        </w:rPr>
        <w:t xml:space="preserve"> </w:t>
      </w:r>
      <w:r w:rsidR="00D96A92" w:rsidRPr="00B7305F">
        <w:rPr>
          <w:rFonts w:cs="Times New Roman"/>
          <w:color w:val="000000" w:themeColor="text1"/>
          <w:lang w:val="uk-UA"/>
        </w:rPr>
        <w:t>Аналіз</w:t>
      </w:r>
      <w:r w:rsidRPr="00B7305F">
        <w:rPr>
          <w:rFonts w:cs="Times New Roman"/>
          <w:color w:val="000000" w:themeColor="text1"/>
          <w:lang w:val="uk-UA"/>
        </w:rPr>
        <w:t xml:space="preserve"> </w:t>
      </w:r>
      <w:r w:rsidR="00D96A92" w:rsidRPr="00B7305F">
        <w:rPr>
          <w:rFonts w:cs="Times New Roman"/>
          <w:color w:val="000000" w:themeColor="text1"/>
          <w:lang w:val="uk-UA"/>
        </w:rPr>
        <w:t>дозволив</w:t>
      </w:r>
      <w:r w:rsidRPr="00B7305F">
        <w:rPr>
          <w:rFonts w:cs="Times New Roman"/>
          <w:color w:val="000000" w:themeColor="text1"/>
          <w:lang w:val="uk-UA"/>
        </w:rPr>
        <w:t xml:space="preserve"> </w:t>
      </w:r>
      <w:r w:rsidR="00D96A92" w:rsidRPr="00B7305F">
        <w:rPr>
          <w:rFonts w:cs="Times New Roman"/>
          <w:color w:val="000000" w:themeColor="text1"/>
          <w:lang w:val="uk-UA"/>
        </w:rPr>
        <w:t>визначити</w:t>
      </w:r>
      <w:r w:rsidRPr="00B7305F">
        <w:rPr>
          <w:rFonts w:cs="Times New Roman"/>
          <w:color w:val="000000" w:themeColor="text1"/>
          <w:lang w:val="uk-UA"/>
        </w:rPr>
        <w:t xml:space="preserve"> </w:t>
      </w:r>
      <w:r w:rsidR="00D96A92" w:rsidRPr="00B7305F">
        <w:rPr>
          <w:rFonts w:cs="Times New Roman"/>
          <w:color w:val="000000" w:themeColor="text1"/>
          <w:lang w:val="uk-UA"/>
        </w:rPr>
        <w:t>історичні,</w:t>
      </w:r>
      <w:r w:rsidRPr="00B7305F">
        <w:rPr>
          <w:rFonts w:cs="Times New Roman"/>
          <w:color w:val="000000" w:themeColor="text1"/>
          <w:lang w:val="uk-UA"/>
        </w:rPr>
        <w:t xml:space="preserve"> </w:t>
      </w:r>
      <w:r w:rsidR="00D96A92" w:rsidRPr="00B7305F">
        <w:rPr>
          <w:rFonts w:cs="Times New Roman"/>
          <w:color w:val="000000" w:themeColor="text1"/>
          <w:lang w:val="uk-UA"/>
        </w:rPr>
        <w:t>естетичні</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методологічні</w:t>
      </w:r>
      <w:r w:rsidRPr="00B7305F">
        <w:rPr>
          <w:rFonts w:cs="Times New Roman"/>
          <w:color w:val="000000" w:themeColor="text1"/>
          <w:lang w:val="uk-UA"/>
        </w:rPr>
        <w:t xml:space="preserve"> </w:t>
      </w:r>
      <w:r w:rsidR="00D96A92" w:rsidRPr="00B7305F">
        <w:rPr>
          <w:rFonts w:cs="Times New Roman"/>
          <w:color w:val="000000" w:themeColor="text1"/>
          <w:lang w:val="uk-UA"/>
        </w:rPr>
        <w:t>аспекти</w:t>
      </w:r>
      <w:r w:rsidRPr="00B7305F">
        <w:rPr>
          <w:rFonts w:cs="Times New Roman"/>
          <w:color w:val="000000" w:themeColor="text1"/>
          <w:lang w:val="uk-UA"/>
        </w:rPr>
        <w:t xml:space="preserve"> </w:t>
      </w:r>
      <w:r w:rsidR="00D96A92" w:rsidRPr="00B7305F">
        <w:rPr>
          <w:rFonts w:cs="Times New Roman"/>
          <w:color w:val="000000" w:themeColor="text1"/>
          <w:lang w:val="uk-UA"/>
        </w:rPr>
        <w:t>їхньої</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також</w:t>
      </w:r>
      <w:r w:rsidRPr="00B7305F">
        <w:rPr>
          <w:rFonts w:cs="Times New Roman"/>
          <w:color w:val="000000" w:themeColor="text1"/>
          <w:lang w:val="uk-UA"/>
        </w:rPr>
        <w:t xml:space="preserve"> </w:t>
      </w:r>
      <w:r w:rsidR="00D96A92" w:rsidRPr="00B7305F">
        <w:rPr>
          <w:rFonts w:cs="Times New Roman"/>
          <w:color w:val="000000" w:themeColor="text1"/>
          <w:lang w:val="uk-UA"/>
        </w:rPr>
        <w:t>простежити</w:t>
      </w:r>
      <w:r w:rsidRPr="00B7305F">
        <w:rPr>
          <w:rFonts w:cs="Times New Roman"/>
          <w:color w:val="000000" w:themeColor="text1"/>
          <w:lang w:val="uk-UA"/>
        </w:rPr>
        <w:t xml:space="preserve"> </w:t>
      </w:r>
      <w:r w:rsidR="00D96A92" w:rsidRPr="00B7305F">
        <w:rPr>
          <w:rFonts w:cs="Times New Roman"/>
          <w:color w:val="000000" w:themeColor="text1"/>
          <w:lang w:val="uk-UA"/>
        </w:rPr>
        <w:t>трансформацію</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акторської</w:t>
      </w:r>
      <w:r w:rsidRPr="00B7305F">
        <w:rPr>
          <w:rFonts w:cs="Times New Roman"/>
          <w:color w:val="000000" w:themeColor="text1"/>
          <w:lang w:val="uk-UA"/>
        </w:rPr>
        <w:t xml:space="preserve"> </w:t>
      </w:r>
      <w:r w:rsidR="00D96A92" w:rsidRPr="00B7305F">
        <w:rPr>
          <w:rFonts w:cs="Times New Roman"/>
          <w:color w:val="000000" w:themeColor="text1"/>
          <w:lang w:val="uk-UA"/>
        </w:rPr>
        <w:t>техніки</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контексті</w:t>
      </w:r>
      <w:r w:rsidRPr="00B7305F">
        <w:rPr>
          <w:rFonts w:cs="Times New Roman"/>
          <w:color w:val="000000" w:themeColor="text1"/>
          <w:lang w:val="uk-UA"/>
        </w:rPr>
        <w:t xml:space="preserve"> </w:t>
      </w:r>
      <w:r w:rsidR="00D96A92" w:rsidRPr="00B7305F">
        <w:rPr>
          <w:rFonts w:cs="Times New Roman"/>
          <w:color w:val="000000" w:themeColor="text1"/>
          <w:lang w:val="uk-UA"/>
        </w:rPr>
        <w:t>розвитку</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кіно.</w:t>
      </w:r>
    </w:p>
    <w:p w14:paraId="07554331" w14:textId="37CBAF95"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 xml:space="preserve">       </w:t>
      </w:r>
      <w:r w:rsidR="00D96A92" w:rsidRPr="00B7305F">
        <w:rPr>
          <w:rFonts w:cs="Times New Roman"/>
          <w:color w:val="000000" w:themeColor="text1"/>
          <w:lang w:val="uk-UA"/>
        </w:rPr>
        <w:t>По-перше,</w:t>
      </w:r>
      <w:r w:rsidRPr="00B7305F">
        <w:rPr>
          <w:rFonts w:cs="Times New Roman"/>
          <w:color w:val="000000" w:themeColor="text1"/>
          <w:lang w:val="uk-UA"/>
        </w:rPr>
        <w:t xml:space="preserve"> </w:t>
      </w:r>
      <w:r w:rsidR="00D96A92" w:rsidRPr="00B7305F">
        <w:rPr>
          <w:rFonts w:cs="Times New Roman"/>
          <w:color w:val="000000" w:themeColor="text1"/>
          <w:lang w:val="uk-UA"/>
        </w:rPr>
        <w:t>встановлено,</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став</w:t>
      </w:r>
      <w:r w:rsidRPr="00B7305F">
        <w:rPr>
          <w:rFonts w:cs="Times New Roman"/>
          <w:color w:val="000000" w:themeColor="text1"/>
          <w:lang w:val="uk-UA"/>
        </w:rPr>
        <w:t xml:space="preserve"> </w:t>
      </w:r>
      <w:r w:rsidR="00D96A92" w:rsidRPr="00B7305F">
        <w:rPr>
          <w:rFonts w:cs="Times New Roman"/>
          <w:color w:val="000000" w:themeColor="text1"/>
          <w:lang w:val="uk-UA"/>
        </w:rPr>
        <w:t>вихідною</w:t>
      </w:r>
      <w:r w:rsidRPr="00B7305F">
        <w:rPr>
          <w:rFonts w:cs="Times New Roman"/>
          <w:color w:val="000000" w:themeColor="text1"/>
          <w:lang w:val="uk-UA"/>
        </w:rPr>
        <w:t xml:space="preserve"> </w:t>
      </w:r>
      <w:r w:rsidR="00D96A92" w:rsidRPr="00B7305F">
        <w:rPr>
          <w:rFonts w:cs="Times New Roman"/>
          <w:color w:val="000000" w:themeColor="text1"/>
          <w:lang w:val="uk-UA"/>
        </w:rPr>
        <w:t>точкою</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формування</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мислення.</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Театральна</w:t>
      </w:r>
      <w:r w:rsidRPr="00B7305F">
        <w:rPr>
          <w:rFonts w:cs="Times New Roman"/>
          <w:color w:val="000000" w:themeColor="text1"/>
          <w:lang w:val="uk-UA"/>
        </w:rPr>
        <w:t xml:space="preserve"> </w:t>
      </w:r>
      <w:r w:rsidR="00D96A92" w:rsidRPr="00B7305F">
        <w:rPr>
          <w:rFonts w:cs="Times New Roman"/>
          <w:color w:val="000000" w:themeColor="text1"/>
          <w:lang w:val="uk-UA"/>
        </w:rPr>
        <w:t>дія,</w:t>
      </w:r>
      <w:r w:rsidRPr="00B7305F">
        <w:rPr>
          <w:rFonts w:cs="Times New Roman"/>
          <w:color w:val="000000" w:themeColor="text1"/>
          <w:lang w:val="uk-UA"/>
        </w:rPr>
        <w:t xml:space="preserve"> </w:t>
      </w:r>
      <w:r w:rsidR="00D96A92" w:rsidRPr="00B7305F">
        <w:rPr>
          <w:rFonts w:cs="Times New Roman"/>
          <w:color w:val="000000" w:themeColor="text1"/>
          <w:lang w:val="uk-UA"/>
        </w:rPr>
        <w:t>побудована</w:t>
      </w:r>
      <w:r w:rsidRPr="00B7305F">
        <w:rPr>
          <w:rFonts w:cs="Times New Roman"/>
          <w:color w:val="000000" w:themeColor="text1"/>
          <w:lang w:val="uk-UA"/>
        </w:rPr>
        <w:t xml:space="preserve"> </w:t>
      </w:r>
      <w:r w:rsidR="00D96A92" w:rsidRPr="00B7305F">
        <w:rPr>
          <w:rFonts w:cs="Times New Roman"/>
          <w:color w:val="000000" w:themeColor="text1"/>
          <w:lang w:val="uk-UA"/>
        </w:rPr>
        <w:t>на</w:t>
      </w:r>
      <w:r w:rsidRPr="00B7305F">
        <w:rPr>
          <w:rFonts w:cs="Times New Roman"/>
          <w:color w:val="000000" w:themeColor="text1"/>
          <w:lang w:val="uk-UA"/>
        </w:rPr>
        <w:t xml:space="preserve"> </w:t>
      </w:r>
      <w:r w:rsidR="00D96A92" w:rsidRPr="00B7305F">
        <w:rPr>
          <w:rFonts w:cs="Times New Roman"/>
          <w:color w:val="000000" w:themeColor="text1"/>
          <w:lang w:val="uk-UA"/>
        </w:rPr>
        <w:t>принципах</w:t>
      </w:r>
      <w:r w:rsidRPr="00B7305F">
        <w:rPr>
          <w:rFonts w:cs="Times New Roman"/>
          <w:color w:val="000000" w:themeColor="text1"/>
          <w:lang w:val="uk-UA"/>
        </w:rPr>
        <w:t xml:space="preserve"> </w:t>
      </w:r>
      <w:r w:rsidR="00D96A92" w:rsidRPr="00B7305F">
        <w:rPr>
          <w:rFonts w:cs="Times New Roman"/>
          <w:color w:val="000000" w:themeColor="text1"/>
          <w:lang w:val="uk-UA"/>
        </w:rPr>
        <w:t>драматичного</w:t>
      </w:r>
      <w:r w:rsidRPr="00B7305F">
        <w:rPr>
          <w:rFonts w:cs="Times New Roman"/>
          <w:color w:val="000000" w:themeColor="text1"/>
          <w:lang w:val="uk-UA"/>
        </w:rPr>
        <w:t xml:space="preserve"> </w:t>
      </w:r>
      <w:r w:rsidR="00D96A92" w:rsidRPr="00B7305F">
        <w:rPr>
          <w:rFonts w:cs="Times New Roman"/>
          <w:color w:val="000000" w:themeColor="text1"/>
          <w:lang w:val="uk-UA"/>
        </w:rPr>
        <w:t>конфлікту,</w:t>
      </w:r>
      <w:r w:rsidRPr="00B7305F">
        <w:rPr>
          <w:rFonts w:cs="Times New Roman"/>
          <w:color w:val="000000" w:themeColor="text1"/>
          <w:lang w:val="uk-UA"/>
        </w:rPr>
        <w:t xml:space="preserve"> </w:t>
      </w:r>
      <w:r w:rsidR="00D96A92" w:rsidRPr="00B7305F">
        <w:rPr>
          <w:rFonts w:cs="Times New Roman"/>
          <w:color w:val="000000" w:themeColor="text1"/>
          <w:lang w:val="uk-UA"/>
        </w:rPr>
        <w:t>емоційного</w:t>
      </w:r>
      <w:r w:rsidRPr="00B7305F">
        <w:rPr>
          <w:rFonts w:cs="Times New Roman"/>
          <w:color w:val="000000" w:themeColor="text1"/>
          <w:lang w:val="uk-UA"/>
        </w:rPr>
        <w:t xml:space="preserve"> </w:t>
      </w:r>
      <w:r w:rsidR="00D96A92" w:rsidRPr="00B7305F">
        <w:rPr>
          <w:rFonts w:cs="Times New Roman"/>
          <w:color w:val="000000" w:themeColor="text1"/>
          <w:lang w:val="uk-UA"/>
        </w:rPr>
        <w:t>перевтілення</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живої</w:t>
      </w:r>
      <w:r w:rsidRPr="00B7305F">
        <w:rPr>
          <w:rFonts w:cs="Times New Roman"/>
          <w:color w:val="000000" w:themeColor="text1"/>
          <w:lang w:val="uk-UA"/>
        </w:rPr>
        <w:t xml:space="preserve"> </w:t>
      </w:r>
      <w:r w:rsidR="00D96A92" w:rsidRPr="00B7305F">
        <w:rPr>
          <w:rFonts w:cs="Times New Roman"/>
          <w:color w:val="000000" w:themeColor="text1"/>
          <w:lang w:val="uk-UA"/>
        </w:rPr>
        <w:t>присутності</w:t>
      </w:r>
      <w:r w:rsidRPr="00B7305F">
        <w:rPr>
          <w:rFonts w:cs="Times New Roman"/>
          <w:color w:val="000000" w:themeColor="text1"/>
          <w:lang w:val="uk-UA"/>
        </w:rPr>
        <w:t xml:space="preserve"> </w:t>
      </w:r>
      <w:r w:rsidR="00D96A92" w:rsidRPr="00B7305F">
        <w:rPr>
          <w:rFonts w:cs="Times New Roman"/>
          <w:color w:val="000000" w:themeColor="text1"/>
          <w:lang w:val="uk-UA"/>
        </w:rPr>
        <w:t>актора,</w:t>
      </w:r>
      <w:r w:rsidRPr="00B7305F">
        <w:rPr>
          <w:rFonts w:cs="Times New Roman"/>
          <w:color w:val="000000" w:themeColor="text1"/>
          <w:lang w:val="uk-UA"/>
        </w:rPr>
        <w:t xml:space="preserve"> </w:t>
      </w:r>
      <w:r w:rsidR="00D96A92" w:rsidRPr="00B7305F">
        <w:rPr>
          <w:rFonts w:cs="Times New Roman"/>
          <w:color w:val="000000" w:themeColor="text1"/>
          <w:lang w:val="uk-UA"/>
        </w:rPr>
        <w:t>створила</w:t>
      </w:r>
      <w:r w:rsidRPr="00B7305F">
        <w:rPr>
          <w:rFonts w:cs="Times New Roman"/>
          <w:color w:val="000000" w:themeColor="text1"/>
          <w:lang w:val="uk-UA"/>
        </w:rPr>
        <w:t xml:space="preserve"> </w:t>
      </w:r>
      <w:r w:rsidR="00D96A92" w:rsidRPr="00B7305F">
        <w:rPr>
          <w:rFonts w:cs="Times New Roman"/>
          <w:color w:val="000000" w:themeColor="text1"/>
          <w:lang w:val="uk-UA"/>
        </w:rPr>
        <w:t>базу</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становлення</w:t>
      </w:r>
      <w:r w:rsidRPr="00B7305F">
        <w:rPr>
          <w:rFonts w:cs="Times New Roman"/>
          <w:color w:val="000000" w:themeColor="text1"/>
          <w:lang w:val="uk-UA"/>
        </w:rPr>
        <w:t xml:space="preserve"> </w:t>
      </w:r>
      <w:r w:rsidR="00D96A92" w:rsidRPr="00B7305F">
        <w:rPr>
          <w:rFonts w:cs="Times New Roman"/>
          <w:color w:val="000000" w:themeColor="text1"/>
          <w:lang w:val="uk-UA"/>
        </w:rPr>
        <w:t>екранного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свою</w:t>
      </w:r>
      <w:r w:rsidRPr="00B7305F">
        <w:rPr>
          <w:rFonts w:cs="Times New Roman"/>
          <w:color w:val="000000" w:themeColor="text1"/>
          <w:lang w:val="uk-UA"/>
        </w:rPr>
        <w:t xml:space="preserve"> </w:t>
      </w:r>
      <w:r w:rsidR="00D96A92" w:rsidRPr="00B7305F">
        <w:rPr>
          <w:rFonts w:cs="Times New Roman"/>
          <w:color w:val="000000" w:themeColor="text1"/>
          <w:lang w:val="uk-UA"/>
        </w:rPr>
        <w:t>чергу,</w:t>
      </w:r>
      <w:r w:rsidRPr="00B7305F">
        <w:rPr>
          <w:rFonts w:cs="Times New Roman"/>
          <w:color w:val="000000" w:themeColor="text1"/>
          <w:lang w:val="uk-UA"/>
        </w:rPr>
        <w:t xml:space="preserve"> </w:t>
      </w:r>
      <w:r w:rsidR="00D96A92" w:rsidRPr="00B7305F">
        <w:rPr>
          <w:rFonts w:cs="Times New Roman"/>
          <w:color w:val="000000" w:themeColor="text1"/>
          <w:lang w:val="uk-UA"/>
        </w:rPr>
        <w:t>розширив</w:t>
      </w:r>
      <w:r w:rsidRPr="00B7305F">
        <w:rPr>
          <w:rFonts w:cs="Times New Roman"/>
          <w:color w:val="000000" w:themeColor="text1"/>
          <w:lang w:val="uk-UA"/>
        </w:rPr>
        <w:t xml:space="preserve"> </w:t>
      </w:r>
      <w:r w:rsidR="00D96A92" w:rsidRPr="00B7305F">
        <w:rPr>
          <w:rFonts w:cs="Times New Roman"/>
          <w:color w:val="000000" w:themeColor="text1"/>
          <w:lang w:val="uk-UA"/>
        </w:rPr>
        <w:t>простір</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театральної</w:t>
      </w:r>
      <w:r w:rsidRPr="00B7305F">
        <w:rPr>
          <w:rFonts w:cs="Times New Roman"/>
          <w:color w:val="000000" w:themeColor="text1"/>
          <w:lang w:val="uk-UA"/>
        </w:rPr>
        <w:t xml:space="preserve"> </w:t>
      </w:r>
      <w:r w:rsidR="00D96A92" w:rsidRPr="00B7305F">
        <w:rPr>
          <w:rFonts w:cs="Times New Roman"/>
          <w:color w:val="000000" w:themeColor="text1"/>
          <w:lang w:val="uk-UA"/>
        </w:rPr>
        <w:t>дії,</w:t>
      </w:r>
      <w:r w:rsidRPr="00B7305F">
        <w:rPr>
          <w:rFonts w:cs="Times New Roman"/>
          <w:color w:val="000000" w:themeColor="text1"/>
          <w:lang w:val="uk-UA"/>
        </w:rPr>
        <w:t xml:space="preserve"> </w:t>
      </w:r>
      <w:r w:rsidR="00D96A92" w:rsidRPr="00B7305F">
        <w:rPr>
          <w:rFonts w:cs="Times New Roman"/>
          <w:color w:val="000000" w:themeColor="text1"/>
          <w:lang w:val="uk-UA"/>
        </w:rPr>
        <w:t>додавши</w:t>
      </w:r>
      <w:r w:rsidRPr="00B7305F">
        <w:rPr>
          <w:rFonts w:cs="Times New Roman"/>
          <w:color w:val="000000" w:themeColor="text1"/>
          <w:lang w:val="uk-UA"/>
        </w:rPr>
        <w:t xml:space="preserve"> </w:t>
      </w:r>
      <w:r w:rsidR="00D96A92" w:rsidRPr="00B7305F">
        <w:rPr>
          <w:rFonts w:cs="Times New Roman"/>
          <w:color w:val="000000" w:themeColor="text1"/>
          <w:lang w:val="uk-UA"/>
        </w:rPr>
        <w:t>нові</w:t>
      </w:r>
      <w:r w:rsidRPr="00B7305F">
        <w:rPr>
          <w:rFonts w:cs="Times New Roman"/>
          <w:color w:val="000000" w:themeColor="text1"/>
          <w:lang w:val="uk-UA"/>
        </w:rPr>
        <w:t xml:space="preserve"> </w:t>
      </w:r>
      <w:r w:rsidR="00D96A92" w:rsidRPr="00B7305F">
        <w:rPr>
          <w:rFonts w:cs="Times New Roman"/>
          <w:color w:val="000000" w:themeColor="text1"/>
          <w:lang w:val="uk-UA"/>
        </w:rPr>
        <w:t>виміри</w:t>
      </w:r>
      <w:r w:rsidRPr="00B7305F">
        <w:rPr>
          <w:rFonts w:cs="Times New Roman"/>
          <w:color w:val="000000" w:themeColor="text1"/>
          <w:lang w:val="uk-UA"/>
        </w:rPr>
        <w:t xml:space="preserve"> </w:t>
      </w:r>
      <w:r w:rsidR="00D96A92" w:rsidRPr="00B7305F">
        <w:rPr>
          <w:rFonts w:cs="Times New Roman"/>
          <w:color w:val="000000" w:themeColor="text1"/>
          <w:lang w:val="uk-UA"/>
        </w:rPr>
        <w:t>часу,</w:t>
      </w:r>
      <w:r w:rsidRPr="00B7305F">
        <w:rPr>
          <w:rFonts w:cs="Times New Roman"/>
          <w:color w:val="000000" w:themeColor="text1"/>
          <w:lang w:val="uk-UA"/>
        </w:rPr>
        <w:t xml:space="preserve"> </w:t>
      </w:r>
      <w:r w:rsidR="00D96A92" w:rsidRPr="00B7305F">
        <w:rPr>
          <w:rFonts w:cs="Times New Roman"/>
          <w:color w:val="000000" w:themeColor="text1"/>
          <w:lang w:val="uk-UA"/>
        </w:rPr>
        <w:t>монтажу,</w:t>
      </w:r>
      <w:r w:rsidRPr="00B7305F">
        <w:rPr>
          <w:rFonts w:cs="Times New Roman"/>
          <w:color w:val="000000" w:themeColor="text1"/>
          <w:lang w:val="uk-UA"/>
        </w:rPr>
        <w:t xml:space="preserve"> </w:t>
      </w:r>
      <w:r w:rsidR="00D96A92" w:rsidRPr="00B7305F">
        <w:rPr>
          <w:rFonts w:cs="Times New Roman"/>
          <w:color w:val="000000" w:themeColor="text1"/>
          <w:lang w:val="uk-UA"/>
        </w:rPr>
        <w:t>простору</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психологічної</w:t>
      </w:r>
      <w:r w:rsidRPr="00B7305F">
        <w:rPr>
          <w:rFonts w:cs="Times New Roman"/>
          <w:color w:val="000000" w:themeColor="text1"/>
          <w:lang w:val="uk-UA"/>
        </w:rPr>
        <w:t xml:space="preserve"> </w:t>
      </w:r>
      <w:r w:rsidR="00D96A92" w:rsidRPr="00B7305F">
        <w:rPr>
          <w:rFonts w:cs="Times New Roman"/>
          <w:color w:val="000000" w:themeColor="text1"/>
          <w:lang w:val="uk-UA"/>
        </w:rPr>
        <w:t>деталізації.</w:t>
      </w:r>
      <w:r w:rsidRPr="00B7305F">
        <w:rPr>
          <w:rFonts w:cs="Times New Roman"/>
          <w:color w:val="000000" w:themeColor="text1"/>
          <w:lang w:val="uk-UA"/>
        </w:rPr>
        <w:t xml:space="preserve"> </w:t>
      </w:r>
      <w:r w:rsidR="00D96A92" w:rsidRPr="00B7305F">
        <w:rPr>
          <w:rFonts w:cs="Times New Roman"/>
          <w:color w:val="000000" w:themeColor="text1"/>
          <w:lang w:val="uk-UA"/>
        </w:rPr>
        <w:t>Таким</w:t>
      </w:r>
      <w:r w:rsidRPr="00B7305F">
        <w:rPr>
          <w:rFonts w:cs="Times New Roman"/>
          <w:color w:val="000000" w:themeColor="text1"/>
          <w:lang w:val="uk-UA"/>
        </w:rPr>
        <w:t xml:space="preserve"> </w:t>
      </w:r>
      <w:r w:rsidR="00D96A92" w:rsidRPr="00B7305F">
        <w:rPr>
          <w:rFonts w:cs="Times New Roman"/>
          <w:color w:val="000000" w:themeColor="text1"/>
          <w:lang w:val="uk-UA"/>
        </w:rPr>
        <w:t>чином,</w:t>
      </w:r>
      <w:r w:rsidRPr="00B7305F">
        <w:rPr>
          <w:rFonts w:cs="Times New Roman"/>
          <w:color w:val="000000" w:themeColor="text1"/>
          <w:lang w:val="uk-UA"/>
        </w:rPr>
        <w:t xml:space="preserve"> </w:t>
      </w:r>
      <w:r w:rsidR="00D96A92" w:rsidRPr="00B7305F">
        <w:rPr>
          <w:rFonts w:cs="Times New Roman"/>
          <w:color w:val="000000" w:themeColor="text1"/>
          <w:lang w:val="uk-UA"/>
        </w:rPr>
        <w:t>між</w:t>
      </w:r>
      <w:r w:rsidRPr="00B7305F">
        <w:rPr>
          <w:rFonts w:cs="Times New Roman"/>
          <w:color w:val="000000" w:themeColor="text1"/>
          <w:lang w:val="uk-UA"/>
        </w:rPr>
        <w:t xml:space="preserve"> </w:t>
      </w:r>
      <w:r w:rsidR="00D96A92" w:rsidRPr="00B7305F">
        <w:rPr>
          <w:rFonts w:cs="Times New Roman"/>
          <w:color w:val="000000" w:themeColor="text1"/>
          <w:lang w:val="uk-UA"/>
        </w:rPr>
        <w:t>цими</w:t>
      </w:r>
      <w:r w:rsidRPr="00B7305F">
        <w:rPr>
          <w:rFonts w:cs="Times New Roman"/>
          <w:color w:val="000000" w:themeColor="text1"/>
          <w:lang w:val="uk-UA"/>
        </w:rPr>
        <w:t xml:space="preserve"> </w:t>
      </w:r>
      <w:r w:rsidR="00D96A92" w:rsidRPr="00B7305F">
        <w:rPr>
          <w:rFonts w:cs="Times New Roman"/>
          <w:color w:val="000000" w:themeColor="text1"/>
          <w:lang w:val="uk-UA"/>
        </w:rPr>
        <w:t>видами</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склалися</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відносини</w:t>
      </w:r>
      <w:r w:rsidRPr="00B7305F">
        <w:rPr>
          <w:rFonts w:cs="Times New Roman"/>
          <w:color w:val="000000" w:themeColor="text1"/>
          <w:lang w:val="uk-UA"/>
        </w:rPr>
        <w:t xml:space="preserve"> </w:t>
      </w:r>
      <w:r w:rsidR="00D96A92" w:rsidRPr="00B7305F">
        <w:rPr>
          <w:rFonts w:cs="Times New Roman"/>
          <w:color w:val="000000" w:themeColor="text1"/>
          <w:lang w:val="uk-UA"/>
        </w:rPr>
        <w:t>ієрархії,</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взаємодоповнення,</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межах</w:t>
      </w:r>
      <w:r w:rsidRPr="00B7305F">
        <w:rPr>
          <w:rFonts w:cs="Times New Roman"/>
          <w:color w:val="000000" w:themeColor="text1"/>
          <w:lang w:val="uk-UA"/>
        </w:rPr>
        <w:t xml:space="preserve"> </w:t>
      </w:r>
      <w:r w:rsidR="00D96A92" w:rsidRPr="00B7305F">
        <w:rPr>
          <w:rFonts w:cs="Times New Roman"/>
          <w:color w:val="000000" w:themeColor="text1"/>
          <w:lang w:val="uk-UA"/>
        </w:rPr>
        <w:t>якого</w:t>
      </w:r>
      <w:r w:rsidRPr="00B7305F">
        <w:rPr>
          <w:rFonts w:cs="Times New Roman"/>
          <w:color w:val="000000" w:themeColor="text1"/>
          <w:lang w:val="uk-UA"/>
        </w:rPr>
        <w:t xml:space="preserve"> </w:t>
      </w:r>
      <w:r w:rsidR="00D96A92" w:rsidRPr="00B7305F">
        <w:rPr>
          <w:rFonts w:cs="Times New Roman"/>
          <w:color w:val="000000" w:themeColor="text1"/>
          <w:lang w:val="uk-UA"/>
        </w:rPr>
        <w:t>відбувається</w:t>
      </w:r>
      <w:r w:rsidRPr="00B7305F">
        <w:rPr>
          <w:rFonts w:cs="Times New Roman"/>
          <w:color w:val="000000" w:themeColor="text1"/>
          <w:lang w:val="uk-UA"/>
        </w:rPr>
        <w:t xml:space="preserve"> </w:t>
      </w:r>
      <w:r w:rsidR="00D96A92" w:rsidRPr="00B7305F">
        <w:rPr>
          <w:rFonts w:cs="Times New Roman"/>
          <w:color w:val="000000" w:themeColor="text1"/>
          <w:lang w:val="uk-UA"/>
        </w:rPr>
        <w:t>постійний</w:t>
      </w:r>
      <w:r w:rsidRPr="00B7305F">
        <w:rPr>
          <w:rFonts w:cs="Times New Roman"/>
          <w:color w:val="000000" w:themeColor="text1"/>
          <w:lang w:val="uk-UA"/>
        </w:rPr>
        <w:t xml:space="preserve"> </w:t>
      </w:r>
      <w:r w:rsidR="00D96A92" w:rsidRPr="00B7305F">
        <w:rPr>
          <w:rFonts w:cs="Times New Roman"/>
          <w:color w:val="000000" w:themeColor="text1"/>
          <w:lang w:val="uk-UA"/>
        </w:rPr>
        <w:t>обмін</w:t>
      </w:r>
      <w:r w:rsidRPr="00B7305F">
        <w:rPr>
          <w:rFonts w:cs="Times New Roman"/>
          <w:color w:val="000000" w:themeColor="text1"/>
          <w:lang w:val="uk-UA"/>
        </w:rPr>
        <w:t xml:space="preserve"> </w:t>
      </w:r>
      <w:r w:rsidR="00D96A92" w:rsidRPr="00B7305F">
        <w:rPr>
          <w:rFonts w:cs="Times New Roman"/>
          <w:color w:val="000000" w:themeColor="text1"/>
          <w:lang w:val="uk-UA"/>
        </w:rPr>
        <w:t>засобами</w:t>
      </w:r>
      <w:r w:rsidRPr="00B7305F">
        <w:rPr>
          <w:rFonts w:cs="Times New Roman"/>
          <w:color w:val="000000" w:themeColor="text1"/>
          <w:lang w:val="uk-UA"/>
        </w:rPr>
        <w:t xml:space="preserve"> </w:t>
      </w:r>
      <w:r w:rsidR="00D96A92" w:rsidRPr="00B7305F">
        <w:rPr>
          <w:rFonts w:cs="Times New Roman"/>
          <w:color w:val="000000" w:themeColor="text1"/>
          <w:lang w:val="uk-UA"/>
        </w:rPr>
        <w:t>вираження.</w:t>
      </w:r>
    </w:p>
    <w:p w14:paraId="6A8F5857" w14:textId="2877A3CF"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По-друге,</w:t>
      </w:r>
      <w:r w:rsidRPr="00B7305F">
        <w:rPr>
          <w:rFonts w:cs="Times New Roman"/>
          <w:color w:val="000000" w:themeColor="text1"/>
          <w:lang w:val="uk-UA"/>
        </w:rPr>
        <w:t xml:space="preserve"> </w:t>
      </w:r>
      <w:r w:rsidR="00D96A92" w:rsidRPr="00B7305F">
        <w:rPr>
          <w:rFonts w:cs="Times New Roman"/>
          <w:color w:val="000000" w:themeColor="text1"/>
          <w:lang w:val="uk-UA"/>
        </w:rPr>
        <w:t>проведений</w:t>
      </w:r>
      <w:r w:rsidRPr="00B7305F">
        <w:rPr>
          <w:rFonts w:cs="Times New Roman"/>
          <w:color w:val="000000" w:themeColor="text1"/>
          <w:lang w:val="uk-UA"/>
        </w:rPr>
        <w:t xml:space="preserve"> </w:t>
      </w:r>
      <w:r w:rsidR="00D96A92" w:rsidRPr="00B7305F">
        <w:rPr>
          <w:rFonts w:cs="Times New Roman"/>
          <w:color w:val="000000" w:themeColor="text1"/>
          <w:lang w:val="uk-UA"/>
        </w:rPr>
        <w:t>аналіз</w:t>
      </w:r>
      <w:r w:rsidRPr="00B7305F">
        <w:rPr>
          <w:rFonts w:cs="Times New Roman"/>
          <w:color w:val="000000" w:themeColor="text1"/>
          <w:lang w:val="uk-UA"/>
        </w:rPr>
        <w:t xml:space="preserve"> </w:t>
      </w:r>
      <w:r w:rsidR="00D96A92" w:rsidRPr="00B7305F">
        <w:rPr>
          <w:rFonts w:cs="Times New Roman"/>
          <w:color w:val="000000" w:themeColor="text1"/>
          <w:lang w:val="uk-UA"/>
        </w:rPr>
        <w:t>розвитку</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акторської</w:t>
      </w:r>
      <w:r w:rsidRPr="00B7305F">
        <w:rPr>
          <w:rFonts w:cs="Times New Roman"/>
          <w:color w:val="000000" w:themeColor="text1"/>
          <w:lang w:val="uk-UA"/>
        </w:rPr>
        <w:t xml:space="preserve"> </w:t>
      </w:r>
      <w:r w:rsidR="00D96A92" w:rsidRPr="00B7305F">
        <w:rPr>
          <w:rFonts w:cs="Times New Roman"/>
          <w:color w:val="000000" w:themeColor="text1"/>
          <w:lang w:val="uk-UA"/>
        </w:rPr>
        <w:t>техніки</w:t>
      </w:r>
      <w:r w:rsidRPr="00B7305F">
        <w:rPr>
          <w:rFonts w:cs="Times New Roman"/>
          <w:color w:val="000000" w:themeColor="text1"/>
          <w:lang w:val="uk-UA"/>
        </w:rPr>
        <w:t xml:space="preserve"> </w:t>
      </w:r>
      <w:r w:rsidR="00D96A92" w:rsidRPr="00B7305F">
        <w:rPr>
          <w:rFonts w:cs="Times New Roman"/>
          <w:color w:val="000000" w:themeColor="text1"/>
          <w:lang w:val="uk-UA"/>
        </w:rPr>
        <w:t>показав,</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театральна</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кінематографічна</w:t>
      </w:r>
      <w:r w:rsidRPr="00B7305F">
        <w:rPr>
          <w:rFonts w:cs="Times New Roman"/>
          <w:color w:val="000000" w:themeColor="text1"/>
          <w:lang w:val="uk-UA"/>
        </w:rPr>
        <w:t xml:space="preserve"> </w:t>
      </w:r>
      <w:r w:rsidR="00D96A92" w:rsidRPr="00B7305F">
        <w:rPr>
          <w:rFonts w:cs="Times New Roman"/>
          <w:color w:val="000000" w:themeColor="text1"/>
          <w:lang w:val="uk-UA"/>
        </w:rPr>
        <w:t>школи</w:t>
      </w:r>
      <w:r w:rsidRPr="00B7305F">
        <w:rPr>
          <w:rFonts w:cs="Times New Roman"/>
          <w:color w:val="000000" w:themeColor="text1"/>
          <w:lang w:val="uk-UA"/>
        </w:rPr>
        <w:t xml:space="preserve"> </w:t>
      </w:r>
      <w:r w:rsidR="00D96A92" w:rsidRPr="00B7305F">
        <w:rPr>
          <w:rFonts w:cs="Times New Roman"/>
          <w:color w:val="000000" w:themeColor="text1"/>
          <w:lang w:val="uk-UA"/>
        </w:rPr>
        <w:t>мають</w:t>
      </w:r>
      <w:r w:rsidRPr="00B7305F">
        <w:rPr>
          <w:rFonts w:cs="Times New Roman"/>
          <w:color w:val="000000" w:themeColor="text1"/>
          <w:lang w:val="uk-UA"/>
        </w:rPr>
        <w:t xml:space="preserve"> </w:t>
      </w:r>
      <w:r w:rsidR="00D96A92" w:rsidRPr="00B7305F">
        <w:rPr>
          <w:rFonts w:cs="Times New Roman"/>
          <w:color w:val="000000" w:themeColor="text1"/>
          <w:lang w:val="uk-UA"/>
        </w:rPr>
        <w:t>різні</w:t>
      </w:r>
      <w:r w:rsidRPr="00B7305F">
        <w:rPr>
          <w:rFonts w:cs="Times New Roman"/>
          <w:color w:val="000000" w:themeColor="text1"/>
          <w:lang w:val="uk-UA"/>
        </w:rPr>
        <w:t xml:space="preserve"> </w:t>
      </w:r>
      <w:r w:rsidR="00D96A92" w:rsidRPr="00B7305F">
        <w:rPr>
          <w:rFonts w:cs="Times New Roman"/>
          <w:color w:val="000000" w:themeColor="text1"/>
          <w:lang w:val="uk-UA"/>
        </w:rPr>
        <w:t>умови</w:t>
      </w:r>
      <w:r w:rsidRPr="00B7305F">
        <w:rPr>
          <w:rFonts w:cs="Times New Roman"/>
          <w:color w:val="000000" w:themeColor="text1"/>
          <w:lang w:val="uk-UA"/>
        </w:rPr>
        <w:t xml:space="preserve"> </w:t>
      </w:r>
      <w:r w:rsidR="00D96A92" w:rsidRPr="00B7305F">
        <w:rPr>
          <w:rFonts w:cs="Times New Roman"/>
          <w:color w:val="000000" w:themeColor="text1"/>
          <w:lang w:val="uk-UA"/>
        </w:rPr>
        <w:t>існування,</w:t>
      </w:r>
      <w:r w:rsidRPr="00B7305F">
        <w:rPr>
          <w:rFonts w:cs="Times New Roman"/>
          <w:color w:val="000000" w:themeColor="text1"/>
          <w:lang w:val="uk-UA"/>
        </w:rPr>
        <w:t xml:space="preserve"> </w:t>
      </w:r>
      <w:r w:rsidR="00D96A92" w:rsidRPr="00B7305F">
        <w:rPr>
          <w:rFonts w:cs="Times New Roman"/>
          <w:color w:val="000000" w:themeColor="text1"/>
          <w:lang w:val="uk-UA"/>
        </w:rPr>
        <w:t>але</w:t>
      </w:r>
      <w:r w:rsidRPr="00B7305F">
        <w:rPr>
          <w:rFonts w:cs="Times New Roman"/>
          <w:color w:val="000000" w:themeColor="text1"/>
          <w:lang w:val="uk-UA"/>
        </w:rPr>
        <w:t xml:space="preserve"> </w:t>
      </w:r>
      <w:r w:rsidR="00D96A92" w:rsidRPr="00B7305F">
        <w:rPr>
          <w:rFonts w:cs="Times New Roman"/>
          <w:color w:val="000000" w:themeColor="text1"/>
          <w:lang w:val="uk-UA"/>
        </w:rPr>
        <w:t>спільну</w:t>
      </w:r>
      <w:r w:rsidRPr="00B7305F">
        <w:rPr>
          <w:rFonts w:cs="Times New Roman"/>
          <w:color w:val="000000" w:themeColor="text1"/>
          <w:lang w:val="uk-UA"/>
        </w:rPr>
        <w:t xml:space="preserve"> </w:t>
      </w:r>
      <w:r w:rsidR="00D96A92" w:rsidRPr="00B7305F">
        <w:rPr>
          <w:rFonts w:cs="Times New Roman"/>
          <w:color w:val="000000" w:themeColor="text1"/>
          <w:lang w:val="uk-UA"/>
        </w:rPr>
        <w:t>мету</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досягнення</w:t>
      </w:r>
      <w:r w:rsidRPr="00B7305F">
        <w:rPr>
          <w:rFonts w:cs="Times New Roman"/>
          <w:color w:val="000000" w:themeColor="text1"/>
          <w:lang w:val="uk-UA"/>
        </w:rPr>
        <w:t xml:space="preserve"> </w:t>
      </w:r>
      <w:r w:rsidR="00D96A92" w:rsidRPr="00B7305F">
        <w:rPr>
          <w:rFonts w:cs="Times New Roman"/>
          <w:color w:val="000000" w:themeColor="text1"/>
          <w:lang w:val="uk-UA"/>
        </w:rPr>
        <w:t>художньої</w:t>
      </w:r>
      <w:r w:rsidRPr="00B7305F">
        <w:rPr>
          <w:rFonts w:cs="Times New Roman"/>
          <w:color w:val="000000" w:themeColor="text1"/>
          <w:lang w:val="uk-UA"/>
        </w:rPr>
        <w:t xml:space="preserve"> </w:t>
      </w:r>
      <w:r w:rsidR="00D96A92" w:rsidRPr="00B7305F">
        <w:rPr>
          <w:rFonts w:cs="Times New Roman"/>
          <w:color w:val="000000" w:themeColor="text1"/>
          <w:lang w:val="uk-UA"/>
        </w:rPr>
        <w:t>правди.</w:t>
      </w:r>
      <w:r w:rsidRPr="00B7305F">
        <w:rPr>
          <w:rFonts w:cs="Times New Roman"/>
          <w:color w:val="000000" w:themeColor="text1"/>
          <w:lang w:val="uk-UA"/>
        </w:rPr>
        <w:t xml:space="preserve"> </w:t>
      </w:r>
      <w:r w:rsidR="00D96A92" w:rsidRPr="00B7305F">
        <w:rPr>
          <w:rFonts w:cs="Times New Roman"/>
          <w:color w:val="000000" w:themeColor="text1"/>
          <w:lang w:val="uk-UA"/>
        </w:rPr>
        <w:t>Сценічна</w:t>
      </w:r>
      <w:r w:rsidRPr="00B7305F">
        <w:rPr>
          <w:rFonts w:cs="Times New Roman"/>
          <w:color w:val="000000" w:themeColor="text1"/>
          <w:lang w:val="uk-UA"/>
        </w:rPr>
        <w:t xml:space="preserve"> </w:t>
      </w:r>
      <w:r w:rsidR="00D96A92" w:rsidRPr="00B7305F">
        <w:rPr>
          <w:rFonts w:cs="Times New Roman"/>
          <w:color w:val="000000" w:themeColor="text1"/>
          <w:lang w:val="uk-UA"/>
        </w:rPr>
        <w:t>техніка</w:t>
      </w:r>
      <w:r w:rsidRPr="00B7305F">
        <w:rPr>
          <w:rFonts w:cs="Times New Roman"/>
          <w:color w:val="000000" w:themeColor="text1"/>
          <w:lang w:val="uk-UA"/>
        </w:rPr>
        <w:t xml:space="preserve"> </w:t>
      </w:r>
      <w:r w:rsidR="00D96A92" w:rsidRPr="00B7305F">
        <w:rPr>
          <w:rFonts w:cs="Times New Roman"/>
          <w:color w:val="000000" w:themeColor="text1"/>
          <w:lang w:val="uk-UA"/>
        </w:rPr>
        <w:t>актора</w:t>
      </w:r>
      <w:r w:rsidRPr="00B7305F">
        <w:rPr>
          <w:rFonts w:cs="Times New Roman"/>
          <w:color w:val="000000" w:themeColor="text1"/>
          <w:lang w:val="uk-UA"/>
        </w:rPr>
        <w:t xml:space="preserve"> </w:t>
      </w:r>
      <w:r w:rsidR="00D96A92" w:rsidRPr="00B7305F">
        <w:rPr>
          <w:rFonts w:cs="Times New Roman"/>
          <w:color w:val="000000" w:themeColor="text1"/>
          <w:lang w:val="uk-UA"/>
        </w:rPr>
        <w:t>базується</w:t>
      </w:r>
      <w:r w:rsidRPr="00B7305F">
        <w:rPr>
          <w:rFonts w:cs="Times New Roman"/>
          <w:color w:val="000000" w:themeColor="text1"/>
          <w:lang w:val="uk-UA"/>
        </w:rPr>
        <w:t xml:space="preserve"> </w:t>
      </w:r>
      <w:r w:rsidR="00D96A92" w:rsidRPr="00B7305F">
        <w:rPr>
          <w:rFonts w:cs="Times New Roman"/>
          <w:color w:val="000000" w:themeColor="text1"/>
          <w:lang w:val="uk-UA"/>
        </w:rPr>
        <w:t>на</w:t>
      </w:r>
      <w:r w:rsidRPr="00B7305F">
        <w:rPr>
          <w:rFonts w:cs="Times New Roman"/>
          <w:color w:val="000000" w:themeColor="text1"/>
          <w:lang w:val="uk-UA"/>
        </w:rPr>
        <w:t xml:space="preserve"> </w:t>
      </w:r>
      <w:r w:rsidR="00D96A92" w:rsidRPr="00B7305F">
        <w:rPr>
          <w:rFonts w:cs="Times New Roman"/>
          <w:color w:val="000000" w:themeColor="text1"/>
          <w:lang w:val="uk-UA"/>
        </w:rPr>
        <w:t>відкритій</w:t>
      </w:r>
      <w:r w:rsidRPr="00B7305F">
        <w:rPr>
          <w:rFonts w:cs="Times New Roman"/>
          <w:color w:val="000000" w:themeColor="text1"/>
          <w:lang w:val="uk-UA"/>
        </w:rPr>
        <w:t xml:space="preserve"> </w:t>
      </w:r>
      <w:r w:rsidR="00D96A92" w:rsidRPr="00B7305F">
        <w:rPr>
          <w:rFonts w:cs="Times New Roman"/>
          <w:color w:val="000000" w:themeColor="text1"/>
          <w:lang w:val="uk-UA"/>
        </w:rPr>
        <w:t>дії,</w:t>
      </w:r>
      <w:r w:rsidRPr="00B7305F">
        <w:rPr>
          <w:rFonts w:cs="Times New Roman"/>
          <w:color w:val="000000" w:themeColor="text1"/>
          <w:lang w:val="uk-UA"/>
        </w:rPr>
        <w:t xml:space="preserve"> </w:t>
      </w:r>
      <w:r w:rsidR="00D96A92" w:rsidRPr="00B7305F">
        <w:rPr>
          <w:rFonts w:cs="Times New Roman"/>
          <w:color w:val="000000" w:themeColor="text1"/>
          <w:lang w:val="uk-UA"/>
        </w:rPr>
        <w:t>енергії</w:t>
      </w:r>
      <w:r w:rsidRPr="00B7305F">
        <w:rPr>
          <w:rFonts w:cs="Times New Roman"/>
          <w:color w:val="000000" w:themeColor="text1"/>
          <w:lang w:val="uk-UA"/>
        </w:rPr>
        <w:t xml:space="preserve"> </w:t>
      </w:r>
      <w:r w:rsidR="00D96A92" w:rsidRPr="00B7305F">
        <w:rPr>
          <w:rFonts w:cs="Times New Roman"/>
          <w:color w:val="000000" w:themeColor="text1"/>
          <w:lang w:val="uk-UA"/>
        </w:rPr>
        <w:t>контакту</w:t>
      </w:r>
      <w:r w:rsidRPr="00B7305F">
        <w:rPr>
          <w:rFonts w:cs="Times New Roman"/>
          <w:color w:val="000000" w:themeColor="text1"/>
          <w:lang w:val="uk-UA"/>
        </w:rPr>
        <w:t xml:space="preserve"> </w:t>
      </w:r>
      <w:r w:rsidR="00D96A92" w:rsidRPr="00B7305F">
        <w:rPr>
          <w:rFonts w:cs="Times New Roman"/>
          <w:color w:val="000000" w:themeColor="text1"/>
          <w:lang w:val="uk-UA"/>
        </w:rPr>
        <w:t>з</w:t>
      </w:r>
      <w:r w:rsidRPr="00B7305F">
        <w:rPr>
          <w:rFonts w:cs="Times New Roman"/>
          <w:color w:val="000000" w:themeColor="text1"/>
          <w:lang w:val="uk-UA"/>
        </w:rPr>
        <w:t xml:space="preserve"> </w:t>
      </w:r>
      <w:r w:rsidR="00D96A92" w:rsidRPr="00B7305F">
        <w:rPr>
          <w:rFonts w:cs="Times New Roman"/>
          <w:color w:val="000000" w:themeColor="text1"/>
          <w:lang w:val="uk-UA"/>
        </w:rPr>
        <w:t>глядачем,</w:t>
      </w:r>
      <w:r w:rsidRPr="00B7305F">
        <w:rPr>
          <w:rFonts w:cs="Times New Roman"/>
          <w:color w:val="000000" w:themeColor="text1"/>
          <w:lang w:val="uk-UA"/>
        </w:rPr>
        <w:t xml:space="preserve"> </w:t>
      </w:r>
      <w:r w:rsidR="00D96A92" w:rsidRPr="00B7305F">
        <w:rPr>
          <w:rFonts w:cs="Times New Roman"/>
          <w:color w:val="000000" w:themeColor="text1"/>
          <w:lang w:val="uk-UA"/>
        </w:rPr>
        <w:t>масштабі</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темпо-ритмічній</w:t>
      </w:r>
      <w:r w:rsidRPr="00B7305F">
        <w:rPr>
          <w:rFonts w:cs="Times New Roman"/>
          <w:color w:val="000000" w:themeColor="text1"/>
          <w:lang w:val="uk-UA"/>
        </w:rPr>
        <w:t xml:space="preserve"> </w:t>
      </w:r>
      <w:r w:rsidR="00D96A92" w:rsidRPr="00B7305F">
        <w:rPr>
          <w:rFonts w:cs="Times New Roman"/>
          <w:color w:val="000000" w:themeColor="text1"/>
          <w:lang w:val="uk-UA"/>
        </w:rPr>
        <w:t>організації.</w:t>
      </w:r>
      <w:r w:rsidRPr="00B7305F">
        <w:rPr>
          <w:rFonts w:cs="Times New Roman"/>
          <w:color w:val="000000" w:themeColor="text1"/>
          <w:lang w:val="uk-UA"/>
        </w:rPr>
        <w:t xml:space="preserve"> </w:t>
      </w:r>
      <w:r w:rsidR="00D96A92" w:rsidRPr="00B7305F">
        <w:rPr>
          <w:rFonts w:cs="Times New Roman"/>
          <w:color w:val="000000" w:themeColor="text1"/>
          <w:lang w:val="uk-UA"/>
        </w:rPr>
        <w:t>Екранна</w:t>
      </w:r>
      <w:r w:rsidRPr="00B7305F">
        <w:rPr>
          <w:rFonts w:cs="Times New Roman"/>
          <w:color w:val="000000" w:themeColor="text1"/>
          <w:lang w:val="uk-UA"/>
        </w:rPr>
        <w:t xml:space="preserve"> </w:t>
      </w:r>
      <w:r w:rsidR="00D96A92" w:rsidRPr="00B7305F">
        <w:rPr>
          <w:rFonts w:cs="Times New Roman"/>
          <w:color w:val="000000" w:themeColor="text1"/>
          <w:lang w:val="uk-UA"/>
        </w:rPr>
        <w:t>техніка,</w:t>
      </w:r>
      <w:r w:rsidRPr="00B7305F">
        <w:rPr>
          <w:rFonts w:cs="Times New Roman"/>
          <w:color w:val="000000" w:themeColor="text1"/>
          <w:lang w:val="uk-UA"/>
        </w:rPr>
        <w:t xml:space="preserve"> </w:t>
      </w:r>
      <w:r w:rsidR="00D96A92" w:rsidRPr="00B7305F">
        <w:rPr>
          <w:rFonts w:cs="Times New Roman"/>
          <w:color w:val="000000" w:themeColor="text1"/>
          <w:lang w:val="uk-UA"/>
        </w:rPr>
        <w:t>навпаки,</w:t>
      </w:r>
      <w:r w:rsidRPr="00B7305F">
        <w:rPr>
          <w:rFonts w:cs="Times New Roman"/>
          <w:color w:val="000000" w:themeColor="text1"/>
          <w:lang w:val="uk-UA"/>
        </w:rPr>
        <w:t xml:space="preserve"> </w:t>
      </w:r>
      <w:r w:rsidR="00D96A92" w:rsidRPr="00B7305F">
        <w:rPr>
          <w:rFonts w:cs="Times New Roman"/>
          <w:color w:val="000000" w:themeColor="text1"/>
          <w:lang w:val="uk-UA"/>
        </w:rPr>
        <w:t>орієнтована</w:t>
      </w:r>
      <w:r w:rsidRPr="00B7305F">
        <w:rPr>
          <w:rFonts w:cs="Times New Roman"/>
          <w:color w:val="000000" w:themeColor="text1"/>
          <w:lang w:val="uk-UA"/>
        </w:rPr>
        <w:t xml:space="preserve"> </w:t>
      </w:r>
      <w:r w:rsidR="00D96A92" w:rsidRPr="00B7305F">
        <w:rPr>
          <w:rFonts w:cs="Times New Roman"/>
          <w:color w:val="000000" w:themeColor="text1"/>
          <w:lang w:val="uk-UA"/>
        </w:rPr>
        <w:t>на</w:t>
      </w:r>
      <w:r w:rsidRPr="00B7305F">
        <w:rPr>
          <w:rFonts w:cs="Times New Roman"/>
          <w:color w:val="000000" w:themeColor="text1"/>
          <w:lang w:val="uk-UA"/>
        </w:rPr>
        <w:t xml:space="preserve"> </w:t>
      </w:r>
      <w:r w:rsidR="00D96A92" w:rsidRPr="00B7305F">
        <w:rPr>
          <w:rFonts w:cs="Times New Roman"/>
          <w:color w:val="000000" w:themeColor="text1"/>
          <w:lang w:val="uk-UA"/>
        </w:rPr>
        <w:t>внутрішню</w:t>
      </w:r>
      <w:r w:rsidRPr="00B7305F">
        <w:rPr>
          <w:rFonts w:cs="Times New Roman"/>
          <w:color w:val="000000" w:themeColor="text1"/>
          <w:lang w:val="uk-UA"/>
        </w:rPr>
        <w:t xml:space="preserve"> </w:t>
      </w:r>
      <w:r w:rsidR="00D96A92" w:rsidRPr="00B7305F">
        <w:rPr>
          <w:rFonts w:cs="Times New Roman"/>
          <w:color w:val="000000" w:themeColor="text1"/>
          <w:lang w:val="uk-UA"/>
        </w:rPr>
        <w:t>концентрацію,</w:t>
      </w:r>
      <w:r w:rsidRPr="00B7305F">
        <w:rPr>
          <w:rFonts w:cs="Times New Roman"/>
          <w:color w:val="000000" w:themeColor="text1"/>
          <w:lang w:val="uk-UA"/>
        </w:rPr>
        <w:t xml:space="preserve"> </w:t>
      </w:r>
      <w:r w:rsidR="00D96A92" w:rsidRPr="00B7305F">
        <w:rPr>
          <w:rFonts w:cs="Times New Roman"/>
          <w:color w:val="000000" w:themeColor="text1"/>
          <w:lang w:val="uk-UA"/>
        </w:rPr>
        <w:t>мінімалізм</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психологічну</w:t>
      </w:r>
      <w:r w:rsidRPr="00B7305F">
        <w:rPr>
          <w:rFonts w:cs="Times New Roman"/>
          <w:color w:val="000000" w:themeColor="text1"/>
          <w:lang w:val="uk-UA"/>
        </w:rPr>
        <w:t xml:space="preserve"> </w:t>
      </w:r>
      <w:r w:rsidR="00D96A92" w:rsidRPr="00B7305F">
        <w:rPr>
          <w:rFonts w:cs="Times New Roman"/>
          <w:color w:val="000000" w:themeColor="text1"/>
          <w:lang w:val="uk-UA"/>
        </w:rPr>
        <w:t>точність.</w:t>
      </w:r>
      <w:r w:rsidRPr="00B7305F">
        <w:rPr>
          <w:rFonts w:cs="Times New Roman"/>
          <w:color w:val="000000" w:themeColor="text1"/>
          <w:lang w:val="uk-UA"/>
        </w:rPr>
        <w:t xml:space="preserve"> </w:t>
      </w:r>
      <w:r w:rsidR="00D96A92" w:rsidRPr="00B7305F">
        <w:rPr>
          <w:rFonts w:cs="Times New Roman"/>
          <w:color w:val="000000" w:themeColor="text1"/>
          <w:lang w:val="uk-UA"/>
        </w:rPr>
        <w:t>Еволюція</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акторської</w:t>
      </w:r>
      <w:r w:rsidRPr="00B7305F">
        <w:rPr>
          <w:rFonts w:cs="Times New Roman"/>
          <w:color w:val="000000" w:themeColor="text1"/>
          <w:lang w:val="uk-UA"/>
        </w:rPr>
        <w:t xml:space="preserve"> </w:t>
      </w:r>
      <w:r w:rsidR="00D96A92" w:rsidRPr="00B7305F">
        <w:rPr>
          <w:rFonts w:cs="Times New Roman"/>
          <w:color w:val="000000" w:themeColor="text1"/>
          <w:lang w:val="uk-UA"/>
        </w:rPr>
        <w:t>майстерності</w:t>
      </w:r>
      <w:r w:rsidRPr="00B7305F">
        <w:rPr>
          <w:rFonts w:cs="Times New Roman"/>
          <w:color w:val="000000" w:themeColor="text1"/>
          <w:lang w:val="uk-UA"/>
        </w:rPr>
        <w:t xml:space="preserve"> </w:t>
      </w:r>
      <w:r w:rsidR="00D96A92" w:rsidRPr="00B7305F">
        <w:rPr>
          <w:rFonts w:cs="Times New Roman"/>
          <w:color w:val="000000" w:themeColor="text1"/>
          <w:lang w:val="uk-UA"/>
        </w:rPr>
        <w:t>полягає</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поступовому</w:t>
      </w:r>
      <w:r w:rsidRPr="00B7305F">
        <w:rPr>
          <w:rFonts w:cs="Times New Roman"/>
          <w:color w:val="000000" w:themeColor="text1"/>
          <w:lang w:val="uk-UA"/>
        </w:rPr>
        <w:t xml:space="preserve"> </w:t>
      </w:r>
      <w:r w:rsidR="00D96A92" w:rsidRPr="00B7305F">
        <w:rPr>
          <w:rFonts w:cs="Times New Roman"/>
          <w:color w:val="000000" w:themeColor="text1"/>
          <w:lang w:val="uk-UA"/>
        </w:rPr>
        <w:t>переході</w:t>
      </w:r>
      <w:r w:rsidRPr="00B7305F">
        <w:rPr>
          <w:rFonts w:cs="Times New Roman"/>
          <w:color w:val="000000" w:themeColor="text1"/>
          <w:lang w:val="uk-UA"/>
        </w:rPr>
        <w:t xml:space="preserve"> </w:t>
      </w:r>
      <w:r w:rsidR="00D96A92" w:rsidRPr="00B7305F">
        <w:rPr>
          <w:rFonts w:cs="Times New Roman"/>
          <w:color w:val="000000" w:themeColor="text1"/>
          <w:lang w:val="uk-UA"/>
        </w:rPr>
        <w:t>від</w:t>
      </w:r>
      <w:r w:rsidRPr="00B7305F">
        <w:rPr>
          <w:rFonts w:cs="Times New Roman"/>
          <w:color w:val="000000" w:themeColor="text1"/>
          <w:lang w:val="uk-UA"/>
        </w:rPr>
        <w:t xml:space="preserve"> </w:t>
      </w:r>
      <w:r w:rsidR="00D96A92" w:rsidRPr="00B7305F">
        <w:rPr>
          <w:rFonts w:cs="Times New Roman"/>
          <w:color w:val="000000" w:themeColor="text1"/>
          <w:lang w:val="uk-UA"/>
        </w:rPr>
        <w:t>зовнішньої</w:t>
      </w:r>
      <w:r w:rsidRPr="00B7305F">
        <w:rPr>
          <w:rFonts w:cs="Times New Roman"/>
          <w:color w:val="000000" w:themeColor="text1"/>
          <w:lang w:val="uk-UA"/>
        </w:rPr>
        <w:t xml:space="preserve"> </w:t>
      </w:r>
      <w:r w:rsidR="00D96A92" w:rsidRPr="00B7305F">
        <w:rPr>
          <w:rFonts w:cs="Times New Roman"/>
          <w:color w:val="000000" w:themeColor="text1"/>
          <w:lang w:val="uk-UA"/>
        </w:rPr>
        <w:t>експресії</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внутрішньої.</w:t>
      </w:r>
    </w:p>
    <w:p w14:paraId="0DAFF25F" w14:textId="16C2A44B" w:rsidR="0030375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Важливим</w:t>
      </w:r>
      <w:r w:rsidRPr="00B7305F">
        <w:rPr>
          <w:rFonts w:cs="Times New Roman"/>
          <w:color w:val="000000" w:themeColor="text1"/>
          <w:lang w:val="uk-UA"/>
        </w:rPr>
        <w:t xml:space="preserve"> </w:t>
      </w:r>
      <w:r w:rsidR="00D96A92" w:rsidRPr="00B7305F">
        <w:rPr>
          <w:rFonts w:cs="Times New Roman"/>
          <w:color w:val="000000" w:themeColor="text1"/>
          <w:lang w:val="uk-UA"/>
        </w:rPr>
        <w:t>теоретичним</w:t>
      </w:r>
      <w:r w:rsidRPr="00B7305F">
        <w:rPr>
          <w:rFonts w:cs="Times New Roman"/>
          <w:color w:val="000000" w:themeColor="text1"/>
          <w:lang w:val="uk-UA"/>
        </w:rPr>
        <w:t xml:space="preserve"> </w:t>
      </w:r>
      <w:r w:rsidR="00D96A92" w:rsidRPr="00B7305F">
        <w:rPr>
          <w:rFonts w:cs="Times New Roman"/>
          <w:color w:val="000000" w:themeColor="text1"/>
          <w:lang w:val="uk-UA"/>
        </w:rPr>
        <w:t>висновком</w:t>
      </w:r>
      <w:r w:rsidRPr="00B7305F">
        <w:rPr>
          <w:rFonts w:cs="Times New Roman"/>
          <w:color w:val="000000" w:themeColor="text1"/>
          <w:lang w:val="uk-UA"/>
        </w:rPr>
        <w:t xml:space="preserve"> </w:t>
      </w:r>
      <w:r w:rsidR="00D96A92" w:rsidRPr="00B7305F">
        <w:rPr>
          <w:rFonts w:cs="Times New Roman"/>
          <w:color w:val="000000" w:themeColor="text1"/>
          <w:lang w:val="uk-UA"/>
        </w:rPr>
        <w:t>є</w:t>
      </w:r>
      <w:r w:rsidRPr="00B7305F">
        <w:rPr>
          <w:rFonts w:cs="Times New Roman"/>
          <w:color w:val="000000" w:themeColor="text1"/>
          <w:lang w:val="uk-UA"/>
        </w:rPr>
        <w:t xml:space="preserve"> </w:t>
      </w:r>
      <w:r w:rsidR="00D96A92" w:rsidRPr="00B7305F">
        <w:rPr>
          <w:rFonts w:cs="Times New Roman"/>
          <w:color w:val="000000" w:themeColor="text1"/>
          <w:lang w:val="uk-UA"/>
        </w:rPr>
        <w:t>розуміння</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театрального</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механічного</w:t>
      </w:r>
      <w:r w:rsidRPr="00B7305F">
        <w:rPr>
          <w:rFonts w:cs="Times New Roman"/>
          <w:color w:val="000000" w:themeColor="text1"/>
          <w:lang w:val="uk-UA"/>
        </w:rPr>
        <w:t xml:space="preserve"> </w:t>
      </w:r>
      <w:r w:rsidR="00D96A92" w:rsidRPr="00B7305F">
        <w:rPr>
          <w:rFonts w:cs="Times New Roman"/>
          <w:color w:val="000000" w:themeColor="text1"/>
          <w:lang w:val="uk-UA"/>
        </w:rPr>
        <w:t>поєднання</w:t>
      </w:r>
      <w:r w:rsidRPr="00B7305F">
        <w:rPr>
          <w:rFonts w:cs="Times New Roman"/>
          <w:color w:val="000000" w:themeColor="text1"/>
          <w:lang w:val="uk-UA"/>
        </w:rPr>
        <w:t xml:space="preserve"> </w:t>
      </w:r>
      <w:r w:rsidR="00D96A92" w:rsidRPr="00B7305F">
        <w:rPr>
          <w:rFonts w:cs="Times New Roman"/>
          <w:color w:val="000000" w:themeColor="text1"/>
          <w:lang w:val="uk-UA"/>
        </w:rPr>
        <w:t>форм,</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як</w:t>
      </w:r>
      <w:r w:rsidRPr="00B7305F">
        <w:rPr>
          <w:rFonts w:cs="Times New Roman"/>
          <w:color w:val="000000" w:themeColor="text1"/>
          <w:lang w:val="uk-UA"/>
        </w:rPr>
        <w:t xml:space="preserve"> </w:t>
      </w:r>
      <w:r w:rsidR="00D96A92" w:rsidRPr="00B7305F">
        <w:rPr>
          <w:rFonts w:cs="Times New Roman"/>
          <w:color w:val="000000" w:themeColor="text1"/>
          <w:lang w:val="uk-UA"/>
        </w:rPr>
        <w:t>складного</w:t>
      </w:r>
      <w:r w:rsidRPr="00B7305F">
        <w:rPr>
          <w:rFonts w:cs="Times New Roman"/>
          <w:color w:val="000000" w:themeColor="text1"/>
          <w:lang w:val="uk-UA"/>
        </w:rPr>
        <w:t xml:space="preserve"> </w:t>
      </w:r>
      <w:r w:rsidR="00D96A92" w:rsidRPr="00B7305F">
        <w:rPr>
          <w:rFonts w:cs="Times New Roman"/>
          <w:color w:val="000000" w:themeColor="text1"/>
          <w:lang w:val="uk-UA"/>
        </w:rPr>
        <w:t>процесу</w:t>
      </w:r>
      <w:r w:rsidRPr="00B7305F">
        <w:rPr>
          <w:rFonts w:cs="Times New Roman"/>
          <w:color w:val="000000" w:themeColor="text1"/>
          <w:lang w:val="uk-UA"/>
        </w:rPr>
        <w:t xml:space="preserve"> </w:t>
      </w:r>
      <w:r w:rsidR="00D96A92" w:rsidRPr="00B7305F">
        <w:rPr>
          <w:rFonts w:cs="Times New Roman"/>
          <w:color w:val="000000" w:themeColor="text1"/>
          <w:lang w:val="uk-UA"/>
        </w:rPr>
        <w:t>взаємопроникнення</w:t>
      </w:r>
      <w:r w:rsidRPr="00B7305F">
        <w:rPr>
          <w:rFonts w:cs="Times New Roman"/>
          <w:color w:val="000000" w:themeColor="text1"/>
          <w:lang w:val="uk-UA"/>
        </w:rPr>
        <w:t xml:space="preserve"> </w:t>
      </w:r>
      <w:r w:rsidR="00D96A92" w:rsidRPr="00B7305F">
        <w:rPr>
          <w:rFonts w:cs="Times New Roman"/>
          <w:color w:val="000000" w:themeColor="text1"/>
          <w:lang w:val="uk-UA"/>
        </w:rPr>
        <w:t>структур,</w:t>
      </w:r>
      <w:r w:rsidRPr="00B7305F">
        <w:rPr>
          <w:rFonts w:cs="Times New Roman"/>
          <w:color w:val="000000" w:themeColor="text1"/>
          <w:lang w:val="uk-UA"/>
        </w:rPr>
        <w:t xml:space="preserve"> </w:t>
      </w:r>
      <w:r w:rsidR="00D96A92" w:rsidRPr="00B7305F">
        <w:rPr>
          <w:rFonts w:cs="Times New Roman"/>
          <w:color w:val="000000" w:themeColor="text1"/>
          <w:lang w:val="uk-UA"/>
        </w:rPr>
        <w:t>естетик</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технік.</w:t>
      </w:r>
      <w:r w:rsidRPr="00B7305F">
        <w:rPr>
          <w:rFonts w:cs="Times New Roman"/>
          <w:color w:val="000000" w:themeColor="text1"/>
          <w:lang w:val="uk-UA"/>
        </w:rPr>
        <w:t xml:space="preserve"> </w:t>
      </w:r>
      <w:r w:rsidR="00D96A92" w:rsidRPr="00B7305F">
        <w:rPr>
          <w:rFonts w:cs="Times New Roman"/>
          <w:color w:val="000000" w:themeColor="text1"/>
          <w:lang w:val="uk-UA"/>
        </w:rPr>
        <w:t>Театр</w:t>
      </w:r>
      <w:r w:rsidRPr="00B7305F">
        <w:rPr>
          <w:rFonts w:cs="Times New Roman"/>
          <w:color w:val="000000" w:themeColor="text1"/>
          <w:lang w:val="uk-UA"/>
        </w:rPr>
        <w:t xml:space="preserve"> </w:t>
      </w:r>
      <w:r w:rsidR="00D96A92" w:rsidRPr="00B7305F">
        <w:rPr>
          <w:rFonts w:cs="Times New Roman"/>
          <w:color w:val="000000" w:themeColor="text1"/>
          <w:lang w:val="uk-UA"/>
        </w:rPr>
        <w:t>навчив</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органіці</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акторської</w:t>
      </w:r>
      <w:r w:rsidRPr="00B7305F">
        <w:rPr>
          <w:rFonts w:cs="Times New Roman"/>
          <w:color w:val="000000" w:themeColor="text1"/>
          <w:lang w:val="uk-UA"/>
        </w:rPr>
        <w:t xml:space="preserve"> </w:t>
      </w:r>
      <w:r w:rsidR="00D96A92" w:rsidRPr="00B7305F">
        <w:rPr>
          <w:rFonts w:cs="Times New Roman"/>
          <w:color w:val="000000" w:themeColor="text1"/>
          <w:lang w:val="uk-UA"/>
        </w:rPr>
        <w:t>гри,</w:t>
      </w:r>
      <w:r w:rsidRPr="00B7305F">
        <w:rPr>
          <w:rFonts w:cs="Times New Roman"/>
          <w:color w:val="000000" w:themeColor="text1"/>
          <w:lang w:val="uk-UA"/>
        </w:rPr>
        <w:t xml:space="preserve"> </w:t>
      </w:r>
      <w:r w:rsidR="00D96A92" w:rsidRPr="00B7305F">
        <w:rPr>
          <w:rFonts w:cs="Times New Roman"/>
          <w:color w:val="000000" w:themeColor="text1"/>
          <w:lang w:val="uk-UA"/>
        </w:rPr>
        <w:t>драматичній</w:t>
      </w:r>
      <w:r w:rsidRPr="00B7305F">
        <w:rPr>
          <w:rFonts w:cs="Times New Roman"/>
          <w:color w:val="000000" w:themeColor="text1"/>
          <w:lang w:val="uk-UA"/>
        </w:rPr>
        <w:t xml:space="preserve"> </w:t>
      </w:r>
      <w:r w:rsidR="00D96A92" w:rsidRPr="00B7305F">
        <w:rPr>
          <w:rFonts w:cs="Times New Roman"/>
          <w:color w:val="000000" w:themeColor="text1"/>
          <w:lang w:val="uk-UA"/>
        </w:rPr>
        <w:t>логіці,</w:t>
      </w:r>
      <w:r w:rsidRPr="00B7305F">
        <w:rPr>
          <w:rFonts w:cs="Times New Roman"/>
          <w:color w:val="000000" w:themeColor="text1"/>
          <w:lang w:val="uk-UA"/>
        </w:rPr>
        <w:t xml:space="preserve"> </w:t>
      </w:r>
      <w:r w:rsidR="00D96A92" w:rsidRPr="00B7305F">
        <w:rPr>
          <w:rFonts w:cs="Times New Roman"/>
          <w:color w:val="000000" w:themeColor="text1"/>
          <w:lang w:val="uk-UA"/>
        </w:rPr>
        <w:t>глибині</w:t>
      </w:r>
      <w:r w:rsidRPr="00B7305F">
        <w:rPr>
          <w:rFonts w:cs="Times New Roman"/>
          <w:color w:val="000000" w:themeColor="text1"/>
          <w:lang w:val="uk-UA"/>
        </w:rPr>
        <w:t xml:space="preserve"> </w:t>
      </w:r>
      <w:r w:rsidR="00D96A92" w:rsidRPr="00B7305F">
        <w:rPr>
          <w:rFonts w:cs="Times New Roman"/>
          <w:color w:val="000000" w:themeColor="text1"/>
          <w:lang w:val="uk-UA"/>
        </w:rPr>
        <w:t>психологічного</w:t>
      </w:r>
      <w:r w:rsidRPr="00B7305F">
        <w:rPr>
          <w:rFonts w:cs="Times New Roman"/>
          <w:color w:val="000000" w:themeColor="text1"/>
          <w:lang w:val="uk-UA"/>
        </w:rPr>
        <w:t xml:space="preserve"> </w:t>
      </w:r>
      <w:r w:rsidR="00D96A92" w:rsidRPr="00B7305F">
        <w:rPr>
          <w:rFonts w:cs="Times New Roman"/>
          <w:color w:val="000000" w:themeColor="text1"/>
          <w:lang w:val="uk-UA"/>
        </w:rPr>
        <w:t>образу;</w:t>
      </w:r>
      <w:r w:rsidRPr="00B7305F">
        <w:rPr>
          <w:rFonts w:cs="Times New Roman"/>
          <w:color w:val="000000" w:themeColor="text1"/>
          <w:lang w:val="uk-UA"/>
        </w:rPr>
        <w:t xml:space="preserve"> </w:t>
      </w:r>
      <w:r w:rsidR="00D96A92" w:rsidRPr="00B7305F">
        <w:rPr>
          <w:rFonts w:cs="Times New Roman"/>
          <w:color w:val="000000" w:themeColor="text1"/>
          <w:lang w:val="uk-UA"/>
        </w:rPr>
        <w:t>натомість</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D96A92" w:rsidRPr="00B7305F">
        <w:rPr>
          <w:rFonts w:cs="Times New Roman"/>
          <w:color w:val="000000" w:themeColor="text1"/>
          <w:lang w:val="uk-UA"/>
        </w:rPr>
        <w:t>подарував</w:t>
      </w:r>
      <w:r w:rsidRPr="00B7305F">
        <w:rPr>
          <w:rFonts w:cs="Times New Roman"/>
          <w:color w:val="000000" w:themeColor="text1"/>
          <w:lang w:val="uk-UA"/>
        </w:rPr>
        <w:t xml:space="preserve"> </w:t>
      </w:r>
      <w:r w:rsidR="00D96A92" w:rsidRPr="00B7305F">
        <w:rPr>
          <w:rFonts w:cs="Times New Roman"/>
          <w:color w:val="000000" w:themeColor="text1"/>
          <w:lang w:val="uk-UA"/>
        </w:rPr>
        <w:t>театрові</w:t>
      </w:r>
      <w:r w:rsidRPr="00B7305F">
        <w:rPr>
          <w:rFonts w:cs="Times New Roman"/>
          <w:color w:val="000000" w:themeColor="text1"/>
          <w:lang w:val="uk-UA"/>
        </w:rPr>
        <w:t xml:space="preserve"> </w:t>
      </w:r>
      <w:r w:rsidR="00D96A92" w:rsidRPr="00B7305F">
        <w:rPr>
          <w:rFonts w:cs="Times New Roman"/>
          <w:color w:val="000000" w:themeColor="text1"/>
          <w:lang w:val="uk-UA"/>
        </w:rPr>
        <w:t>нові</w:t>
      </w:r>
      <w:r w:rsidRPr="00B7305F">
        <w:rPr>
          <w:rFonts w:cs="Times New Roman"/>
          <w:color w:val="000000" w:themeColor="text1"/>
          <w:lang w:val="uk-UA"/>
        </w:rPr>
        <w:t xml:space="preserve"> </w:t>
      </w:r>
      <w:r w:rsidR="00D96A92" w:rsidRPr="00B7305F">
        <w:rPr>
          <w:rFonts w:cs="Times New Roman"/>
          <w:color w:val="000000" w:themeColor="text1"/>
          <w:lang w:val="uk-UA"/>
        </w:rPr>
        <w:t>способи</w:t>
      </w:r>
      <w:r w:rsidRPr="00B7305F">
        <w:rPr>
          <w:rFonts w:cs="Times New Roman"/>
          <w:color w:val="000000" w:themeColor="text1"/>
          <w:lang w:val="uk-UA"/>
        </w:rPr>
        <w:t xml:space="preserve"> </w:t>
      </w:r>
      <w:r w:rsidR="00D96A92" w:rsidRPr="00B7305F">
        <w:rPr>
          <w:rFonts w:cs="Times New Roman"/>
          <w:color w:val="000000" w:themeColor="text1"/>
          <w:lang w:val="uk-UA"/>
        </w:rPr>
        <w:t>мислення</w:t>
      </w:r>
      <w:r w:rsidRPr="00B7305F">
        <w:rPr>
          <w:rFonts w:cs="Times New Roman"/>
          <w:color w:val="000000" w:themeColor="text1"/>
          <w:lang w:val="uk-UA"/>
        </w:rPr>
        <w:t xml:space="preserve"> </w:t>
      </w:r>
      <w:r w:rsidR="00D96A92" w:rsidRPr="00B7305F">
        <w:rPr>
          <w:rFonts w:cs="Times New Roman"/>
          <w:color w:val="000000" w:themeColor="text1"/>
          <w:lang w:val="uk-UA"/>
        </w:rPr>
        <w:t>—</w:t>
      </w:r>
      <w:r w:rsidRPr="00B7305F">
        <w:rPr>
          <w:rFonts w:cs="Times New Roman"/>
          <w:color w:val="000000" w:themeColor="text1"/>
          <w:lang w:val="uk-UA"/>
        </w:rPr>
        <w:t xml:space="preserve"> </w:t>
      </w:r>
      <w:r w:rsidR="00D96A92" w:rsidRPr="00B7305F">
        <w:rPr>
          <w:rFonts w:cs="Times New Roman"/>
          <w:color w:val="000000" w:themeColor="text1"/>
          <w:lang w:val="uk-UA"/>
        </w:rPr>
        <w:t>монтажну</w:t>
      </w:r>
      <w:r w:rsidRPr="00B7305F">
        <w:rPr>
          <w:rFonts w:cs="Times New Roman"/>
          <w:color w:val="000000" w:themeColor="text1"/>
          <w:lang w:val="uk-UA"/>
        </w:rPr>
        <w:t xml:space="preserve"> </w:t>
      </w:r>
      <w:r w:rsidR="00D96A92" w:rsidRPr="00B7305F">
        <w:rPr>
          <w:rFonts w:cs="Times New Roman"/>
          <w:color w:val="000000" w:themeColor="text1"/>
          <w:lang w:val="uk-UA"/>
        </w:rPr>
        <w:t>композицію,</w:t>
      </w:r>
      <w:r w:rsidRPr="00B7305F">
        <w:rPr>
          <w:rFonts w:cs="Times New Roman"/>
          <w:color w:val="000000" w:themeColor="text1"/>
          <w:lang w:val="uk-UA"/>
        </w:rPr>
        <w:t xml:space="preserve"> </w:t>
      </w:r>
      <w:r w:rsidR="00D96A92" w:rsidRPr="00B7305F">
        <w:rPr>
          <w:rFonts w:cs="Times New Roman"/>
          <w:color w:val="000000" w:themeColor="text1"/>
          <w:lang w:val="uk-UA"/>
        </w:rPr>
        <w:t>динаміку</w:t>
      </w:r>
      <w:r w:rsidRPr="00B7305F">
        <w:rPr>
          <w:rFonts w:cs="Times New Roman"/>
          <w:color w:val="000000" w:themeColor="text1"/>
          <w:lang w:val="uk-UA"/>
        </w:rPr>
        <w:t xml:space="preserve"> </w:t>
      </w:r>
      <w:r w:rsidR="00D96A92" w:rsidRPr="00B7305F">
        <w:rPr>
          <w:rFonts w:cs="Times New Roman"/>
          <w:color w:val="000000" w:themeColor="text1"/>
          <w:lang w:val="uk-UA"/>
        </w:rPr>
        <w:t>кадру,</w:t>
      </w:r>
      <w:r w:rsidRPr="00B7305F">
        <w:rPr>
          <w:rFonts w:cs="Times New Roman"/>
          <w:color w:val="000000" w:themeColor="text1"/>
          <w:lang w:val="uk-UA"/>
        </w:rPr>
        <w:t xml:space="preserve"> </w:t>
      </w:r>
      <w:r w:rsidR="00D96A92" w:rsidRPr="00B7305F">
        <w:rPr>
          <w:rFonts w:cs="Times New Roman"/>
          <w:color w:val="000000" w:themeColor="text1"/>
          <w:lang w:val="uk-UA"/>
        </w:rPr>
        <w:t>увагу</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деталі</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внутрішнього</w:t>
      </w:r>
      <w:r w:rsidRPr="00B7305F">
        <w:rPr>
          <w:rFonts w:cs="Times New Roman"/>
          <w:color w:val="000000" w:themeColor="text1"/>
          <w:lang w:val="uk-UA"/>
        </w:rPr>
        <w:t xml:space="preserve"> </w:t>
      </w:r>
      <w:r w:rsidR="00D96A92" w:rsidRPr="00B7305F">
        <w:rPr>
          <w:rFonts w:cs="Times New Roman"/>
          <w:color w:val="000000" w:themeColor="text1"/>
          <w:lang w:val="uk-UA"/>
        </w:rPr>
        <w:t>ритму.</w:t>
      </w:r>
      <w:r w:rsidRPr="00B7305F">
        <w:rPr>
          <w:rFonts w:cs="Times New Roman"/>
          <w:color w:val="000000" w:themeColor="text1"/>
          <w:lang w:val="uk-UA"/>
        </w:rPr>
        <w:t xml:space="preserve"> </w:t>
      </w:r>
      <w:r w:rsidR="00D96A92" w:rsidRPr="00B7305F">
        <w:rPr>
          <w:rFonts w:cs="Times New Roman"/>
          <w:color w:val="000000" w:themeColor="text1"/>
          <w:lang w:val="uk-UA"/>
        </w:rPr>
        <w:t>Цей</w:t>
      </w:r>
      <w:r w:rsidRPr="00B7305F">
        <w:rPr>
          <w:rFonts w:cs="Times New Roman"/>
          <w:color w:val="000000" w:themeColor="text1"/>
          <w:lang w:val="uk-UA"/>
        </w:rPr>
        <w:t xml:space="preserve"> </w:t>
      </w:r>
      <w:r w:rsidR="00D96A92" w:rsidRPr="00B7305F">
        <w:rPr>
          <w:rFonts w:cs="Times New Roman"/>
          <w:color w:val="000000" w:themeColor="text1"/>
          <w:lang w:val="uk-UA"/>
        </w:rPr>
        <w:t>взаємний</w:t>
      </w:r>
      <w:r w:rsidRPr="00B7305F">
        <w:rPr>
          <w:rFonts w:cs="Times New Roman"/>
          <w:color w:val="000000" w:themeColor="text1"/>
          <w:lang w:val="uk-UA"/>
        </w:rPr>
        <w:t xml:space="preserve"> </w:t>
      </w:r>
      <w:r w:rsidR="00D96A92" w:rsidRPr="00B7305F">
        <w:rPr>
          <w:rFonts w:cs="Times New Roman"/>
          <w:color w:val="000000" w:themeColor="text1"/>
          <w:lang w:val="uk-UA"/>
        </w:rPr>
        <w:t>обмін</w:t>
      </w:r>
      <w:r w:rsidRPr="00B7305F">
        <w:rPr>
          <w:rFonts w:cs="Times New Roman"/>
          <w:color w:val="000000" w:themeColor="text1"/>
          <w:lang w:val="uk-UA"/>
        </w:rPr>
        <w:t xml:space="preserve"> </w:t>
      </w:r>
      <w:r w:rsidR="00D96A92" w:rsidRPr="00B7305F">
        <w:rPr>
          <w:rFonts w:cs="Times New Roman"/>
          <w:color w:val="000000" w:themeColor="text1"/>
          <w:lang w:val="uk-UA"/>
        </w:rPr>
        <w:t>створив</w:t>
      </w:r>
      <w:r w:rsidRPr="00B7305F">
        <w:rPr>
          <w:rFonts w:cs="Times New Roman"/>
          <w:color w:val="000000" w:themeColor="text1"/>
          <w:lang w:val="uk-UA"/>
        </w:rPr>
        <w:t xml:space="preserve"> </w:t>
      </w:r>
      <w:r w:rsidR="00D96A92" w:rsidRPr="00B7305F">
        <w:rPr>
          <w:rFonts w:cs="Times New Roman"/>
          <w:color w:val="000000" w:themeColor="text1"/>
          <w:lang w:val="uk-UA"/>
        </w:rPr>
        <w:t>умови</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формування</w:t>
      </w:r>
      <w:r w:rsidRPr="00B7305F">
        <w:rPr>
          <w:rFonts w:cs="Times New Roman"/>
          <w:color w:val="000000" w:themeColor="text1"/>
          <w:lang w:val="uk-UA"/>
        </w:rPr>
        <w:t xml:space="preserve"> </w:t>
      </w:r>
      <w:r w:rsidR="00D96A92" w:rsidRPr="00B7305F">
        <w:rPr>
          <w:rFonts w:cs="Times New Roman"/>
          <w:color w:val="000000" w:themeColor="text1"/>
          <w:lang w:val="uk-UA"/>
        </w:rPr>
        <w:t>сучасного</w:t>
      </w:r>
      <w:r w:rsidRPr="00B7305F">
        <w:rPr>
          <w:rFonts w:cs="Times New Roman"/>
          <w:color w:val="000000" w:themeColor="text1"/>
          <w:lang w:val="uk-UA"/>
        </w:rPr>
        <w:t xml:space="preserve"> </w:t>
      </w:r>
      <w:r w:rsidR="00D96A92" w:rsidRPr="00B7305F">
        <w:rPr>
          <w:rFonts w:cs="Times New Roman"/>
          <w:color w:val="000000" w:themeColor="text1"/>
          <w:lang w:val="uk-UA"/>
        </w:rPr>
        <w:t>універсального</w:t>
      </w:r>
      <w:r w:rsidRPr="00B7305F">
        <w:rPr>
          <w:rFonts w:cs="Times New Roman"/>
          <w:color w:val="000000" w:themeColor="text1"/>
          <w:lang w:val="uk-UA"/>
        </w:rPr>
        <w:t xml:space="preserve"> </w:t>
      </w:r>
      <w:r w:rsidR="00D96A92" w:rsidRPr="00B7305F">
        <w:rPr>
          <w:rFonts w:cs="Times New Roman"/>
          <w:color w:val="000000" w:themeColor="text1"/>
          <w:lang w:val="uk-UA"/>
        </w:rPr>
        <w:t>типу.</w:t>
      </w:r>
    </w:p>
    <w:p w14:paraId="77FA7FCD" w14:textId="2FF10F30" w:rsidR="0030375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Дослідження</w:t>
      </w:r>
      <w:r w:rsidRPr="00B7305F">
        <w:rPr>
          <w:rFonts w:cs="Times New Roman"/>
          <w:color w:val="000000" w:themeColor="text1"/>
          <w:lang w:val="uk-UA"/>
        </w:rPr>
        <w:t xml:space="preserve"> </w:t>
      </w:r>
      <w:r w:rsidR="00D96A92" w:rsidRPr="00B7305F">
        <w:rPr>
          <w:rFonts w:cs="Times New Roman"/>
          <w:color w:val="000000" w:themeColor="text1"/>
          <w:lang w:val="uk-UA"/>
        </w:rPr>
        <w:t>показало,</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процес</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сценічного</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кінематографічного</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w:t>
      </w:r>
      <w:r w:rsidRPr="00B7305F">
        <w:rPr>
          <w:rFonts w:cs="Times New Roman"/>
          <w:color w:val="000000" w:themeColor="text1"/>
          <w:lang w:val="uk-UA"/>
        </w:rPr>
        <w:t xml:space="preserve"> </w:t>
      </w:r>
      <w:r w:rsidR="00D96A92" w:rsidRPr="00B7305F">
        <w:rPr>
          <w:rFonts w:cs="Times New Roman"/>
          <w:color w:val="000000" w:themeColor="text1"/>
          <w:lang w:val="uk-UA"/>
        </w:rPr>
        <w:t>має</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лише</w:t>
      </w:r>
      <w:r w:rsidRPr="00B7305F">
        <w:rPr>
          <w:rFonts w:cs="Times New Roman"/>
          <w:color w:val="000000" w:themeColor="text1"/>
          <w:lang w:val="uk-UA"/>
        </w:rPr>
        <w:t xml:space="preserve"> </w:t>
      </w:r>
      <w:r w:rsidR="00D96A92" w:rsidRPr="00B7305F">
        <w:rPr>
          <w:rFonts w:cs="Times New Roman"/>
          <w:color w:val="000000" w:themeColor="text1"/>
          <w:lang w:val="uk-UA"/>
        </w:rPr>
        <w:t>художнє,</w:t>
      </w:r>
      <w:r w:rsidRPr="00B7305F">
        <w:rPr>
          <w:rFonts w:cs="Times New Roman"/>
          <w:color w:val="000000" w:themeColor="text1"/>
          <w:lang w:val="uk-UA"/>
        </w:rPr>
        <w:t xml:space="preserve"> </w:t>
      </w:r>
      <w:r w:rsidR="00D96A92" w:rsidRPr="00B7305F">
        <w:rPr>
          <w:rFonts w:cs="Times New Roman"/>
          <w:color w:val="000000" w:themeColor="text1"/>
          <w:lang w:val="uk-UA"/>
        </w:rPr>
        <w:t>а</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культурно-філософське</w:t>
      </w:r>
      <w:r w:rsidRPr="00B7305F">
        <w:rPr>
          <w:rFonts w:cs="Times New Roman"/>
          <w:color w:val="000000" w:themeColor="text1"/>
          <w:lang w:val="uk-UA"/>
        </w:rPr>
        <w:t xml:space="preserve"> </w:t>
      </w:r>
      <w:r w:rsidR="00D96A92" w:rsidRPr="00B7305F">
        <w:rPr>
          <w:rFonts w:cs="Times New Roman"/>
          <w:color w:val="000000" w:themeColor="text1"/>
          <w:lang w:val="uk-UA"/>
        </w:rPr>
        <w:t>значення.</w:t>
      </w:r>
      <w:r w:rsidRPr="00B7305F">
        <w:rPr>
          <w:rFonts w:cs="Times New Roman"/>
          <w:color w:val="000000" w:themeColor="text1"/>
          <w:lang w:val="uk-UA"/>
        </w:rPr>
        <w:t xml:space="preserve"> </w:t>
      </w:r>
      <w:r w:rsidR="00D96A92" w:rsidRPr="00B7305F">
        <w:rPr>
          <w:rFonts w:cs="Times New Roman"/>
          <w:color w:val="000000" w:themeColor="text1"/>
          <w:lang w:val="uk-UA"/>
        </w:rPr>
        <w:t>Він</w:t>
      </w:r>
      <w:r w:rsidRPr="00B7305F">
        <w:rPr>
          <w:rFonts w:cs="Times New Roman"/>
          <w:color w:val="000000" w:themeColor="text1"/>
          <w:lang w:val="uk-UA"/>
        </w:rPr>
        <w:t xml:space="preserve"> </w:t>
      </w:r>
      <w:r w:rsidR="00D96A92" w:rsidRPr="00B7305F">
        <w:rPr>
          <w:rFonts w:cs="Times New Roman"/>
          <w:color w:val="000000" w:themeColor="text1"/>
          <w:lang w:val="uk-UA"/>
        </w:rPr>
        <w:t>відображає</w:t>
      </w:r>
      <w:r w:rsidRPr="00B7305F">
        <w:rPr>
          <w:rFonts w:cs="Times New Roman"/>
          <w:color w:val="000000" w:themeColor="text1"/>
          <w:lang w:val="uk-UA"/>
        </w:rPr>
        <w:t xml:space="preserve"> </w:t>
      </w:r>
      <w:r w:rsidR="00D96A92" w:rsidRPr="00B7305F">
        <w:rPr>
          <w:rFonts w:cs="Times New Roman"/>
          <w:color w:val="000000" w:themeColor="text1"/>
          <w:lang w:val="uk-UA"/>
        </w:rPr>
        <w:t>тенденцію</w:t>
      </w:r>
      <w:r w:rsidRPr="00B7305F">
        <w:rPr>
          <w:rFonts w:cs="Times New Roman"/>
          <w:color w:val="000000" w:themeColor="text1"/>
          <w:lang w:val="uk-UA"/>
        </w:rPr>
        <w:t xml:space="preserve"> </w:t>
      </w:r>
      <w:r w:rsidR="00D96A92" w:rsidRPr="00B7305F">
        <w:rPr>
          <w:rFonts w:cs="Times New Roman"/>
          <w:color w:val="000000" w:themeColor="text1"/>
          <w:lang w:val="uk-UA"/>
        </w:rPr>
        <w:t>сучасної</w:t>
      </w:r>
      <w:r w:rsidRPr="00B7305F">
        <w:rPr>
          <w:rFonts w:cs="Times New Roman"/>
          <w:color w:val="000000" w:themeColor="text1"/>
          <w:lang w:val="uk-UA"/>
        </w:rPr>
        <w:t xml:space="preserve"> </w:t>
      </w:r>
      <w:r w:rsidR="00D96A92" w:rsidRPr="00B7305F">
        <w:rPr>
          <w:rFonts w:cs="Times New Roman"/>
          <w:color w:val="000000" w:themeColor="text1"/>
          <w:lang w:val="uk-UA"/>
        </w:rPr>
        <w:t>культури</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інтеграції,</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створення</w:t>
      </w:r>
      <w:r w:rsidRPr="00B7305F">
        <w:rPr>
          <w:rFonts w:cs="Times New Roman"/>
          <w:color w:val="000000" w:themeColor="text1"/>
          <w:lang w:val="uk-UA"/>
        </w:rPr>
        <w:t xml:space="preserve"> </w:t>
      </w:r>
      <w:r w:rsidR="00D96A92" w:rsidRPr="00B7305F">
        <w:rPr>
          <w:rFonts w:cs="Times New Roman"/>
          <w:color w:val="000000" w:themeColor="text1"/>
          <w:lang w:val="uk-UA"/>
        </w:rPr>
        <w:t>нових</w:t>
      </w:r>
      <w:r w:rsidRPr="00B7305F">
        <w:rPr>
          <w:rFonts w:cs="Times New Roman"/>
          <w:color w:val="000000" w:themeColor="text1"/>
          <w:lang w:val="uk-UA"/>
        </w:rPr>
        <w:t xml:space="preserve"> </w:t>
      </w:r>
      <w:r w:rsidR="00D96A92" w:rsidRPr="00B7305F">
        <w:rPr>
          <w:rFonts w:cs="Times New Roman"/>
          <w:color w:val="000000" w:themeColor="text1"/>
          <w:lang w:val="uk-UA"/>
        </w:rPr>
        <w:t>форм</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r w:rsidRPr="00B7305F">
        <w:rPr>
          <w:rFonts w:cs="Times New Roman"/>
          <w:color w:val="000000" w:themeColor="text1"/>
          <w:lang w:val="uk-UA"/>
        </w:rPr>
        <w:t xml:space="preserve"> </w:t>
      </w:r>
      <w:r w:rsidR="00D96A92" w:rsidRPr="00B7305F">
        <w:rPr>
          <w:rFonts w:cs="Times New Roman"/>
          <w:color w:val="000000" w:themeColor="text1"/>
          <w:lang w:val="uk-UA"/>
        </w:rPr>
        <w:t>мистецтв</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цифрову</w:t>
      </w:r>
      <w:r w:rsidRPr="00B7305F">
        <w:rPr>
          <w:rFonts w:cs="Times New Roman"/>
          <w:color w:val="000000" w:themeColor="text1"/>
          <w:lang w:val="uk-UA"/>
        </w:rPr>
        <w:t xml:space="preserve"> </w:t>
      </w:r>
      <w:r w:rsidR="00D96A92" w:rsidRPr="00B7305F">
        <w:rPr>
          <w:rFonts w:cs="Times New Roman"/>
          <w:color w:val="000000" w:themeColor="text1"/>
          <w:lang w:val="uk-UA"/>
        </w:rPr>
        <w:t>епоху.</w:t>
      </w:r>
      <w:r w:rsidRPr="00B7305F">
        <w:rPr>
          <w:rFonts w:cs="Times New Roman"/>
          <w:color w:val="000000" w:themeColor="text1"/>
          <w:lang w:val="uk-UA"/>
        </w:rPr>
        <w:t xml:space="preserve"> </w:t>
      </w:r>
      <w:r w:rsidR="00D96A92" w:rsidRPr="00B7305F">
        <w:rPr>
          <w:rFonts w:cs="Times New Roman"/>
          <w:color w:val="000000" w:themeColor="text1"/>
          <w:lang w:val="uk-UA"/>
        </w:rPr>
        <w:t>Застосування</w:t>
      </w:r>
      <w:r w:rsidRPr="00B7305F">
        <w:rPr>
          <w:rFonts w:cs="Times New Roman"/>
          <w:color w:val="000000" w:themeColor="text1"/>
          <w:lang w:val="uk-UA"/>
        </w:rPr>
        <w:t xml:space="preserve"> </w:t>
      </w:r>
      <w:r w:rsidR="00D96A92" w:rsidRPr="00B7305F">
        <w:rPr>
          <w:rFonts w:cs="Times New Roman"/>
          <w:color w:val="000000" w:themeColor="text1"/>
          <w:lang w:val="uk-UA"/>
        </w:rPr>
        <w:t>мультимедійних</w:t>
      </w:r>
      <w:r w:rsidRPr="00B7305F">
        <w:rPr>
          <w:rFonts w:cs="Times New Roman"/>
          <w:color w:val="000000" w:themeColor="text1"/>
          <w:lang w:val="uk-UA"/>
        </w:rPr>
        <w:t xml:space="preserve"> </w:t>
      </w:r>
      <w:r w:rsidR="00D96A92" w:rsidRPr="00B7305F">
        <w:rPr>
          <w:rFonts w:cs="Times New Roman"/>
          <w:color w:val="000000" w:themeColor="text1"/>
          <w:lang w:val="uk-UA"/>
        </w:rPr>
        <w:t>технологій,</w:t>
      </w:r>
      <w:r w:rsidRPr="00B7305F">
        <w:rPr>
          <w:rFonts w:cs="Times New Roman"/>
          <w:color w:val="000000" w:themeColor="text1"/>
          <w:lang w:val="uk-UA"/>
        </w:rPr>
        <w:t xml:space="preserve"> </w:t>
      </w:r>
      <w:r w:rsidR="00D96A92" w:rsidRPr="00B7305F">
        <w:rPr>
          <w:rFonts w:cs="Times New Roman"/>
          <w:color w:val="000000" w:themeColor="text1"/>
          <w:lang w:val="uk-UA"/>
        </w:rPr>
        <w:t>відеопроєкцій,</w:t>
      </w:r>
      <w:r w:rsidRPr="00B7305F">
        <w:rPr>
          <w:rFonts w:cs="Times New Roman"/>
          <w:color w:val="000000" w:themeColor="text1"/>
          <w:lang w:val="uk-UA"/>
        </w:rPr>
        <w:t xml:space="preserve"> </w:t>
      </w:r>
      <w:r w:rsidR="00D96A92" w:rsidRPr="00B7305F">
        <w:rPr>
          <w:rFonts w:cs="Times New Roman"/>
          <w:color w:val="000000" w:themeColor="text1"/>
          <w:lang w:val="uk-UA"/>
        </w:rPr>
        <w:t>віртуальної</w:t>
      </w:r>
      <w:r w:rsidRPr="00B7305F">
        <w:rPr>
          <w:rFonts w:cs="Times New Roman"/>
          <w:color w:val="000000" w:themeColor="text1"/>
          <w:lang w:val="uk-UA"/>
        </w:rPr>
        <w:t xml:space="preserve"> </w:t>
      </w:r>
      <w:r w:rsidR="00D96A92" w:rsidRPr="00B7305F">
        <w:rPr>
          <w:rFonts w:cs="Times New Roman"/>
          <w:color w:val="000000" w:themeColor="text1"/>
          <w:lang w:val="uk-UA"/>
        </w:rPr>
        <w:t>реальності</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сценічному</w:t>
      </w:r>
      <w:r w:rsidRPr="00B7305F">
        <w:rPr>
          <w:rFonts w:cs="Times New Roman"/>
          <w:color w:val="000000" w:themeColor="text1"/>
          <w:lang w:val="uk-UA"/>
        </w:rPr>
        <w:t xml:space="preserve"> </w:t>
      </w:r>
      <w:r w:rsidR="00D96A92" w:rsidRPr="00B7305F">
        <w:rPr>
          <w:rFonts w:cs="Times New Roman"/>
          <w:color w:val="000000" w:themeColor="text1"/>
          <w:lang w:val="uk-UA"/>
        </w:rPr>
        <w:t>просторі</w:t>
      </w:r>
      <w:r w:rsidRPr="00B7305F">
        <w:rPr>
          <w:rFonts w:cs="Times New Roman"/>
          <w:color w:val="000000" w:themeColor="text1"/>
          <w:lang w:val="uk-UA"/>
        </w:rPr>
        <w:t xml:space="preserve"> </w:t>
      </w:r>
      <w:r w:rsidR="00D96A92" w:rsidRPr="00B7305F">
        <w:rPr>
          <w:rFonts w:cs="Times New Roman"/>
          <w:color w:val="000000" w:themeColor="text1"/>
          <w:lang w:val="uk-UA"/>
        </w:rPr>
        <w:t>стало</w:t>
      </w:r>
      <w:r w:rsidRPr="00B7305F">
        <w:rPr>
          <w:rFonts w:cs="Times New Roman"/>
          <w:color w:val="000000" w:themeColor="text1"/>
          <w:lang w:val="uk-UA"/>
        </w:rPr>
        <w:t xml:space="preserve"> </w:t>
      </w:r>
      <w:r w:rsidR="00D96A92" w:rsidRPr="00B7305F">
        <w:rPr>
          <w:rFonts w:cs="Times New Roman"/>
          <w:color w:val="000000" w:themeColor="text1"/>
          <w:lang w:val="uk-UA"/>
        </w:rPr>
        <w:lastRenderedPageBreak/>
        <w:t>свідченням</w:t>
      </w:r>
      <w:r w:rsidRPr="00B7305F">
        <w:rPr>
          <w:rFonts w:cs="Times New Roman"/>
          <w:color w:val="000000" w:themeColor="text1"/>
          <w:lang w:val="uk-UA"/>
        </w:rPr>
        <w:t xml:space="preserve"> </w:t>
      </w:r>
      <w:r w:rsidR="00D96A92" w:rsidRPr="00B7305F">
        <w:rPr>
          <w:rFonts w:cs="Times New Roman"/>
          <w:color w:val="000000" w:themeColor="text1"/>
          <w:lang w:val="uk-UA"/>
        </w:rPr>
        <w:t>переходу</w:t>
      </w:r>
      <w:r w:rsidRPr="00B7305F">
        <w:rPr>
          <w:rFonts w:cs="Times New Roman"/>
          <w:color w:val="000000" w:themeColor="text1"/>
          <w:lang w:val="uk-UA"/>
        </w:rPr>
        <w:t xml:space="preserve"> </w:t>
      </w:r>
      <w:r w:rsidR="00D96A92" w:rsidRPr="00B7305F">
        <w:rPr>
          <w:rFonts w:cs="Times New Roman"/>
          <w:color w:val="000000" w:themeColor="text1"/>
          <w:lang w:val="uk-UA"/>
        </w:rPr>
        <w:t>від</w:t>
      </w:r>
      <w:r w:rsidRPr="00B7305F">
        <w:rPr>
          <w:rFonts w:cs="Times New Roman"/>
          <w:color w:val="000000" w:themeColor="text1"/>
          <w:lang w:val="uk-UA"/>
        </w:rPr>
        <w:t xml:space="preserve"> </w:t>
      </w:r>
      <w:r w:rsidR="00D96A92" w:rsidRPr="00B7305F">
        <w:rPr>
          <w:rFonts w:cs="Times New Roman"/>
          <w:color w:val="000000" w:themeColor="text1"/>
          <w:lang w:val="uk-UA"/>
        </w:rPr>
        <w:t>традиційної</w:t>
      </w:r>
      <w:r w:rsidRPr="00B7305F">
        <w:rPr>
          <w:rFonts w:cs="Times New Roman"/>
          <w:color w:val="000000" w:themeColor="text1"/>
          <w:lang w:val="uk-UA"/>
        </w:rPr>
        <w:t xml:space="preserve"> </w:t>
      </w:r>
      <w:r w:rsidR="00D96A92" w:rsidRPr="00B7305F">
        <w:rPr>
          <w:rFonts w:cs="Times New Roman"/>
          <w:color w:val="000000" w:themeColor="text1"/>
          <w:lang w:val="uk-UA"/>
        </w:rPr>
        <w:t>театральності</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нової,</w:t>
      </w:r>
      <w:r w:rsidRPr="00B7305F">
        <w:rPr>
          <w:rFonts w:cs="Times New Roman"/>
          <w:color w:val="000000" w:themeColor="text1"/>
          <w:lang w:val="uk-UA"/>
        </w:rPr>
        <w:t xml:space="preserve"> </w:t>
      </w:r>
      <w:r w:rsidR="00D96A92" w:rsidRPr="00B7305F">
        <w:rPr>
          <w:rFonts w:cs="Times New Roman"/>
          <w:color w:val="000000" w:themeColor="text1"/>
          <w:lang w:val="uk-UA"/>
        </w:rPr>
        <w:t>екранно-сценічної</w:t>
      </w:r>
      <w:r w:rsidRPr="00B7305F">
        <w:rPr>
          <w:rFonts w:cs="Times New Roman"/>
          <w:color w:val="000000" w:themeColor="text1"/>
          <w:lang w:val="uk-UA"/>
        </w:rPr>
        <w:t xml:space="preserve"> </w:t>
      </w:r>
      <w:r w:rsidR="00D96A92" w:rsidRPr="00B7305F">
        <w:rPr>
          <w:rFonts w:cs="Times New Roman"/>
          <w:color w:val="000000" w:themeColor="text1"/>
          <w:lang w:val="uk-UA"/>
        </w:rPr>
        <w:t>якості</w:t>
      </w:r>
      <w:r w:rsidRPr="00B7305F">
        <w:rPr>
          <w:rFonts w:cs="Times New Roman"/>
          <w:color w:val="000000" w:themeColor="text1"/>
          <w:lang w:val="uk-UA"/>
        </w:rPr>
        <w:t xml:space="preserve"> </w:t>
      </w:r>
      <w:r w:rsidR="00D96A92" w:rsidRPr="00B7305F">
        <w:rPr>
          <w:rFonts w:cs="Times New Roman"/>
          <w:color w:val="000000" w:themeColor="text1"/>
          <w:lang w:val="uk-UA"/>
        </w:rPr>
        <w:t>мистецької</w:t>
      </w:r>
      <w:r w:rsidRPr="00B7305F">
        <w:rPr>
          <w:rFonts w:cs="Times New Roman"/>
          <w:color w:val="000000" w:themeColor="text1"/>
          <w:lang w:val="uk-UA"/>
        </w:rPr>
        <w:t xml:space="preserve"> </w:t>
      </w:r>
      <w:r w:rsidR="00D96A92" w:rsidRPr="00B7305F">
        <w:rPr>
          <w:rFonts w:cs="Times New Roman"/>
          <w:color w:val="000000" w:themeColor="text1"/>
          <w:lang w:val="uk-UA"/>
        </w:rPr>
        <w:t>дії.</w:t>
      </w:r>
      <w:r w:rsidRPr="00B7305F">
        <w:rPr>
          <w:rFonts w:cs="Times New Roman"/>
          <w:color w:val="000000" w:themeColor="text1"/>
          <w:lang w:val="uk-UA"/>
        </w:rPr>
        <w:t xml:space="preserve"> </w:t>
      </w:r>
      <w:r w:rsidR="00D96A92" w:rsidRPr="00B7305F">
        <w:rPr>
          <w:rFonts w:cs="Times New Roman"/>
          <w:color w:val="000000" w:themeColor="text1"/>
          <w:lang w:val="uk-UA"/>
        </w:rPr>
        <w:t>Водночас</w:t>
      </w:r>
      <w:r w:rsidRPr="00B7305F">
        <w:rPr>
          <w:rFonts w:cs="Times New Roman"/>
          <w:color w:val="000000" w:themeColor="text1"/>
          <w:lang w:val="uk-UA"/>
        </w:rPr>
        <w:t xml:space="preserve"> </w:t>
      </w:r>
      <w:r w:rsidR="00D96A92" w:rsidRPr="00B7305F">
        <w:rPr>
          <w:rFonts w:cs="Times New Roman"/>
          <w:color w:val="000000" w:themeColor="text1"/>
          <w:lang w:val="uk-UA"/>
        </w:rPr>
        <w:t>цей</w:t>
      </w:r>
      <w:r w:rsidRPr="00B7305F">
        <w:rPr>
          <w:rFonts w:cs="Times New Roman"/>
          <w:color w:val="000000" w:themeColor="text1"/>
          <w:lang w:val="uk-UA"/>
        </w:rPr>
        <w:t xml:space="preserve"> </w:t>
      </w:r>
      <w:r w:rsidR="00D96A92" w:rsidRPr="00B7305F">
        <w:rPr>
          <w:rFonts w:cs="Times New Roman"/>
          <w:color w:val="000000" w:themeColor="text1"/>
          <w:lang w:val="uk-UA"/>
        </w:rPr>
        <w:t>процес</w:t>
      </w:r>
      <w:r w:rsidRPr="00B7305F">
        <w:rPr>
          <w:rFonts w:cs="Times New Roman"/>
          <w:color w:val="000000" w:themeColor="text1"/>
          <w:lang w:val="uk-UA"/>
        </w:rPr>
        <w:t xml:space="preserve"> </w:t>
      </w:r>
      <w:r w:rsidR="00D96A92" w:rsidRPr="00B7305F">
        <w:rPr>
          <w:rFonts w:cs="Times New Roman"/>
          <w:color w:val="000000" w:themeColor="text1"/>
          <w:lang w:val="uk-UA"/>
        </w:rPr>
        <w:t>не</w:t>
      </w:r>
      <w:r w:rsidRPr="00B7305F">
        <w:rPr>
          <w:rFonts w:cs="Times New Roman"/>
          <w:color w:val="000000" w:themeColor="text1"/>
          <w:lang w:val="uk-UA"/>
        </w:rPr>
        <w:t xml:space="preserve"> </w:t>
      </w:r>
      <w:r w:rsidR="00D96A92" w:rsidRPr="00B7305F">
        <w:rPr>
          <w:rFonts w:cs="Times New Roman"/>
          <w:color w:val="000000" w:themeColor="text1"/>
          <w:lang w:val="uk-UA"/>
        </w:rPr>
        <w:t>руйнує</w:t>
      </w:r>
      <w:r w:rsidRPr="00B7305F">
        <w:rPr>
          <w:rFonts w:cs="Times New Roman"/>
          <w:color w:val="000000" w:themeColor="text1"/>
          <w:lang w:val="uk-UA"/>
        </w:rPr>
        <w:t xml:space="preserve"> </w:t>
      </w:r>
      <w:r w:rsidR="00D96A92" w:rsidRPr="00B7305F">
        <w:rPr>
          <w:rFonts w:cs="Times New Roman"/>
          <w:color w:val="000000" w:themeColor="text1"/>
          <w:lang w:val="uk-UA"/>
        </w:rPr>
        <w:t>основу</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009D21BD" w:rsidRPr="00B7305F">
        <w:rPr>
          <w:rFonts w:cs="Times New Roman"/>
          <w:color w:val="000000" w:themeColor="text1"/>
          <w:lang w:val="uk-UA"/>
        </w:rPr>
        <w:t>.</w:t>
      </w:r>
    </w:p>
    <w:p w14:paraId="3738A761" w14:textId="675D1088" w:rsidR="00516DF2"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Український</w:t>
      </w:r>
      <w:r w:rsidRPr="00B7305F">
        <w:rPr>
          <w:rFonts w:cs="Times New Roman"/>
          <w:color w:val="000000" w:themeColor="text1"/>
          <w:lang w:val="uk-UA"/>
        </w:rPr>
        <w:t xml:space="preserve"> </w:t>
      </w:r>
      <w:r w:rsidR="00D96A92" w:rsidRPr="00B7305F">
        <w:rPr>
          <w:rFonts w:cs="Times New Roman"/>
          <w:color w:val="000000" w:themeColor="text1"/>
          <w:lang w:val="uk-UA"/>
        </w:rPr>
        <w:t>контекст</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виявився</w:t>
      </w:r>
      <w:r w:rsidRPr="00B7305F">
        <w:rPr>
          <w:rFonts w:cs="Times New Roman"/>
          <w:color w:val="000000" w:themeColor="text1"/>
          <w:lang w:val="uk-UA"/>
        </w:rPr>
        <w:t xml:space="preserve"> </w:t>
      </w:r>
      <w:r w:rsidR="00D96A92" w:rsidRPr="00B7305F">
        <w:rPr>
          <w:rFonts w:cs="Times New Roman"/>
          <w:color w:val="000000" w:themeColor="text1"/>
          <w:lang w:val="uk-UA"/>
        </w:rPr>
        <w:t>надзвичайно</w:t>
      </w:r>
      <w:r w:rsidRPr="00B7305F">
        <w:rPr>
          <w:rFonts w:cs="Times New Roman"/>
          <w:color w:val="000000" w:themeColor="text1"/>
          <w:lang w:val="uk-UA"/>
        </w:rPr>
        <w:t xml:space="preserve"> </w:t>
      </w:r>
      <w:r w:rsidR="00D96A92" w:rsidRPr="00B7305F">
        <w:rPr>
          <w:rFonts w:cs="Times New Roman"/>
          <w:color w:val="000000" w:themeColor="text1"/>
          <w:lang w:val="uk-UA"/>
        </w:rPr>
        <w:t>важливим</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розуміння</w:t>
      </w:r>
      <w:r w:rsidRPr="00B7305F">
        <w:rPr>
          <w:rFonts w:cs="Times New Roman"/>
          <w:color w:val="000000" w:themeColor="text1"/>
          <w:lang w:val="uk-UA"/>
        </w:rPr>
        <w:t xml:space="preserve"> </w:t>
      </w:r>
      <w:r w:rsidR="00D96A92" w:rsidRPr="00B7305F">
        <w:rPr>
          <w:rFonts w:cs="Times New Roman"/>
          <w:color w:val="000000" w:themeColor="text1"/>
          <w:lang w:val="uk-UA"/>
        </w:rPr>
        <w:t>природи</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Творчість</w:t>
      </w:r>
      <w:r w:rsidRPr="00B7305F">
        <w:rPr>
          <w:rFonts w:cs="Times New Roman"/>
          <w:color w:val="000000" w:themeColor="text1"/>
          <w:lang w:val="uk-UA"/>
        </w:rPr>
        <w:t xml:space="preserve"> </w:t>
      </w:r>
      <w:r w:rsidR="00D96A92" w:rsidRPr="00B7305F">
        <w:rPr>
          <w:rFonts w:cs="Times New Roman"/>
          <w:color w:val="000000" w:themeColor="text1"/>
          <w:lang w:val="uk-UA"/>
        </w:rPr>
        <w:t>Леся</w:t>
      </w:r>
      <w:r w:rsidRPr="00B7305F">
        <w:rPr>
          <w:rFonts w:cs="Times New Roman"/>
          <w:color w:val="000000" w:themeColor="text1"/>
          <w:lang w:val="uk-UA"/>
        </w:rPr>
        <w:t xml:space="preserve"> </w:t>
      </w:r>
      <w:r w:rsidR="00D96A92" w:rsidRPr="00B7305F">
        <w:rPr>
          <w:rFonts w:cs="Times New Roman"/>
          <w:color w:val="000000" w:themeColor="text1"/>
          <w:lang w:val="uk-UA"/>
        </w:rPr>
        <w:t>Курбаса,</w:t>
      </w:r>
      <w:r w:rsidRPr="00B7305F">
        <w:rPr>
          <w:rFonts w:cs="Times New Roman"/>
          <w:color w:val="000000" w:themeColor="text1"/>
          <w:lang w:val="uk-UA"/>
        </w:rPr>
        <w:t xml:space="preserve"> </w:t>
      </w:r>
      <w:r w:rsidR="00D96A92" w:rsidRPr="00B7305F">
        <w:rPr>
          <w:rFonts w:cs="Times New Roman"/>
          <w:color w:val="000000" w:themeColor="text1"/>
          <w:lang w:val="uk-UA"/>
        </w:rPr>
        <w:t>Івана</w:t>
      </w:r>
      <w:r w:rsidRPr="00B7305F">
        <w:rPr>
          <w:rFonts w:cs="Times New Roman"/>
          <w:color w:val="000000" w:themeColor="text1"/>
          <w:lang w:val="uk-UA"/>
        </w:rPr>
        <w:t xml:space="preserve"> </w:t>
      </w:r>
      <w:r w:rsidR="00D96A92" w:rsidRPr="00B7305F">
        <w:rPr>
          <w:rFonts w:cs="Times New Roman"/>
          <w:color w:val="000000" w:themeColor="text1"/>
          <w:lang w:val="uk-UA"/>
        </w:rPr>
        <w:t>Кавалерідзе,</w:t>
      </w:r>
      <w:r w:rsidRPr="00B7305F">
        <w:rPr>
          <w:rFonts w:cs="Times New Roman"/>
          <w:color w:val="000000" w:themeColor="text1"/>
          <w:lang w:val="uk-UA"/>
        </w:rPr>
        <w:t xml:space="preserve"> </w:t>
      </w:r>
      <w:r w:rsidR="00D96A92" w:rsidRPr="00B7305F">
        <w:rPr>
          <w:rFonts w:cs="Times New Roman"/>
          <w:color w:val="000000" w:themeColor="text1"/>
          <w:lang w:val="uk-UA"/>
        </w:rPr>
        <w:t>Олександра</w:t>
      </w:r>
      <w:r w:rsidRPr="00B7305F">
        <w:rPr>
          <w:rFonts w:cs="Times New Roman"/>
          <w:color w:val="000000" w:themeColor="text1"/>
          <w:lang w:val="uk-UA"/>
        </w:rPr>
        <w:t xml:space="preserve"> </w:t>
      </w:r>
      <w:r w:rsidR="00D96A92" w:rsidRPr="00B7305F">
        <w:rPr>
          <w:rFonts w:cs="Times New Roman"/>
          <w:color w:val="000000" w:themeColor="text1"/>
          <w:lang w:val="uk-UA"/>
        </w:rPr>
        <w:t>Довженка</w:t>
      </w:r>
      <w:r w:rsidRPr="00B7305F">
        <w:rPr>
          <w:rFonts w:cs="Times New Roman"/>
          <w:color w:val="000000" w:themeColor="text1"/>
          <w:lang w:val="uk-UA"/>
        </w:rPr>
        <w:t xml:space="preserve"> </w:t>
      </w:r>
      <w:r w:rsidR="00D96A92" w:rsidRPr="00B7305F">
        <w:rPr>
          <w:rFonts w:cs="Times New Roman"/>
          <w:color w:val="000000" w:themeColor="text1"/>
          <w:lang w:val="uk-UA"/>
        </w:rPr>
        <w:t>стала</w:t>
      </w:r>
      <w:r w:rsidRPr="00B7305F">
        <w:rPr>
          <w:rFonts w:cs="Times New Roman"/>
          <w:color w:val="000000" w:themeColor="text1"/>
          <w:lang w:val="uk-UA"/>
        </w:rPr>
        <w:t xml:space="preserve"> </w:t>
      </w:r>
      <w:r w:rsidR="00D96A92" w:rsidRPr="00B7305F">
        <w:rPr>
          <w:rFonts w:cs="Times New Roman"/>
          <w:color w:val="000000" w:themeColor="text1"/>
          <w:lang w:val="uk-UA"/>
        </w:rPr>
        <w:t>підґрунтям</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розвитку</w:t>
      </w:r>
      <w:r w:rsidRPr="00B7305F">
        <w:rPr>
          <w:rFonts w:cs="Times New Roman"/>
          <w:color w:val="000000" w:themeColor="text1"/>
          <w:lang w:val="uk-UA"/>
        </w:rPr>
        <w:t xml:space="preserve"> </w:t>
      </w:r>
      <w:r w:rsidR="00D96A92" w:rsidRPr="00B7305F">
        <w:rPr>
          <w:rFonts w:cs="Times New Roman"/>
          <w:color w:val="000000" w:themeColor="text1"/>
          <w:lang w:val="uk-UA"/>
        </w:rPr>
        <w:t>національної</w:t>
      </w:r>
      <w:r w:rsidRPr="00B7305F">
        <w:rPr>
          <w:rFonts w:cs="Times New Roman"/>
          <w:color w:val="000000" w:themeColor="text1"/>
          <w:lang w:val="uk-UA"/>
        </w:rPr>
        <w:t xml:space="preserve"> </w:t>
      </w:r>
      <w:r w:rsidR="00D96A92" w:rsidRPr="00B7305F">
        <w:rPr>
          <w:rFonts w:cs="Times New Roman"/>
          <w:color w:val="000000" w:themeColor="text1"/>
          <w:lang w:val="uk-UA"/>
        </w:rPr>
        <w:t>школи</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акторської</w:t>
      </w:r>
      <w:r w:rsidRPr="00B7305F">
        <w:rPr>
          <w:rFonts w:cs="Times New Roman"/>
          <w:color w:val="000000" w:themeColor="text1"/>
          <w:lang w:val="uk-UA"/>
        </w:rPr>
        <w:t xml:space="preserve"> </w:t>
      </w:r>
      <w:r w:rsidR="00D96A92" w:rsidRPr="00B7305F">
        <w:rPr>
          <w:rFonts w:cs="Times New Roman"/>
          <w:color w:val="000000" w:themeColor="text1"/>
          <w:lang w:val="uk-UA"/>
        </w:rPr>
        <w:t>майстерності,</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якій</w:t>
      </w:r>
      <w:r w:rsidRPr="00B7305F">
        <w:rPr>
          <w:rFonts w:cs="Times New Roman"/>
          <w:color w:val="000000" w:themeColor="text1"/>
          <w:lang w:val="uk-UA"/>
        </w:rPr>
        <w:t xml:space="preserve"> </w:t>
      </w:r>
      <w:r w:rsidR="00D96A92" w:rsidRPr="00B7305F">
        <w:rPr>
          <w:rFonts w:cs="Times New Roman"/>
          <w:color w:val="000000" w:themeColor="text1"/>
          <w:lang w:val="uk-UA"/>
        </w:rPr>
        <w:t>сценічність</w:t>
      </w:r>
      <w:r w:rsidRPr="00B7305F">
        <w:rPr>
          <w:rFonts w:cs="Times New Roman"/>
          <w:color w:val="000000" w:themeColor="text1"/>
          <w:lang w:val="uk-UA"/>
        </w:rPr>
        <w:t xml:space="preserve"> </w:t>
      </w:r>
      <w:r w:rsidR="00D96A92" w:rsidRPr="00B7305F">
        <w:rPr>
          <w:rFonts w:cs="Times New Roman"/>
          <w:color w:val="000000" w:themeColor="text1"/>
          <w:lang w:val="uk-UA"/>
        </w:rPr>
        <w:t>і</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кінематографічність</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взаємодіють</w:t>
      </w:r>
      <w:r w:rsidRPr="00B7305F">
        <w:rPr>
          <w:rFonts w:cs="Times New Roman"/>
          <w:color w:val="000000" w:themeColor="text1"/>
          <w:lang w:val="uk-UA"/>
        </w:rPr>
        <w:t xml:space="preserve"> </w:t>
      </w:r>
      <w:r w:rsidR="00D96A92" w:rsidRPr="00B7305F">
        <w:rPr>
          <w:rFonts w:cs="Times New Roman"/>
          <w:color w:val="000000" w:themeColor="text1"/>
          <w:lang w:val="uk-UA"/>
        </w:rPr>
        <w:t>органічно.</w:t>
      </w:r>
      <w:r w:rsidRPr="00B7305F">
        <w:rPr>
          <w:rFonts w:cs="Times New Roman"/>
          <w:color w:val="000000" w:themeColor="text1"/>
          <w:lang w:val="uk-UA"/>
        </w:rPr>
        <w:t xml:space="preserve"> </w:t>
      </w:r>
      <w:r w:rsidR="00D96A92" w:rsidRPr="00B7305F">
        <w:rPr>
          <w:rFonts w:cs="Times New Roman"/>
          <w:color w:val="000000" w:themeColor="text1"/>
          <w:lang w:val="uk-UA"/>
        </w:rPr>
        <w:t>Саме</w:t>
      </w:r>
      <w:r w:rsidRPr="00B7305F">
        <w:rPr>
          <w:rFonts w:cs="Times New Roman"/>
          <w:color w:val="000000" w:themeColor="text1"/>
          <w:lang w:val="uk-UA"/>
        </w:rPr>
        <w:t xml:space="preserve"> </w:t>
      </w:r>
      <w:r w:rsidR="00D96A92" w:rsidRPr="00B7305F">
        <w:rPr>
          <w:rFonts w:cs="Times New Roman"/>
          <w:color w:val="000000" w:themeColor="text1"/>
          <w:lang w:val="uk-UA"/>
        </w:rPr>
        <w:t>в</w:t>
      </w:r>
      <w:r w:rsidRPr="00B7305F">
        <w:rPr>
          <w:rFonts w:cs="Times New Roman"/>
          <w:color w:val="000000" w:themeColor="text1"/>
          <w:lang w:val="uk-UA"/>
        </w:rPr>
        <w:t xml:space="preserve"> </w:t>
      </w:r>
      <w:r w:rsidR="00D96A92" w:rsidRPr="00B7305F">
        <w:rPr>
          <w:rFonts w:cs="Times New Roman"/>
          <w:color w:val="000000" w:themeColor="text1"/>
          <w:lang w:val="uk-UA"/>
        </w:rPr>
        <w:t>українській</w:t>
      </w:r>
      <w:r w:rsidRPr="00B7305F">
        <w:rPr>
          <w:rFonts w:cs="Times New Roman"/>
          <w:color w:val="000000" w:themeColor="text1"/>
          <w:lang w:val="uk-UA"/>
        </w:rPr>
        <w:t xml:space="preserve"> </w:t>
      </w:r>
      <w:r w:rsidR="00D96A92" w:rsidRPr="00B7305F">
        <w:rPr>
          <w:rFonts w:cs="Times New Roman"/>
          <w:color w:val="000000" w:themeColor="text1"/>
          <w:lang w:val="uk-UA"/>
        </w:rPr>
        <w:t>мистецькій</w:t>
      </w:r>
      <w:r w:rsidRPr="00B7305F">
        <w:rPr>
          <w:rFonts w:cs="Times New Roman"/>
          <w:color w:val="000000" w:themeColor="text1"/>
          <w:lang w:val="uk-UA"/>
        </w:rPr>
        <w:t xml:space="preserve"> </w:t>
      </w:r>
      <w:r w:rsidR="00D96A92" w:rsidRPr="00B7305F">
        <w:rPr>
          <w:rFonts w:cs="Times New Roman"/>
          <w:color w:val="000000" w:themeColor="text1"/>
          <w:lang w:val="uk-UA"/>
        </w:rPr>
        <w:t>традиції</w:t>
      </w:r>
      <w:r w:rsidRPr="00B7305F">
        <w:rPr>
          <w:rFonts w:cs="Times New Roman"/>
          <w:color w:val="000000" w:themeColor="text1"/>
          <w:lang w:val="uk-UA"/>
        </w:rPr>
        <w:t xml:space="preserve"> </w:t>
      </w:r>
      <w:r w:rsidR="00D96A92" w:rsidRPr="00B7305F">
        <w:rPr>
          <w:rFonts w:cs="Times New Roman"/>
          <w:color w:val="000000" w:themeColor="text1"/>
          <w:lang w:val="uk-UA"/>
        </w:rPr>
        <w:t>відчутно</w:t>
      </w:r>
      <w:r w:rsidRPr="00B7305F">
        <w:rPr>
          <w:rFonts w:cs="Times New Roman"/>
          <w:color w:val="000000" w:themeColor="text1"/>
          <w:lang w:val="uk-UA"/>
        </w:rPr>
        <w:t xml:space="preserve"> </w:t>
      </w:r>
      <w:r w:rsidR="00D96A92" w:rsidRPr="00B7305F">
        <w:rPr>
          <w:rFonts w:cs="Times New Roman"/>
          <w:color w:val="000000" w:themeColor="text1"/>
          <w:lang w:val="uk-UA"/>
        </w:rPr>
        <w:t>поєднання</w:t>
      </w:r>
      <w:r w:rsidRPr="00B7305F">
        <w:rPr>
          <w:rFonts w:cs="Times New Roman"/>
          <w:color w:val="000000" w:themeColor="text1"/>
          <w:lang w:val="uk-UA"/>
        </w:rPr>
        <w:t xml:space="preserve"> </w:t>
      </w:r>
      <w:r w:rsidR="00D96A92" w:rsidRPr="00B7305F">
        <w:rPr>
          <w:rFonts w:cs="Times New Roman"/>
          <w:color w:val="000000" w:themeColor="text1"/>
          <w:lang w:val="uk-UA"/>
        </w:rPr>
        <w:t>духовної</w:t>
      </w:r>
      <w:r w:rsidRPr="00B7305F">
        <w:rPr>
          <w:rFonts w:cs="Times New Roman"/>
          <w:color w:val="000000" w:themeColor="text1"/>
          <w:lang w:val="uk-UA"/>
        </w:rPr>
        <w:t xml:space="preserve"> </w:t>
      </w:r>
      <w:r w:rsidR="00D96A92" w:rsidRPr="00B7305F">
        <w:rPr>
          <w:rFonts w:cs="Times New Roman"/>
          <w:color w:val="000000" w:themeColor="text1"/>
          <w:lang w:val="uk-UA"/>
        </w:rPr>
        <w:t>глибини</w:t>
      </w:r>
      <w:r w:rsidRPr="00B7305F">
        <w:rPr>
          <w:rFonts w:cs="Times New Roman"/>
          <w:color w:val="000000" w:themeColor="text1"/>
          <w:lang w:val="uk-UA"/>
        </w:rPr>
        <w:t xml:space="preserve"> </w:t>
      </w:r>
      <w:r w:rsidR="00D96A92" w:rsidRPr="00B7305F">
        <w:rPr>
          <w:rFonts w:cs="Times New Roman"/>
          <w:color w:val="000000" w:themeColor="text1"/>
          <w:lang w:val="uk-UA"/>
        </w:rPr>
        <w:t>театру</w:t>
      </w:r>
      <w:r w:rsidRPr="00B7305F">
        <w:rPr>
          <w:rFonts w:cs="Times New Roman"/>
          <w:color w:val="000000" w:themeColor="text1"/>
          <w:lang w:val="uk-UA"/>
        </w:rPr>
        <w:t xml:space="preserve"> </w:t>
      </w:r>
      <w:r w:rsidR="00D96A92" w:rsidRPr="00B7305F">
        <w:rPr>
          <w:rFonts w:cs="Times New Roman"/>
          <w:color w:val="000000" w:themeColor="text1"/>
          <w:lang w:val="uk-UA"/>
        </w:rPr>
        <w:t>з</w:t>
      </w:r>
      <w:r w:rsidRPr="00B7305F">
        <w:rPr>
          <w:rFonts w:cs="Times New Roman"/>
          <w:color w:val="000000" w:themeColor="text1"/>
          <w:lang w:val="uk-UA"/>
        </w:rPr>
        <w:t xml:space="preserve"> </w:t>
      </w:r>
      <w:r w:rsidR="00D96A92" w:rsidRPr="00B7305F">
        <w:rPr>
          <w:rFonts w:cs="Times New Roman"/>
          <w:color w:val="000000" w:themeColor="text1"/>
          <w:lang w:val="uk-UA"/>
        </w:rPr>
        <w:t>поетичною</w:t>
      </w:r>
      <w:r w:rsidRPr="00B7305F">
        <w:rPr>
          <w:rFonts w:cs="Times New Roman"/>
          <w:color w:val="000000" w:themeColor="text1"/>
          <w:lang w:val="uk-UA"/>
        </w:rPr>
        <w:t xml:space="preserve"> </w:t>
      </w:r>
      <w:r w:rsidR="00D96A92" w:rsidRPr="00B7305F">
        <w:rPr>
          <w:rFonts w:cs="Times New Roman"/>
          <w:color w:val="000000" w:themeColor="text1"/>
          <w:lang w:val="uk-UA"/>
        </w:rPr>
        <w:t>образністю</w:t>
      </w:r>
      <w:r w:rsidRPr="00B7305F">
        <w:rPr>
          <w:rFonts w:cs="Times New Roman"/>
          <w:color w:val="000000" w:themeColor="text1"/>
          <w:lang w:val="uk-UA"/>
        </w:rPr>
        <w:t xml:space="preserve"> </w:t>
      </w:r>
      <w:r w:rsidR="00D96A92" w:rsidRPr="00B7305F">
        <w:rPr>
          <w:rFonts w:cs="Times New Roman"/>
          <w:color w:val="000000" w:themeColor="text1"/>
          <w:lang w:val="uk-UA"/>
        </w:rPr>
        <w:t>кіно,</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формує</w:t>
      </w:r>
      <w:r w:rsidRPr="00B7305F">
        <w:rPr>
          <w:rFonts w:cs="Times New Roman"/>
          <w:color w:val="000000" w:themeColor="text1"/>
          <w:lang w:val="uk-UA"/>
        </w:rPr>
        <w:t xml:space="preserve"> </w:t>
      </w:r>
      <w:r w:rsidR="00D96A92" w:rsidRPr="00B7305F">
        <w:rPr>
          <w:rFonts w:cs="Times New Roman"/>
          <w:color w:val="000000" w:themeColor="text1"/>
          <w:lang w:val="uk-UA"/>
        </w:rPr>
        <w:t>унікальний</w:t>
      </w:r>
      <w:r w:rsidRPr="00B7305F">
        <w:rPr>
          <w:rFonts w:cs="Times New Roman"/>
          <w:color w:val="000000" w:themeColor="text1"/>
          <w:lang w:val="uk-UA"/>
        </w:rPr>
        <w:t xml:space="preserve"> </w:t>
      </w:r>
      <w:r w:rsidR="00D96A92" w:rsidRPr="00B7305F">
        <w:rPr>
          <w:rFonts w:cs="Times New Roman"/>
          <w:color w:val="000000" w:themeColor="text1"/>
          <w:lang w:val="uk-UA"/>
        </w:rPr>
        <w:t>національний</w:t>
      </w:r>
      <w:r w:rsidRPr="00B7305F">
        <w:rPr>
          <w:rFonts w:cs="Times New Roman"/>
          <w:color w:val="000000" w:themeColor="text1"/>
          <w:lang w:val="uk-UA"/>
        </w:rPr>
        <w:t xml:space="preserve"> </w:t>
      </w:r>
      <w:r w:rsidR="00D96A92" w:rsidRPr="00B7305F">
        <w:rPr>
          <w:rFonts w:cs="Times New Roman"/>
          <w:color w:val="000000" w:themeColor="text1"/>
          <w:lang w:val="uk-UA"/>
        </w:rPr>
        <w:t>стиль</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акторського</w:t>
      </w:r>
      <w:r w:rsidRPr="00B7305F">
        <w:rPr>
          <w:rFonts w:cs="Times New Roman"/>
          <w:color w:val="000000" w:themeColor="text1"/>
          <w:lang w:val="uk-UA"/>
        </w:rPr>
        <w:t xml:space="preserve"> </w:t>
      </w:r>
      <w:r w:rsidR="00D96A92" w:rsidRPr="00B7305F">
        <w:rPr>
          <w:rFonts w:cs="Times New Roman"/>
          <w:color w:val="000000" w:themeColor="text1"/>
          <w:lang w:val="uk-UA"/>
        </w:rPr>
        <w:t>вираження.</w:t>
      </w:r>
    </w:p>
    <w:p w14:paraId="01339E25" w14:textId="6C671682" w:rsidR="009D21BD"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D96A92" w:rsidRPr="00B7305F">
        <w:rPr>
          <w:rFonts w:cs="Times New Roman"/>
          <w:color w:val="000000" w:themeColor="text1"/>
          <w:lang w:val="uk-UA"/>
        </w:rPr>
        <w:t>Підсумовуючи</w:t>
      </w:r>
      <w:r w:rsidRPr="00B7305F">
        <w:rPr>
          <w:rFonts w:cs="Times New Roman"/>
          <w:color w:val="000000" w:themeColor="text1"/>
          <w:lang w:val="uk-UA"/>
        </w:rPr>
        <w:t xml:space="preserve"> </w:t>
      </w:r>
      <w:r w:rsidR="00D96A92" w:rsidRPr="00B7305F">
        <w:rPr>
          <w:rFonts w:cs="Times New Roman"/>
          <w:color w:val="000000" w:themeColor="text1"/>
          <w:lang w:val="uk-UA"/>
        </w:rPr>
        <w:t>результати</w:t>
      </w:r>
      <w:r w:rsidRPr="00B7305F">
        <w:rPr>
          <w:rFonts w:cs="Times New Roman"/>
          <w:color w:val="000000" w:themeColor="text1"/>
          <w:lang w:val="uk-UA"/>
        </w:rPr>
        <w:t xml:space="preserve"> </w:t>
      </w:r>
      <w:r w:rsidR="00D96A92" w:rsidRPr="00B7305F">
        <w:rPr>
          <w:rFonts w:cs="Times New Roman"/>
          <w:color w:val="000000" w:themeColor="text1"/>
          <w:lang w:val="uk-UA"/>
        </w:rPr>
        <w:t>першого</w:t>
      </w:r>
      <w:r w:rsidRPr="00B7305F">
        <w:rPr>
          <w:rFonts w:cs="Times New Roman"/>
          <w:color w:val="000000" w:themeColor="text1"/>
          <w:lang w:val="uk-UA"/>
        </w:rPr>
        <w:t xml:space="preserve"> </w:t>
      </w:r>
      <w:r w:rsidR="00D96A92" w:rsidRPr="00B7305F">
        <w:rPr>
          <w:rFonts w:cs="Times New Roman"/>
          <w:color w:val="000000" w:themeColor="text1"/>
          <w:lang w:val="uk-UA"/>
        </w:rPr>
        <w:t>розділу,</w:t>
      </w:r>
      <w:r w:rsidRPr="00B7305F">
        <w:rPr>
          <w:rFonts w:cs="Times New Roman"/>
          <w:color w:val="000000" w:themeColor="text1"/>
          <w:lang w:val="uk-UA"/>
        </w:rPr>
        <w:t xml:space="preserve"> </w:t>
      </w:r>
      <w:r w:rsidR="00D96A92" w:rsidRPr="00B7305F">
        <w:rPr>
          <w:rFonts w:cs="Times New Roman"/>
          <w:color w:val="000000" w:themeColor="text1"/>
          <w:lang w:val="uk-UA"/>
        </w:rPr>
        <w:t>можна</w:t>
      </w:r>
      <w:r w:rsidRPr="00B7305F">
        <w:rPr>
          <w:rFonts w:cs="Times New Roman"/>
          <w:color w:val="000000" w:themeColor="text1"/>
          <w:lang w:val="uk-UA"/>
        </w:rPr>
        <w:t xml:space="preserve"> </w:t>
      </w:r>
      <w:r w:rsidR="00D96A92" w:rsidRPr="00B7305F">
        <w:rPr>
          <w:rFonts w:cs="Times New Roman"/>
          <w:color w:val="000000" w:themeColor="text1"/>
          <w:lang w:val="uk-UA"/>
        </w:rPr>
        <w:t>стверджувати,</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сценічне</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мистецтво</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кінематограф</w:t>
      </w:r>
      <w:r w:rsidRPr="00B7305F">
        <w:rPr>
          <w:rFonts w:cs="Times New Roman"/>
          <w:color w:val="000000" w:themeColor="text1"/>
          <w:lang w:val="uk-UA"/>
        </w:rPr>
        <w:t xml:space="preserve"> </w:t>
      </w:r>
      <w:r w:rsidR="00D96A92" w:rsidRPr="00B7305F">
        <w:rPr>
          <w:rFonts w:cs="Times New Roman"/>
          <w:color w:val="000000" w:themeColor="text1"/>
          <w:lang w:val="uk-UA"/>
        </w:rPr>
        <w:t>утворюють</w:t>
      </w:r>
      <w:r w:rsidRPr="00B7305F">
        <w:rPr>
          <w:rFonts w:cs="Times New Roman"/>
          <w:color w:val="000000" w:themeColor="text1"/>
          <w:lang w:val="uk-UA"/>
        </w:rPr>
        <w:t xml:space="preserve"> </w:t>
      </w:r>
      <w:r w:rsidR="00D96A92" w:rsidRPr="00B7305F">
        <w:rPr>
          <w:rFonts w:cs="Times New Roman"/>
          <w:color w:val="000000" w:themeColor="text1"/>
          <w:lang w:val="uk-UA"/>
        </w:rPr>
        <w:t>спільний</w:t>
      </w:r>
      <w:r w:rsidRPr="00B7305F">
        <w:rPr>
          <w:rFonts w:cs="Times New Roman"/>
          <w:color w:val="000000" w:themeColor="text1"/>
          <w:lang w:val="uk-UA"/>
        </w:rPr>
        <w:t xml:space="preserve"> </w:t>
      </w:r>
      <w:r w:rsidR="00D96A92" w:rsidRPr="00B7305F">
        <w:rPr>
          <w:rFonts w:cs="Times New Roman"/>
          <w:color w:val="000000" w:themeColor="text1"/>
          <w:lang w:val="uk-UA"/>
        </w:rPr>
        <w:t>художній</w:t>
      </w:r>
      <w:r w:rsidRPr="00B7305F">
        <w:rPr>
          <w:rFonts w:cs="Times New Roman"/>
          <w:color w:val="000000" w:themeColor="text1"/>
          <w:lang w:val="uk-UA"/>
        </w:rPr>
        <w:t xml:space="preserve"> </w:t>
      </w:r>
      <w:r w:rsidR="00D96A92" w:rsidRPr="00B7305F">
        <w:rPr>
          <w:rFonts w:cs="Times New Roman"/>
          <w:color w:val="000000" w:themeColor="text1"/>
          <w:lang w:val="uk-UA"/>
        </w:rPr>
        <w:t>простір,</w:t>
      </w:r>
      <w:r w:rsidRPr="00B7305F">
        <w:rPr>
          <w:rFonts w:cs="Times New Roman"/>
          <w:color w:val="000000" w:themeColor="text1"/>
          <w:lang w:val="uk-UA"/>
        </w:rPr>
        <w:t xml:space="preserve"> </w:t>
      </w:r>
      <w:r w:rsidR="00D96A92" w:rsidRPr="00B7305F">
        <w:rPr>
          <w:rFonts w:cs="Times New Roman"/>
          <w:color w:val="000000" w:themeColor="text1"/>
          <w:lang w:val="uk-UA"/>
        </w:rPr>
        <w:t>у</w:t>
      </w:r>
      <w:r w:rsidRPr="00B7305F">
        <w:rPr>
          <w:rFonts w:cs="Times New Roman"/>
          <w:color w:val="000000" w:themeColor="text1"/>
          <w:lang w:val="uk-UA"/>
        </w:rPr>
        <w:t xml:space="preserve"> </w:t>
      </w:r>
      <w:r w:rsidR="00D96A92" w:rsidRPr="00B7305F">
        <w:rPr>
          <w:rFonts w:cs="Times New Roman"/>
          <w:color w:val="000000" w:themeColor="text1"/>
          <w:lang w:val="uk-UA"/>
        </w:rPr>
        <w:t>якому</w:t>
      </w:r>
      <w:r w:rsidRPr="00B7305F">
        <w:rPr>
          <w:rFonts w:cs="Times New Roman"/>
          <w:color w:val="000000" w:themeColor="text1"/>
          <w:lang w:val="uk-UA"/>
        </w:rPr>
        <w:t xml:space="preserve"> </w:t>
      </w:r>
      <w:r w:rsidR="00D96A92" w:rsidRPr="00B7305F">
        <w:rPr>
          <w:rFonts w:cs="Times New Roman"/>
          <w:color w:val="000000" w:themeColor="text1"/>
          <w:lang w:val="uk-UA"/>
        </w:rPr>
        <w:t>актор</w:t>
      </w:r>
      <w:r w:rsidRPr="00B7305F">
        <w:rPr>
          <w:rFonts w:cs="Times New Roman"/>
          <w:color w:val="000000" w:themeColor="text1"/>
          <w:lang w:val="uk-UA"/>
        </w:rPr>
        <w:t xml:space="preserve"> </w:t>
      </w:r>
      <w:r w:rsidR="00D96A92" w:rsidRPr="00B7305F">
        <w:rPr>
          <w:rFonts w:cs="Times New Roman"/>
          <w:color w:val="000000" w:themeColor="text1"/>
          <w:lang w:val="uk-UA"/>
        </w:rPr>
        <w:t>виступає</w:t>
      </w:r>
      <w:r w:rsidRPr="00B7305F">
        <w:rPr>
          <w:rFonts w:cs="Times New Roman"/>
          <w:color w:val="000000" w:themeColor="text1"/>
          <w:lang w:val="uk-UA"/>
        </w:rPr>
        <w:t xml:space="preserve"> </w:t>
      </w:r>
      <w:r w:rsidR="00D96A92" w:rsidRPr="00B7305F">
        <w:rPr>
          <w:rFonts w:cs="Times New Roman"/>
          <w:color w:val="000000" w:themeColor="text1"/>
          <w:lang w:val="uk-UA"/>
        </w:rPr>
        <w:t>ключовим</w:t>
      </w:r>
      <w:r w:rsidRPr="00B7305F">
        <w:rPr>
          <w:rFonts w:cs="Times New Roman"/>
          <w:color w:val="000000" w:themeColor="text1"/>
          <w:lang w:val="uk-UA"/>
        </w:rPr>
        <w:t xml:space="preserve"> </w:t>
      </w:r>
      <w:r w:rsidR="00D96A92" w:rsidRPr="00B7305F">
        <w:rPr>
          <w:rFonts w:cs="Times New Roman"/>
          <w:color w:val="000000" w:themeColor="text1"/>
          <w:lang w:val="uk-UA"/>
        </w:rPr>
        <w:t>елементом</w:t>
      </w:r>
      <w:r w:rsidRPr="00B7305F">
        <w:rPr>
          <w:rFonts w:cs="Times New Roman"/>
          <w:color w:val="000000" w:themeColor="text1"/>
          <w:lang w:val="uk-UA"/>
        </w:rPr>
        <w:t xml:space="preserve"> </w:t>
      </w:r>
      <w:r w:rsidR="00D96A92" w:rsidRPr="00B7305F">
        <w:rPr>
          <w:rFonts w:cs="Times New Roman"/>
          <w:color w:val="000000" w:themeColor="text1"/>
          <w:lang w:val="uk-UA"/>
        </w:rPr>
        <w:t>синтезу.</w:t>
      </w:r>
      <w:r w:rsidRPr="00B7305F">
        <w:rPr>
          <w:rFonts w:cs="Times New Roman"/>
          <w:color w:val="000000" w:themeColor="text1"/>
          <w:lang w:val="uk-UA"/>
        </w:rPr>
        <w:t xml:space="preserve"> </w:t>
      </w:r>
      <w:r w:rsidR="00D96A92" w:rsidRPr="00B7305F">
        <w:rPr>
          <w:rFonts w:cs="Times New Roman"/>
          <w:color w:val="000000" w:themeColor="text1"/>
          <w:lang w:val="uk-UA"/>
        </w:rPr>
        <w:t>Саме</w:t>
      </w:r>
      <w:r w:rsidRPr="00B7305F">
        <w:rPr>
          <w:rFonts w:cs="Times New Roman"/>
          <w:color w:val="000000" w:themeColor="text1"/>
          <w:lang w:val="uk-UA"/>
        </w:rPr>
        <w:t xml:space="preserve"> </w:t>
      </w:r>
      <w:r w:rsidR="00D96A92" w:rsidRPr="00B7305F">
        <w:rPr>
          <w:rFonts w:cs="Times New Roman"/>
          <w:color w:val="000000" w:themeColor="text1"/>
          <w:lang w:val="uk-UA"/>
        </w:rPr>
        <w:t>через</w:t>
      </w:r>
      <w:r w:rsidRPr="00B7305F">
        <w:rPr>
          <w:rFonts w:cs="Times New Roman"/>
          <w:color w:val="000000" w:themeColor="text1"/>
          <w:lang w:val="uk-UA"/>
        </w:rPr>
        <w:t xml:space="preserve"> </w:t>
      </w:r>
      <w:r w:rsidR="00D96A92" w:rsidRPr="00B7305F">
        <w:rPr>
          <w:rFonts w:cs="Times New Roman"/>
          <w:color w:val="000000" w:themeColor="text1"/>
          <w:lang w:val="uk-UA"/>
        </w:rPr>
        <w:t>акторську</w:t>
      </w:r>
      <w:r w:rsidRPr="00B7305F">
        <w:rPr>
          <w:rFonts w:cs="Times New Roman"/>
          <w:color w:val="000000" w:themeColor="text1"/>
          <w:lang w:val="uk-UA"/>
        </w:rPr>
        <w:t xml:space="preserve"> </w:t>
      </w:r>
      <w:r w:rsidR="00D96A92" w:rsidRPr="00B7305F">
        <w:rPr>
          <w:rFonts w:cs="Times New Roman"/>
          <w:color w:val="000000" w:themeColor="text1"/>
          <w:lang w:val="uk-UA"/>
        </w:rPr>
        <w:t>техніку,</w:t>
      </w:r>
      <w:r w:rsidRPr="00B7305F">
        <w:rPr>
          <w:rFonts w:cs="Times New Roman"/>
          <w:color w:val="000000" w:themeColor="text1"/>
          <w:lang w:val="uk-UA"/>
        </w:rPr>
        <w:t xml:space="preserve"> </w:t>
      </w:r>
      <w:r w:rsidR="00D96A92" w:rsidRPr="00B7305F">
        <w:rPr>
          <w:rFonts w:cs="Times New Roman"/>
          <w:color w:val="000000" w:themeColor="text1"/>
          <w:lang w:val="uk-UA"/>
        </w:rPr>
        <w:t>через</w:t>
      </w:r>
      <w:r w:rsidRPr="00B7305F">
        <w:rPr>
          <w:rFonts w:cs="Times New Roman"/>
          <w:color w:val="000000" w:themeColor="text1"/>
          <w:lang w:val="uk-UA"/>
        </w:rPr>
        <w:t xml:space="preserve"> </w:t>
      </w:r>
      <w:r w:rsidR="00D96A92" w:rsidRPr="00B7305F">
        <w:rPr>
          <w:rFonts w:cs="Times New Roman"/>
          <w:color w:val="000000" w:themeColor="text1"/>
          <w:lang w:val="uk-UA"/>
        </w:rPr>
        <w:t>її</w:t>
      </w:r>
      <w:r w:rsidRPr="00B7305F">
        <w:rPr>
          <w:rFonts w:cs="Times New Roman"/>
          <w:color w:val="000000" w:themeColor="text1"/>
          <w:lang w:val="uk-UA"/>
        </w:rPr>
        <w:t xml:space="preserve"> </w:t>
      </w:r>
      <w:r w:rsidR="00D96A92" w:rsidRPr="00B7305F">
        <w:rPr>
          <w:rFonts w:cs="Times New Roman"/>
          <w:color w:val="000000" w:themeColor="text1"/>
          <w:lang w:val="uk-UA"/>
        </w:rPr>
        <w:t>трансформацію</w:t>
      </w:r>
      <w:r w:rsidRPr="00B7305F">
        <w:rPr>
          <w:rFonts w:cs="Times New Roman"/>
          <w:color w:val="000000" w:themeColor="text1"/>
          <w:lang w:val="uk-UA"/>
        </w:rPr>
        <w:t xml:space="preserve"> </w:t>
      </w:r>
      <w:r w:rsidR="00D96A92" w:rsidRPr="00B7305F">
        <w:rPr>
          <w:rFonts w:cs="Times New Roman"/>
          <w:color w:val="000000" w:themeColor="text1"/>
          <w:lang w:val="uk-UA"/>
        </w:rPr>
        <w:t>та</w:t>
      </w:r>
      <w:r w:rsidRPr="00B7305F">
        <w:rPr>
          <w:rFonts w:cs="Times New Roman"/>
          <w:color w:val="000000" w:themeColor="text1"/>
          <w:lang w:val="uk-UA"/>
        </w:rPr>
        <w:t xml:space="preserve"> </w:t>
      </w:r>
      <w:r w:rsidR="00D96A92" w:rsidRPr="00B7305F">
        <w:rPr>
          <w:rFonts w:cs="Times New Roman"/>
          <w:color w:val="000000" w:themeColor="text1"/>
          <w:lang w:val="uk-UA"/>
        </w:rPr>
        <w:t>адаптацію</w:t>
      </w:r>
      <w:r w:rsidRPr="00B7305F">
        <w:rPr>
          <w:rFonts w:cs="Times New Roman"/>
          <w:color w:val="000000" w:themeColor="text1"/>
          <w:lang w:val="uk-UA"/>
        </w:rPr>
        <w:t xml:space="preserve"> </w:t>
      </w:r>
      <w:r w:rsidR="00D96A92" w:rsidRPr="00B7305F">
        <w:rPr>
          <w:rFonts w:cs="Times New Roman"/>
          <w:color w:val="000000" w:themeColor="text1"/>
          <w:lang w:val="uk-UA"/>
        </w:rPr>
        <w:t>до</w:t>
      </w:r>
      <w:r w:rsidRPr="00B7305F">
        <w:rPr>
          <w:rFonts w:cs="Times New Roman"/>
          <w:color w:val="000000" w:themeColor="text1"/>
          <w:lang w:val="uk-UA"/>
        </w:rPr>
        <w:t xml:space="preserve"> </w:t>
      </w:r>
      <w:r w:rsidR="00D96A92" w:rsidRPr="00B7305F">
        <w:rPr>
          <w:rFonts w:cs="Times New Roman"/>
          <w:color w:val="000000" w:themeColor="text1"/>
          <w:lang w:val="uk-UA"/>
        </w:rPr>
        <w:t>умов</w:t>
      </w:r>
      <w:r w:rsidRPr="00B7305F">
        <w:rPr>
          <w:rFonts w:cs="Times New Roman"/>
          <w:color w:val="000000" w:themeColor="text1"/>
          <w:lang w:val="uk-UA"/>
        </w:rPr>
        <w:t xml:space="preserve"> </w:t>
      </w:r>
      <w:r w:rsidR="00D96A92" w:rsidRPr="00B7305F">
        <w:rPr>
          <w:rFonts w:cs="Times New Roman"/>
          <w:color w:val="000000" w:themeColor="text1"/>
          <w:lang w:val="uk-UA"/>
        </w:rPr>
        <w:t>сцени</w:t>
      </w:r>
      <w:r w:rsidRPr="00B7305F">
        <w:rPr>
          <w:rFonts w:cs="Times New Roman"/>
          <w:color w:val="000000" w:themeColor="text1"/>
          <w:lang w:val="uk-UA"/>
        </w:rPr>
        <w:t xml:space="preserve"> </w:t>
      </w:r>
      <w:r w:rsidR="00D96A92" w:rsidRPr="00B7305F">
        <w:rPr>
          <w:rFonts w:cs="Times New Roman"/>
          <w:color w:val="000000" w:themeColor="text1"/>
          <w:lang w:val="uk-UA"/>
        </w:rPr>
        <w:t>й</w:t>
      </w:r>
      <w:r w:rsidRPr="00B7305F">
        <w:rPr>
          <w:rFonts w:cs="Times New Roman"/>
          <w:color w:val="000000" w:themeColor="text1"/>
          <w:lang w:val="uk-UA"/>
        </w:rPr>
        <w:t xml:space="preserve"> </w:t>
      </w:r>
      <w:r w:rsidR="00D96A92" w:rsidRPr="00B7305F">
        <w:rPr>
          <w:rFonts w:cs="Times New Roman"/>
          <w:color w:val="000000" w:themeColor="text1"/>
          <w:lang w:val="uk-UA"/>
        </w:rPr>
        <w:t>екрану</w:t>
      </w:r>
      <w:r w:rsidRPr="00B7305F">
        <w:rPr>
          <w:rFonts w:cs="Times New Roman"/>
          <w:color w:val="000000" w:themeColor="text1"/>
          <w:lang w:val="uk-UA"/>
        </w:rPr>
        <w:t xml:space="preserve"> </w:t>
      </w:r>
      <w:r w:rsidR="00D96A92" w:rsidRPr="00B7305F">
        <w:rPr>
          <w:rFonts w:cs="Times New Roman"/>
          <w:color w:val="000000" w:themeColor="text1"/>
          <w:lang w:val="uk-UA"/>
        </w:rPr>
        <w:t>відбувається</w:t>
      </w:r>
      <w:r w:rsidRPr="00B7305F">
        <w:rPr>
          <w:rFonts w:cs="Times New Roman"/>
          <w:color w:val="000000" w:themeColor="text1"/>
          <w:lang w:val="uk-UA"/>
        </w:rPr>
        <w:t xml:space="preserve"> </w:t>
      </w:r>
      <w:r w:rsidR="00D96A92" w:rsidRPr="00B7305F">
        <w:rPr>
          <w:rFonts w:cs="Times New Roman"/>
          <w:color w:val="000000" w:themeColor="text1"/>
          <w:lang w:val="uk-UA"/>
        </w:rPr>
        <w:t>діалог</w:t>
      </w:r>
      <w:r w:rsidRPr="00B7305F">
        <w:rPr>
          <w:rFonts w:cs="Times New Roman"/>
          <w:color w:val="000000" w:themeColor="text1"/>
          <w:lang w:val="uk-UA"/>
        </w:rPr>
        <w:t xml:space="preserve"> </w:t>
      </w:r>
      <w:r w:rsidR="00D96A92" w:rsidRPr="00B7305F">
        <w:rPr>
          <w:rFonts w:cs="Times New Roman"/>
          <w:color w:val="000000" w:themeColor="text1"/>
          <w:lang w:val="uk-UA"/>
        </w:rPr>
        <w:t>між</w:t>
      </w:r>
      <w:r w:rsidRPr="00B7305F">
        <w:rPr>
          <w:rFonts w:cs="Times New Roman"/>
          <w:color w:val="000000" w:themeColor="text1"/>
          <w:lang w:val="uk-UA"/>
        </w:rPr>
        <w:t xml:space="preserve"> </w:t>
      </w:r>
      <w:r w:rsidR="00D96A92" w:rsidRPr="00B7305F">
        <w:rPr>
          <w:rFonts w:cs="Times New Roman"/>
          <w:color w:val="000000" w:themeColor="text1"/>
          <w:lang w:val="uk-UA"/>
        </w:rPr>
        <w:t>цими</w:t>
      </w:r>
      <w:r w:rsidRPr="00B7305F">
        <w:rPr>
          <w:rFonts w:cs="Times New Roman"/>
          <w:color w:val="000000" w:themeColor="text1"/>
          <w:lang w:val="uk-UA"/>
        </w:rPr>
        <w:t xml:space="preserve"> </w:t>
      </w:r>
      <w:r w:rsidR="00D96A92" w:rsidRPr="00B7305F">
        <w:rPr>
          <w:rFonts w:cs="Times New Roman"/>
          <w:color w:val="000000" w:themeColor="text1"/>
          <w:lang w:val="uk-UA"/>
        </w:rPr>
        <w:t>мистецтвами.</w:t>
      </w:r>
      <w:r w:rsidRPr="00B7305F">
        <w:rPr>
          <w:rFonts w:cs="Times New Roman"/>
          <w:color w:val="000000" w:themeColor="text1"/>
          <w:lang w:val="uk-UA"/>
        </w:rPr>
        <w:t xml:space="preserve"> </w:t>
      </w:r>
      <w:r w:rsidR="00D96A92" w:rsidRPr="00B7305F">
        <w:rPr>
          <w:rFonts w:cs="Times New Roman"/>
          <w:color w:val="000000" w:themeColor="text1"/>
          <w:lang w:val="uk-UA"/>
        </w:rPr>
        <w:t>Теоретичне</w:t>
      </w:r>
      <w:r w:rsidRPr="00B7305F">
        <w:rPr>
          <w:rFonts w:cs="Times New Roman"/>
          <w:color w:val="000000" w:themeColor="text1"/>
          <w:lang w:val="uk-UA"/>
        </w:rPr>
        <w:t xml:space="preserve"> </w:t>
      </w:r>
      <w:r w:rsidR="00D96A92" w:rsidRPr="00B7305F">
        <w:rPr>
          <w:rFonts w:cs="Times New Roman"/>
          <w:color w:val="000000" w:themeColor="text1"/>
          <w:lang w:val="uk-UA"/>
        </w:rPr>
        <w:t>осмислення</w:t>
      </w:r>
      <w:r w:rsidRPr="00B7305F">
        <w:rPr>
          <w:rFonts w:cs="Times New Roman"/>
          <w:color w:val="000000" w:themeColor="text1"/>
          <w:lang w:val="uk-UA"/>
        </w:rPr>
        <w:t xml:space="preserve"> </w:t>
      </w:r>
      <w:r w:rsidR="00D96A92" w:rsidRPr="00B7305F">
        <w:rPr>
          <w:rFonts w:cs="Times New Roman"/>
          <w:color w:val="000000" w:themeColor="text1"/>
          <w:lang w:val="uk-UA"/>
        </w:rPr>
        <w:t>цього</w:t>
      </w:r>
      <w:r w:rsidRPr="00B7305F">
        <w:rPr>
          <w:rFonts w:cs="Times New Roman"/>
          <w:color w:val="000000" w:themeColor="text1"/>
          <w:lang w:val="uk-UA"/>
        </w:rPr>
        <w:t xml:space="preserve"> </w:t>
      </w:r>
      <w:r w:rsidR="00D96A92" w:rsidRPr="00B7305F">
        <w:rPr>
          <w:rFonts w:cs="Times New Roman"/>
          <w:color w:val="000000" w:themeColor="text1"/>
          <w:lang w:val="uk-UA"/>
        </w:rPr>
        <w:t>діалогу</w:t>
      </w:r>
      <w:r w:rsidRPr="00B7305F">
        <w:rPr>
          <w:rFonts w:cs="Times New Roman"/>
          <w:color w:val="000000" w:themeColor="text1"/>
          <w:lang w:val="uk-UA"/>
        </w:rPr>
        <w:t xml:space="preserve"> </w:t>
      </w:r>
      <w:r w:rsidR="00D96A92" w:rsidRPr="00B7305F">
        <w:rPr>
          <w:rFonts w:cs="Times New Roman"/>
          <w:color w:val="000000" w:themeColor="text1"/>
          <w:lang w:val="uk-UA"/>
        </w:rPr>
        <w:t>створює</w:t>
      </w:r>
      <w:r w:rsidRPr="00B7305F">
        <w:rPr>
          <w:rFonts w:cs="Times New Roman"/>
          <w:color w:val="000000" w:themeColor="text1"/>
          <w:lang w:val="uk-UA"/>
        </w:rPr>
        <w:t xml:space="preserve"> </w:t>
      </w:r>
      <w:r w:rsidR="00D96A92" w:rsidRPr="00B7305F">
        <w:rPr>
          <w:rFonts w:cs="Times New Roman"/>
          <w:color w:val="000000" w:themeColor="text1"/>
          <w:lang w:val="uk-UA"/>
        </w:rPr>
        <w:t>фундамент</w:t>
      </w:r>
      <w:r w:rsidRPr="00B7305F">
        <w:rPr>
          <w:rFonts w:cs="Times New Roman"/>
          <w:color w:val="000000" w:themeColor="text1"/>
          <w:lang w:val="uk-UA"/>
        </w:rPr>
        <w:t xml:space="preserve"> </w:t>
      </w:r>
      <w:r w:rsidR="00D96A92" w:rsidRPr="00B7305F">
        <w:rPr>
          <w:rFonts w:cs="Times New Roman"/>
          <w:color w:val="000000" w:themeColor="text1"/>
          <w:lang w:val="uk-UA"/>
        </w:rPr>
        <w:t>для</w:t>
      </w:r>
      <w:r w:rsidRPr="00B7305F">
        <w:rPr>
          <w:rFonts w:cs="Times New Roman"/>
          <w:color w:val="000000" w:themeColor="text1"/>
          <w:lang w:val="uk-UA"/>
        </w:rPr>
        <w:t xml:space="preserve"> </w:t>
      </w:r>
      <w:r w:rsidR="00D96A92" w:rsidRPr="00B7305F">
        <w:rPr>
          <w:rFonts w:cs="Times New Roman"/>
          <w:color w:val="000000" w:themeColor="text1"/>
          <w:lang w:val="uk-UA"/>
        </w:rPr>
        <w:t>подальшого</w:t>
      </w:r>
      <w:r w:rsidRPr="00B7305F">
        <w:rPr>
          <w:rFonts w:cs="Times New Roman"/>
          <w:color w:val="000000" w:themeColor="text1"/>
          <w:lang w:val="uk-UA"/>
        </w:rPr>
        <w:t xml:space="preserve"> </w:t>
      </w:r>
      <w:r w:rsidR="00D96A92" w:rsidRPr="00B7305F">
        <w:rPr>
          <w:rFonts w:cs="Times New Roman"/>
          <w:color w:val="000000" w:themeColor="text1"/>
          <w:lang w:val="uk-UA"/>
        </w:rPr>
        <w:t>практичного</w:t>
      </w:r>
      <w:r w:rsidRPr="00B7305F">
        <w:rPr>
          <w:rFonts w:cs="Times New Roman"/>
          <w:color w:val="000000" w:themeColor="text1"/>
          <w:lang w:val="uk-UA"/>
        </w:rPr>
        <w:t xml:space="preserve"> </w:t>
      </w:r>
      <w:r w:rsidR="00D96A92" w:rsidRPr="00B7305F">
        <w:rPr>
          <w:rFonts w:cs="Times New Roman"/>
          <w:color w:val="000000" w:themeColor="text1"/>
          <w:lang w:val="uk-UA"/>
        </w:rPr>
        <w:t>аналізу</w:t>
      </w:r>
      <w:r w:rsidRPr="00B7305F">
        <w:rPr>
          <w:rFonts w:cs="Times New Roman"/>
          <w:color w:val="000000" w:themeColor="text1"/>
          <w:lang w:val="uk-UA"/>
        </w:rPr>
        <w:t xml:space="preserve"> </w:t>
      </w:r>
      <w:r w:rsidR="00D96A92" w:rsidRPr="00B7305F">
        <w:rPr>
          <w:rFonts w:cs="Times New Roman"/>
          <w:color w:val="000000" w:themeColor="text1"/>
          <w:lang w:val="uk-UA"/>
        </w:rPr>
        <w:t>особливостей</w:t>
      </w:r>
      <w:r w:rsidRPr="00B7305F">
        <w:rPr>
          <w:rFonts w:cs="Times New Roman"/>
          <w:color w:val="000000" w:themeColor="text1"/>
          <w:lang w:val="uk-UA"/>
        </w:rPr>
        <w:t xml:space="preserve"> </w:t>
      </w:r>
      <w:r w:rsidR="00D96A92" w:rsidRPr="00B7305F">
        <w:rPr>
          <w:rFonts w:cs="Times New Roman"/>
          <w:color w:val="000000" w:themeColor="text1"/>
          <w:lang w:val="uk-UA"/>
        </w:rPr>
        <w:t>взаємодії</w:t>
      </w:r>
      <w:r w:rsidRPr="00B7305F">
        <w:rPr>
          <w:rFonts w:cs="Times New Roman"/>
          <w:color w:val="000000" w:themeColor="text1"/>
          <w:lang w:val="uk-UA"/>
        </w:rPr>
        <w:t xml:space="preserve"> </w:t>
      </w:r>
      <w:r w:rsidR="00D96A92" w:rsidRPr="00B7305F">
        <w:rPr>
          <w:rFonts w:cs="Times New Roman"/>
          <w:color w:val="000000" w:themeColor="text1"/>
          <w:lang w:val="uk-UA"/>
        </w:rPr>
        <w:t>акторських</w:t>
      </w:r>
      <w:r w:rsidRPr="00B7305F">
        <w:rPr>
          <w:rFonts w:cs="Times New Roman"/>
          <w:color w:val="000000" w:themeColor="text1"/>
          <w:lang w:val="uk-UA"/>
        </w:rPr>
        <w:t xml:space="preserve"> </w:t>
      </w:r>
      <w:r w:rsidR="00D96A92" w:rsidRPr="00B7305F">
        <w:rPr>
          <w:rFonts w:cs="Times New Roman"/>
          <w:color w:val="000000" w:themeColor="text1"/>
          <w:lang w:val="uk-UA"/>
        </w:rPr>
        <w:t>технік,</w:t>
      </w:r>
      <w:r w:rsidRPr="00B7305F">
        <w:rPr>
          <w:rFonts w:cs="Times New Roman"/>
          <w:color w:val="000000" w:themeColor="text1"/>
          <w:lang w:val="uk-UA"/>
        </w:rPr>
        <w:t xml:space="preserve"> </w:t>
      </w:r>
      <w:r w:rsidR="00D96A92" w:rsidRPr="00B7305F">
        <w:rPr>
          <w:rFonts w:cs="Times New Roman"/>
          <w:color w:val="000000" w:themeColor="text1"/>
          <w:lang w:val="uk-UA"/>
        </w:rPr>
        <w:t>що</w:t>
      </w:r>
      <w:r w:rsidRPr="00B7305F">
        <w:rPr>
          <w:rFonts w:cs="Times New Roman"/>
          <w:color w:val="000000" w:themeColor="text1"/>
          <w:lang w:val="uk-UA"/>
        </w:rPr>
        <w:t xml:space="preserve"> </w:t>
      </w:r>
      <w:r w:rsidR="00D96A92" w:rsidRPr="00B7305F">
        <w:rPr>
          <w:rFonts w:cs="Times New Roman"/>
          <w:color w:val="000000" w:themeColor="text1"/>
          <w:lang w:val="uk-UA"/>
        </w:rPr>
        <w:t>стане</w:t>
      </w:r>
      <w:r w:rsidRPr="00B7305F">
        <w:rPr>
          <w:rFonts w:cs="Times New Roman"/>
          <w:color w:val="000000" w:themeColor="text1"/>
          <w:lang w:val="uk-UA"/>
        </w:rPr>
        <w:t xml:space="preserve"> </w:t>
      </w:r>
      <w:r w:rsidR="00D96A92" w:rsidRPr="00B7305F">
        <w:rPr>
          <w:rFonts w:cs="Times New Roman"/>
          <w:color w:val="000000" w:themeColor="text1"/>
          <w:lang w:val="uk-UA"/>
        </w:rPr>
        <w:t>предметом</w:t>
      </w:r>
      <w:r w:rsidRPr="00B7305F">
        <w:rPr>
          <w:rFonts w:cs="Times New Roman"/>
          <w:color w:val="000000" w:themeColor="text1"/>
          <w:lang w:val="uk-UA"/>
        </w:rPr>
        <w:t xml:space="preserve"> </w:t>
      </w:r>
      <w:r w:rsidR="00D96A92" w:rsidRPr="00B7305F">
        <w:rPr>
          <w:rFonts w:cs="Times New Roman"/>
          <w:color w:val="000000" w:themeColor="text1"/>
          <w:lang w:val="uk-UA"/>
        </w:rPr>
        <w:t>другого</w:t>
      </w:r>
      <w:r w:rsidRPr="00B7305F">
        <w:rPr>
          <w:rFonts w:cs="Times New Roman"/>
          <w:color w:val="000000" w:themeColor="text1"/>
          <w:lang w:val="uk-UA"/>
        </w:rPr>
        <w:t xml:space="preserve"> </w:t>
      </w:r>
      <w:r w:rsidR="00D96A92" w:rsidRPr="00B7305F">
        <w:rPr>
          <w:rFonts w:cs="Times New Roman"/>
          <w:color w:val="000000" w:themeColor="text1"/>
          <w:lang w:val="uk-UA"/>
        </w:rPr>
        <w:t>розділу</w:t>
      </w:r>
      <w:r w:rsidRPr="00B7305F">
        <w:rPr>
          <w:rFonts w:cs="Times New Roman"/>
          <w:color w:val="000000" w:themeColor="text1"/>
          <w:lang w:val="uk-UA"/>
        </w:rPr>
        <w:t xml:space="preserve"> </w:t>
      </w:r>
      <w:r w:rsidR="00D96A92" w:rsidRPr="00B7305F">
        <w:rPr>
          <w:rFonts w:cs="Times New Roman"/>
          <w:color w:val="000000" w:themeColor="text1"/>
          <w:lang w:val="uk-UA"/>
        </w:rPr>
        <w:t>магістерського</w:t>
      </w:r>
      <w:r w:rsidRPr="00B7305F">
        <w:rPr>
          <w:rFonts w:cs="Times New Roman"/>
          <w:color w:val="000000" w:themeColor="text1"/>
          <w:lang w:val="uk-UA"/>
        </w:rPr>
        <w:t xml:space="preserve"> </w:t>
      </w:r>
      <w:r w:rsidR="00D96A92" w:rsidRPr="00B7305F">
        <w:rPr>
          <w:rFonts w:cs="Times New Roman"/>
          <w:color w:val="000000" w:themeColor="text1"/>
          <w:lang w:val="uk-UA"/>
        </w:rPr>
        <w:t>дослідження.</w:t>
      </w:r>
    </w:p>
    <w:p w14:paraId="176503B3" w14:textId="77777777" w:rsidR="009D21BD" w:rsidRPr="00B7305F" w:rsidRDefault="009D21BD"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106DBA6C" w14:textId="420A9990" w:rsidR="0010444F" w:rsidRPr="00B7305F" w:rsidRDefault="0010444F"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РОЗДІЛ</w:t>
      </w:r>
      <w:r w:rsidR="00480420" w:rsidRPr="00B7305F">
        <w:rPr>
          <w:rFonts w:cs="Times New Roman"/>
          <w:b/>
          <w:bCs/>
          <w:color w:val="000000" w:themeColor="text1"/>
          <w:lang w:val="uk-UA"/>
        </w:rPr>
        <w:t xml:space="preserve"> </w:t>
      </w:r>
      <w:r w:rsidRPr="00B7305F">
        <w:rPr>
          <w:rFonts w:cs="Times New Roman"/>
          <w:b/>
          <w:bCs/>
          <w:color w:val="000000" w:themeColor="text1"/>
          <w:lang w:val="uk-UA"/>
        </w:rPr>
        <w:t>2.</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ПРАКТИЧНІ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АСПЕКТИ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ВЗАЄМОДІЇ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r w:rsidR="00480420" w:rsidRPr="00B7305F">
        <w:rPr>
          <w:rFonts w:cs="Times New Roman"/>
          <w:b/>
          <w:bCs/>
          <w:color w:val="000000" w:themeColor="text1"/>
          <w:lang w:val="uk-UA"/>
        </w:rPr>
        <w:t xml:space="preserve"> </w:t>
      </w:r>
    </w:p>
    <w:p w14:paraId="5FC61425" w14:textId="57D2C159" w:rsidR="0088316A"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2.1.</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Особливості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умовах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зйомочного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майданчика</w:t>
      </w:r>
    </w:p>
    <w:p w14:paraId="39E9C2A3" w14:textId="63A77767" w:rsidR="009617FF" w:rsidRPr="00B7305F" w:rsidRDefault="00480420"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t xml:space="preserve"> </w:t>
      </w:r>
    </w:p>
    <w:p w14:paraId="278A75F2" w14:textId="66446120"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Вступ:</w:t>
      </w:r>
      <w:r w:rsidR="00480420" w:rsidRPr="00B7305F">
        <w:rPr>
          <w:rFonts w:cs="Times New Roman"/>
          <w:color w:val="000000" w:themeColor="text1"/>
          <w:lang w:val="uk-UA"/>
        </w:rPr>
        <w:t xml:space="preserve"> </w:t>
      </w:r>
      <w:r w:rsidRPr="00B7305F">
        <w:rPr>
          <w:rFonts w:cs="Times New Roman"/>
          <w:color w:val="000000" w:themeColor="text1"/>
          <w:lang w:val="uk-UA"/>
        </w:rPr>
        <w:t>два</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дві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працюючи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спосіб</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існування</w:t>
      </w:r>
      <w:r w:rsidR="00480420" w:rsidRPr="00B7305F">
        <w:rPr>
          <w:rFonts w:cs="Times New Roman"/>
          <w:color w:val="000000" w:themeColor="text1"/>
          <w:lang w:val="uk-UA"/>
        </w:rPr>
        <w:t xml:space="preserve"> </w:t>
      </w:r>
      <w:r w:rsidRPr="00B7305F">
        <w:rPr>
          <w:rFonts w:cs="Times New Roman"/>
          <w:color w:val="000000" w:themeColor="text1"/>
          <w:lang w:val="uk-UA"/>
        </w:rPr>
        <w:t>образу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часу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технічних</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Хоча</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фундаментальна</w:t>
      </w:r>
      <w:r w:rsidR="00480420" w:rsidRPr="00B7305F">
        <w:rPr>
          <w:rFonts w:cs="Times New Roman"/>
          <w:color w:val="000000" w:themeColor="text1"/>
          <w:lang w:val="uk-UA"/>
        </w:rPr>
        <w:t xml:space="preserve"> </w:t>
      </w:r>
      <w:r w:rsidRPr="00B7305F">
        <w:rPr>
          <w:rFonts w:cs="Times New Roman"/>
          <w:color w:val="000000" w:themeColor="text1"/>
          <w:lang w:val="uk-UA"/>
        </w:rPr>
        <w:t>суть</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переживати,</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трансформувати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зберігаючи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правду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залишається</w:t>
      </w:r>
      <w:r w:rsidR="00480420" w:rsidRPr="00B7305F">
        <w:rPr>
          <w:rFonts w:cs="Times New Roman"/>
          <w:color w:val="000000" w:themeColor="text1"/>
          <w:lang w:val="uk-UA"/>
        </w:rPr>
        <w:t xml:space="preserve"> </w:t>
      </w:r>
      <w:r w:rsidRPr="00B7305F">
        <w:rPr>
          <w:rFonts w:cs="Times New Roman"/>
          <w:color w:val="000000" w:themeColor="text1"/>
          <w:lang w:val="uk-UA"/>
        </w:rPr>
        <w:t>спільною,</w:t>
      </w:r>
      <w:r w:rsidR="00480420" w:rsidRPr="00B7305F">
        <w:rPr>
          <w:rFonts w:cs="Times New Roman"/>
          <w:color w:val="000000" w:themeColor="text1"/>
          <w:lang w:val="uk-UA"/>
        </w:rPr>
        <w:t xml:space="preserve"> </w:t>
      </w:r>
      <w:r w:rsidRPr="00B7305F">
        <w:rPr>
          <w:rFonts w:cs="Times New Roman"/>
          <w:color w:val="000000" w:themeColor="text1"/>
          <w:lang w:val="uk-UA"/>
        </w:rPr>
        <w:t>умови</w:t>
      </w:r>
      <w:r w:rsidR="00480420" w:rsidRPr="00B7305F">
        <w:rPr>
          <w:rFonts w:cs="Times New Roman"/>
          <w:color w:val="000000" w:themeColor="text1"/>
          <w:lang w:val="uk-UA"/>
        </w:rPr>
        <w:t xml:space="preserve"> </w:t>
      </w:r>
      <w:r w:rsidRPr="00B7305F">
        <w:rPr>
          <w:rFonts w:cs="Times New Roman"/>
          <w:color w:val="000000" w:themeColor="text1"/>
          <w:lang w:val="uk-UA"/>
        </w:rPr>
        <w:t>«реалізації»</w:t>
      </w:r>
      <w:r w:rsidR="00480420" w:rsidRPr="00B7305F">
        <w:rPr>
          <w:rFonts w:cs="Times New Roman"/>
          <w:color w:val="000000" w:themeColor="text1"/>
          <w:lang w:val="uk-UA"/>
        </w:rPr>
        <w:t xml:space="preserve"> </w:t>
      </w:r>
      <w:r w:rsidRPr="00B7305F">
        <w:rPr>
          <w:rFonts w:cs="Times New Roman"/>
          <w:color w:val="000000" w:themeColor="text1"/>
          <w:lang w:val="uk-UA"/>
        </w:rPr>
        <w:t>цієї</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радикально</w:t>
      </w:r>
      <w:r w:rsidR="00480420" w:rsidRPr="00B7305F">
        <w:rPr>
          <w:rFonts w:cs="Times New Roman"/>
          <w:color w:val="000000" w:themeColor="text1"/>
          <w:lang w:val="uk-UA"/>
        </w:rPr>
        <w:t xml:space="preserve"> </w:t>
      </w:r>
      <w:r w:rsidRPr="00B7305F">
        <w:rPr>
          <w:rFonts w:cs="Times New Roman"/>
          <w:color w:val="000000" w:themeColor="text1"/>
          <w:lang w:val="uk-UA"/>
        </w:rPr>
        <w:t>відрізняються.</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відмінності</w:t>
      </w:r>
      <w:r w:rsidR="00480420" w:rsidRPr="00B7305F">
        <w:rPr>
          <w:rFonts w:cs="Times New Roman"/>
          <w:color w:val="000000" w:themeColor="text1"/>
          <w:lang w:val="uk-UA"/>
        </w:rPr>
        <w:t xml:space="preserve"> </w:t>
      </w:r>
      <w:r w:rsidRPr="00B7305F">
        <w:rPr>
          <w:rFonts w:cs="Times New Roman"/>
          <w:color w:val="000000" w:themeColor="text1"/>
          <w:lang w:val="uk-UA"/>
        </w:rPr>
        <w:t>формують</w:t>
      </w:r>
      <w:r w:rsidR="00480420" w:rsidRPr="00B7305F">
        <w:rPr>
          <w:rFonts w:cs="Times New Roman"/>
          <w:color w:val="000000" w:themeColor="text1"/>
          <w:lang w:val="uk-UA"/>
        </w:rPr>
        <w:t xml:space="preserve"> </w:t>
      </w:r>
      <w:r w:rsidRPr="00B7305F">
        <w:rPr>
          <w:rFonts w:cs="Times New Roman"/>
          <w:color w:val="000000" w:themeColor="text1"/>
          <w:lang w:val="uk-UA"/>
        </w:rPr>
        <w:t>особливі</w:t>
      </w:r>
      <w:r w:rsidR="00480420" w:rsidRPr="00B7305F">
        <w:rPr>
          <w:rFonts w:cs="Times New Roman"/>
          <w:color w:val="000000" w:themeColor="text1"/>
          <w:lang w:val="uk-UA"/>
        </w:rPr>
        <w:t xml:space="preserve"> </w:t>
      </w:r>
      <w:r w:rsidRPr="00B7305F">
        <w:rPr>
          <w:rFonts w:cs="Times New Roman"/>
          <w:color w:val="000000" w:themeColor="text1"/>
          <w:lang w:val="uk-UA"/>
        </w:rPr>
        <w:t>вимоги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голосу,</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концентрації,</w:t>
      </w:r>
      <w:r w:rsidR="00480420" w:rsidRPr="00B7305F">
        <w:rPr>
          <w:rFonts w:cs="Times New Roman"/>
          <w:color w:val="000000" w:themeColor="text1"/>
          <w:lang w:val="uk-UA"/>
        </w:rPr>
        <w:t xml:space="preserve"> </w:t>
      </w:r>
      <w:r w:rsidRPr="00B7305F">
        <w:rPr>
          <w:rFonts w:cs="Times New Roman"/>
          <w:color w:val="000000" w:themeColor="text1"/>
          <w:lang w:val="uk-UA"/>
        </w:rPr>
        <w:t>уяви,</w:t>
      </w:r>
      <w:r w:rsidR="00480420" w:rsidRPr="00B7305F">
        <w:rPr>
          <w:rFonts w:cs="Times New Roman"/>
          <w:color w:val="000000" w:themeColor="text1"/>
          <w:lang w:val="uk-UA"/>
        </w:rPr>
        <w:t xml:space="preserve"> </w:t>
      </w:r>
      <w:r w:rsidRPr="00B7305F">
        <w:rPr>
          <w:rFonts w:cs="Times New Roman"/>
          <w:color w:val="000000" w:themeColor="text1"/>
          <w:lang w:val="uk-UA"/>
        </w:rPr>
        <w:t>реагування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технічні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Нижче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детальний</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основних</w:t>
      </w:r>
      <w:r w:rsidR="00480420" w:rsidRPr="00B7305F">
        <w:rPr>
          <w:rFonts w:cs="Times New Roman"/>
          <w:color w:val="000000" w:themeColor="text1"/>
          <w:lang w:val="uk-UA"/>
        </w:rPr>
        <w:t xml:space="preserve"> </w:t>
      </w:r>
      <w:r w:rsidRPr="00B7305F">
        <w:rPr>
          <w:rFonts w:cs="Times New Roman"/>
          <w:color w:val="000000" w:themeColor="text1"/>
          <w:lang w:val="uk-UA"/>
        </w:rPr>
        <w:t>відмінностей,</w:t>
      </w:r>
      <w:r w:rsidR="00480420" w:rsidRPr="00B7305F">
        <w:rPr>
          <w:rFonts w:cs="Times New Roman"/>
          <w:color w:val="000000" w:themeColor="text1"/>
          <w:lang w:val="uk-UA"/>
        </w:rPr>
        <w:t xml:space="preserve"> </w:t>
      </w:r>
      <w:r w:rsidR="0010444F"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вказівками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мусить</w:t>
      </w:r>
      <w:r w:rsidR="00480420" w:rsidRPr="00B7305F">
        <w:rPr>
          <w:rFonts w:cs="Times New Roman"/>
          <w:color w:val="000000" w:themeColor="text1"/>
          <w:lang w:val="uk-UA"/>
        </w:rPr>
        <w:t xml:space="preserve"> </w:t>
      </w:r>
      <w:r w:rsidRPr="00B7305F">
        <w:rPr>
          <w:rFonts w:cs="Times New Roman"/>
          <w:color w:val="000000" w:themeColor="text1"/>
          <w:lang w:val="uk-UA"/>
        </w:rPr>
        <w:t>адаптувати</w:t>
      </w:r>
      <w:r w:rsidR="00480420" w:rsidRPr="00B7305F">
        <w:rPr>
          <w:rFonts w:cs="Times New Roman"/>
          <w:color w:val="000000" w:themeColor="text1"/>
          <w:lang w:val="uk-UA"/>
        </w:rPr>
        <w:t xml:space="preserve"> </w:t>
      </w:r>
      <w:r w:rsidRPr="00B7305F">
        <w:rPr>
          <w:rFonts w:cs="Times New Roman"/>
          <w:color w:val="000000" w:themeColor="text1"/>
          <w:lang w:val="uk-UA"/>
        </w:rPr>
        <w:t>свою</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кожного</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майданчиків.</w:t>
      </w:r>
      <w:r w:rsidR="00480420" w:rsidRPr="00B7305F">
        <w:rPr>
          <w:rFonts w:cs="Times New Roman"/>
          <w:color w:val="000000" w:themeColor="text1"/>
          <w:lang w:val="uk-UA"/>
        </w:rPr>
        <w:t xml:space="preserve"> </w:t>
      </w:r>
    </w:p>
    <w:p w14:paraId="7BECFE1C" w14:textId="5439A538" w:rsidR="00303754" w:rsidRPr="00B7305F" w:rsidRDefault="00414270" w:rsidP="00414270">
      <w:pPr>
        <w:spacing w:after="0"/>
        <w:jc w:val="both"/>
        <w:rPr>
          <w:rFonts w:cs="Times New Roman"/>
          <w:color w:val="000000" w:themeColor="text1"/>
          <w:lang w:val="uk-UA"/>
        </w:rPr>
      </w:pPr>
      <w:r w:rsidRPr="00B7305F">
        <w:rPr>
          <w:rFonts w:cs="Times New Roman"/>
          <w:color w:val="000000" w:themeColor="text1"/>
          <w:lang w:val="uk-UA"/>
        </w:rPr>
        <w:t>1.Просторові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глядацькі</w:t>
      </w:r>
      <w:r w:rsidR="00480420" w:rsidRPr="00B7305F">
        <w:rPr>
          <w:rFonts w:cs="Times New Roman"/>
          <w:color w:val="000000" w:themeColor="text1"/>
          <w:lang w:val="uk-UA"/>
        </w:rPr>
        <w:t xml:space="preserve"> </w:t>
      </w:r>
      <w:r w:rsidRPr="00B7305F">
        <w:rPr>
          <w:rFonts w:cs="Times New Roman"/>
          <w:color w:val="000000" w:themeColor="text1"/>
          <w:lang w:val="uk-UA"/>
        </w:rPr>
        <w:t>умови:</w:t>
      </w:r>
      <w:r w:rsidR="00480420" w:rsidRPr="00B7305F">
        <w:rPr>
          <w:rFonts w:cs="Times New Roman"/>
          <w:color w:val="000000" w:themeColor="text1"/>
          <w:lang w:val="uk-UA"/>
        </w:rPr>
        <w:t xml:space="preserve"> </w:t>
      </w:r>
      <w:r w:rsidRPr="00B7305F">
        <w:rPr>
          <w:rFonts w:cs="Times New Roman"/>
          <w:color w:val="000000" w:themeColor="text1"/>
          <w:lang w:val="uk-UA"/>
        </w:rPr>
        <w:t>дистанція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«розмір»</w:t>
      </w:r>
      <w:r w:rsidR="00480420" w:rsidRPr="00B7305F">
        <w:rPr>
          <w:rFonts w:cs="Times New Roman"/>
          <w:color w:val="000000" w:themeColor="text1"/>
          <w:lang w:val="uk-UA"/>
        </w:rPr>
        <w:t xml:space="preserve"> </w:t>
      </w:r>
      <w:r w:rsidRPr="00B7305F">
        <w:rPr>
          <w:rFonts w:cs="Times New Roman"/>
          <w:color w:val="000000" w:themeColor="text1"/>
          <w:lang w:val="uk-UA"/>
        </w:rPr>
        <w:t>дії</w:t>
      </w:r>
    </w:p>
    <w:p w14:paraId="5232E8A4" w14:textId="062ABE5C" w:rsidR="0010444F"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Театральне поле У театрі між актором і глядачем існує значна прост</w:t>
      </w:r>
      <w:r w:rsidR="00414270" w:rsidRPr="00B7305F">
        <w:rPr>
          <w:rFonts w:cs="Times New Roman"/>
          <w:color w:val="000000" w:themeColor="text1"/>
          <w:lang w:val="uk-UA"/>
        </w:rPr>
        <w:t>о</w:t>
      </w:r>
      <w:r w:rsidRPr="00B7305F">
        <w:rPr>
          <w:rFonts w:cs="Times New Roman"/>
          <w:color w:val="000000" w:themeColor="text1"/>
          <w:lang w:val="uk-UA"/>
        </w:rPr>
        <w:t>р</w:t>
      </w:r>
      <w:r w:rsidR="00414270" w:rsidRPr="00B7305F">
        <w:rPr>
          <w:rFonts w:cs="Times New Roman"/>
          <w:color w:val="000000" w:themeColor="text1"/>
          <w:lang w:val="uk-UA"/>
        </w:rPr>
        <w:t>ов</w:t>
      </w:r>
      <w:r w:rsidRPr="00B7305F">
        <w:rPr>
          <w:rFonts w:cs="Times New Roman"/>
          <w:color w:val="000000" w:themeColor="text1"/>
          <w:lang w:val="uk-UA"/>
        </w:rPr>
        <w:t>а дистанція — від першого ряду до останнього балкону. Це означає, що нюанси мімічної гри, тонкі рухи або приглушений голос часто губляться. Тому театральна акторська дія вимушена бути більш широкою, виразною: жести, пози, інтонації — усе це має бути достатньо «великим», щоб бути сприйнятим на відстані. Наприклад, актор на сцені може повертати тіло, здійснювати великі рухи руками, використовувати відкриту постановку — усе це створює «масштаб» дії. На сцені часто використовують акцентовану артикуляцію, підняття голосу, інтонаційно виразні паузи. Кінематографічне поле У кіно ж глядач наближається до обличчя актора через крупні плани, середні плани, крупно</w:t>
      </w:r>
      <w:r w:rsidR="00414270" w:rsidRPr="00B7305F">
        <w:rPr>
          <w:rFonts w:cs="Times New Roman"/>
          <w:color w:val="000000" w:themeColor="text1"/>
          <w:lang w:val="uk-UA"/>
        </w:rPr>
        <w:t>-</w:t>
      </w:r>
      <w:r w:rsidRPr="00B7305F">
        <w:rPr>
          <w:rFonts w:cs="Times New Roman"/>
          <w:color w:val="000000" w:themeColor="text1"/>
          <w:lang w:val="uk-UA"/>
        </w:rPr>
        <w:t>середні кадри. Тому суттєвість гри часто криється в тонкому: кінематограф «зчитує» найменші зміни виразу — рух очей, напруження кута губи, найслабший інсинуаційний м’яз. У цьому випадку надмірна зовнішня виразність сприймається як нещирість або «перегр</w:t>
      </w:r>
      <w:r w:rsidR="00414270" w:rsidRPr="00B7305F">
        <w:rPr>
          <w:rFonts w:cs="Times New Roman"/>
          <w:color w:val="000000" w:themeColor="text1"/>
          <w:lang w:val="uk-UA"/>
        </w:rPr>
        <w:t>а</w:t>
      </w:r>
      <w:r w:rsidRPr="00B7305F">
        <w:rPr>
          <w:rFonts w:cs="Times New Roman"/>
          <w:color w:val="000000" w:themeColor="text1"/>
          <w:lang w:val="uk-UA"/>
        </w:rPr>
        <w:t xml:space="preserve">вання». Актор </w:t>
      </w:r>
      <w:r w:rsidRPr="00B7305F">
        <w:rPr>
          <w:rFonts w:cs="Times New Roman"/>
          <w:color w:val="000000" w:themeColor="text1"/>
          <w:lang w:val="uk-UA"/>
        </w:rPr>
        <w:lastRenderedPageBreak/>
        <w:t xml:space="preserve">зобов’язаний знаходити внутрішній ресурс — роботу із думкою, реакцію миттєвого внутрішнього імпульсу, який може проявитися ледь помітно. </w:t>
      </w:r>
    </w:p>
    <w:p w14:paraId="409BD395" w14:textId="74E4F229"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2.</w:t>
      </w:r>
      <w:r w:rsidR="00480420" w:rsidRPr="00B7305F">
        <w:rPr>
          <w:rFonts w:cs="Times New Roman"/>
          <w:color w:val="000000" w:themeColor="text1"/>
          <w:lang w:val="uk-UA"/>
        </w:rPr>
        <w:t xml:space="preserve"> </w:t>
      </w:r>
      <w:r w:rsidRPr="00B7305F">
        <w:rPr>
          <w:rFonts w:cs="Times New Roman"/>
          <w:color w:val="000000" w:themeColor="text1"/>
          <w:lang w:val="uk-UA"/>
        </w:rPr>
        <w:t>Хронологія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00612E">
        <w:rPr>
          <w:rFonts w:cs="Times New Roman"/>
          <w:color w:val="000000" w:themeColor="text1"/>
          <w:lang w:val="uk-UA"/>
        </w:rPr>
        <w:t>дії</w:t>
      </w:r>
      <w:r w:rsidR="00480420" w:rsidRPr="0000612E">
        <w:rPr>
          <w:rFonts w:cs="Times New Roman"/>
          <w:color w:val="000000" w:themeColor="text1"/>
          <w:lang w:val="uk-UA"/>
        </w:rPr>
        <w:t xml:space="preserve"> </w:t>
      </w:r>
      <w:r w:rsidR="008005EB" w:rsidRPr="0000612E">
        <w:rPr>
          <w:rFonts w:cs="Times New Roman"/>
          <w:color w:val="000000" w:themeColor="text1"/>
          <w:lang w:val="uk-UA"/>
        </w:rPr>
        <w:t xml:space="preserve"> </w:t>
      </w:r>
      <w:r w:rsidR="0000612E">
        <w:rPr>
          <w:rFonts w:cs="Times New Roman"/>
          <w:color w:val="000000" w:themeColor="text1"/>
          <w:lang w:val="uk-UA"/>
        </w:rPr>
        <w:t xml:space="preserve">та </w:t>
      </w:r>
      <w:r w:rsidRPr="0000612E">
        <w:rPr>
          <w:rFonts w:cs="Times New Roman"/>
          <w:color w:val="000000" w:themeColor="text1"/>
          <w:lang w:val="uk-UA"/>
        </w:rPr>
        <w:t>монтажність</w:t>
      </w:r>
      <w:r w:rsidR="00480420" w:rsidRPr="0000612E">
        <w:rPr>
          <w:rFonts w:cs="Times New Roman"/>
          <w:color w:val="000000" w:themeColor="text1"/>
          <w:lang w:val="uk-UA"/>
        </w:rPr>
        <w:t xml:space="preserve"> </w:t>
      </w:r>
      <w:r w:rsidRPr="0000612E">
        <w:rPr>
          <w:rFonts w:cs="Times New Roman"/>
          <w:color w:val="000000" w:themeColor="text1"/>
          <w:lang w:val="uk-UA"/>
        </w:rPr>
        <w:t>кіно</w:t>
      </w:r>
      <w:r w:rsidR="0000612E">
        <w:rPr>
          <w:rFonts w:cs="Times New Roman"/>
          <w:color w:val="000000" w:themeColor="text1"/>
          <w:lang w:val="uk-UA"/>
        </w:rPr>
        <w:t xml:space="preserve"> і</w:t>
      </w:r>
      <w:r w:rsidR="00480420" w:rsidRPr="0000612E">
        <w:rPr>
          <w:rFonts w:cs="Times New Roman"/>
          <w:color w:val="000000" w:themeColor="text1"/>
          <w:lang w:val="uk-UA"/>
        </w:rPr>
        <w:t xml:space="preserve"> </w:t>
      </w:r>
      <w:r w:rsidR="0000612E">
        <w:rPr>
          <w:rFonts w:cs="Times New Roman"/>
          <w:color w:val="000000" w:themeColor="text1"/>
          <w:lang w:val="uk-UA"/>
        </w:rPr>
        <w:t>т</w:t>
      </w:r>
      <w:r w:rsidRPr="0000612E">
        <w:rPr>
          <w:rFonts w:cs="Times New Roman"/>
          <w:color w:val="000000" w:themeColor="text1"/>
          <w:lang w:val="uk-UA"/>
        </w:rPr>
        <w:t>еатр</w:t>
      </w:r>
      <w:r w:rsidR="0000612E">
        <w:rPr>
          <w:rFonts w:cs="Times New Roman"/>
          <w:color w:val="000000" w:themeColor="text1"/>
          <w:lang w:val="uk-UA"/>
        </w:rPr>
        <w:t>у</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лінійність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«жива</w:t>
      </w:r>
      <w:r w:rsidR="00480420" w:rsidRPr="00B7305F">
        <w:rPr>
          <w:rFonts w:cs="Times New Roman"/>
          <w:color w:val="000000" w:themeColor="text1"/>
          <w:lang w:val="uk-UA"/>
        </w:rPr>
        <w:t xml:space="preserve"> </w:t>
      </w:r>
      <w:r w:rsidRPr="00B7305F">
        <w:rPr>
          <w:rFonts w:cs="Times New Roman"/>
          <w:color w:val="000000" w:themeColor="text1"/>
          <w:lang w:val="uk-UA"/>
        </w:rPr>
        <w:t>нитк</w:t>
      </w:r>
      <w:r w:rsidR="00AA6398">
        <w:rPr>
          <w:rFonts w:cs="Times New Roman"/>
          <w:color w:val="000000" w:themeColor="text1"/>
          <w:lang w:val="uk-UA"/>
        </w:rPr>
        <w:t>а</w:t>
      </w:r>
      <w:r w:rsidR="00AA6398" w:rsidRPr="00AA6398">
        <w:rPr>
          <w:rFonts w:cs="Times New Roman"/>
          <w:color w:val="000000" w:themeColor="text1"/>
          <w:lang w:val="uk-UA"/>
        </w:rPr>
        <w:t xml:space="preserve"> </w:t>
      </w:r>
      <w:r w:rsidR="00AA6398" w:rsidRPr="003143B7">
        <w:rPr>
          <w:rFonts w:cs="Times New Roman"/>
          <w:lang w:val="uk-UA"/>
        </w:rPr>
        <w:t>[</w:t>
      </w:r>
      <w:r w:rsidR="003143B7" w:rsidRPr="003143B7">
        <w:rPr>
          <w:rFonts w:cs="Times New Roman"/>
          <w:lang w:val="uk-UA"/>
        </w:rPr>
        <w:t>27</w:t>
      </w:r>
      <w:r w:rsidR="00AA6398" w:rsidRPr="003143B7">
        <w:rPr>
          <w:rFonts w:cs="Times New Roman"/>
          <w:lang w:val="uk-UA"/>
        </w:rPr>
        <w:t>,</w:t>
      </w:r>
      <w:r w:rsidR="00AA6398" w:rsidRPr="003143B7">
        <w:rPr>
          <w:rFonts w:cs="Times New Roman"/>
        </w:rPr>
        <w:t>c</w:t>
      </w:r>
      <w:r w:rsidR="00AA6398" w:rsidRPr="003143B7">
        <w:rPr>
          <w:rFonts w:cs="Times New Roman"/>
          <w:lang w:val="uk-UA"/>
        </w:rPr>
        <w:t>.</w:t>
      </w:r>
      <w:r w:rsidR="003143B7" w:rsidRPr="003143B7">
        <w:rPr>
          <w:rFonts w:cs="Times New Roman"/>
          <w:lang w:val="uk-UA"/>
        </w:rPr>
        <w:t>65</w:t>
      </w:r>
      <w:r w:rsidR="00AA6398" w:rsidRPr="003143B7">
        <w:rPr>
          <w:rFonts w:cs="Times New Roman"/>
          <w:lang w:val="uk-UA"/>
        </w:rPr>
        <w:t>]</w:t>
      </w:r>
      <w:r w:rsidRPr="003143B7">
        <w:rPr>
          <w:rFonts w:cs="Times New Roman"/>
          <w:lang w:val="uk-UA"/>
        </w:rPr>
        <w:t>»</w:t>
      </w:r>
      <w:r w:rsidR="00AA6398" w:rsidRPr="003143B7">
        <w:rPr>
          <w:rFonts w:cs="Times New Roman"/>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театральному</w:t>
      </w:r>
      <w:r w:rsidR="00480420" w:rsidRPr="00B7305F">
        <w:rPr>
          <w:rFonts w:cs="Times New Roman"/>
          <w:color w:val="000000" w:themeColor="text1"/>
          <w:lang w:val="uk-UA"/>
        </w:rPr>
        <w:t xml:space="preserve"> </w:t>
      </w:r>
      <w:r w:rsidRPr="00B7305F">
        <w:rPr>
          <w:rFonts w:cs="Times New Roman"/>
          <w:color w:val="000000" w:themeColor="text1"/>
          <w:lang w:val="uk-UA"/>
        </w:rPr>
        <w:t>виконанні</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хронологічну</w:t>
      </w:r>
      <w:r w:rsidR="00480420" w:rsidRPr="00B7305F">
        <w:rPr>
          <w:rFonts w:cs="Times New Roman"/>
          <w:color w:val="000000" w:themeColor="text1"/>
          <w:lang w:val="uk-UA"/>
        </w:rPr>
        <w:t xml:space="preserve"> </w:t>
      </w:r>
      <w:r w:rsidRPr="00B7305F">
        <w:rPr>
          <w:rFonts w:cs="Times New Roman"/>
          <w:color w:val="000000" w:themeColor="text1"/>
          <w:lang w:val="uk-UA"/>
        </w:rPr>
        <w:t>лінійність:</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початку</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кінця</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проживає</w:t>
      </w:r>
      <w:r w:rsidR="00480420" w:rsidRPr="00B7305F">
        <w:rPr>
          <w:rFonts w:cs="Times New Roman"/>
          <w:color w:val="000000" w:themeColor="text1"/>
          <w:lang w:val="uk-UA"/>
        </w:rPr>
        <w:t xml:space="preserve"> </w:t>
      </w:r>
      <w:r w:rsidRPr="00B7305F">
        <w:rPr>
          <w:rFonts w:cs="Times New Roman"/>
          <w:color w:val="000000" w:themeColor="text1"/>
          <w:lang w:val="uk-UA"/>
        </w:rPr>
        <w:t>емоційний,</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психологічний</w:t>
      </w:r>
      <w:r w:rsidR="00480420" w:rsidRPr="00B7305F">
        <w:rPr>
          <w:rFonts w:cs="Times New Roman"/>
          <w:color w:val="000000" w:themeColor="text1"/>
          <w:lang w:val="uk-UA"/>
        </w:rPr>
        <w:t xml:space="preserve"> </w:t>
      </w:r>
      <w:r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поступово,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єдиному</w:t>
      </w:r>
      <w:r w:rsidR="00480420" w:rsidRPr="00B7305F">
        <w:rPr>
          <w:rFonts w:cs="Times New Roman"/>
          <w:color w:val="000000" w:themeColor="text1"/>
          <w:lang w:val="uk-UA"/>
        </w:rPr>
        <w:t xml:space="preserve"> </w:t>
      </w:r>
      <w:r w:rsidRPr="00B7305F">
        <w:rPr>
          <w:rFonts w:cs="Times New Roman"/>
          <w:color w:val="000000" w:themeColor="text1"/>
          <w:lang w:val="uk-UA"/>
        </w:rPr>
        <w:t>потоці,</w:t>
      </w:r>
      <w:r w:rsidR="00480420" w:rsidRPr="00B7305F">
        <w:rPr>
          <w:rFonts w:cs="Times New Roman"/>
          <w:color w:val="000000" w:themeColor="text1"/>
          <w:lang w:val="uk-UA"/>
        </w:rPr>
        <w:t xml:space="preserve"> </w:t>
      </w:r>
      <w:r w:rsidRPr="00B7305F">
        <w:rPr>
          <w:rFonts w:cs="Times New Roman"/>
          <w:color w:val="000000" w:themeColor="text1"/>
          <w:lang w:val="uk-UA"/>
        </w:rPr>
        <w:t>підтримуючи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енергетичний</w:t>
      </w:r>
      <w:r w:rsidR="00480420" w:rsidRPr="00B7305F">
        <w:rPr>
          <w:rFonts w:cs="Times New Roman"/>
          <w:color w:val="000000" w:themeColor="text1"/>
          <w:lang w:val="uk-UA"/>
        </w:rPr>
        <w:t xml:space="preserve"> </w:t>
      </w:r>
      <w:r w:rsidRPr="00B7305F">
        <w:rPr>
          <w:rFonts w:cs="Times New Roman"/>
          <w:color w:val="000000" w:themeColor="text1"/>
          <w:lang w:val="uk-UA"/>
        </w:rPr>
        <w:t>пульс.</w:t>
      </w:r>
      <w:r w:rsidR="00480420" w:rsidRPr="00B7305F">
        <w:rPr>
          <w:rFonts w:cs="Times New Roman"/>
          <w:color w:val="000000" w:themeColor="text1"/>
          <w:lang w:val="uk-UA"/>
        </w:rPr>
        <w:t xml:space="preserve"> </w:t>
      </w:r>
      <w:r w:rsidRPr="00B7305F">
        <w:rPr>
          <w:rFonts w:cs="Times New Roman"/>
          <w:color w:val="000000" w:themeColor="text1"/>
          <w:lang w:val="uk-UA"/>
        </w:rPr>
        <w:t>Найменша</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емоційній</w:t>
      </w:r>
      <w:r w:rsidR="00480420" w:rsidRPr="00B7305F">
        <w:rPr>
          <w:rFonts w:cs="Times New Roman"/>
          <w:color w:val="000000" w:themeColor="text1"/>
          <w:lang w:val="uk-UA"/>
        </w:rPr>
        <w:t xml:space="preserve"> </w:t>
      </w:r>
      <w:r w:rsidRPr="00B7305F">
        <w:rPr>
          <w:rFonts w:cs="Times New Roman"/>
          <w:color w:val="000000" w:themeColor="text1"/>
          <w:lang w:val="uk-UA"/>
        </w:rPr>
        <w:t>кривій</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партнером</w:t>
      </w:r>
      <w:r w:rsidR="00480420" w:rsidRPr="00B7305F">
        <w:rPr>
          <w:rFonts w:cs="Times New Roman"/>
          <w:color w:val="000000" w:themeColor="text1"/>
          <w:lang w:val="uk-UA"/>
        </w:rPr>
        <w:t xml:space="preserve"> </w:t>
      </w:r>
      <w:r w:rsidRPr="0000612E">
        <w:rPr>
          <w:rFonts w:cs="Times New Roman"/>
          <w:color w:val="000000" w:themeColor="text1"/>
          <w:lang w:val="uk-UA"/>
        </w:rPr>
        <w:t>впливає</w:t>
      </w:r>
      <w:r w:rsidR="00480420" w:rsidRPr="0000612E">
        <w:rPr>
          <w:rFonts w:cs="Times New Roman"/>
          <w:color w:val="000000" w:themeColor="text1"/>
          <w:lang w:val="uk-UA"/>
        </w:rPr>
        <w:t xml:space="preserve"> </w:t>
      </w:r>
      <w:r w:rsidRPr="0000612E">
        <w:rPr>
          <w:rFonts w:cs="Times New Roman"/>
          <w:color w:val="000000" w:themeColor="text1"/>
          <w:lang w:val="uk-UA"/>
        </w:rPr>
        <w:t>на</w:t>
      </w:r>
      <w:r w:rsidR="00480420" w:rsidRPr="0000612E">
        <w:rPr>
          <w:rFonts w:cs="Times New Roman"/>
          <w:color w:val="000000" w:themeColor="text1"/>
          <w:lang w:val="uk-UA"/>
        </w:rPr>
        <w:t xml:space="preserve"> </w:t>
      </w:r>
      <w:r w:rsidRPr="0000612E">
        <w:rPr>
          <w:rFonts w:cs="Times New Roman"/>
          <w:color w:val="000000" w:themeColor="text1"/>
          <w:lang w:val="uk-UA"/>
        </w:rPr>
        <w:t>подальшу</w:t>
      </w:r>
      <w:r w:rsidR="00480420" w:rsidRPr="0000612E">
        <w:rPr>
          <w:rFonts w:cs="Times New Roman"/>
          <w:color w:val="000000" w:themeColor="text1"/>
          <w:lang w:val="uk-UA"/>
        </w:rPr>
        <w:t xml:space="preserve"> </w:t>
      </w:r>
      <w:r w:rsidRPr="0000612E">
        <w:rPr>
          <w:rFonts w:cs="Times New Roman"/>
          <w:color w:val="000000" w:themeColor="text1"/>
          <w:lang w:val="uk-UA"/>
        </w:rPr>
        <w:t>сцену.</w:t>
      </w:r>
      <w:r w:rsidR="00480420" w:rsidRPr="0000612E">
        <w:rPr>
          <w:rFonts w:cs="Times New Roman"/>
          <w:color w:val="000000" w:themeColor="text1"/>
          <w:lang w:val="uk-UA"/>
        </w:rPr>
        <w:t xml:space="preserve"> </w:t>
      </w:r>
      <w:r w:rsidRPr="0000612E">
        <w:rPr>
          <w:rFonts w:cs="Times New Roman"/>
          <w:color w:val="000000" w:themeColor="text1"/>
          <w:lang w:val="uk-UA"/>
        </w:rPr>
        <w:t>Це</w:t>
      </w:r>
      <w:r w:rsidR="00480420" w:rsidRPr="0000612E">
        <w:rPr>
          <w:rFonts w:cs="Times New Roman"/>
          <w:color w:val="000000" w:themeColor="text1"/>
          <w:lang w:val="uk-UA"/>
        </w:rPr>
        <w:t xml:space="preserve"> </w:t>
      </w:r>
      <w:r w:rsidRPr="0000612E">
        <w:rPr>
          <w:rFonts w:cs="Times New Roman"/>
          <w:color w:val="000000" w:themeColor="text1"/>
          <w:lang w:val="uk-UA"/>
        </w:rPr>
        <w:t>забезпечує</w:t>
      </w:r>
      <w:r w:rsidR="00480420" w:rsidRPr="0000612E">
        <w:rPr>
          <w:rFonts w:cs="Times New Roman"/>
          <w:color w:val="000000" w:themeColor="text1"/>
          <w:lang w:val="uk-UA"/>
        </w:rPr>
        <w:t xml:space="preserve"> </w:t>
      </w:r>
      <w:r w:rsidRPr="0000612E">
        <w:rPr>
          <w:rFonts w:cs="Times New Roman"/>
          <w:color w:val="000000" w:themeColor="text1"/>
          <w:lang w:val="uk-UA"/>
        </w:rPr>
        <w:t>вплив</w:t>
      </w:r>
      <w:r w:rsidR="00480420" w:rsidRPr="0000612E">
        <w:rPr>
          <w:rFonts w:cs="Times New Roman"/>
          <w:color w:val="000000" w:themeColor="text1"/>
          <w:lang w:val="uk-UA"/>
        </w:rPr>
        <w:t xml:space="preserve"> </w:t>
      </w:r>
      <w:r w:rsidRPr="0000612E">
        <w:rPr>
          <w:rFonts w:cs="Times New Roman"/>
          <w:color w:val="000000" w:themeColor="text1"/>
          <w:lang w:val="uk-UA"/>
        </w:rPr>
        <w:t>«внутрішньої</w:t>
      </w:r>
      <w:r w:rsidR="00480420" w:rsidRPr="0000612E">
        <w:rPr>
          <w:rFonts w:cs="Times New Roman"/>
          <w:color w:val="000000" w:themeColor="text1"/>
          <w:lang w:val="uk-UA"/>
        </w:rPr>
        <w:t xml:space="preserve"> </w:t>
      </w:r>
      <w:r w:rsidRPr="0000612E">
        <w:rPr>
          <w:rFonts w:cs="Times New Roman"/>
          <w:color w:val="000000" w:themeColor="text1"/>
          <w:lang w:val="uk-UA"/>
        </w:rPr>
        <w:t>пам’яті</w:t>
      </w:r>
      <w:r w:rsidR="00480420" w:rsidRPr="0000612E">
        <w:rPr>
          <w:rFonts w:cs="Times New Roman"/>
          <w:color w:val="000000" w:themeColor="text1"/>
          <w:lang w:val="uk-UA"/>
        </w:rPr>
        <w:t xml:space="preserve"> </w:t>
      </w:r>
      <w:r w:rsidRPr="0000612E">
        <w:rPr>
          <w:rFonts w:cs="Times New Roman"/>
          <w:color w:val="000000" w:themeColor="text1"/>
          <w:lang w:val="uk-UA"/>
        </w:rPr>
        <w:t>сцени</w:t>
      </w:r>
      <w:r w:rsidR="008005EB" w:rsidRPr="0000612E">
        <w:rPr>
          <w:rFonts w:cs="Times New Roman"/>
          <w:color w:val="000000" w:themeColor="text1"/>
          <w:lang w:val="uk-UA"/>
        </w:rPr>
        <w:t xml:space="preserve"> [</w:t>
      </w:r>
      <w:r w:rsidR="0000612E" w:rsidRPr="0000612E">
        <w:rPr>
          <w:rFonts w:cs="Times New Roman"/>
          <w:color w:val="000000" w:themeColor="text1"/>
          <w:lang w:val="uk-UA"/>
        </w:rPr>
        <w:t>30</w:t>
      </w:r>
      <w:r w:rsidR="008005EB" w:rsidRPr="0000612E">
        <w:rPr>
          <w:rFonts w:cs="Times New Roman"/>
          <w:color w:val="000000" w:themeColor="text1"/>
          <w:lang w:val="uk-UA"/>
        </w:rPr>
        <w:t xml:space="preserve">, </w:t>
      </w:r>
      <w:r w:rsidR="008005EB" w:rsidRPr="0000612E">
        <w:rPr>
          <w:rFonts w:cs="Times New Roman"/>
          <w:color w:val="000000" w:themeColor="text1"/>
        </w:rPr>
        <w:t>c</w:t>
      </w:r>
      <w:r w:rsidR="008005EB" w:rsidRPr="0000612E">
        <w:rPr>
          <w:rFonts w:cs="Times New Roman"/>
          <w:color w:val="000000" w:themeColor="text1"/>
          <w:lang w:val="uk-UA"/>
        </w:rPr>
        <w:t>.</w:t>
      </w:r>
      <w:r w:rsidR="0000612E" w:rsidRPr="0000612E">
        <w:rPr>
          <w:rFonts w:cs="Times New Roman"/>
          <w:color w:val="000000" w:themeColor="text1"/>
          <w:lang w:val="uk-UA"/>
        </w:rPr>
        <w:t>78</w:t>
      </w:r>
      <w:r w:rsidR="008005EB" w:rsidRPr="0000612E">
        <w:rPr>
          <w:rFonts w:cs="Times New Roman"/>
          <w:color w:val="000000" w:themeColor="text1"/>
          <w:lang w:val="uk-UA"/>
        </w:rPr>
        <w:t>]</w:t>
      </w:r>
      <w:r w:rsidRPr="0000612E">
        <w:rPr>
          <w:rFonts w:cs="Times New Roman"/>
          <w:color w:val="000000" w:themeColor="text1"/>
          <w:lang w:val="uk-UA"/>
        </w:rPr>
        <w:t>»</w:t>
      </w:r>
      <w:r w:rsidR="00480420" w:rsidRPr="0000612E">
        <w:rPr>
          <w:rFonts w:cs="Times New Roman"/>
          <w:color w:val="000000" w:themeColor="text1"/>
          <w:lang w:val="uk-UA"/>
        </w:rPr>
        <w:t xml:space="preserve"> </w:t>
      </w:r>
      <w:r w:rsidRPr="0000612E">
        <w:rPr>
          <w:rFonts w:cs="Times New Roman"/>
          <w:color w:val="000000" w:themeColor="text1"/>
          <w:lang w:val="uk-UA"/>
        </w:rPr>
        <w:t>—</w:t>
      </w:r>
      <w:r w:rsidR="00480420" w:rsidRPr="0000612E">
        <w:rPr>
          <w:rFonts w:cs="Times New Roman"/>
          <w:color w:val="000000" w:themeColor="text1"/>
          <w:lang w:val="uk-UA"/>
        </w:rPr>
        <w:t xml:space="preserve"> </w:t>
      </w:r>
      <w:r w:rsidRPr="0000612E">
        <w:rPr>
          <w:rFonts w:cs="Times New Roman"/>
          <w:color w:val="000000" w:themeColor="text1"/>
          <w:lang w:val="uk-UA"/>
        </w:rPr>
        <w:t>актор</w:t>
      </w:r>
      <w:r w:rsidR="00480420" w:rsidRPr="0000612E">
        <w:rPr>
          <w:rFonts w:cs="Times New Roman"/>
          <w:color w:val="000000" w:themeColor="text1"/>
          <w:lang w:val="uk-UA"/>
        </w:rPr>
        <w:t xml:space="preserve"> </w:t>
      </w:r>
      <w:r w:rsidRPr="0000612E">
        <w:rPr>
          <w:rFonts w:cs="Times New Roman"/>
          <w:color w:val="000000" w:themeColor="text1"/>
          <w:lang w:val="uk-UA"/>
        </w:rPr>
        <w:t>пам’ятає,</w:t>
      </w:r>
      <w:r w:rsidR="00480420" w:rsidRPr="0000612E">
        <w:rPr>
          <w:rFonts w:cs="Times New Roman"/>
          <w:color w:val="000000" w:themeColor="text1"/>
          <w:lang w:val="uk-UA"/>
        </w:rPr>
        <w:t xml:space="preserve"> </w:t>
      </w:r>
      <w:r w:rsidRPr="0000612E">
        <w:rPr>
          <w:rFonts w:cs="Times New Roman"/>
          <w:color w:val="000000" w:themeColor="text1"/>
          <w:lang w:val="uk-UA"/>
        </w:rPr>
        <w:t>що</w:t>
      </w:r>
      <w:r w:rsidR="00480420" w:rsidRPr="0000612E">
        <w:rPr>
          <w:rFonts w:cs="Times New Roman"/>
          <w:color w:val="000000" w:themeColor="text1"/>
          <w:lang w:val="uk-UA"/>
        </w:rPr>
        <w:t xml:space="preserve"> </w:t>
      </w:r>
      <w:r w:rsidRPr="0000612E">
        <w:rPr>
          <w:rFonts w:cs="Times New Roman"/>
          <w:color w:val="000000" w:themeColor="text1"/>
          <w:lang w:val="uk-UA"/>
        </w:rPr>
        <w:t>відбувалося</w:t>
      </w:r>
      <w:r w:rsidR="00480420" w:rsidRPr="0000612E">
        <w:rPr>
          <w:rFonts w:cs="Times New Roman"/>
          <w:color w:val="000000" w:themeColor="text1"/>
          <w:lang w:val="uk-UA"/>
        </w:rPr>
        <w:t xml:space="preserve"> </w:t>
      </w:r>
      <w:r w:rsidRPr="0000612E">
        <w:rPr>
          <w:rFonts w:cs="Times New Roman"/>
          <w:color w:val="000000" w:themeColor="text1"/>
          <w:lang w:val="uk-UA"/>
        </w:rPr>
        <w:t>мікроскопічно</w:t>
      </w:r>
      <w:r w:rsidR="00480420" w:rsidRPr="0000612E">
        <w:rPr>
          <w:rFonts w:cs="Times New Roman"/>
          <w:color w:val="000000" w:themeColor="text1"/>
          <w:lang w:val="uk-UA"/>
        </w:rPr>
        <w:t xml:space="preserve"> </w:t>
      </w:r>
      <w:r w:rsidRPr="0000612E">
        <w:rPr>
          <w:rFonts w:cs="Times New Roman"/>
          <w:color w:val="000000" w:themeColor="text1"/>
          <w:lang w:val="uk-UA"/>
        </w:rPr>
        <w:t>раніше,</w:t>
      </w:r>
      <w:r w:rsidR="00480420" w:rsidRPr="0000612E">
        <w:rPr>
          <w:rFonts w:cs="Times New Roman"/>
          <w:color w:val="000000" w:themeColor="text1"/>
          <w:lang w:val="uk-UA"/>
        </w:rPr>
        <w:t xml:space="preserve"> </w:t>
      </w:r>
      <w:r w:rsidRPr="0000612E">
        <w:rPr>
          <w:rFonts w:cs="Times New Roman"/>
          <w:color w:val="000000" w:themeColor="text1"/>
          <w:lang w:val="uk-UA"/>
        </w:rPr>
        <w:t>і</w:t>
      </w:r>
      <w:r w:rsidR="00480420" w:rsidRPr="0000612E">
        <w:rPr>
          <w:rFonts w:cs="Times New Roman"/>
          <w:color w:val="000000" w:themeColor="text1"/>
          <w:lang w:val="uk-UA"/>
        </w:rPr>
        <w:t xml:space="preserve"> </w:t>
      </w:r>
      <w:r w:rsidRPr="0000612E">
        <w:rPr>
          <w:rFonts w:cs="Times New Roman"/>
          <w:color w:val="000000" w:themeColor="text1"/>
          <w:lang w:val="uk-UA"/>
        </w:rPr>
        <w:t>реагує</w:t>
      </w:r>
      <w:r w:rsidR="00480420" w:rsidRPr="0000612E">
        <w:rPr>
          <w:rFonts w:cs="Times New Roman"/>
          <w:color w:val="000000" w:themeColor="text1"/>
          <w:lang w:val="uk-UA"/>
        </w:rPr>
        <w:t xml:space="preserve"> </w:t>
      </w:r>
      <w:r w:rsidRPr="0000612E">
        <w:rPr>
          <w:rFonts w:cs="Times New Roman"/>
          <w:color w:val="000000" w:themeColor="text1"/>
          <w:lang w:val="uk-UA"/>
        </w:rPr>
        <w:t>на</w:t>
      </w:r>
      <w:r w:rsidR="00480420" w:rsidRPr="0000612E">
        <w:rPr>
          <w:rFonts w:cs="Times New Roman"/>
          <w:color w:val="000000" w:themeColor="text1"/>
          <w:lang w:val="uk-UA"/>
        </w:rPr>
        <w:t xml:space="preserve"> </w:t>
      </w:r>
      <w:r w:rsidRPr="0000612E">
        <w:rPr>
          <w:rFonts w:cs="Times New Roman"/>
          <w:color w:val="000000" w:themeColor="text1"/>
          <w:lang w:val="uk-UA"/>
        </w:rPr>
        <w:t>це</w:t>
      </w:r>
      <w:r w:rsidR="00480420" w:rsidRPr="0000612E">
        <w:rPr>
          <w:rFonts w:cs="Times New Roman"/>
          <w:color w:val="000000" w:themeColor="text1"/>
          <w:lang w:val="uk-UA"/>
        </w:rPr>
        <w:t xml:space="preserve"> </w:t>
      </w:r>
      <w:r w:rsidRPr="0000612E">
        <w:rPr>
          <w:rFonts w:cs="Times New Roman"/>
          <w:color w:val="000000" w:themeColor="text1"/>
          <w:lang w:val="uk-UA"/>
        </w:rPr>
        <w:t>органічно,</w:t>
      </w:r>
      <w:r w:rsidR="00480420" w:rsidRPr="0000612E">
        <w:rPr>
          <w:rFonts w:cs="Times New Roman"/>
          <w:color w:val="000000" w:themeColor="text1"/>
          <w:lang w:val="uk-UA"/>
        </w:rPr>
        <w:t xml:space="preserve"> </w:t>
      </w:r>
      <w:r w:rsidRPr="0000612E">
        <w:rPr>
          <w:rFonts w:cs="Times New Roman"/>
          <w:color w:val="000000" w:themeColor="text1"/>
          <w:lang w:val="uk-UA"/>
        </w:rPr>
        <w:t>в</w:t>
      </w:r>
      <w:r w:rsidR="00480420" w:rsidRPr="0000612E">
        <w:rPr>
          <w:rFonts w:cs="Times New Roman"/>
          <w:color w:val="000000" w:themeColor="text1"/>
          <w:lang w:val="uk-UA"/>
        </w:rPr>
        <w:t xml:space="preserve"> </w:t>
      </w:r>
      <w:r w:rsidRPr="0000612E">
        <w:rPr>
          <w:rFonts w:cs="Times New Roman"/>
          <w:color w:val="000000" w:themeColor="text1"/>
          <w:lang w:val="uk-UA"/>
        </w:rPr>
        <w:t>контексті</w:t>
      </w:r>
      <w:r w:rsidR="00480420" w:rsidRPr="0000612E">
        <w:rPr>
          <w:rFonts w:cs="Times New Roman"/>
          <w:color w:val="000000" w:themeColor="text1"/>
          <w:lang w:val="uk-UA"/>
        </w:rPr>
        <w:t xml:space="preserve"> </w:t>
      </w:r>
      <w:r w:rsidRPr="0000612E">
        <w:rPr>
          <w:rFonts w:cs="Times New Roman"/>
          <w:color w:val="000000" w:themeColor="text1"/>
          <w:lang w:val="uk-UA"/>
        </w:rPr>
        <w:t>розвитку.</w:t>
      </w:r>
      <w:r w:rsidR="00480420" w:rsidRPr="0000612E">
        <w:rPr>
          <w:rFonts w:cs="Times New Roman"/>
          <w:color w:val="000000" w:themeColor="text1"/>
          <w:lang w:val="uk-UA"/>
        </w:rPr>
        <w:t xml:space="preserve"> </w:t>
      </w:r>
      <w:r w:rsidRPr="0000612E">
        <w:rPr>
          <w:rFonts w:cs="Times New Roman"/>
          <w:color w:val="000000" w:themeColor="text1"/>
          <w:lang w:val="uk-UA"/>
        </w:rPr>
        <w:t>Кіно:</w:t>
      </w:r>
      <w:r w:rsidR="00480420" w:rsidRPr="0000612E">
        <w:rPr>
          <w:rFonts w:cs="Times New Roman"/>
          <w:color w:val="000000" w:themeColor="text1"/>
          <w:lang w:val="uk-UA"/>
        </w:rPr>
        <w:t xml:space="preserve"> </w:t>
      </w:r>
      <w:r w:rsidRPr="0000612E">
        <w:rPr>
          <w:rFonts w:cs="Times New Roman"/>
          <w:color w:val="000000" w:themeColor="text1"/>
          <w:lang w:val="uk-UA"/>
        </w:rPr>
        <w:t>фрагментарність,</w:t>
      </w:r>
      <w:r w:rsidR="00480420" w:rsidRPr="0000612E">
        <w:rPr>
          <w:rFonts w:cs="Times New Roman"/>
          <w:color w:val="000000" w:themeColor="text1"/>
          <w:lang w:val="uk-UA"/>
        </w:rPr>
        <w:t xml:space="preserve"> </w:t>
      </w:r>
      <w:r w:rsidRPr="0000612E">
        <w:rPr>
          <w:rFonts w:cs="Times New Roman"/>
          <w:color w:val="000000" w:themeColor="text1"/>
          <w:lang w:val="uk-UA"/>
        </w:rPr>
        <w:t>монтаж,</w:t>
      </w:r>
      <w:r w:rsidR="00480420" w:rsidRPr="0000612E">
        <w:rPr>
          <w:rFonts w:cs="Times New Roman"/>
          <w:color w:val="000000" w:themeColor="text1"/>
          <w:lang w:val="uk-UA"/>
        </w:rPr>
        <w:t xml:space="preserve"> </w:t>
      </w:r>
      <w:r w:rsidRPr="0000612E">
        <w:rPr>
          <w:rFonts w:cs="Times New Roman"/>
          <w:color w:val="000000" w:themeColor="text1"/>
          <w:lang w:val="uk-UA"/>
        </w:rPr>
        <w:t>непослідовність</w:t>
      </w:r>
      <w:r w:rsidR="00480420" w:rsidRPr="0000612E">
        <w:rPr>
          <w:rFonts w:cs="Times New Roman"/>
          <w:color w:val="000000" w:themeColor="text1"/>
          <w:lang w:val="uk-UA"/>
        </w:rPr>
        <w:t xml:space="preserve"> </w:t>
      </w:r>
      <w:r w:rsidRPr="0000612E">
        <w:rPr>
          <w:rFonts w:cs="Times New Roman"/>
          <w:color w:val="000000" w:themeColor="text1"/>
          <w:lang w:val="uk-UA"/>
        </w:rPr>
        <w:t>зйомок</w:t>
      </w:r>
      <w:r w:rsidR="00480420" w:rsidRPr="0000612E">
        <w:rPr>
          <w:rFonts w:cs="Times New Roman"/>
          <w:color w:val="000000" w:themeColor="text1"/>
          <w:lang w:val="uk-UA"/>
        </w:rPr>
        <w:t xml:space="preserve"> </w:t>
      </w:r>
      <w:r w:rsidRPr="0000612E">
        <w:rPr>
          <w:rFonts w:cs="Times New Roman"/>
          <w:color w:val="000000" w:themeColor="text1"/>
          <w:lang w:val="uk-UA"/>
        </w:rPr>
        <w:t>У</w:t>
      </w:r>
      <w:r w:rsidR="00480420" w:rsidRPr="0000612E">
        <w:rPr>
          <w:rFonts w:cs="Times New Roman"/>
          <w:color w:val="000000" w:themeColor="text1"/>
          <w:lang w:val="uk-UA"/>
        </w:rPr>
        <w:t xml:space="preserve"> </w:t>
      </w:r>
      <w:r w:rsidRPr="0000612E">
        <w:rPr>
          <w:rFonts w:cs="Times New Roman"/>
          <w:color w:val="000000" w:themeColor="text1"/>
          <w:lang w:val="uk-UA"/>
        </w:rPr>
        <w:t>кіно</w:t>
      </w:r>
      <w:r w:rsidR="00480420" w:rsidRPr="0000612E">
        <w:rPr>
          <w:rFonts w:cs="Times New Roman"/>
          <w:color w:val="000000" w:themeColor="text1"/>
          <w:lang w:val="uk-UA"/>
        </w:rPr>
        <w:t xml:space="preserve"> </w:t>
      </w:r>
      <w:r w:rsidRPr="0000612E">
        <w:rPr>
          <w:rFonts w:cs="Times New Roman"/>
          <w:color w:val="000000" w:themeColor="text1"/>
          <w:lang w:val="uk-UA"/>
        </w:rPr>
        <w:t>часто</w:t>
      </w:r>
      <w:r w:rsidR="00480420" w:rsidRPr="0000612E">
        <w:rPr>
          <w:rFonts w:cs="Times New Roman"/>
          <w:color w:val="000000" w:themeColor="text1"/>
          <w:lang w:val="uk-UA"/>
        </w:rPr>
        <w:t xml:space="preserve"> </w:t>
      </w:r>
      <w:r w:rsidRPr="0000612E">
        <w:rPr>
          <w:rFonts w:cs="Times New Roman"/>
          <w:color w:val="000000" w:themeColor="text1"/>
          <w:lang w:val="uk-UA"/>
        </w:rPr>
        <w:t>знімають</w:t>
      </w:r>
      <w:r w:rsidR="00480420" w:rsidRPr="0000612E">
        <w:rPr>
          <w:rFonts w:cs="Times New Roman"/>
          <w:color w:val="000000" w:themeColor="text1"/>
          <w:lang w:val="uk-UA"/>
        </w:rPr>
        <w:t xml:space="preserve"> </w:t>
      </w:r>
      <w:r w:rsidRPr="0000612E">
        <w:rPr>
          <w:rFonts w:cs="Times New Roman"/>
          <w:color w:val="000000" w:themeColor="text1"/>
          <w:lang w:val="uk-UA"/>
        </w:rPr>
        <w:t>сцени</w:t>
      </w:r>
      <w:r w:rsidR="00480420" w:rsidRPr="0000612E">
        <w:rPr>
          <w:rFonts w:cs="Times New Roman"/>
          <w:color w:val="000000" w:themeColor="text1"/>
          <w:lang w:val="uk-UA"/>
        </w:rPr>
        <w:t xml:space="preserve"> </w:t>
      </w:r>
      <w:r w:rsidRPr="0000612E">
        <w:rPr>
          <w:rFonts w:cs="Times New Roman"/>
          <w:color w:val="000000" w:themeColor="text1"/>
          <w:lang w:val="uk-UA"/>
        </w:rPr>
        <w:t>в</w:t>
      </w:r>
      <w:r w:rsidR="00480420" w:rsidRPr="0000612E">
        <w:rPr>
          <w:rFonts w:cs="Times New Roman"/>
          <w:color w:val="000000" w:themeColor="text1"/>
          <w:lang w:val="uk-UA"/>
        </w:rPr>
        <w:t xml:space="preserve"> </w:t>
      </w:r>
      <w:r w:rsidRPr="0000612E">
        <w:rPr>
          <w:rFonts w:cs="Times New Roman"/>
          <w:color w:val="000000" w:themeColor="text1"/>
          <w:lang w:val="uk-UA"/>
        </w:rPr>
        <w:t>нефактичному</w:t>
      </w:r>
      <w:r w:rsidR="00480420" w:rsidRPr="0000612E">
        <w:rPr>
          <w:rFonts w:cs="Times New Roman"/>
          <w:color w:val="000000" w:themeColor="text1"/>
          <w:lang w:val="uk-UA"/>
        </w:rPr>
        <w:t xml:space="preserve"> </w:t>
      </w:r>
      <w:r w:rsidRPr="0000612E">
        <w:rPr>
          <w:rFonts w:cs="Times New Roman"/>
          <w:color w:val="000000" w:themeColor="text1"/>
          <w:lang w:val="uk-UA"/>
        </w:rPr>
        <w:t>порядку</w:t>
      </w:r>
      <w:r w:rsidR="00480420" w:rsidRPr="0000612E">
        <w:rPr>
          <w:rFonts w:cs="Times New Roman"/>
          <w:color w:val="000000" w:themeColor="text1"/>
          <w:lang w:val="uk-UA"/>
        </w:rPr>
        <w:t xml:space="preserve"> </w:t>
      </w:r>
      <w:r w:rsidRPr="0000612E">
        <w:rPr>
          <w:rFonts w:cs="Times New Roman"/>
          <w:color w:val="000000" w:themeColor="text1"/>
          <w:lang w:val="uk-UA"/>
        </w:rPr>
        <w:t>(від</w:t>
      </w:r>
      <w:r w:rsidR="00480420" w:rsidRPr="0000612E">
        <w:rPr>
          <w:rFonts w:cs="Times New Roman"/>
          <w:color w:val="000000" w:themeColor="text1"/>
          <w:lang w:val="uk-UA"/>
        </w:rPr>
        <w:t xml:space="preserve"> </w:t>
      </w:r>
      <w:r w:rsidRPr="0000612E">
        <w:rPr>
          <w:rFonts w:cs="Times New Roman"/>
          <w:color w:val="000000" w:themeColor="text1"/>
          <w:lang w:val="uk-UA"/>
        </w:rPr>
        <w:t>останньої</w:t>
      </w:r>
      <w:r w:rsidR="00480420" w:rsidRPr="0000612E">
        <w:rPr>
          <w:rFonts w:cs="Times New Roman"/>
          <w:color w:val="000000" w:themeColor="text1"/>
          <w:lang w:val="uk-UA"/>
        </w:rPr>
        <w:t xml:space="preserve"> </w:t>
      </w:r>
      <w:r w:rsidRPr="0000612E">
        <w:rPr>
          <w:rFonts w:cs="Times New Roman"/>
          <w:color w:val="000000" w:themeColor="text1"/>
          <w:lang w:val="uk-UA"/>
        </w:rPr>
        <w:t>до</w:t>
      </w:r>
      <w:r w:rsidR="00480420" w:rsidRPr="0000612E">
        <w:rPr>
          <w:rFonts w:cs="Times New Roman"/>
          <w:color w:val="000000" w:themeColor="text1"/>
          <w:lang w:val="uk-UA"/>
        </w:rPr>
        <w:t xml:space="preserve"> </w:t>
      </w:r>
      <w:r w:rsidRPr="00B7305F">
        <w:rPr>
          <w:rFonts w:cs="Times New Roman"/>
          <w:color w:val="000000" w:themeColor="text1"/>
          <w:lang w:val="uk-UA"/>
        </w:rPr>
        <w:t>першої,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частин</w:t>
      </w:r>
      <w:r w:rsidR="00480420" w:rsidRPr="00B7305F">
        <w:rPr>
          <w:rFonts w:cs="Times New Roman"/>
          <w:color w:val="000000" w:themeColor="text1"/>
          <w:lang w:val="uk-UA"/>
        </w:rPr>
        <w:t xml:space="preserve"> </w:t>
      </w:r>
      <w:r w:rsidRPr="00B7305F">
        <w:rPr>
          <w:rFonts w:cs="Times New Roman"/>
          <w:color w:val="000000" w:themeColor="text1"/>
          <w:lang w:val="uk-UA"/>
        </w:rPr>
        <w:t>сценарію).</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вміти</w:t>
      </w:r>
      <w:r w:rsidR="00480420" w:rsidRPr="00B7305F">
        <w:rPr>
          <w:rFonts w:cs="Times New Roman"/>
          <w:color w:val="000000" w:themeColor="text1"/>
          <w:lang w:val="uk-UA"/>
        </w:rPr>
        <w:t xml:space="preserve"> </w:t>
      </w:r>
      <w:r w:rsidRPr="00B7305F">
        <w:rPr>
          <w:rFonts w:cs="Times New Roman"/>
          <w:color w:val="000000" w:themeColor="text1"/>
          <w:lang w:val="uk-UA"/>
        </w:rPr>
        <w:t>входити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певні</w:t>
      </w:r>
      <w:r w:rsidR="00480420" w:rsidRPr="00B7305F">
        <w:rPr>
          <w:rFonts w:cs="Times New Roman"/>
          <w:color w:val="000000" w:themeColor="text1"/>
          <w:lang w:val="uk-UA"/>
        </w:rPr>
        <w:t xml:space="preserve"> </w:t>
      </w:r>
      <w:r w:rsidRPr="00B7305F">
        <w:rPr>
          <w:rFonts w:cs="Times New Roman"/>
          <w:color w:val="000000" w:themeColor="text1"/>
          <w:lang w:val="uk-UA"/>
        </w:rPr>
        <w:t>емоційні</w:t>
      </w:r>
      <w:r w:rsidR="00480420" w:rsidRPr="00B7305F">
        <w:rPr>
          <w:rFonts w:cs="Times New Roman"/>
          <w:color w:val="000000" w:themeColor="text1"/>
          <w:lang w:val="uk-UA"/>
        </w:rPr>
        <w:t xml:space="preserve"> </w:t>
      </w:r>
      <w:r w:rsidRPr="00B7305F">
        <w:rPr>
          <w:rFonts w:cs="Times New Roman"/>
          <w:color w:val="000000" w:themeColor="text1"/>
          <w:lang w:val="uk-UA"/>
        </w:rPr>
        <w:t>стани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вимогу»,</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спираючись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хронологію.</w:t>
      </w:r>
      <w:r w:rsidR="00480420" w:rsidRPr="00B7305F">
        <w:rPr>
          <w:rFonts w:cs="Times New Roman"/>
          <w:color w:val="000000" w:themeColor="text1"/>
          <w:lang w:val="uk-UA"/>
        </w:rPr>
        <w:t xml:space="preserve"> </w:t>
      </w:r>
      <w:r w:rsidRPr="00B7305F">
        <w:rPr>
          <w:rFonts w:cs="Times New Roman"/>
          <w:color w:val="000000" w:themeColor="text1"/>
          <w:lang w:val="uk-UA"/>
        </w:rPr>
        <w:t>Крім</w:t>
      </w:r>
      <w:r w:rsidR="00480420" w:rsidRPr="00B7305F">
        <w:rPr>
          <w:rFonts w:cs="Times New Roman"/>
          <w:color w:val="000000" w:themeColor="text1"/>
          <w:lang w:val="uk-UA"/>
        </w:rPr>
        <w:t xml:space="preserve"> </w:t>
      </w:r>
      <w:r w:rsidRPr="00B7305F">
        <w:rPr>
          <w:rFonts w:cs="Times New Roman"/>
          <w:color w:val="000000" w:themeColor="text1"/>
          <w:lang w:val="uk-UA"/>
        </w:rPr>
        <w:t>того,</w:t>
      </w:r>
      <w:r w:rsidR="00480420" w:rsidRPr="00B7305F">
        <w:rPr>
          <w:rFonts w:cs="Times New Roman"/>
          <w:color w:val="000000" w:themeColor="text1"/>
          <w:lang w:val="uk-UA"/>
        </w:rPr>
        <w:t xml:space="preserve"> </w:t>
      </w:r>
      <w:r w:rsidRPr="00B7305F">
        <w:rPr>
          <w:rFonts w:cs="Times New Roman"/>
          <w:color w:val="000000" w:themeColor="text1"/>
          <w:lang w:val="uk-UA"/>
        </w:rPr>
        <w:t>режисер</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право</w:t>
      </w:r>
      <w:r w:rsidR="00480420" w:rsidRPr="00B7305F">
        <w:rPr>
          <w:rFonts w:cs="Times New Roman"/>
          <w:color w:val="000000" w:themeColor="text1"/>
          <w:lang w:val="uk-UA"/>
        </w:rPr>
        <w:t xml:space="preserve"> </w:t>
      </w:r>
      <w:r w:rsidRPr="00B7305F">
        <w:rPr>
          <w:rFonts w:cs="Times New Roman"/>
          <w:color w:val="000000" w:themeColor="text1"/>
          <w:lang w:val="uk-UA"/>
        </w:rPr>
        <w:t>вирізати</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порядок</w:t>
      </w:r>
      <w:r w:rsidR="00480420" w:rsidRPr="00B7305F">
        <w:rPr>
          <w:rFonts w:cs="Times New Roman"/>
          <w:color w:val="000000" w:themeColor="text1"/>
          <w:lang w:val="uk-UA"/>
        </w:rPr>
        <w:t xml:space="preserve"> </w:t>
      </w:r>
      <w:r w:rsidRPr="00B7305F">
        <w:rPr>
          <w:rFonts w:cs="Times New Roman"/>
          <w:color w:val="000000" w:themeColor="text1"/>
          <w:lang w:val="uk-UA"/>
        </w:rPr>
        <w:t>сцен</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готовим,</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гра</w:t>
      </w:r>
      <w:r w:rsidR="00480420" w:rsidRPr="00B7305F">
        <w:rPr>
          <w:rFonts w:cs="Times New Roman"/>
          <w:color w:val="000000" w:themeColor="text1"/>
          <w:lang w:val="uk-UA"/>
        </w:rPr>
        <w:t xml:space="preserve"> </w:t>
      </w:r>
      <w:r w:rsidRPr="00B7305F">
        <w:rPr>
          <w:rFonts w:cs="Times New Roman"/>
          <w:color w:val="000000" w:themeColor="text1"/>
          <w:lang w:val="uk-UA"/>
        </w:rPr>
        <w:t>будуть</w:t>
      </w:r>
      <w:r w:rsidR="00480420" w:rsidRPr="00B7305F">
        <w:rPr>
          <w:rFonts w:cs="Times New Roman"/>
          <w:color w:val="000000" w:themeColor="text1"/>
          <w:lang w:val="uk-UA"/>
        </w:rPr>
        <w:t xml:space="preserve"> </w:t>
      </w:r>
      <w:r w:rsidRPr="00B7305F">
        <w:rPr>
          <w:rFonts w:cs="Times New Roman"/>
          <w:color w:val="000000" w:themeColor="text1"/>
          <w:lang w:val="uk-UA"/>
        </w:rPr>
        <w:t>редагувати,</w:t>
      </w:r>
      <w:r w:rsidR="00480420" w:rsidRPr="00B7305F">
        <w:rPr>
          <w:rFonts w:cs="Times New Roman"/>
          <w:color w:val="000000" w:themeColor="text1"/>
          <w:lang w:val="uk-UA"/>
        </w:rPr>
        <w:t xml:space="preserve"> </w:t>
      </w:r>
      <w:r w:rsidRPr="00B7305F">
        <w:rPr>
          <w:rFonts w:cs="Times New Roman"/>
          <w:color w:val="000000" w:themeColor="text1"/>
          <w:lang w:val="uk-UA"/>
        </w:rPr>
        <w:t>скорочувати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"склеювати"</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гнучкості:</w:t>
      </w:r>
      <w:r w:rsidR="00480420" w:rsidRPr="00B7305F">
        <w:rPr>
          <w:rFonts w:cs="Times New Roman"/>
          <w:color w:val="000000" w:themeColor="text1"/>
          <w:lang w:val="uk-UA"/>
        </w:rPr>
        <w:t xml:space="preserve"> </w:t>
      </w:r>
      <w:r w:rsidRPr="00B7305F">
        <w:rPr>
          <w:rFonts w:cs="Times New Roman"/>
          <w:color w:val="000000" w:themeColor="text1"/>
          <w:lang w:val="uk-UA"/>
        </w:rPr>
        <w:t>робити</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окремий</w:t>
      </w:r>
      <w:r w:rsidR="00480420" w:rsidRPr="00B7305F">
        <w:rPr>
          <w:rFonts w:cs="Times New Roman"/>
          <w:color w:val="000000" w:themeColor="text1"/>
          <w:lang w:val="uk-UA"/>
        </w:rPr>
        <w:t xml:space="preserve"> </w:t>
      </w:r>
      <w:r w:rsidRPr="00B7305F">
        <w:rPr>
          <w:rFonts w:cs="Times New Roman"/>
          <w:color w:val="000000" w:themeColor="text1"/>
          <w:lang w:val="uk-UA"/>
        </w:rPr>
        <w:t>фрагмент</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одна</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фраза)</w:t>
      </w:r>
      <w:r w:rsidR="00480420" w:rsidRPr="00B7305F">
        <w:rPr>
          <w:rFonts w:cs="Times New Roman"/>
          <w:color w:val="000000" w:themeColor="text1"/>
          <w:lang w:val="uk-UA"/>
        </w:rPr>
        <w:t xml:space="preserve"> </w:t>
      </w:r>
      <w:r w:rsidRPr="00B7305F">
        <w:rPr>
          <w:rFonts w:cs="Times New Roman"/>
          <w:color w:val="000000" w:themeColor="text1"/>
          <w:lang w:val="uk-UA"/>
        </w:rPr>
        <w:t>мав</w:t>
      </w:r>
      <w:r w:rsidR="00480420" w:rsidRPr="00B7305F">
        <w:rPr>
          <w:rFonts w:cs="Times New Roman"/>
          <w:color w:val="000000" w:themeColor="text1"/>
          <w:lang w:val="uk-UA"/>
        </w:rPr>
        <w:t xml:space="preserve"> </w:t>
      </w:r>
      <w:r w:rsidRPr="00B7305F">
        <w:rPr>
          <w:rFonts w:cs="Times New Roman"/>
          <w:color w:val="000000" w:themeColor="text1"/>
          <w:lang w:val="uk-UA"/>
        </w:rPr>
        <w:t>завершену</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незалежно</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контексту</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p>
    <w:p w14:paraId="60992D58" w14:textId="677CC86E"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3.</w:t>
      </w:r>
      <w:r w:rsidR="00480420" w:rsidRPr="00B7305F">
        <w:rPr>
          <w:rFonts w:cs="Times New Roman"/>
          <w:color w:val="000000" w:themeColor="text1"/>
          <w:lang w:val="uk-UA"/>
        </w:rPr>
        <w:t xml:space="preserve"> </w:t>
      </w:r>
      <w:r w:rsidRPr="00B7305F">
        <w:rPr>
          <w:rFonts w:cs="Times New Roman"/>
          <w:color w:val="000000" w:themeColor="text1"/>
          <w:lang w:val="uk-UA"/>
        </w:rPr>
        <w:t>Голос,</w:t>
      </w:r>
      <w:r w:rsidR="00480420" w:rsidRPr="00B7305F">
        <w:rPr>
          <w:rFonts w:cs="Times New Roman"/>
          <w:color w:val="000000" w:themeColor="text1"/>
          <w:lang w:val="uk-UA"/>
        </w:rPr>
        <w:t xml:space="preserve"> </w:t>
      </w:r>
      <w:r w:rsidRPr="00B7305F">
        <w:rPr>
          <w:rFonts w:cs="Times New Roman"/>
          <w:color w:val="000000" w:themeColor="text1"/>
          <w:lang w:val="uk-UA"/>
        </w:rPr>
        <w:t>мовлення,</w:t>
      </w:r>
      <w:r w:rsidR="00480420" w:rsidRPr="00B7305F">
        <w:rPr>
          <w:rFonts w:cs="Times New Roman"/>
          <w:color w:val="000000" w:themeColor="text1"/>
          <w:lang w:val="uk-UA"/>
        </w:rPr>
        <w:t xml:space="preserve"> </w:t>
      </w:r>
      <w:r w:rsidRPr="00B7305F">
        <w:rPr>
          <w:rFonts w:cs="Times New Roman"/>
          <w:color w:val="000000" w:themeColor="text1"/>
          <w:lang w:val="uk-UA"/>
        </w:rPr>
        <w:t>акустика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вимога:</w:t>
      </w:r>
      <w:r w:rsidR="00480420" w:rsidRPr="00B7305F">
        <w:rPr>
          <w:rFonts w:cs="Times New Roman"/>
          <w:color w:val="000000" w:themeColor="text1"/>
          <w:lang w:val="uk-UA"/>
        </w:rPr>
        <w:t xml:space="preserve"> </w:t>
      </w:r>
      <w:r w:rsidRPr="00B7305F">
        <w:rPr>
          <w:rFonts w:cs="Times New Roman"/>
          <w:color w:val="000000" w:themeColor="text1"/>
          <w:lang w:val="uk-UA"/>
        </w:rPr>
        <w:t>проєкція</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артикуляція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голос</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один</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головних</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інструментів</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Він</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підтримувати</w:t>
      </w:r>
      <w:r w:rsidR="00480420" w:rsidRPr="00B7305F">
        <w:rPr>
          <w:rFonts w:cs="Times New Roman"/>
          <w:color w:val="000000" w:themeColor="text1"/>
          <w:lang w:val="uk-UA"/>
        </w:rPr>
        <w:t xml:space="preserve"> </w:t>
      </w:r>
      <w:r w:rsidRPr="00B7305F">
        <w:rPr>
          <w:rFonts w:cs="Times New Roman"/>
          <w:color w:val="000000" w:themeColor="text1"/>
          <w:lang w:val="uk-UA"/>
        </w:rPr>
        <w:t>силу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масштаб,</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чутним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залі</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надмірного</w:t>
      </w:r>
      <w:r w:rsidR="00480420" w:rsidRPr="00B7305F">
        <w:rPr>
          <w:rFonts w:cs="Times New Roman"/>
          <w:color w:val="000000" w:themeColor="text1"/>
          <w:lang w:val="uk-UA"/>
        </w:rPr>
        <w:t xml:space="preserve"> </w:t>
      </w:r>
      <w:r w:rsidRPr="00B7305F">
        <w:rPr>
          <w:rFonts w:cs="Times New Roman"/>
          <w:color w:val="000000" w:themeColor="text1"/>
          <w:lang w:val="uk-UA"/>
        </w:rPr>
        <w:t>напруження,</w:t>
      </w:r>
      <w:r w:rsidR="00480420" w:rsidRPr="00B7305F">
        <w:rPr>
          <w:rFonts w:cs="Times New Roman"/>
          <w:color w:val="000000" w:themeColor="text1"/>
          <w:lang w:val="uk-UA"/>
        </w:rPr>
        <w:t xml:space="preserve"> </w:t>
      </w:r>
      <w:r w:rsidRPr="00B7305F">
        <w:rPr>
          <w:rFonts w:cs="Times New Roman"/>
          <w:color w:val="000000" w:themeColor="text1"/>
          <w:lang w:val="uk-UA"/>
        </w:rPr>
        <w:t>контролювати</w:t>
      </w:r>
      <w:r w:rsidR="00480420" w:rsidRPr="00B7305F">
        <w:rPr>
          <w:rFonts w:cs="Times New Roman"/>
          <w:color w:val="000000" w:themeColor="text1"/>
          <w:lang w:val="uk-UA"/>
        </w:rPr>
        <w:t xml:space="preserve"> </w:t>
      </w:r>
      <w:r w:rsidRPr="00B7305F">
        <w:rPr>
          <w:rFonts w:cs="Times New Roman"/>
          <w:color w:val="000000" w:themeColor="text1"/>
          <w:lang w:val="uk-UA"/>
        </w:rPr>
        <w:t>дихання,</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забезпечити</w:t>
      </w:r>
      <w:r w:rsidR="00480420" w:rsidRPr="00B7305F">
        <w:rPr>
          <w:rFonts w:cs="Times New Roman"/>
          <w:color w:val="000000" w:themeColor="text1"/>
          <w:lang w:val="uk-UA"/>
        </w:rPr>
        <w:t xml:space="preserve"> </w:t>
      </w:r>
      <w:r w:rsidRPr="00B7305F">
        <w:rPr>
          <w:rFonts w:cs="Times New Roman"/>
          <w:color w:val="000000" w:themeColor="text1"/>
          <w:lang w:val="uk-UA"/>
        </w:rPr>
        <w:t>стабільність</w:t>
      </w:r>
      <w:r w:rsidR="00480420" w:rsidRPr="00B7305F">
        <w:rPr>
          <w:rFonts w:cs="Times New Roman"/>
          <w:color w:val="000000" w:themeColor="text1"/>
          <w:lang w:val="uk-UA"/>
        </w:rPr>
        <w:t xml:space="preserve"> </w:t>
      </w:r>
      <w:r w:rsidRPr="00B7305F">
        <w:rPr>
          <w:rFonts w:cs="Times New Roman"/>
          <w:color w:val="000000" w:themeColor="text1"/>
          <w:lang w:val="uk-UA"/>
        </w:rPr>
        <w:t>висловлювань,</w:t>
      </w:r>
      <w:r w:rsidR="00480420" w:rsidRPr="00B7305F">
        <w:rPr>
          <w:rFonts w:cs="Times New Roman"/>
          <w:color w:val="000000" w:themeColor="text1"/>
          <w:lang w:val="uk-UA"/>
        </w:rPr>
        <w:t xml:space="preserve"> </w:t>
      </w:r>
      <w:r w:rsidRPr="00B7305F">
        <w:rPr>
          <w:rFonts w:cs="Times New Roman"/>
          <w:color w:val="000000" w:themeColor="text1"/>
          <w:lang w:val="uk-UA"/>
        </w:rPr>
        <w:t>чітку</w:t>
      </w:r>
      <w:r w:rsidR="00480420" w:rsidRPr="00B7305F">
        <w:rPr>
          <w:rFonts w:cs="Times New Roman"/>
          <w:color w:val="000000" w:themeColor="text1"/>
          <w:lang w:val="uk-UA"/>
        </w:rPr>
        <w:t xml:space="preserve"> </w:t>
      </w:r>
      <w:r w:rsidRPr="00B7305F">
        <w:rPr>
          <w:rFonts w:cs="Times New Roman"/>
          <w:color w:val="000000" w:themeColor="text1"/>
          <w:lang w:val="uk-UA"/>
        </w:rPr>
        <w:t>артикуляцію,</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слова</w:t>
      </w:r>
      <w:r w:rsidR="00480420" w:rsidRPr="00B7305F">
        <w:rPr>
          <w:rFonts w:cs="Times New Roman"/>
          <w:color w:val="000000" w:themeColor="text1"/>
          <w:lang w:val="uk-UA"/>
        </w:rPr>
        <w:t xml:space="preserve"> </w:t>
      </w:r>
      <w:r w:rsidRPr="00B7305F">
        <w:rPr>
          <w:rFonts w:cs="Times New Roman"/>
          <w:color w:val="000000" w:themeColor="text1"/>
          <w:lang w:val="uk-UA"/>
        </w:rPr>
        <w:t>зрозуміло</w:t>
      </w:r>
      <w:r w:rsidR="00480420" w:rsidRPr="00B7305F">
        <w:rPr>
          <w:rFonts w:cs="Times New Roman"/>
          <w:color w:val="000000" w:themeColor="text1"/>
          <w:lang w:val="uk-UA"/>
        </w:rPr>
        <w:t xml:space="preserve"> </w:t>
      </w:r>
      <w:r w:rsidRPr="00B7305F">
        <w:rPr>
          <w:rFonts w:cs="Times New Roman"/>
          <w:color w:val="000000" w:themeColor="text1"/>
          <w:lang w:val="uk-UA"/>
        </w:rPr>
        <w:t>долинали</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найвіддаленішого</w:t>
      </w:r>
      <w:r w:rsidR="00480420" w:rsidRPr="00B7305F">
        <w:rPr>
          <w:rFonts w:cs="Times New Roman"/>
          <w:color w:val="000000" w:themeColor="text1"/>
          <w:lang w:val="uk-UA"/>
        </w:rPr>
        <w:t xml:space="preserve"> </w:t>
      </w:r>
      <w:r w:rsidRPr="00B7305F">
        <w:rPr>
          <w:rFonts w:cs="Times New Roman"/>
          <w:color w:val="000000" w:themeColor="text1"/>
          <w:lang w:val="uk-UA"/>
        </w:rPr>
        <w:t>місця</w:t>
      </w:r>
      <w:r w:rsidR="00480420" w:rsidRPr="00B7305F">
        <w:rPr>
          <w:rFonts w:cs="Times New Roman"/>
          <w:color w:val="000000" w:themeColor="text1"/>
          <w:lang w:val="uk-UA"/>
        </w:rPr>
        <w:t xml:space="preserve"> </w:t>
      </w:r>
      <w:r w:rsidRPr="00B7305F">
        <w:rPr>
          <w:rFonts w:cs="Times New Roman"/>
          <w:color w:val="000000" w:themeColor="text1"/>
          <w:lang w:val="uk-UA"/>
        </w:rPr>
        <w:t>залу,</w:t>
      </w:r>
      <w:r w:rsidR="00480420" w:rsidRPr="00B7305F">
        <w:rPr>
          <w:rFonts w:cs="Times New Roman"/>
          <w:color w:val="000000" w:themeColor="text1"/>
          <w:lang w:val="uk-UA"/>
        </w:rPr>
        <w:t xml:space="preserve"> </w:t>
      </w:r>
      <w:r w:rsidRPr="00B7305F">
        <w:rPr>
          <w:rFonts w:cs="Times New Roman"/>
          <w:color w:val="000000" w:themeColor="text1"/>
          <w:lang w:val="uk-UA"/>
        </w:rPr>
        <w:t>варіювати</w:t>
      </w:r>
      <w:r w:rsidR="00480420" w:rsidRPr="00B7305F">
        <w:rPr>
          <w:rFonts w:cs="Times New Roman"/>
          <w:color w:val="000000" w:themeColor="text1"/>
          <w:lang w:val="uk-UA"/>
        </w:rPr>
        <w:t xml:space="preserve"> </w:t>
      </w:r>
      <w:r w:rsidRPr="00B7305F">
        <w:rPr>
          <w:rFonts w:cs="Times New Roman"/>
          <w:color w:val="000000" w:themeColor="text1"/>
          <w:lang w:val="uk-UA"/>
        </w:rPr>
        <w:t>темп,</w:t>
      </w:r>
      <w:r w:rsidR="00480420" w:rsidRPr="00B7305F">
        <w:rPr>
          <w:rFonts w:cs="Times New Roman"/>
          <w:color w:val="000000" w:themeColor="text1"/>
          <w:lang w:val="uk-UA"/>
        </w:rPr>
        <w:t xml:space="preserve"> </w:t>
      </w:r>
      <w:r w:rsidRPr="00B7305F">
        <w:rPr>
          <w:rFonts w:cs="Times New Roman"/>
          <w:color w:val="000000" w:themeColor="text1"/>
          <w:lang w:val="uk-UA"/>
        </w:rPr>
        <w:t>інтонацію,</w:t>
      </w:r>
      <w:r w:rsidR="00480420" w:rsidRPr="00B7305F">
        <w:rPr>
          <w:rFonts w:cs="Times New Roman"/>
          <w:color w:val="000000" w:themeColor="text1"/>
          <w:lang w:val="uk-UA"/>
        </w:rPr>
        <w:t xml:space="preserve"> </w:t>
      </w:r>
      <w:r w:rsidRPr="00B7305F">
        <w:rPr>
          <w:rFonts w:cs="Times New Roman"/>
          <w:color w:val="000000" w:themeColor="text1"/>
          <w:lang w:val="uk-UA"/>
        </w:rPr>
        <w:t>паузи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емоційного</w:t>
      </w:r>
      <w:r w:rsidR="00480420" w:rsidRPr="00B7305F">
        <w:rPr>
          <w:rFonts w:cs="Times New Roman"/>
          <w:color w:val="000000" w:themeColor="text1"/>
          <w:lang w:val="uk-UA"/>
        </w:rPr>
        <w:t xml:space="preserve"> </w:t>
      </w:r>
      <w:r w:rsidRPr="00B7305F">
        <w:rPr>
          <w:rFonts w:cs="Times New Roman"/>
          <w:color w:val="000000" w:themeColor="text1"/>
          <w:lang w:val="uk-UA"/>
        </w:rPr>
        <w:t>окрасу.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тренується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логопедом</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голосовим</w:t>
      </w:r>
      <w:r w:rsidR="00480420" w:rsidRPr="00B7305F">
        <w:rPr>
          <w:rFonts w:cs="Times New Roman"/>
          <w:color w:val="000000" w:themeColor="text1"/>
          <w:lang w:val="uk-UA"/>
        </w:rPr>
        <w:t xml:space="preserve"> </w:t>
      </w:r>
      <w:r w:rsidRPr="00B7305F">
        <w:rPr>
          <w:rFonts w:cs="Times New Roman"/>
          <w:color w:val="000000" w:themeColor="text1"/>
          <w:lang w:val="uk-UA"/>
        </w:rPr>
        <w:t>тренером,</w:t>
      </w:r>
      <w:r w:rsidR="00480420" w:rsidRPr="00B7305F">
        <w:rPr>
          <w:rFonts w:cs="Times New Roman"/>
          <w:color w:val="000000" w:themeColor="text1"/>
          <w:lang w:val="uk-UA"/>
        </w:rPr>
        <w:t xml:space="preserve"> </w:t>
      </w:r>
      <w:r w:rsidRPr="00B7305F">
        <w:rPr>
          <w:rFonts w:cs="Times New Roman"/>
          <w:color w:val="000000" w:themeColor="text1"/>
          <w:lang w:val="uk-UA"/>
        </w:rPr>
        <w:t>аби</w:t>
      </w:r>
      <w:r w:rsidR="00480420" w:rsidRPr="00B7305F">
        <w:rPr>
          <w:rFonts w:cs="Times New Roman"/>
          <w:color w:val="000000" w:themeColor="text1"/>
          <w:lang w:val="uk-UA"/>
        </w:rPr>
        <w:t xml:space="preserve"> </w:t>
      </w:r>
      <w:r w:rsidRPr="00B7305F">
        <w:rPr>
          <w:rFonts w:cs="Times New Roman"/>
          <w:color w:val="000000" w:themeColor="text1"/>
          <w:lang w:val="uk-UA"/>
        </w:rPr>
        <w:t>«прокачати»</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ділянки</w:t>
      </w:r>
      <w:r w:rsidR="00480420" w:rsidRPr="00B7305F">
        <w:rPr>
          <w:rFonts w:cs="Times New Roman"/>
          <w:color w:val="000000" w:themeColor="text1"/>
          <w:lang w:val="uk-UA"/>
        </w:rPr>
        <w:t xml:space="preserve"> </w:t>
      </w:r>
      <w:r w:rsidRPr="00B7305F">
        <w:rPr>
          <w:rFonts w:cs="Times New Roman"/>
          <w:color w:val="000000" w:themeColor="text1"/>
          <w:lang w:val="uk-UA"/>
        </w:rPr>
        <w:t>голосового</w:t>
      </w:r>
      <w:r w:rsidR="00480420" w:rsidRPr="00B7305F">
        <w:rPr>
          <w:rFonts w:cs="Times New Roman"/>
          <w:color w:val="000000" w:themeColor="text1"/>
          <w:lang w:val="uk-UA"/>
        </w:rPr>
        <w:t xml:space="preserve"> </w:t>
      </w:r>
      <w:r w:rsidRPr="00B7305F">
        <w:rPr>
          <w:rFonts w:cs="Times New Roman"/>
          <w:color w:val="000000" w:themeColor="text1"/>
          <w:lang w:val="uk-UA"/>
        </w:rPr>
        <w:t>апарату</w:t>
      </w:r>
      <w:r w:rsidR="00480420" w:rsidRPr="00B7305F">
        <w:rPr>
          <w:rFonts w:cs="Times New Roman"/>
          <w:color w:val="000000" w:themeColor="text1"/>
          <w:lang w:val="uk-UA"/>
        </w:rPr>
        <w:t xml:space="preserve"> </w:t>
      </w:r>
      <w:r w:rsidRPr="00B7305F">
        <w:rPr>
          <w:rFonts w:cs="Times New Roman"/>
          <w:color w:val="000000" w:themeColor="text1"/>
          <w:lang w:val="uk-UA"/>
        </w:rPr>
        <w:t>(голосові</w:t>
      </w:r>
      <w:r w:rsidR="00480420" w:rsidRPr="00B7305F">
        <w:rPr>
          <w:rFonts w:cs="Times New Roman"/>
          <w:color w:val="000000" w:themeColor="text1"/>
          <w:lang w:val="uk-UA"/>
        </w:rPr>
        <w:t xml:space="preserve"> </w:t>
      </w:r>
      <w:r w:rsidRPr="00B7305F">
        <w:rPr>
          <w:rFonts w:cs="Times New Roman"/>
          <w:color w:val="000000" w:themeColor="text1"/>
          <w:lang w:val="uk-UA"/>
        </w:rPr>
        <w:t>зв’язки,</w:t>
      </w:r>
      <w:r w:rsidR="00480420" w:rsidRPr="00B7305F">
        <w:rPr>
          <w:rFonts w:cs="Times New Roman"/>
          <w:color w:val="000000" w:themeColor="text1"/>
          <w:lang w:val="uk-UA"/>
        </w:rPr>
        <w:t xml:space="preserve"> </w:t>
      </w:r>
      <w:r w:rsidRPr="00B7305F">
        <w:rPr>
          <w:rFonts w:cs="Times New Roman"/>
          <w:color w:val="000000" w:themeColor="text1"/>
          <w:lang w:val="uk-UA"/>
        </w:rPr>
        <w:t>міжреберні</w:t>
      </w:r>
      <w:r w:rsidR="00480420" w:rsidRPr="00B7305F">
        <w:rPr>
          <w:rFonts w:cs="Times New Roman"/>
          <w:color w:val="000000" w:themeColor="text1"/>
          <w:lang w:val="uk-UA"/>
        </w:rPr>
        <w:t xml:space="preserve"> </w:t>
      </w:r>
      <w:r w:rsidRPr="00B7305F">
        <w:rPr>
          <w:rFonts w:cs="Times New Roman"/>
          <w:color w:val="000000" w:themeColor="text1"/>
          <w:lang w:val="uk-UA"/>
        </w:rPr>
        <w:t>м’язи),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критичними.</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мікрофони,</w:t>
      </w:r>
      <w:r w:rsidR="00480420" w:rsidRPr="00B7305F">
        <w:rPr>
          <w:rFonts w:cs="Times New Roman"/>
          <w:color w:val="000000" w:themeColor="text1"/>
          <w:lang w:val="uk-UA"/>
        </w:rPr>
        <w:t xml:space="preserve"> </w:t>
      </w:r>
      <w:r w:rsidRPr="00B7305F">
        <w:rPr>
          <w:rFonts w:cs="Times New Roman"/>
          <w:color w:val="000000" w:themeColor="text1"/>
          <w:lang w:val="uk-UA"/>
        </w:rPr>
        <w:t>близькість,</w:t>
      </w:r>
      <w:r w:rsidR="00480420" w:rsidRPr="00B7305F">
        <w:rPr>
          <w:rFonts w:cs="Times New Roman"/>
          <w:color w:val="000000" w:themeColor="text1"/>
          <w:lang w:val="uk-UA"/>
        </w:rPr>
        <w:t xml:space="preserve"> </w:t>
      </w:r>
      <w:r w:rsidRPr="00B7305F">
        <w:rPr>
          <w:rFonts w:cs="Times New Roman"/>
          <w:color w:val="000000" w:themeColor="text1"/>
          <w:lang w:val="uk-UA"/>
        </w:rPr>
        <w:t>натуральність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зазвичай</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працює</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професійним</w:t>
      </w:r>
      <w:r w:rsidR="00480420" w:rsidRPr="00B7305F">
        <w:rPr>
          <w:rFonts w:cs="Times New Roman"/>
          <w:color w:val="000000" w:themeColor="text1"/>
          <w:lang w:val="uk-UA"/>
        </w:rPr>
        <w:t xml:space="preserve"> </w:t>
      </w:r>
      <w:r w:rsidRPr="00B7305F">
        <w:rPr>
          <w:rFonts w:cs="Times New Roman"/>
          <w:color w:val="000000" w:themeColor="text1"/>
          <w:lang w:val="uk-UA"/>
        </w:rPr>
        <w:t>звуковим</w:t>
      </w:r>
      <w:r w:rsidR="00480420" w:rsidRPr="00B7305F">
        <w:rPr>
          <w:rFonts w:cs="Times New Roman"/>
          <w:color w:val="000000" w:themeColor="text1"/>
          <w:lang w:val="uk-UA"/>
        </w:rPr>
        <w:t xml:space="preserve"> </w:t>
      </w:r>
      <w:r w:rsidRPr="00B7305F">
        <w:rPr>
          <w:rFonts w:cs="Times New Roman"/>
          <w:color w:val="000000" w:themeColor="text1"/>
          <w:lang w:val="uk-UA"/>
        </w:rPr>
        <w:t>обладнанням</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мікрофонами</w:t>
      </w:r>
      <w:r w:rsidR="00480420" w:rsidRPr="00B7305F">
        <w:rPr>
          <w:rFonts w:cs="Times New Roman"/>
          <w:color w:val="000000" w:themeColor="text1"/>
          <w:lang w:val="uk-UA"/>
        </w:rPr>
        <w:t xml:space="preserve"> </w:t>
      </w:r>
      <w:r w:rsidRPr="00B7305F">
        <w:rPr>
          <w:rFonts w:cs="Times New Roman"/>
          <w:color w:val="000000" w:themeColor="text1"/>
          <w:lang w:val="uk-UA"/>
        </w:rPr>
        <w:t>(бум-мікрофони,</w:t>
      </w:r>
      <w:r w:rsidR="00480420" w:rsidRPr="00B7305F">
        <w:rPr>
          <w:rFonts w:cs="Times New Roman"/>
          <w:color w:val="000000" w:themeColor="text1"/>
          <w:lang w:val="uk-UA"/>
        </w:rPr>
        <w:t xml:space="preserve"> </w:t>
      </w:r>
      <w:r w:rsidRPr="00B7305F">
        <w:rPr>
          <w:rFonts w:cs="Times New Roman"/>
          <w:color w:val="000000" w:themeColor="text1"/>
          <w:lang w:val="uk-UA"/>
        </w:rPr>
        <w:t>петлички).</w:t>
      </w:r>
      <w:r w:rsidR="00480420" w:rsidRPr="00B7305F">
        <w:rPr>
          <w:rFonts w:cs="Times New Roman"/>
          <w:color w:val="000000" w:themeColor="text1"/>
          <w:lang w:val="uk-UA"/>
        </w:rPr>
        <w:t xml:space="preserve"> </w:t>
      </w:r>
      <w:r w:rsidRPr="00B7305F">
        <w:rPr>
          <w:rFonts w:cs="Times New Roman"/>
          <w:color w:val="000000" w:themeColor="text1"/>
          <w:lang w:val="uk-UA"/>
        </w:rPr>
        <w:t>Голос</w:t>
      </w:r>
      <w:r w:rsidR="00480420" w:rsidRPr="00B7305F">
        <w:rPr>
          <w:rFonts w:cs="Times New Roman"/>
          <w:color w:val="000000" w:themeColor="text1"/>
          <w:lang w:val="uk-UA"/>
        </w:rPr>
        <w:t xml:space="preserve"> </w:t>
      </w:r>
      <w:r w:rsidRPr="00B7305F">
        <w:rPr>
          <w:rFonts w:cs="Times New Roman"/>
          <w:color w:val="000000" w:themeColor="text1"/>
          <w:lang w:val="uk-UA"/>
        </w:rPr>
        <w:t>записується</w:t>
      </w:r>
      <w:r w:rsidR="00480420" w:rsidRPr="00B7305F">
        <w:rPr>
          <w:rFonts w:cs="Times New Roman"/>
          <w:color w:val="000000" w:themeColor="text1"/>
          <w:lang w:val="uk-UA"/>
        </w:rPr>
        <w:t xml:space="preserve"> </w:t>
      </w:r>
      <w:r w:rsidRPr="00B7305F">
        <w:rPr>
          <w:rFonts w:cs="Times New Roman"/>
          <w:color w:val="000000" w:themeColor="text1"/>
          <w:lang w:val="uk-UA"/>
        </w:rPr>
        <w:t>дуже</w:t>
      </w:r>
      <w:r w:rsidR="00480420" w:rsidRPr="00B7305F">
        <w:rPr>
          <w:rFonts w:cs="Times New Roman"/>
          <w:color w:val="000000" w:themeColor="text1"/>
          <w:lang w:val="uk-UA"/>
        </w:rPr>
        <w:t xml:space="preserve"> </w:t>
      </w:r>
      <w:r w:rsidRPr="00B7305F">
        <w:rPr>
          <w:rFonts w:cs="Times New Roman"/>
          <w:color w:val="000000" w:themeColor="text1"/>
          <w:lang w:val="uk-UA"/>
        </w:rPr>
        <w:t>близько,</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надмірне</w:t>
      </w:r>
      <w:r w:rsidR="00480420" w:rsidRPr="00B7305F">
        <w:rPr>
          <w:rFonts w:cs="Times New Roman"/>
          <w:color w:val="000000" w:themeColor="text1"/>
          <w:lang w:val="uk-UA"/>
        </w:rPr>
        <w:t xml:space="preserve"> </w:t>
      </w:r>
      <w:r w:rsidRPr="00B7305F">
        <w:rPr>
          <w:rFonts w:cs="Times New Roman"/>
          <w:color w:val="000000" w:themeColor="text1"/>
          <w:lang w:val="uk-UA"/>
        </w:rPr>
        <w:t>проєктування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акцентування</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r w:rsidR="00480420" w:rsidRPr="00B7305F">
        <w:rPr>
          <w:rFonts w:cs="Times New Roman"/>
          <w:color w:val="000000" w:themeColor="text1"/>
          <w:lang w:val="uk-UA"/>
        </w:rPr>
        <w:t xml:space="preserve"> </w:t>
      </w:r>
      <w:r w:rsidRPr="00B7305F">
        <w:rPr>
          <w:rFonts w:cs="Times New Roman"/>
          <w:color w:val="000000" w:themeColor="text1"/>
          <w:lang w:val="uk-UA"/>
        </w:rPr>
        <w:t>зазвичай</w:t>
      </w:r>
      <w:r w:rsidR="00480420" w:rsidRPr="00B7305F">
        <w:rPr>
          <w:rFonts w:cs="Times New Roman"/>
          <w:color w:val="000000" w:themeColor="text1"/>
          <w:lang w:val="uk-UA"/>
        </w:rPr>
        <w:t xml:space="preserve"> </w:t>
      </w:r>
      <w:r w:rsidRPr="00B7305F">
        <w:rPr>
          <w:rFonts w:cs="Times New Roman"/>
          <w:color w:val="000000" w:themeColor="text1"/>
          <w:lang w:val="uk-UA"/>
        </w:rPr>
        <w:t>шкодять</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звучать</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природно,</w:t>
      </w:r>
      <w:r w:rsidR="00480420" w:rsidRPr="00B7305F">
        <w:rPr>
          <w:rFonts w:cs="Times New Roman"/>
          <w:color w:val="000000" w:themeColor="text1"/>
          <w:lang w:val="uk-UA"/>
        </w:rPr>
        <w:t xml:space="preserve"> </w:t>
      </w:r>
      <w:r w:rsidRPr="00B7305F">
        <w:rPr>
          <w:rFonts w:cs="Times New Roman"/>
          <w:color w:val="000000" w:themeColor="text1"/>
          <w:lang w:val="uk-UA"/>
        </w:rPr>
        <w:t>агресивно.</w:t>
      </w:r>
      <w:r w:rsidR="00480420" w:rsidRPr="00B7305F">
        <w:rPr>
          <w:rFonts w:cs="Times New Roman"/>
          <w:color w:val="000000" w:themeColor="text1"/>
          <w:lang w:val="uk-UA"/>
        </w:rPr>
        <w:t xml:space="preserve"> </w:t>
      </w:r>
      <w:r w:rsidRPr="00B7305F">
        <w:rPr>
          <w:rFonts w:cs="Times New Roman"/>
          <w:color w:val="000000" w:themeColor="text1"/>
          <w:lang w:val="uk-UA"/>
        </w:rPr>
        <w:t>Важливо</w:t>
      </w:r>
      <w:r w:rsidR="00480420" w:rsidRPr="00B7305F">
        <w:rPr>
          <w:rFonts w:cs="Times New Roman"/>
          <w:color w:val="000000" w:themeColor="text1"/>
          <w:lang w:val="uk-UA"/>
        </w:rPr>
        <w:t xml:space="preserve"> </w:t>
      </w:r>
      <w:r w:rsidRPr="00B7305F">
        <w:rPr>
          <w:rFonts w:cs="Times New Roman"/>
          <w:color w:val="000000" w:themeColor="text1"/>
          <w:lang w:val="uk-UA"/>
        </w:rPr>
        <w:t>навчитися</w:t>
      </w:r>
      <w:r w:rsidR="00480420" w:rsidRPr="00B7305F">
        <w:rPr>
          <w:rFonts w:cs="Times New Roman"/>
          <w:color w:val="000000" w:themeColor="text1"/>
          <w:lang w:val="uk-UA"/>
        </w:rPr>
        <w:t xml:space="preserve"> </w:t>
      </w:r>
      <w:r w:rsidRPr="00B7305F">
        <w:rPr>
          <w:rFonts w:cs="Times New Roman"/>
          <w:color w:val="000000" w:themeColor="text1"/>
          <w:lang w:val="uk-UA"/>
        </w:rPr>
        <w:t>мовити</w:t>
      </w:r>
      <w:r w:rsidR="00480420" w:rsidRPr="00B7305F">
        <w:rPr>
          <w:rFonts w:cs="Times New Roman"/>
          <w:color w:val="000000" w:themeColor="text1"/>
          <w:lang w:val="uk-UA"/>
        </w:rPr>
        <w:t xml:space="preserve"> </w:t>
      </w:r>
      <w:r w:rsidRPr="00B7305F">
        <w:rPr>
          <w:rFonts w:cs="Times New Roman"/>
          <w:color w:val="000000" w:themeColor="text1"/>
          <w:lang w:val="uk-UA"/>
        </w:rPr>
        <w:t>природно,</w:t>
      </w:r>
      <w:r w:rsidR="00480420" w:rsidRPr="00B7305F">
        <w:rPr>
          <w:rFonts w:cs="Times New Roman"/>
          <w:color w:val="000000" w:themeColor="text1"/>
          <w:lang w:val="uk-UA"/>
        </w:rPr>
        <w:t xml:space="preserve"> </w:t>
      </w:r>
      <w:r w:rsidRPr="00B7305F">
        <w:rPr>
          <w:rFonts w:cs="Times New Roman"/>
          <w:color w:val="000000" w:themeColor="text1"/>
          <w:lang w:val="uk-UA"/>
        </w:rPr>
        <w:t>інтимно,</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чіткістю,</w:t>
      </w:r>
      <w:r w:rsidR="00480420" w:rsidRPr="00B7305F">
        <w:rPr>
          <w:rFonts w:cs="Times New Roman"/>
          <w:color w:val="000000" w:themeColor="text1"/>
          <w:lang w:val="uk-UA"/>
        </w:rPr>
        <w:t xml:space="preserve"> </w:t>
      </w:r>
      <w:r w:rsidRPr="00B7305F">
        <w:rPr>
          <w:rFonts w:cs="Times New Roman"/>
          <w:color w:val="000000" w:themeColor="text1"/>
          <w:lang w:val="uk-UA"/>
        </w:rPr>
        <w:t>враховуючи,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звук</w:t>
      </w:r>
      <w:r w:rsidR="00480420" w:rsidRPr="00B7305F">
        <w:rPr>
          <w:rFonts w:cs="Times New Roman"/>
          <w:color w:val="000000" w:themeColor="text1"/>
          <w:lang w:val="uk-UA"/>
        </w:rPr>
        <w:t xml:space="preserve"> </w:t>
      </w:r>
      <w:r w:rsidRPr="00B7305F">
        <w:rPr>
          <w:rFonts w:cs="Times New Roman"/>
          <w:color w:val="000000" w:themeColor="text1"/>
          <w:lang w:val="uk-UA"/>
        </w:rPr>
        <w:t>іноді</w:t>
      </w:r>
      <w:r w:rsidR="00480420" w:rsidRPr="00B7305F">
        <w:rPr>
          <w:rFonts w:cs="Times New Roman"/>
          <w:color w:val="000000" w:themeColor="text1"/>
          <w:lang w:val="uk-UA"/>
        </w:rPr>
        <w:t xml:space="preserve"> </w:t>
      </w:r>
      <w:r w:rsidRPr="00B7305F">
        <w:rPr>
          <w:rFonts w:cs="Times New Roman"/>
          <w:color w:val="000000" w:themeColor="text1"/>
          <w:lang w:val="uk-UA"/>
        </w:rPr>
        <w:t>записується</w:t>
      </w:r>
      <w:r w:rsidR="00480420" w:rsidRPr="00B7305F">
        <w:rPr>
          <w:rFonts w:cs="Times New Roman"/>
          <w:color w:val="000000" w:themeColor="text1"/>
          <w:lang w:val="uk-UA"/>
        </w:rPr>
        <w:t xml:space="preserve"> </w:t>
      </w:r>
      <w:r w:rsidRPr="00B7305F">
        <w:rPr>
          <w:rFonts w:cs="Times New Roman"/>
          <w:color w:val="000000" w:themeColor="text1"/>
          <w:lang w:val="uk-UA"/>
        </w:rPr>
        <w:t>окремо,</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слідувати</w:t>
      </w:r>
      <w:r w:rsidR="00480420" w:rsidRPr="00B7305F">
        <w:rPr>
          <w:rFonts w:cs="Times New Roman"/>
          <w:color w:val="000000" w:themeColor="text1"/>
          <w:lang w:val="uk-UA"/>
        </w:rPr>
        <w:t xml:space="preserve"> </w:t>
      </w:r>
      <w:r w:rsidRPr="00B7305F">
        <w:rPr>
          <w:rFonts w:cs="Times New Roman"/>
          <w:color w:val="000000" w:themeColor="text1"/>
          <w:lang w:val="uk-UA"/>
        </w:rPr>
        <w:t>ритму</w:t>
      </w:r>
      <w:r w:rsidR="00480420" w:rsidRPr="00B7305F">
        <w:rPr>
          <w:rFonts w:cs="Times New Roman"/>
          <w:color w:val="000000" w:themeColor="text1"/>
          <w:lang w:val="uk-UA"/>
        </w:rPr>
        <w:t xml:space="preserve"> </w:t>
      </w:r>
      <w:r w:rsidRPr="00B7305F">
        <w:rPr>
          <w:rFonts w:cs="Times New Roman"/>
          <w:color w:val="000000" w:themeColor="text1"/>
          <w:lang w:val="uk-UA"/>
        </w:rPr>
        <w:t>партнера</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ситуації.</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важливо</w:t>
      </w:r>
      <w:r w:rsidR="00480420" w:rsidRPr="00B7305F">
        <w:rPr>
          <w:rFonts w:cs="Times New Roman"/>
          <w:color w:val="000000" w:themeColor="text1"/>
          <w:lang w:val="uk-UA"/>
        </w:rPr>
        <w:t xml:space="preserve"> </w:t>
      </w:r>
      <w:r w:rsidRPr="00B7305F">
        <w:rPr>
          <w:rFonts w:cs="Times New Roman"/>
          <w:color w:val="000000" w:themeColor="text1"/>
          <w:lang w:val="uk-UA"/>
        </w:rPr>
        <w:t>враховувати</w:t>
      </w:r>
      <w:r w:rsidR="00480420" w:rsidRPr="00B7305F">
        <w:rPr>
          <w:rFonts w:cs="Times New Roman"/>
          <w:color w:val="000000" w:themeColor="text1"/>
          <w:lang w:val="uk-UA"/>
        </w:rPr>
        <w:t xml:space="preserve"> </w:t>
      </w:r>
      <w:r w:rsidRPr="00B7305F">
        <w:rPr>
          <w:rFonts w:cs="Times New Roman"/>
          <w:color w:val="000000" w:themeColor="text1"/>
          <w:lang w:val="uk-UA"/>
        </w:rPr>
        <w:t>звучання</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звукопроникність</w:t>
      </w:r>
      <w:r w:rsidR="00480420" w:rsidRPr="00B7305F">
        <w:rPr>
          <w:rFonts w:cs="Times New Roman"/>
          <w:color w:val="000000" w:themeColor="text1"/>
          <w:lang w:val="uk-UA"/>
        </w:rPr>
        <w:t xml:space="preserve"> </w:t>
      </w:r>
      <w:r w:rsidRPr="00B7305F">
        <w:rPr>
          <w:rFonts w:cs="Times New Roman"/>
          <w:color w:val="000000" w:themeColor="text1"/>
          <w:lang w:val="uk-UA"/>
        </w:rPr>
        <w:t>локації,</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готовим</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синхронізації</w:t>
      </w:r>
      <w:r w:rsidR="00480420" w:rsidRPr="00B7305F">
        <w:rPr>
          <w:rFonts w:cs="Times New Roman"/>
          <w:color w:val="000000" w:themeColor="text1"/>
          <w:lang w:val="uk-UA"/>
        </w:rPr>
        <w:t xml:space="preserve"> </w:t>
      </w:r>
      <w:r w:rsidRPr="00B7305F">
        <w:rPr>
          <w:rFonts w:cs="Times New Roman"/>
          <w:color w:val="000000" w:themeColor="text1"/>
          <w:lang w:val="uk-UA"/>
        </w:rPr>
        <w:t>голосу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пост</w:t>
      </w:r>
      <w:r w:rsidR="00414270" w:rsidRPr="00B7305F">
        <w:rPr>
          <w:rFonts w:cs="Times New Roman"/>
          <w:color w:val="000000" w:themeColor="text1"/>
          <w:lang w:val="uk-UA"/>
        </w:rPr>
        <w:t>-</w:t>
      </w:r>
      <w:r w:rsidRPr="00B7305F">
        <w:rPr>
          <w:rFonts w:cs="Times New Roman"/>
          <w:color w:val="000000" w:themeColor="text1"/>
          <w:lang w:val="uk-UA"/>
        </w:rPr>
        <w:t>продакшн.</w:t>
      </w:r>
      <w:r w:rsidR="00480420" w:rsidRPr="00B7305F">
        <w:rPr>
          <w:rFonts w:cs="Times New Roman"/>
          <w:color w:val="000000" w:themeColor="text1"/>
          <w:lang w:val="uk-UA"/>
        </w:rPr>
        <w:t xml:space="preserve"> </w:t>
      </w:r>
    </w:p>
    <w:p w14:paraId="53FE3F27" w14:textId="2BC2E322"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4.</w:t>
      </w:r>
      <w:r w:rsidR="00480420" w:rsidRPr="00B7305F">
        <w:rPr>
          <w:rFonts w:cs="Times New Roman"/>
          <w:color w:val="000000" w:themeColor="text1"/>
          <w:lang w:val="uk-UA"/>
        </w:rPr>
        <w:t xml:space="preserve"> </w:t>
      </w:r>
      <w:r w:rsidRPr="00B7305F">
        <w:rPr>
          <w:rFonts w:cs="Times New Roman"/>
          <w:color w:val="000000" w:themeColor="text1"/>
          <w:lang w:val="uk-UA"/>
        </w:rPr>
        <w:t>Партнерство,</w:t>
      </w:r>
      <w:r w:rsidR="00480420" w:rsidRPr="00B7305F">
        <w:rPr>
          <w:rFonts w:cs="Times New Roman"/>
          <w:color w:val="000000" w:themeColor="text1"/>
          <w:lang w:val="uk-UA"/>
        </w:rPr>
        <w:t xml:space="preserve"> </w:t>
      </w:r>
      <w:r w:rsidRPr="00B7305F">
        <w:rPr>
          <w:rFonts w:cs="Times New Roman"/>
          <w:color w:val="000000" w:themeColor="text1"/>
          <w:lang w:val="uk-UA"/>
        </w:rPr>
        <w:t>«сутність</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спільний</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драматургія</w:t>
      </w:r>
      <w:r w:rsidR="00480420" w:rsidRPr="00B7305F">
        <w:rPr>
          <w:rFonts w:cs="Times New Roman"/>
          <w:color w:val="000000" w:themeColor="text1"/>
          <w:lang w:val="uk-UA"/>
        </w:rPr>
        <w:t xml:space="preserve"> </w:t>
      </w:r>
      <w:r w:rsidRPr="00B7305F">
        <w:rPr>
          <w:rFonts w:cs="Times New Roman"/>
          <w:color w:val="000000" w:themeColor="text1"/>
          <w:lang w:val="uk-UA"/>
        </w:rPr>
        <w:t>моменту</w:t>
      </w:r>
      <w:r w:rsidR="0088316A"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існують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одному</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одному</w:t>
      </w:r>
      <w:r w:rsidR="00480420" w:rsidRPr="00B7305F">
        <w:rPr>
          <w:rFonts w:cs="Times New Roman"/>
          <w:color w:val="000000" w:themeColor="text1"/>
          <w:lang w:val="uk-UA"/>
        </w:rPr>
        <w:t xml:space="preserve"> </w:t>
      </w:r>
      <w:r w:rsidR="00AA6398">
        <w:rPr>
          <w:rFonts w:cs="Times New Roman"/>
          <w:color w:val="000000" w:themeColor="text1"/>
          <w:lang w:val="uk-UA"/>
        </w:rPr>
        <w:t>«</w:t>
      </w:r>
      <w:r w:rsidRPr="00B7305F">
        <w:rPr>
          <w:rFonts w:cs="Times New Roman"/>
          <w:color w:val="000000" w:themeColor="text1"/>
          <w:lang w:val="uk-UA"/>
        </w:rPr>
        <w:t>моменті</w:t>
      </w:r>
      <w:r w:rsidR="00480420" w:rsidRPr="00B7305F">
        <w:rPr>
          <w:rFonts w:cs="Times New Roman"/>
          <w:color w:val="000000" w:themeColor="text1"/>
          <w:lang w:val="uk-UA"/>
        </w:rPr>
        <w:t xml:space="preserve"> </w:t>
      </w:r>
      <w:r w:rsidRPr="00207716">
        <w:rPr>
          <w:rFonts w:cs="Times New Roman"/>
          <w:lang w:val="uk-UA"/>
        </w:rPr>
        <w:t>часу</w:t>
      </w:r>
      <w:r w:rsidR="00AA6398" w:rsidRPr="00207716">
        <w:rPr>
          <w:rFonts w:cs="Times New Roman"/>
          <w:lang w:val="uk-UA"/>
        </w:rPr>
        <w:t xml:space="preserve"> </w:t>
      </w:r>
      <w:r w:rsidR="00AA6398" w:rsidRPr="00207716">
        <w:rPr>
          <w:rFonts w:cs="Times New Roman"/>
          <w:lang w:val="ru-RU"/>
        </w:rPr>
        <w:t>[</w:t>
      </w:r>
      <w:r w:rsidR="00207716" w:rsidRPr="00207716">
        <w:rPr>
          <w:rFonts w:cs="Times New Roman"/>
          <w:lang w:val="ru-RU"/>
        </w:rPr>
        <w:t>40</w:t>
      </w:r>
      <w:r w:rsidR="00AA6398" w:rsidRPr="00207716">
        <w:rPr>
          <w:rFonts w:cs="Times New Roman"/>
          <w:lang w:val="ru-RU"/>
        </w:rPr>
        <w:t>,</w:t>
      </w:r>
      <w:r w:rsidR="0039501A">
        <w:rPr>
          <w:rFonts w:cs="Times New Roman"/>
          <w:lang w:val="ru-RU"/>
        </w:rPr>
        <w:t>с</w:t>
      </w:r>
      <w:r w:rsidR="00AA6398" w:rsidRPr="00207716">
        <w:rPr>
          <w:rFonts w:cs="Times New Roman"/>
          <w:lang w:val="ru-RU"/>
        </w:rPr>
        <w:t>.</w:t>
      </w:r>
      <w:r w:rsidR="00207716" w:rsidRPr="00207716">
        <w:rPr>
          <w:rFonts w:cs="Times New Roman"/>
          <w:lang w:val="ru-RU"/>
        </w:rPr>
        <w:t>35</w:t>
      </w:r>
      <w:r w:rsidR="00AA6398" w:rsidRPr="00207716">
        <w:rPr>
          <w:rFonts w:cs="Times New Roman"/>
          <w:lang w:val="ru-RU"/>
        </w:rPr>
        <w:t>]</w:t>
      </w:r>
      <w:r w:rsidR="00AA6398" w:rsidRPr="00207716">
        <w:rPr>
          <w:rFonts w:cs="Times New Roman"/>
          <w:lang w:val="uk-UA"/>
        </w:rPr>
        <w:t>»</w:t>
      </w:r>
      <w:r w:rsidRPr="00207716">
        <w:rPr>
          <w:rFonts w:cs="Times New Roman"/>
          <w:lang w:val="uk-UA"/>
        </w:rPr>
        <w:t>.</w:t>
      </w:r>
      <w:r w:rsidR="00480420" w:rsidRPr="00207716">
        <w:rPr>
          <w:rFonts w:cs="Times New Roman"/>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реагують</w:t>
      </w:r>
      <w:r w:rsidR="00480420" w:rsidRPr="00B7305F">
        <w:rPr>
          <w:rFonts w:cs="Times New Roman"/>
          <w:color w:val="000000" w:themeColor="text1"/>
          <w:lang w:val="uk-UA"/>
        </w:rPr>
        <w:t xml:space="preserve"> </w:t>
      </w:r>
      <w:r w:rsidRPr="00B7305F">
        <w:rPr>
          <w:rFonts w:cs="Times New Roman"/>
          <w:color w:val="000000" w:themeColor="text1"/>
          <w:lang w:val="uk-UA"/>
        </w:rPr>
        <w:t>один</w:t>
      </w:r>
      <w:r w:rsidR="00480420" w:rsidRPr="00B7305F">
        <w:rPr>
          <w:rFonts w:cs="Times New Roman"/>
          <w:color w:val="000000" w:themeColor="text1"/>
          <w:lang w:val="uk-UA"/>
        </w:rPr>
        <w:t xml:space="preserve"> </w:t>
      </w:r>
      <w:r w:rsidRPr="00B7305F">
        <w:rPr>
          <w:rFonts w:cs="Times New Roman"/>
          <w:color w:val="000000" w:themeColor="text1"/>
          <w:lang w:val="uk-UA"/>
        </w:rPr>
        <w:t>одному</w:t>
      </w:r>
      <w:r w:rsidR="00480420" w:rsidRPr="00B7305F">
        <w:rPr>
          <w:rFonts w:cs="Times New Roman"/>
          <w:color w:val="000000" w:themeColor="text1"/>
          <w:lang w:val="uk-UA"/>
        </w:rPr>
        <w:t xml:space="preserve"> </w:t>
      </w:r>
      <w:r w:rsidRPr="00B7305F">
        <w:rPr>
          <w:rFonts w:cs="Times New Roman"/>
          <w:color w:val="000000" w:themeColor="text1"/>
          <w:lang w:val="uk-UA"/>
        </w:rPr>
        <w:t>миттєво:</w:t>
      </w:r>
      <w:r w:rsidR="00480420" w:rsidRPr="00B7305F">
        <w:rPr>
          <w:rFonts w:cs="Times New Roman"/>
          <w:color w:val="000000" w:themeColor="text1"/>
          <w:lang w:val="uk-UA"/>
        </w:rPr>
        <w:t xml:space="preserve"> </w:t>
      </w:r>
      <w:r w:rsidRPr="00B7305F">
        <w:rPr>
          <w:rFonts w:cs="Times New Roman"/>
          <w:color w:val="000000" w:themeColor="text1"/>
          <w:lang w:val="uk-UA"/>
        </w:rPr>
        <w:t>діалоги,</w:t>
      </w:r>
      <w:r w:rsidR="00480420" w:rsidRPr="00B7305F">
        <w:rPr>
          <w:rFonts w:cs="Times New Roman"/>
          <w:color w:val="000000" w:themeColor="text1"/>
          <w:lang w:val="uk-UA"/>
        </w:rPr>
        <w:t xml:space="preserve"> </w:t>
      </w:r>
      <w:r w:rsidRPr="00B7305F">
        <w:rPr>
          <w:rFonts w:cs="Times New Roman"/>
          <w:color w:val="000000" w:themeColor="text1"/>
          <w:lang w:val="uk-UA"/>
        </w:rPr>
        <w:t>погляди,</w:t>
      </w:r>
      <w:r w:rsidR="00480420" w:rsidRPr="00B7305F">
        <w:rPr>
          <w:rFonts w:cs="Times New Roman"/>
          <w:color w:val="000000" w:themeColor="text1"/>
          <w:lang w:val="uk-UA"/>
        </w:rPr>
        <w:t xml:space="preserve"> </w:t>
      </w:r>
      <w:r w:rsidRPr="00B7305F">
        <w:rPr>
          <w:rFonts w:cs="Times New Roman"/>
          <w:color w:val="000000" w:themeColor="text1"/>
          <w:lang w:val="uk-UA"/>
        </w:rPr>
        <w:t>рухи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усе</w:t>
      </w:r>
      <w:r w:rsidR="00480420" w:rsidRPr="00B7305F">
        <w:rPr>
          <w:rFonts w:cs="Times New Roman"/>
          <w:color w:val="000000" w:themeColor="text1"/>
          <w:lang w:val="uk-UA"/>
        </w:rPr>
        <w:t xml:space="preserve"> </w:t>
      </w:r>
      <w:r w:rsidRPr="00B7305F">
        <w:rPr>
          <w:rFonts w:cs="Times New Roman"/>
          <w:color w:val="000000" w:themeColor="text1"/>
          <w:lang w:val="uk-UA"/>
        </w:rPr>
        <w:t>відбувається</w:t>
      </w:r>
      <w:r w:rsidR="00480420" w:rsidRPr="00B7305F">
        <w:rPr>
          <w:rFonts w:cs="Times New Roman"/>
          <w:color w:val="000000" w:themeColor="text1"/>
          <w:lang w:val="uk-UA"/>
        </w:rPr>
        <w:t xml:space="preserve"> </w:t>
      </w:r>
      <w:r w:rsidRPr="00B7305F">
        <w:rPr>
          <w:rFonts w:cs="Times New Roman"/>
          <w:color w:val="000000" w:themeColor="text1"/>
          <w:lang w:val="uk-UA"/>
        </w:rPr>
        <w:t>«тут</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зараз</w:t>
      </w:r>
      <w:r w:rsidR="008005EB" w:rsidRPr="008005EB">
        <w:rPr>
          <w:rFonts w:cs="Times New Roman"/>
          <w:color w:val="000000" w:themeColor="text1"/>
          <w:lang w:val="ru-RU"/>
        </w:rPr>
        <w:t xml:space="preserve"> </w:t>
      </w:r>
      <w:r w:rsidR="008005EB" w:rsidRPr="0000612E">
        <w:rPr>
          <w:rFonts w:cs="Times New Roman"/>
          <w:color w:val="000000" w:themeColor="text1"/>
          <w:lang w:val="ru-RU"/>
        </w:rPr>
        <w:t>[</w:t>
      </w:r>
      <w:r w:rsidR="0000612E" w:rsidRPr="0000612E">
        <w:rPr>
          <w:rFonts w:cs="Times New Roman"/>
          <w:color w:val="000000" w:themeColor="text1"/>
          <w:lang w:val="ru-RU"/>
        </w:rPr>
        <w:t>30</w:t>
      </w:r>
      <w:r w:rsidR="008005EB" w:rsidRPr="0000612E">
        <w:rPr>
          <w:rFonts w:cs="Times New Roman"/>
          <w:color w:val="000000" w:themeColor="text1"/>
          <w:lang w:val="ru-RU"/>
        </w:rPr>
        <w:t>,</w:t>
      </w:r>
      <w:r w:rsidR="008005EB" w:rsidRPr="0000612E">
        <w:rPr>
          <w:rFonts w:cs="Times New Roman"/>
          <w:color w:val="000000" w:themeColor="text1"/>
        </w:rPr>
        <w:t>c</w:t>
      </w:r>
      <w:r w:rsidR="008005EB" w:rsidRPr="0000612E">
        <w:rPr>
          <w:rFonts w:cs="Times New Roman"/>
          <w:color w:val="000000" w:themeColor="text1"/>
          <w:lang w:val="ru-RU"/>
        </w:rPr>
        <w:t>.</w:t>
      </w:r>
      <w:r w:rsidR="0000612E" w:rsidRPr="0000612E">
        <w:rPr>
          <w:rFonts w:cs="Times New Roman"/>
          <w:color w:val="000000" w:themeColor="text1"/>
          <w:lang w:val="ru-RU"/>
        </w:rPr>
        <w:t>78</w:t>
      </w:r>
      <w:r w:rsidR="008005EB" w:rsidRPr="0000612E">
        <w:rPr>
          <w:rFonts w:cs="Times New Roman"/>
          <w:color w:val="000000" w:themeColor="text1"/>
          <w:lang w:val="ru-RU"/>
        </w:rPr>
        <w:t>]</w:t>
      </w:r>
      <w:r w:rsidRPr="0000612E">
        <w:rPr>
          <w:rFonts w:cs="Times New Roman"/>
          <w:color w:val="000000" w:themeColor="text1"/>
          <w:lang w:val="uk-UA"/>
        </w:rPr>
        <w:t>».</w:t>
      </w:r>
      <w:r w:rsidR="00480420" w:rsidRPr="0000612E">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енергетичний</w:t>
      </w:r>
      <w:r w:rsidR="00480420" w:rsidRPr="00B7305F">
        <w:rPr>
          <w:rFonts w:cs="Times New Roman"/>
          <w:color w:val="000000" w:themeColor="text1"/>
          <w:lang w:val="uk-UA"/>
        </w:rPr>
        <w:t xml:space="preserve"> </w:t>
      </w:r>
      <w:r w:rsidRPr="00B7305F">
        <w:rPr>
          <w:rFonts w:cs="Times New Roman"/>
          <w:color w:val="000000" w:themeColor="text1"/>
          <w:lang w:val="uk-UA"/>
        </w:rPr>
        <w:t>зв’язок</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акторами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глядачем,</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живий</w:t>
      </w:r>
      <w:r w:rsidR="00480420" w:rsidRPr="00B7305F">
        <w:rPr>
          <w:rFonts w:cs="Times New Roman"/>
          <w:color w:val="000000" w:themeColor="text1"/>
          <w:lang w:val="uk-UA"/>
        </w:rPr>
        <w:t xml:space="preserve"> </w:t>
      </w:r>
      <w:r w:rsidRPr="00B7305F">
        <w:rPr>
          <w:rFonts w:cs="Times New Roman"/>
          <w:color w:val="000000" w:themeColor="text1"/>
          <w:lang w:val="uk-UA"/>
        </w:rPr>
        <w:t>імпульс</w:t>
      </w:r>
      <w:r w:rsidR="00480420" w:rsidRPr="00B7305F">
        <w:rPr>
          <w:rFonts w:cs="Times New Roman"/>
          <w:color w:val="000000" w:themeColor="text1"/>
          <w:lang w:val="uk-UA"/>
        </w:rPr>
        <w:t xml:space="preserve"> </w:t>
      </w:r>
      <w:r w:rsidRPr="00B7305F">
        <w:rPr>
          <w:rFonts w:cs="Times New Roman"/>
          <w:color w:val="000000" w:themeColor="text1"/>
          <w:lang w:val="uk-UA"/>
        </w:rPr>
        <w:t>передається</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публіки</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Івана</w:t>
      </w:r>
      <w:r w:rsidR="00480420" w:rsidRPr="00B7305F">
        <w:rPr>
          <w:rFonts w:cs="Times New Roman"/>
          <w:color w:val="000000" w:themeColor="text1"/>
          <w:lang w:val="uk-UA"/>
        </w:rPr>
        <w:t xml:space="preserve"> </w:t>
      </w:r>
      <w:r w:rsidRPr="00B7305F">
        <w:rPr>
          <w:rFonts w:cs="Times New Roman"/>
          <w:color w:val="000000" w:themeColor="text1"/>
          <w:lang w:val="uk-UA"/>
        </w:rPr>
        <w:t>Франка</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Шекспіра</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паузи,</w:t>
      </w:r>
      <w:r w:rsidR="00480420" w:rsidRPr="00B7305F">
        <w:rPr>
          <w:rFonts w:cs="Times New Roman"/>
          <w:color w:val="000000" w:themeColor="text1"/>
          <w:lang w:val="uk-UA"/>
        </w:rPr>
        <w:t xml:space="preserve"> </w:t>
      </w:r>
      <w:r w:rsidRPr="00B7305F">
        <w:rPr>
          <w:rFonts w:cs="Times New Roman"/>
          <w:color w:val="000000" w:themeColor="text1"/>
          <w:lang w:val="uk-UA"/>
        </w:rPr>
        <w:t>погляди,</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адаптують</w:t>
      </w:r>
      <w:r w:rsidR="00480420" w:rsidRPr="00B7305F">
        <w:rPr>
          <w:rFonts w:cs="Times New Roman"/>
          <w:color w:val="000000" w:themeColor="text1"/>
          <w:lang w:val="uk-UA"/>
        </w:rPr>
        <w:t xml:space="preserve"> </w:t>
      </w:r>
      <w:r w:rsidRPr="00B7305F">
        <w:rPr>
          <w:rFonts w:cs="Times New Roman"/>
          <w:color w:val="000000" w:themeColor="text1"/>
          <w:lang w:val="uk-UA"/>
        </w:rPr>
        <w:t>темп</w:t>
      </w:r>
      <w:r w:rsidR="00480420" w:rsidRPr="00B7305F">
        <w:rPr>
          <w:rFonts w:cs="Times New Roman"/>
          <w:color w:val="000000" w:themeColor="text1"/>
          <w:lang w:val="uk-UA"/>
        </w:rPr>
        <w:t xml:space="preserve"> </w:t>
      </w:r>
      <w:r w:rsidRPr="00B7305F">
        <w:rPr>
          <w:rFonts w:cs="Times New Roman"/>
          <w:color w:val="000000" w:themeColor="text1"/>
          <w:lang w:val="uk-UA"/>
        </w:rPr>
        <w:t>відповідно</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реакції</w:t>
      </w:r>
      <w:r w:rsidR="00480420" w:rsidRPr="00B7305F">
        <w:rPr>
          <w:rFonts w:cs="Times New Roman"/>
          <w:color w:val="000000" w:themeColor="text1"/>
          <w:lang w:val="uk-UA"/>
        </w:rPr>
        <w:t xml:space="preserve"> </w:t>
      </w:r>
      <w:r w:rsidRPr="00B7305F">
        <w:rPr>
          <w:rFonts w:cs="Times New Roman"/>
          <w:color w:val="000000" w:themeColor="text1"/>
          <w:lang w:val="uk-UA"/>
        </w:rPr>
        <w:t>публіки.</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фрагментарність,</w:t>
      </w:r>
      <w:r w:rsidR="00480420" w:rsidRPr="00B7305F">
        <w:rPr>
          <w:rFonts w:cs="Times New Roman"/>
          <w:color w:val="000000" w:themeColor="text1"/>
          <w:lang w:val="uk-UA"/>
        </w:rPr>
        <w:t xml:space="preserve"> </w:t>
      </w:r>
      <w:r w:rsidRPr="00B7305F">
        <w:rPr>
          <w:rFonts w:cs="Times New Roman"/>
          <w:color w:val="000000" w:themeColor="text1"/>
          <w:lang w:val="uk-UA"/>
        </w:rPr>
        <w:t>дублювання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умовна</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0088316A" w:rsidRPr="00B7305F">
        <w:rPr>
          <w:rFonts w:cs="Times New Roman"/>
          <w:color w:val="000000" w:themeColor="text1"/>
          <w:lang w:val="uk-UA"/>
        </w:rPr>
        <w:t>н</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буває,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один</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ще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знятий,</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діалог</w:t>
      </w:r>
      <w:r w:rsidR="00480420" w:rsidRPr="00B7305F">
        <w:rPr>
          <w:rFonts w:cs="Times New Roman"/>
          <w:color w:val="000000" w:themeColor="text1"/>
          <w:lang w:val="uk-UA"/>
        </w:rPr>
        <w:t xml:space="preserve"> </w:t>
      </w:r>
      <w:r w:rsidRPr="00B7305F">
        <w:rPr>
          <w:rFonts w:cs="Times New Roman"/>
          <w:color w:val="000000" w:themeColor="text1"/>
          <w:lang w:val="uk-UA"/>
        </w:rPr>
        <w:t>записується</w:t>
      </w:r>
      <w:r w:rsidR="00480420" w:rsidRPr="00B7305F">
        <w:rPr>
          <w:rFonts w:cs="Times New Roman"/>
          <w:color w:val="000000" w:themeColor="text1"/>
          <w:lang w:val="uk-UA"/>
        </w:rPr>
        <w:t xml:space="preserve"> </w:t>
      </w:r>
      <w:r w:rsidRPr="00B7305F">
        <w:rPr>
          <w:rFonts w:cs="Times New Roman"/>
          <w:color w:val="000000" w:themeColor="text1"/>
          <w:lang w:val="uk-UA"/>
        </w:rPr>
        <w:t>пізніше.</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монтуватися</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сценою</w:t>
      </w:r>
      <w:r w:rsidR="00480420" w:rsidRPr="00B7305F">
        <w:rPr>
          <w:rFonts w:cs="Times New Roman"/>
          <w:color w:val="000000" w:themeColor="text1"/>
          <w:lang w:val="uk-UA"/>
        </w:rPr>
        <w:t xml:space="preserve"> </w:t>
      </w:r>
      <w:r w:rsidRPr="00B7305F">
        <w:rPr>
          <w:rFonts w:cs="Times New Roman"/>
          <w:color w:val="000000" w:themeColor="text1"/>
          <w:lang w:val="uk-UA"/>
        </w:rPr>
        <w:t>іншого,</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фактичного</w:t>
      </w:r>
      <w:r w:rsidR="00480420" w:rsidRPr="00B7305F">
        <w:rPr>
          <w:rFonts w:cs="Times New Roman"/>
          <w:color w:val="000000" w:themeColor="text1"/>
          <w:lang w:val="uk-UA"/>
        </w:rPr>
        <w:t xml:space="preserve"> </w:t>
      </w:r>
      <w:r w:rsidRPr="00B7305F">
        <w:rPr>
          <w:rFonts w:cs="Times New Roman"/>
          <w:color w:val="000000" w:themeColor="text1"/>
          <w:lang w:val="uk-UA"/>
        </w:rPr>
        <w:t>контакту.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означає,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треба</w:t>
      </w:r>
      <w:r w:rsidR="00480420" w:rsidRPr="00B7305F">
        <w:rPr>
          <w:rFonts w:cs="Times New Roman"/>
          <w:color w:val="000000" w:themeColor="text1"/>
          <w:lang w:val="uk-UA"/>
        </w:rPr>
        <w:t xml:space="preserve"> </w:t>
      </w:r>
      <w:r w:rsidRPr="00B7305F">
        <w:rPr>
          <w:rFonts w:cs="Times New Roman"/>
          <w:color w:val="000000" w:themeColor="text1"/>
          <w:lang w:val="uk-UA"/>
        </w:rPr>
        <w:t>володіти</w:t>
      </w:r>
      <w:r w:rsidR="00480420" w:rsidRPr="00B7305F">
        <w:rPr>
          <w:rFonts w:cs="Times New Roman"/>
          <w:color w:val="000000" w:themeColor="text1"/>
          <w:lang w:val="uk-UA"/>
        </w:rPr>
        <w:t xml:space="preserve"> </w:t>
      </w:r>
      <w:r w:rsidRPr="00B7305F">
        <w:rPr>
          <w:rFonts w:cs="Times New Roman"/>
          <w:color w:val="000000" w:themeColor="text1"/>
          <w:lang w:val="uk-UA"/>
        </w:rPr>
        <w:t>уявною</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присутністю</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вміння</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партнера</w:t>
      </w:r>
      <w:r w:rsidR="00480420" w:rsidRPr="00B7305F">
        <w:rPr>
          <w:rFonts w:cs="Times New Roman"/>
          <w:color w:val="000000" w:themeColor="text1"/>
          <w:lang w:val="uk-UA"/>
        </w:rPr>
        <w:t xml:space="preserve"> </w:t>
      </w:r>
      <w:r w:rsidRPr="00B7305F">
        <w:rPr>
          <w:rFonts w:cs="Times New Roman"/>
          <w:color w:val="000000" w:themeColor="text1"/>
          <w:lang w:val="uk-UA"/>
        </w:rPr>
        <w:t>фізично</w:t>
      </w:r>
      <w:r w:rsidR="00480420" w:rsidRPr="00B7305F">
        <w:rPr>
          <w:rFonts w:cs="Times New Roman"/>
          <w:color w:val="000000" w:themeColor="text1"/>
          <w:lang w:val="uk-UA"/>
        </w:rPr>
        <w:t xml:space="preserve"> </w:t>
      </w:r>
      <w:r w:rsidRPr="00B7305F">
        <w:rPr>
          <w:rFonts w:cs="Times New Roman"/>
          <w:color w:val="000000" w:themeColor="text1"/>
          <w:lang w:val="uk-UA"/>
        </w:rPr>
        <w:t>нема.</w:t>
      </w:r>
      <w:r w:rsidR="00480420" w:rsidRPr="00B7305F">
        <w:rPr>
          <w:rFonts w:cs="Times New Roman"/>
          <w:color w:val="000000" w:themeColor="text1"/>
          <w:lang w:val="uk-UA"/>
        </w:rPr>
        <w:t xml:space="preserve"> </w:t>
      </w:r>
      <w:r w:rsidRPr="00B7305F">
        <w:rPr>
          <w:rFonts w:cs="Times New Roman"/>
          <w:color w:val="000000" w:themeColor="text1"/>
          <w:lang w:val="uk-UA"/>
        </w:rPr>
        <w:t>Крім</w:t>
      </w:r>
      <w:r w:rsidR="00480420" w:rsidRPr="00B7305F">
        <w:rPr>
          <w:rFonts w:cs="Times New Roman"/>
          <w:color w:val="000000" w:themeColor="text1"/>
          <w:lang w:val="uk-UA"/>
        </w:rPr>
        <w:t xml:space="preserve"> </w:t>
      </w:r>
      <w:r w:rsidRPr="00B7305F">
        <w:rPr>
          <w:rFonts w:cs="Times New Roman"/>
          <w:color w:val="000000" w:themeColor="text1"/>
          <w:lang w:val="uk-UA"/>
        </w:rPr>
        <w:t>того,</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«відсі</w:t>
      </w:r>
      <w:r w:rsidR="00414270" w:rsidRPr="00B7305F">
        <w:rPr>
          <w:rFonts w:cs="Times New Roman"/>
          <w:color w:val="000000" w:themeColor="text1"/>
          <w:lang w:val="uk-UA"/>
        </w:rPr>
        <w:t>ка</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частину</w:t>
      </w:r>
      <w:r w:rsidR="00480420" w:rsidRPr="00B7305F">
        <w:rPr>
          <w:rFonts w:cs="Times New Roman"/>
          <w:color w:val="000000" w:themeColor="text1"/>
          <w:lang w:val="uk-UA"/>
        </w:rPr>
        <w:t xml:space="preserve"> </w:t>
      </w:r>
      <w:r w:rsidRPr="00B7305F">
        <w:rPr>
          <w:rFonts w:cs="Times New Roman"/>
          <w:color w:val="000000" w:themeColor="text1"/>
          <w:lang w:val="uk-UA"/>
        </w:rPr>
        <w:t>поля</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погляди,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відбуваються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«всім</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AA6398" w:rsidRPr="00AA6398">
        <w:rPr>
          <w:rFonts w:cs="Times New Roman"/>
          <w:color w:val="000000" w:themeColor="text1"/>
          <w:lang w:val="uk-UA"/>
        </w:rPr>
        <w:t xml:space="preserve"> </w:t>
      </w:r>
      <w:r w:rsidR="00AA6398" w:rsidRPr="00207716">
        <w:rPr>
          <w:rFonts w:cs="Times New Roman"/>
          <w:lang w:val="uk-UA"/>
        </w:rPr>
        <w:t>[</w:t>
      </w:r>
      <w:r w:rsidR="00207716" w:rsidRPr="00207716">
        <w:rPr>
          <w:rFonts w:cs="Times New Roman"/>
          <w:lang w:val="uk-UA"/>
        </w:rPr>
        <w:t>40</w:t>
      </w:r>
      <w:r w:rsidR="00AA6398" w:rsidRPr="00207716">
        <w:rPr>
          <w:rFonts w:cs="Times New Roman"/>
          <w:lang w:val="uk-UA"/>
        </w:rPr>
        <w:t>,</w:t>
      </w:r>
      <w:r w:rsidR="00AA6398" w:rsidRPr="00207716">
        <w:rPr>
          <w:rFonts w:cs="Times New Roman"/>
        </w:rPr>
        <w:t>c</w:t>
      </w:r>
      <w:r w:rsidR="00AA6398" w:rsidRPr="00207716">
        <w:rPr>
          <w:rFonts w:cs="Times New Roman"/>
          <w:lang w:val="uk-UA"/>
        </w:rPr>
        <w:t>.</w:t>
      </w:r>
      <w:r w:rsidR="00207716" w:rsidRPr="00207716">
        <w:rPr>
          <w:rFonts w:cs="Times New Roman"/>
          <w:lang w:val="uk-UA"/>
        </w:rPr>
        <w:t>35</w:t>
      </w:r>
      <w:r w:rsidR="00AA6398" w:rsidRPr="00207716">
        <w:rPr>
          <w:rFonts w:cs="Times New Roman"/>
          <w:lang w:val="uk-UA"/>
        </w:rPr>
        <w:t>]</w:t>
      </w:r>
      <w:r w:rsidRPr="00207716">
        <w:rPr>
          <w:rFonts w:cs="Times New Roman"/>
          <w:lang w:val="uk-UA"/>
        </w:rPr>
        <w:t>»,</w:t>
      </w:r>
      <w:r w:rsidR="00480420" w:rsidRPr="00207716">
        <w:rPr>
          <w:rFonts w:cs="Times New Roman"/>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обмежений</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мусить</w:t>
      </w:r>
      <w:r w:rsidR="00480420" w:rsidRPr="00B7305F">
        <w:rPr>
          <w:rFonts w:cs="Times New Roman"/>
          <w:color w:val="000000" w:themeColor="text1"/>
          <w:lang w:val="uk-UA"/>
        </w:rPr>
        <w:t xml:space="preserve"> </w:t>
      </w:r>
      <w:r w:rsidRPr="00B7305F">
        <w:rPr>
          <w:rFonts w:cs="Times New Roman"/>
          <w:color w:val="000000" w:themeColor="text1"/>
          <w:lang w:val="uk-UA"/>
        </w:rPr>
        <w:t>«заповнювати»</w:t>
      </w:r>
      <w:r w:rsidR="00480420" w:rsidRPr="00B7305F">
        <w:rPr>
          <w:rFonts w:cs="Times New Roman"/>
          <w:color w:val="000000" w:themeColor="text1"/>
          <w:lang w:val="uk-UA"/>
        </w:rPr>
        <w:t xml:space="preserve"> </w:t>
      </w:r>
      <w:r w:rsidRPr="00B7305F">
        <w:rPr>
          <w:rFonts w:cs="Times New Roman"/>
          <w:color w:val="000000" w:themeColor="text1"/>
          <w:lang w:val="uk-UA"/>
        </w:rPr>
        <w:t>порожні</w:t>
      </w:r>
      <w:r w:rsidR="00480420" w:rsidRPr="00B7305F">
        <w:rPr>
          <w:rFonts w:cs="Times New Roman"/>
          <w:color w:val="000000" w:themeColor="text1"/>
          <w:lang w:val="uk-UA"/>
        </w:rPr>
        <w:t xml:space="preserve"> </w:t>
      </w:r>
      <w:r w:rsidRPr="00B7305F">
        <w:rPr>
          <w:rFonts w:cs="Times New Roman"/>
          <w:color w:val="000000" w:themeColor="text1"/>
          <w:lang w:val="uk-UA"/>
        </w:rPr>
        <w:t>простори</w:t>
      </w:r>
      <w:r w:rsidR="00480420" w:rsidRPr="00B7305F">
        <w:rPr>
          <w:rFonts w:cs="Times New Roman"/>
          <w:color w:val="000000" w:themeColor="text1"/>
          <w:lang w:val="uk-UA"/>
        </w:rPr>
        <w:t xml:space="preserve"> </w:t>
      </w:r>
      <w:r w:rsidRPr="00B7305F">
        <w:rPr>
          <w:rFonts w:cs="Times New Roman"/>
          <w:color w:val="000000" w:themeColor="text1"/>
          <w:lang w:val="uk-UA"/>
        </w:rPr>
        <w:t>уявою,</w:t>
      </w:r>
      <w:r w:rsidR="00480420" w:rsidRPr="00B7305F">
        <w:rPr>
          <w:rFonts w:cs="Times New Roman"/>
          <w:color w:val="000000" w:themeColor="text1"/>
          <w:lang w:val="uk-UA"/>
        </w:rPr>
        <w:t xml:space="preserve"> </w:t>
      </w:r>
      <w:r w:rsidRPr="00B7305F">
        <w:rPr>
          <w:rFonts w:cs="Times New Roman"/>
          <w:color w:val="000000" w:themeColor="text1"/>
          <w:lang w:val="uk-UA"/>
        </w:rPr>
        <w:t>балансувати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мовчанням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реакцією.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класичному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використовували</w:t>
      </w:r>
      <w:r w:rsidR="00480420" w:rsidRPr="00B7305F">
        <w:rPr>
          <w:rFonts w:cs="Times New Roman"/>
          <w:color w:val="000000" w:themeColor="text1"/>
          <w:lang w:val="uk-UA"/>
        </w:rPr>
        <w:t xml:space="preserve"> </w:t>
      </w:r>
      <w:r w:rsidRPr="00B7305F">
        <w:rPr>
          <w:rFonts w:cs="Times New Roman"/>
          <w:color w:val="000000" w:themeColor="text1"/>
          <w:lang w:val="uk-UA"/>
        </w:rPr>
        <w:t>зйомку</w:t>
      </w:r>
      <w:r w:rsidR="00480420" w:rsidRPr="00B7305F">
        <w:rPr>
          <w:rFonts w:cs="Times New Roman"/>
          <w:color w:val="000000" w:themeColor="text1"/>
          <w:lang w:val="uk-UA"/>
        </w:rPr>
        <w:t xml:space="preserve"> </w:t>
      </w:r>
      <w:r w:rsidRPr="00B7305F">
        <w:rPr>
          <w:rFonts w:cs="Times New Roman"/>
          <w:color w:val="000000" w:themeColor="text1"/>
          <w:lang w:val="uk-UA"/>
        </w:rPr>
        <w:t>по</w:t>
      </w:r>
      <w:r w:rsidR="00480420" w:rsidRPr="00B7305F">
        <w:rPr>
          <w:rFonts w:cs="Times New Roman"/>
          <w:color w:val="000000" w:themeColor="text1"/>
          <w:lang w:val="uk-UA"/>
        </w:rPr>
        <w:t xml:space="preserve"> </w:t>
      </w:r>
      <w:r w:rsidRPr="00B7305F">
        <w:rPr>
          <w:rFonts w:cs="Times New Roman"/>
          <w:color w:val="000000" w:themeColor="text1"/>
          <w:lang w:val="uk-UA"/>
        </w:rPr>
        <w:t>черзі,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Гаррісон</w:t>
      </w:r>
      <w:r w:rsidR="00480420" w:rsidRPr="00B7305F">
        <w:rPr>
          <w:rFonts w:cs="Times New Roman"/>
          <w:color w:val="000000" w:themeColor="text1"/>
          <w:lang w:val="uk-UA"/>
        </w:rPr>
        <w:t xml:space="preserve"> </w:t>
      </w:r>
      <w:r w:rsidRPr="00B7305F">
        <w:rPr>
          <w:rFonts w:cs="Times New Roman"/>
          <w:color w:val="000000" w:themeColor="text1"/>
          <w:lang w:val="uk-UA"/>
        </w:rPr>
        <w:t>Форд</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Кері</w:t>
      </w:r>
      <w:r w:rsidR="00480420" w:rsidRPr="00B7305F">
        <w:rPr>
          <w:rFonts w:cs="Times New Roman"/>
          <w:color w:val="000000" w:themeColor="text1"/>
          <w:lang w:val="uk-UA"/>
        </w:rPr>
        <w:t xml:space="preserve"> </w:t>
      </w:r>
      <w:r w:rsidRPr="00B7305F">
        <w:rPr>
          <w:rFonts w:cs="Times New Roman"/>
          <w:color w:val="000000" w:themeColor="text1"/>
          <w:lang w:val="uk-UA"/>
        </w:rPr>
        <w:t>Грант</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навчилися</w:t>
      </w:r>
      <w:r w:rsidR="00480420" w:rsidRPr="00B7305F">
        <w:rPr>
          <w:rFonts w:cs="Times New Roman"/>
          <w:color w:val="000000" w:themeColor="text1"/>
          <w:lang w:val="uk-UA"/>
        </w:rPr>
        <w:t xml:space="preserve"> </w:t>
      </w:r>
      <w:r w:rsidRPr="00B7305F">
        <w:rPr>
          <w:rFonts w:cs="Times New Roman"/>
          <w:color w:val="000000" w:themeColor="text1"/>
          <w:lang w:val="uk-UA"/>
        </w:rPr>
        <w:t>підтримувати</w:t>
      </w:r>
      <w:r w:rsidR="00480420" w:rsidRPr="00B7305F">
        <w:rPr>
          <w:rFonts w:cs="Times New Roman"/>
          <w:color w:val="000000" w:themeColor="text1"/>
          <w:lang w:val="uk-UA"/>
        </w:rPr>
        <w:t xml:space="preserve"> </w:t>
      </w:r>
      <w:r w:rsidRPr="00B7305F">
        <w:rPr>
          <w:rFonts w:cs="Times New Roman"/>
          <w:color w:val="000000" w:themeColor="text1"/>
          <w:lang w:val="uk-UA"/>
        </w:rPr>
        <w:t>емоцію</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партнера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p>
    <w:p w14:paraId="60F8AD4B" w14:textId="2CCC26C6"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5.</w:t>
      </w:r>
      <w:r w:rsidR="00480420" w:rsidRPr="00B7305F">
        <w:rPr>
          <w:rFonts w:cs="Times New Roman"/>
          <w:color w:val="000000" w:themeColor="text1"/>
          <w:lang w:val="uk-UA"/>
        </w:rPr>
        <w:t xml:space="preserve"> </w:t>
      </w:r>
      <w:r w:rsidRPr="00B7305F">
        <w:rPr>
          <w:rFonts w:cs="Times New Roman"/>
          <w:color w:val="000000" w:themeColor="text1"/>
          <w:lang w:val="uk-UA"/>
        </w:rPr>
        <w:t>Приклади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практики</w:t>
      </w:r>
      <w:r w:rsidR="00480420" w:rsidRPr="00B7305F">
        <w:rPr>
          <w:rFonts w:cs="Times New Roman"/>
          <w:color w:val="000000" w:themeColor="text1"/>
          <w:lang w:val="uk-UA"/>
        </w:rPr>
        <w:t xml:space="preserve"> </w:t>
      </w:r>
      <w:r w:rsidR="0088316A"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класиків</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Шекспіра,</w:t>
      </w:r>
      <w:r w:rsidR="00480420" w:rsidRPr="00B7305F">
        <w:rPr>
          <w:rFonts w:cs="Times New Roman"/>
          <w:color w:val="000000" w:themeColor="text1"/>
          <w:lang w:val="uk-UA"/>
        </w:rPr>
        <w:t xml:space="preserve"> </w:t>
      </w:r>
      <w:r w:rsidRPr="00B7305F">
        <w:rPr>
          <w:rFonts w:cs="Times New Roman"/>
          <w:color w:val="000000" w:themeColor="text1"/>
          <w:lang w:val="uk-UA"/>
        </w:rPr>
        <w:t>Мольєра</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імені</w:t>
      </w:r>
      <w:r w:rsidR="00480420" w:rsidRPr="00B7305F">
        <w:rPr>
          <w:rFonts w:cs="Times New Roman"/>
          <w:color w:val="000000" w:themeColor="text1"/>
          <w:lang w:val="uk-UA"/>
        </w:rPr>
        <w:t xml:space="preserve"> </w:t>
      </w:r>
      <w:r w:rsidRPr="00B7305F">
        <w:rPr>
          <w:rFonts w:cs="Times New Roman"/>
          <w:color w:val="000000" w:themeColor="text1"/>
          <w:lang w:val="uk-UA"/>
        </w:rPr>
        <w:t>Івана</w:t>
      </w:r>
      <w:r w:rsidR="00480420" w:rsidRPr="00B7305F">
        <w:rPr>
          <w:rFonts w:cs="Times New Roman"/>
          <w:color w:val="000000" w:themeColor="text1"/>
          <w:lang w:val="uk-UA"/>
        </w:rPr>
        <w:t xml:space="preserve"> </w:t>
      </w:r>
      <w:r w:rsidRPr="00B7305F">
        <w:rPr>
          <w:rFonts w:cs="Times New Roman"/>
          <w:color w:val="000000" w:themeColor="text1"/>
          <w:lang w:val="uk-UA"/>
        </w:rPr>
        <w:t>Франка)</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застосовують</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семантичні</w:t>
      </w:r>
      <w:r w:rsidR="00480420" w:rsidRPr="00B7305F">
        <w:rPr>
          <w:rFonts w:cs="Times New Roman"/>
          <w:color w:val="000000" w:themeColor="text1"/>
          <w:lang w:val="uk-UA"/>
        </w:rPr>
        <w:t xml:space="preserve"> </w:t>
      </w:r>
      <w:r w:rsidRPr="00B7305F">
        <w:rPr>
          <w:rFonts w:cs="Times New Roman"/>
          <w:color w:val="000000" w:themeColor="text1"/>
          <w:lang w:val="uk-UA"/>
        </w:rPr>
        <w:t>паузи,</w:t>
      </w:r>
      <w:r w:rsidR="00480420" w:rsidRPr="00B7305F">
        <w:rPr>
          <w:rFonts w:cs="Times New Roman"/>
          <w:color w:val="000000" w:themeColor="text1"/>
          <w:lang w:val="uk-UA"/>
        </w:rPr>
        <w:t xml:space="preserve"> </w:t>
      </w:r>
      <w:r w:rsidRPr="00B7305F">
        <w:rPr>
          <w:rFonts w:cs="Times New Roman"/>
          <w:color w:val="000000" w:themeColor="text1"/>
          <w:lang w:val="uk-UA"/>
        </w:rPr>
        <w:t>зміну</w:t>
      </w:r>
      <w:r w:rsidR="00480420" w:rsidRPr="00B7305F">
        <w:rPr>
          <w:rFonts w:cs="Times New Roman"/>
          <w:color w:val="000000" w:themeColor="text1"/>
          <w:lang w:val="uk-UA"/>
        </w:rPr>
        <w:t xml:space="preserve"> </w:t>
      </w:r>
      <w:r w:rsidRPr="00B7305F">
        <w:rPr>
          <w:rFonts w:cs="Times New Roman"/>
          <w:color w:val="000000" w:themeColor="text1"/>
          <w:lang w:val="uk-UA"/>
        </w:rPr>
        <w:t>інтонацій,</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позицій,</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підсилити</w:t>
      </w:r>
      <w:r w:rsidR="00480420" w:rsidRPr="00B7305F">
        <w:rPr>
          <w:rFonts w:cs="Times New Roman"/>
          <w:color w:val="000000" w:themeColor="text1"/>
          <w:lang w:val="uk-UA"/>
        </w:rPr>
        <w:t xml:space="preserve"> </w:t>
      </w:r>
      <w:r w:rsidRPr="00B7305F">
        <w:rPr>
          <w:rFonts w:cs="Times New Roman"/>
          <w:color w:val="000000" w:themeColor="text1"/>
          <w:lang w:val="uk-UA"/>
        </w:rPr>
        <w:t>драму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комунікувати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глядачем</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останніх</w:t>
      </w:r>
      <w:r w:rsidR="00480420" w:rsidRPr="00B7305F">
        <w:rPr>
          <w:rFonts w:cs="Times New Roman"/>
          <w:color w:val="000000" w:themeColor="text1"/>
          <w:lang w:val="uk-UA"/>
        </w:rPr>
        <w:t xml:space="preserve"> </w:t>
      </w:r>
      <w:r w:rsidRPr="00B7305F">
        <w:rPr>
          <w:rFonts w:cs="Times New Roman"/>
          <w:color w:val="000000" w:themeColor="text1"/>
          <w:lang w:val="uk-UA"/>
        </w:rPr>
        <w:t>рядів.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класичний</w:t>
      </w:r>
      <w:r w:rsidR="00480420" w:rsidRPr="00B7305F">
        <w:rPr>
          <w:rFonts w:cs="Times New Roman"/>
          <w:color w:val="000000" w:themeColor="text1"/>
          <w:lang w:val="uk-UA"/>
        </w:rPr>
        <w:t xml:space="preserve"> </w:t>
      </w:r>
      <w:r w:rsidRPr="00B7305F">
        <w:rPr>
          <w:rFonts w:cs="Times New Roman"/>
          <w:color w:val="000000" w:themeColor="text1"/>
          <w:lang w:val="uk-UA"/>
        </w:rPr>
        <w:t>приклад</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крупного</w:t>
      </w:r>
      <w:r w:rsidR="00480420" w:rsidRPr="00B7305F">
        <w:rPr>
          <w:rFonts w:cs="Times New Roman"/>
          <w:color w:val="000000" w:themeColor="text1"/>
          <w:lang w:val="uk-UA"/>
        </w:rPr>
        <w:t xml:space="preserve"> </w:t>
      </w:r>
      <w:r w:rsidRPr="00B7305F">
        <w:rPr>
          <w:rFonts w:cs="Times New Roman"/>
          <w:color w:val="000000" w:themeColor="text1"/>
          <w:lang w:val="uk-UA"/>
        </w:rPr>
        <w:t>плану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драматичних</w:t>
      </w:r>
      <w:r w:rsidR="00480420" w:rsidRPr="00B7305F">
        <w:rPr>
          <w:rFonts w:cs="Times New Roman"/>
          <w:color w:val="000000" w:themeColor="text1"/>
          <w:lang w:val="uk-UA"/>
        </w:rPr>
        <w:t xml:space="preserve"> </w:t>
      </w:r>
      <w:r w:rsidRPr="00B7305F">
        <w:rPr>
          <w:rFonts w:cs="Times New Roman"/>
          <w:color w:val="000000" w:themeColor="text1"/>
          <w:lang w:val="uk-UA"/>
        </w:rPr>
        <w:t>фільмах:</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фільмах</w:t>
      </w:r>
      <w:r w:rsidR="00480420" w:rsidRPr="00B7305F">
        <w:rPr>
          <w:rFonts w:cs="Times New Roman"/>
          <w:color w:val="000000" w:themeColor="text1"/>
          <w:lang w:val="uk-UA"/>
        </w:rPr>
        <w:t xml:space="preserve"> </w:t>
      </w:r>
      <w:r w:rsidRPr="00B7305F">
        <w:rPr>
          <w:rFonts w:cs="Times New Roman"/>
          <w:color w:val="000000" w:themeColor="text1"/>
          <w:lang w:val="uk-UA"/>
        </w:rPr>
        <w:t>Хічкока</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драматичних</w:t>
      </w:r>
      <w:r w:rsidR="00480420" w:rsidRPr="00B7305F">
        <w:rPr>
          <w:rFonts w:cs="Times New Roman"/>
          <w:color w:val="000000" w:themeColor="text1"/>
          <w:lang w:val="uk-UA"/>
        </w:rPr>
        <w:t xml:space="preserve"> </w:t>
      </w:r>
      <w:r w:rsidRPr="00B7305F">
        <w:rPr>
          <w:rFonts w:cs="Times New Roman"/>
          <w:color w:val="000000" w:themeColor="text1"/>
          <w:lang w:val="uk-UA"/>
        </w:rPr>
        <w:t>незалежних</w:t>
      </w:r>
      <w:r w:rsidR="00480420" w:rsidRPr="00B7305F">
        <w:rPr>
          <w:rFonts w:cs="Times New Roman"/>
          <w:color w:val="000000" w:themeColor="text1"/>
          <w:lang w:val="uk-UA"/>
        </w:rPr>
        <w:t xml:space="preserve"> </w:t>
      </w:r>
      <w:r w:rsidRPr="00B7305F">
        <w:rPr>
          <w:rFonts w:cs="Times New Roman"/>
          <w:color w:val="000000" w:themeColor="text1"/>
          <w:lang w:val="uk-UA"/>
        </w:rPr>
        <w:t>стрічках,</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передає</w:t>
      </w:r>
      <w:r w:rsidR="00480420" w:rsidRPr="00B7305F">
        <w:rPr>
          <w:rFonts w:cs="Times New Roman"/>
          <w:color w:val="000000" w:themeColor="text1"/>
          <w:lang w:val="uk-UA"/>
        </w:rPr>
        <w:t xml:space="preserve"> </w:t>
      </w:r>
      <w:r w:rsidRPr="00B7305F">
        <w:rPr>
          <w:rFonts w:cs="Times New Roman"/>
          <w:color w:val="000000" w:themeColor="text1"/>
          <w:lang w:val="uk-UA"/>
        </w:rPr>
        <w:t>емоційний</w:t>
      </w:r>
      <w:r w:rsidR="00480420" w:rsidRPr="00B7305F">
        <w:rPr>
          <w:rFonts w:cs="Times New Roman"/>
          <w:color w:val="000000" w:themeColor="text1"/>
          <w:lang w:val="uk-UA"/>
        </w:rPr>
        <w:t xml:space="preserve"> </w:t>
      </w:r>
      <w:r w:rsidRPr="00B7305F">
        <w:rPr>
          <w:rFonts w:cs="Times New Roman"/>
          <w:color w:val="000000" w:themeColor="text1"/>
          <w:lang w:val="uk-UA"/>
        </w:rPr>
        <w:t>стрес</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очі</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легку</w:t>
      </w:r>
      <w:r w:rsidR="00480420" w:rsidRPr="00B7305F">
        <w:rPr>
          <w:rFonts w:cs="Times New Roman"/>
          <w:color w:val="000000" w:themeColor="text1"/>
          <w:lang w:val="uk-UA"/>
        </w:rPr>
        <w:t xml:space="preserve"> </w:t>
      </w:r>
      <w:r w:rsidRPr="00B7305F">
        <w:rPr>
          <w:rFonts w:cs="Times New Roman"/>
          <w:color w:val="000000" w:themeColor="text1"/>
          <w:lang w:val="uk-UA"/>
        </w:rPr>
        <w:t>тремтливість</w:t>
      </w:r>
      <w:r w:rsidR="00480420" w:rsidRPr="00B7305F">
        <w:rPr>
          <w:rFonts w:cs="Times New Roman"/>
          <w:color w:val="000000" w:themeColor="text1"/>
          <w:lang w:val="uk-UA"/>
        </w:rPr>
        <w:t xml:space="preserve"> </w:t>
      </w:r>
      <w:r w:rsidRPr="00B7305F">
        <w:rPr>
          <w:rFonts w:cs="Times New Roman"/>
          <w:color w:val="000000" w:themeColor="text1"/>
          <w:lang w:val="uk-UA"/>
        </w:rPr>
        <w:t>губ.</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фільмі</w:t>
      </w:r>
      <w:r w:rsidR="00480420" w:rsidRPr="00B7305F">
        <w:rPr>
          <w:rFonts w:cs="Times New Roman"/>
          <w:color w:val="000000" w:themeColor="text1"/>
          <w:lang w:val="uk-UA"/>
        </w:rPr>
        <w:t xml:space="preserve"> </w:t>
      </w:r>
      <w:r w:rsidR="00303754" w:rsidRPr="00B7305F">
        <w:rPr>
          <w:rFonts w:cs="Times New Roman"/>
          <w:color w:val="000000" w:themeColor="text1"/>
          <w:lang w:val="uk-UA"/>
        </w:rPr>
        <w:t>«Людина-птах»</w:t>
      </w:r>
      <w:r w:rsidR="00480420" w:rsidRPr="00B7305F">
        <w:rPr>
          <w:rFonts w:cs="Times New Roman"/>
          <w:color w:val="000000" w:themeColor="text1"/>
          <w:lang w:val="uk-UA"/>
        </w:rPr>
        <w:t xml:space="preserve"> </w:t>
      </w:r>
      <w:r w:rsidRPr="00B7305F">
        <w:rPr>
          <w:rFonts w:cs="Times New Roman"/>
          <w:color w:val="000000" w:themeColor="text1"/>
          <w:lang w:val="uk-UA"/>
        </w:rPr>
        <w:t>режисера</w:t>
      </w:r>
      <w:r w:rsidR="00480420" w:rsidRPr="00B7305F">
        <w:rPr>
          <w:rFonts w:cs="Times New Roman"/>
          <w:color w:val="000000" w:themeColor="text1"/>
          <w:lang w:val="uk-UA"/>
        </w:rPr>
        <w:t xml:space="preserve"> </w:t>
      </w:r>
      <w:r w:rsidRPr="00B7305F">
        <w:rPr>
          <w:rFonts w:cs="Times New Roman"/>
          <w:color w:val="000000" w:themeColor="text1"/>
          <w:lang w:val="uk-UA"/>
        </w:rPr>
        <w:t>Алехандро</w:t>
      </w:r>
      <w:r w:rsidR="00480420" w:rsidRPr="00B7305F">
        <w:rPr>
          <w:rFonts w:cs="Times New Roman"/>
          <w:color w:val="000000" w:themeColor="text1"/>
          <w:lang w:val="uk-UA"/>
        </w:rPr>
        <w:t xml:space="preserve"> </w:t>
      </w:r>
      <w:r w:rsidRPr="00B7305F">
        <w:rPr>
          <w:rFonts w:cs="Times New Roman"/>
          <w:color w:val="000000" w:themeColor="text1"/>
          <w:lang w:val="uk-UA"/>
        </w:rPr>
        <w:t>Гонсалеса</w:t>
      </w:r>
      <w:r w:rsidR="00480420" w:rsidRPr="00B7305F">
        <w:rPr>
          <w:rFonts w:cs="Times New Roman"/>
          <w:color w:val="000000" w:themeColor="text1"/>
          <w:lang w:val="uk-UA"/>
        </w:rPr>
        <w:t xml:space="preserve"> </w:t>
      </w:r>
      <w:r w:rsidRPr="00B7305F">
        <w:rPr>
          <w:rFonts w:cs="Times New Roman"/>
          <w:color w:val="000000" w:themeColor="text1"/>
          <w:lang w:val="uk-UA"/>
        </w:rPr>
        <w:t>Іньярріту</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використано</w:t>
      </w:r>
      <w:r w:rsidR="00480420" w:rsidRPr="00B7305F">
        <w:rPr>
          <w:rFonts w:cs="Times New Roman"/>
          <w:color w:val="000000" w:themeColor="text1"/>
          <w:lang w:val="uk-UA"/>
        </w:rPr>
        <w:t xml:space="preserve"> </w:t>
      </w:r>
      <w:r w:rsidRPr="00B7305F">
        <w:rPr>
          <w:rFonts w:cs="Times New Roman"/>
          <w:color w:val="000000" w:themeColor="text1"/>
          <w:lang w:val="uk-UA"/>
        </w:rPr>
        <w:t>прийом,</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«зливає»</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зйомка</w:t>
      </w:r>
      <w:r w:rsidR="00480420" w:rsidRPr="00B7305F">
        <w:rPr>
          <w:rFonts w:cs="Times New Roman"/>
          <w:color w:val="000000" w:themeColor="text1"/>
          <w:lang w:val="uk-UA"/>
        </w:rPr>
        <w:t xml:space="preserve"> </w:t>
      </w:r>
      <w:r w:rsidRPr="00B7305F">
        <w:rPr>
          <w:rFonts w:cs="Times New Roman"/>
          <w:color w:val="000000" w:themeColor="text1"/>
          <w:lang w:val="uk-UA"/>
        </w:rPr>
        <w:t>ведеться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би</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змушені</w:t>
      </w:r>
      <w:r w:rsidR="00480420" w:rsidRPr="00B7305F">
        <w:rPr>
          <w:rFonts w:cs="Times New Roman"/>
          <w:color w:val="000000" w:themeColor="text1"/>
          <w:lang w:val="uk-UA"/>
        </w:rPr>
        <w:t xml:space="preserve"> </w:t>
      </w:r>
      <w:r w:rsidRPr="00B7305F">
        <w:rPr>
          <w:rFonts w:cs="Times New Roman"/>
          <w:color w:val="000000" w:themeColor="text1"/>
          <w:lang w:val="uk-UA"/>
        </w:rPr>
        <w:t>зберігати</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енергетичний</w:t>
      </w:r>
      <w:r w:rsidR="00480420" w:rsidRPr="00B7305F">
        <w:rPr>
          <w:rFonts w:cs="Times New Roman"/>
          <w:color w:val="000000" w:themeColor="text1"/>
          <w:lang w:val="uk-UA"/>
        </w:rPr>
        <w:t xml:space="preserve"> </w:t>
      </w:r>
      <w:r w:rsidRPr="00B7305F">
        <w:rPr>
          <w:rFonts w:cs="Times New Roman"/>
          <w:color w:val="000000" w:themeColor="text1"/>
          <w:lang w:val="uk-UA"/>
        </w:rPr>
        <w:t>тонус</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поєднуючи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витривалість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гнучкість.</w:t>
      </w:r>
      <w:r w:rsidR="00480420" w:rsidRPr="00B7305F">
        <w:rPr>
          <w:rFonts w:cs="Times New Roman"/>
          <w:color w:val="000000" w:themeColor="text1"/>
          <w:lang w:val="uk-UA"/>
        </w:rPr>
        <w:t xml:space="preserve"> </w:t>
      </w:r>
      <w:r w:rsidRPr="00B7305F">
        <w:rPr>
          <w:rFonts w:cs="Times New Roman"/>
          <w:color w:val="000000" w:themeColor="text1"/>
          <w:lang w:val="uk-UA"/>
        </w:rPr>
        <w:t>Інший</w:t>
      </w:r>
      <w:r w:rsidR="00480420" w:rsidRPr="00B7305F">
        <w:rPr>
          <w:rFonts w:cs="Times New Roman"/>
          <w:color w:val="000000" w:themeColor="text1"/>
          <w:lang w:val="uk-UA"/>
        </w:rPr>
        <w:t xml:space="preserve"> </w:t>
      </w:r>
      <w:r w:rsidRPr="00B7305F">
        <w:rPr>
          <w:rFonts w:cs="Times New Roman"/>
          <w:color w:val="000000" w:themeColor="text1"/>
          <w:lang w:val="uk-UA"/>
        </w:rPr>
        <w:t>приклад</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пішли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стикаються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труднощами:</w:t>
      </w:r>
      <w:r w:rsidR="00480420" w:rsidRPr="00B7305F">
        <w:rPr>
          <w:rFonts w:cs="Times New Roman"/>
          <w:color w:val="000000" w:themeColor="text1"/>
          <w:lang w:val="uk-UA"/>
        </w:rPr>
        <w:t xml:space="preserve"> </w:t>
      </w:r>
      <w:r w:rsidRPr="00B7305F">
        <w:rPr>
          <w:rFonts w:cs="Times New Roman"/>
          <w:color w:val="000000" w:themeColor="text1"/>
          <w:lang w:val="uk-UA"/>
        </w:rPr>
        <w:t>їхня</w:t>
      </w:r>
      <w:r w:rsidR="00480420" w:rsidRPr="00B7305F">
        <w:rPr>
          <w:rFonts w:cs="Times New Roman"/>
          <w:color w:val="000000" w:themeColor="text1"/>
          <w:lang w:val="uk-UA"/>
        </w:rPr>
        <w:t xml:space="preserve"> </w:t>
      </w:r>
      <w:r w:rsidRPr="00B7305F">
        <w:rPr>
          <w:rFonts w:cs="Times New Roman"/>
          <w:color w:val="000000" w:themeColor="text1"/>
          <w:lang w:val="uk-UA"/>
        </w:rPr>
        <w:t>звичка</w:t>
      </w:r>
      <w:r w:rsidR="00480420" w:rsidRPr="00B7305F">
        <w:rPr>
          <w:rFonts w:cs="Times New Roman"/>
          <w:color w:val="000000" w:themeColor="text1"/>
          <w:lang w:val="uk-UA"/>
        </w:rPr>
        <w:t xml:space="preserve"> </w:t>
      </w:r>
      <w:r w:rsidR="00AA6398">
        <w:rPr>
          <w:rFonts w:cs="Times New Roman"/>
          <w:color w:val="000000" w:themeColor="text1"/>
          <w:lang w:val="uk-UA"/>
        </w:rPr>
        <w:t>«</w:t>
      </w:r>
      <w:r w:rsidRPr="00B7305F">
        <w:rPr>
          <w:rFonts w:cs="Times New Roman"/>
          <w:color w:val="000000" w:themeColor="text1"/>
          <w:lang w:val="uk-UA"/>
        </w:rPr>
        <w:t>виносити</w:t>
      </w:r>
      <w:r w:rsidR="00480420" w:rsidRPr="00B7305F">
        <w:rPr>
          <w:rFonts w:cs="Times New Roman"/>
          <w:color w:val="000000" w:themeColor="text1"/>
          <w:lang w:val="uk-UA"/>
        </w:rPr>
        <w:t xml:space="preserve"> </w:t>
      </w:r>
      <w:r w:rsidRPr="00B7305F">
        <w:rPr>
          <w:rFonts w:cs="Times New Roman"/>
          <w:color w:val="000000" w:themeColor="text1"/>
          <w:lang w:val="uk-UA"/>
        </w:rPr>
        <w:t>голос</w:t>
      </w:r>
      <w:r w:rsidR="00AA6398" w:rsidRPr="00207716">
        <w:rPr>
          <w:rFonts w:cs="Times New Roman"/>
          <w:lang w:val="ru-RU"/>
        </w:rPr>
        <w:t>[</w:t>
      </w:r>
      <w:r w:rsidR="00207716" w:rsidRPr="00207716">
        <w:rPr>
          <w:rFonts w:cs="Times New Roman"/>
          <w:lang w:val="ru-RU"/>
        </w:rPr>
        <w:t>45</w:t>
      </w:r>
      <w:r w:rsidR="00AA6398" w:rsidRPr="00207716">
        <w:rPr>
          <w:rFonts w:cs="Times New Roman"/>
          <w:lang w:val="ru-RU"/>
        </w:rPr>
        <w:t>,</w:t>
      </w:r>
      <w:r w:rsidR="00AA6398" w:rsidRPr="00207716">
        <w:rPr>
          <w:rFonts w:cs="Times New Roman"/>
        </w:rPr>
        <w:t>c</w:t>
      </w:r>
      <w:r w:rsidR="00AA6398" w:rsidRPr="00207716">
        <w:rPr>
          <w:rFonts w:cs="Times New Roman"/>
          <w:lang w:val="ru-RU"/>
        </w:rPr>
        <w:t>.</w:t>
      </w:r>
      <w:r w:rsidR="00207716" w:rsidRPr="00207716">
        <w:rPr>
          <w:rFonts w:cs="Times New Roman"/>
          <w:lang w:val="ru-RU"/>
        </w:rPr>
        <w:t>52</w:t>
      </w:r>
      <w:r w:rsidR="00AA6398" w:rsidRPr="00207716">
        <w:rPr>
          <w:rFonts w:cs="Times New Roman"/>
          <w:lang w:val="ru-RU"/>
        </w:rPr>
        <w:t>]</w:t>
      </w:r>
      <w:r w:rsidR="00AA6398" w:rsidRPr="00207716">
        <w:rPr>
          <w:rFonts w:cs="Times New Roman"/>
          <w:lang w:val="uk-UA"/>
        </w:rPr>
        <w:t>»</w:t>
      </w:r>
      <w:r w:rsidR="00AA6398" w:rsidRPr="00207716">
        <w:rPr>
          <w:rFonts w:cs="Times New Roman"/>
          <w:lang w:val="ru-RU"/>
        </w:rPr>
        <w:t xml:space="preserve">, </w:t>
      </w:r>
      <w:r w:rsidRPr="00B7305F">
        <w:rPr>
          <w:rFonts w:cs="Times New Roman"/>
          <w:color w:val="000000" w:themeColor="text1"/>
          <w:lang w:val="uk-UA"/>
        </w:rPr>
        <w:t>жестикуляція</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емоційна</w:t>
      </w:r>
      <w:r w:rsidR="00480420" w:rsidRPr="00B7305F">
        <w:rPr>
          <w:rFonts w:cs="Times New Roman"/>
          <w:color w:val="000000" w:themeColor="text1"/>
          <w:lang w:val="uk-UA"/>
        </w:rPr>
        <w:t xml:space="preserve"> </w:t>
      </w:r>
      <w:r w:rsidRPr="00B7305F">
        <w:rPr>
          <w:rFonts w:cs="Times New Roman"/>
          <w:color w:val="000000" w:themeColor="text1"/>
          <w:lang w:val="uk-UA"/>
        </w:rPr>
        <w:t>мова</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виглядати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екрані</w:t>
      </w:r>
      <w:r w:rsidR="00480420" w:rsidRPr="00B7305F">
        <w:rPr>
          <w:rFonts w:cs="Times New Roman"/>
          <w:color w:val="000000" w:themeColor="text1"/>
          <w:lang w:val="uk-UA"/>
        </w:rPr>
        <w:t xml:space="preserve"> </w:t>
      </w:r>
      <w:r w:rsidRPr="00B7305F">
        <w:rPr>
          <w:rFonts w:cs="Times New Roman"/>
          <w:color w:val="000000" w:themeColor="text1"/>
          <w:lang w:val="uk-UA"/>
        </w:rPr>
        <w:t>надмірно,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природно.</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вимушує</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коригувати</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(менше</w:t>
      </w:r>
      <w:r w:rsidR="00480420" w:rsidRPr="00B7305F">
        <w:rPr>
          <w:rFonts w:cs="Times New Roman"/>
          <w:color w:val="000000" w:themeColor="text1"/>
          <w:lang w:val="uk-UA"/>
        </w:rPr>
        <w:t xml:space="preserve"> </w:t>
      </w:r>
      <w:r w:rsidRPr="00B7305F">
        <w:rPr>
          <w:rFonts w:cs="Times New Roman"/>
          <w:color w:val="000000" w:themeColor="text1"/>
          <w:lang w:val="uk-UA"/>
        </w:rPr>
        <w:t>рухів,</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w:t>
      </w:r>
      <w:r w:rsidR="00480420" w:rsidRPr="00B7305F">
        <w:rPr>
          <w:rFonts w:cs="Times New Roman"/>
          <w:color w:val="000000" w:themeColor="text1"/>
          <w:lang w:val="uk-UA"/>
        </w:rPr>
        <w:t xml:space="preserve"> </w:t>
      </w:r>
      <w:r w:rsidRPr="00B7305F">
        <w:rPr>
          <w:rFonts w:cs="Times New Roman"/>
          <w:color w:val="000000" w:themeColor="text1"/>
          <w:lang w:val="uk-UA"/>
        </w:rPr>
        <w:t>реакції).</w:t>
      </w:r>
      <w:r w:rsidR="00480420" w:rsidRPr="00B7305F">
        <w:rPr>
          <w:rFonts w:cs="Times New Roman"/>
          <w:color w:val="000000" w:themeColor="text1"/>
          <w:lang w:val="uk-UA"/>
        </w:rPr>
        <w:t xml:space="preserve"> </w:t>
      </w:r>
    </w:p>
    <w:p w14:paraId="5AAC6C74" w14:textId="3D78DFFB" w:rsidR="0081598D" w:rsidRPr="00FC4E74" w:rsidRDefault="00000000" w:rsidP="00AA6398">
      <w:pPr>
        <w:spacing w:after="0"/>
        <w:ind w:left="0" w:firstLine="709"/>
        <w:jc w:val="both"/>
        <w:rPr>
          <w:rFonts w:cs="Times New Roman"/>
          <w:color w:val="000000" w:themeColor="text1"/>
          <w:lang w:val="ru-RU"/>
        </w:rPr>
      </w:pPr>
      <w:r w:rsidRPr="00B7305F">
        <w:rPr>
          <w:rFonts w:cs="Times New Roman"/>
          <w:color w:val="000000" w:themeColor="text1"/>
          <w:lang w:val="uk-UA"/>
        </w:rPr>
        <w:t>6.</w:t>
      </w:r>
      <w:r w:rsidR="00480420" w:rsidRPr="00B7305F">
        <w:rPr>
          <w:rFonts w:cs="Times New Roman"/>
          <w:color w:val="000000" w:themeColor="text1"/>
          <w:lang w:val="uk-UA"/>
        </w:rPr>
        <w:t xml:space="preserve"> </w:t>
      </w:r>
      <w:r w:rsidRPr="00B7305F">
        <w:rPr>
          <w:rFonts w:cs="Times New Roman"/>
          <w:color w:val="000000" w:themeColor="text1"/>
          <w:lang w:val="uk-UA"/>
        </w:rPr>
        <w:t>Синтез</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зберегти</w:t>
      </w:r>
      <w:r w:rsidR="00480420" w:rsidRPr="00B7305F">
        <w:rPr>
          <w:rFonts w:cs="Times New Roman"/>
          <w:color w:val="000000" w:themeColor="text1"/>
          <w:lang w:val="uk-UA"/>
        </w:rPr>
        <w:t xml:space="preserve"> </w:t>
      </w:r>
      <w:r w:rsidRPr="00B7305F">
        <w:rPr>
          <w:rFonts w:cs="Times New Roman"/>
          <w:color w:val="000000" w:themeColor="text1"/>
          <w:lang w:val="uk-UA"/>
        </w:rPr>
        <w:t>гнучкість</w:t>
      </w:r>
      <w:r w:rsidR="00480420" w:rsidRPr="00B7305F">
        <w:rPr>
          <w:rFonts w:cs="Times New Roman"/>
          <w:color w:val="000000" w:themeColor="text1"/>
          <w:lang w:val="uk-UA"/>
        </w:rPr>
        <w:t xml:space="preserve"> </w:t>
      </w:r>
      <w:r w:rsidRPr="00B7305F">
        <w:rPr>
          <w:rFonts w:cs="Times New Roman"/>
          <w:color w:val="000000" w:themeColor="text1"/>
          <w:lang w:val="uk-UA"/>
        </w:rPr>
        <w:t>Сучасний</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обох</w:t>
      </w:r>
      <w:r w:rsidR="00480420" w:rsidRPr="00B7305F">
        <w:rPr>
          <w:rFonts w:cs="Times New Roman"/>
          <w:color w:val="000000" w:themeColor="text1"/>
          <w:lang w:val="uk-UA"/>
        </w:rPr>
        <w:t xml:space="preserve"> </w:t>
      </w:r>
      <w:r w:rsidRPr="00B7305F">
        <w:rPr>
          <w:rFonts w:cs="Times New Roman"/>
          <w:color w:val="000000" w:themeColor="text1"/>
          <w:lang w:val="uk-UA"/>
        </w:rPr>
        <w:t>жанрах</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важливо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адаптуватися,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володіти</w:t>
      </w:r>
      <w:r w:rsidR="00480420" w:rsidRPr="00B7305F">
        <w:rPr>
          <w:rFonts w:cs="Times New Roman"/>
          <w:color w:val="000000" w:themeColor="text1"/>
          <w:lang w:val="uk-UA"/>
        </w:rPr>
        <w:t xml:space="preserve"> </w:t>
      </w:r>
      <w:r w:rsidRPr="00B7305F">
        <w:rPr>
          <w:rFonts w:cs="Times New Roman"/>
          <w:color w:val="000000" w:themeColor="text1"/>
          <w:lang w:val="uk-UA"/>
        </w:rPr>
        <w:t>обома</w:t>
      </w:r>
      <w:r w:rsidR="00480420" w:rsidRPr="00B7305F">
        <w:rPr>
          <w:rFonts w:cs="Times New Roman"/>
          <w:color w:val="000000" w:themeColor="text1"/>
          <w:lang w:val="uk-UA"/>
        </w:rPr>
        <w:t xml:space="preserve"> </w:t>
      </w:r>
      <w:r w:rsidRPr="00B7305F">
        <w:rPr>
          <w:rFonts w:cs="Times New Roman"/>
          <w:color w:val="000000" w:themeColor="text1"/>
          <w:lang w:val="uk-UA"/>
        </w:rPr>
        <w:t>“мовами”</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14270" w:rsidRPr="00B7305F">
        <w:rPr>
          <w:rFonts w:cs="Times New Roman"/>
          <w:color w:val="000000" w:themeColor="text1"/>
          <w:lang w:val="uk-UA"/>
        </w:rPr>
        <w:t xml:space="preserve"> п</w:t>
      </w:r>
      <w:r w:rsidRPr="00B7305F">
        <w:rPr>
          <w:rFonts w:cs="Times New Roman"/>
          <w:color w:val="000000" w:themeColor="text1"/>
          <w:lang w:val="uk-UA"/>
        </w:rPr>
        <w:t>ластичної</w:t>
      </w:r>
      <w:r w:rsidR="00480420" w:rsidRPr="00B7305F">
        <w:rPr>
          <w:rFonts w:cs="Times New Roman"/>
          <w:color w:val="000000" w:themeColor="text1"/>
          <w:lang w:val="uk-UA"/>
        </w:rPr>
        <w:t xml:space="preserve"> </w:t>
      </w:r>
      <w:r w:rsidR="00303754" w:rsidRPr="00B7305F">
        <w:rPr>
          <w:rFonts w:cs="Times New Roman"/>
          <w:color w:val="000000" w:themeColor="text1"/>
          <w:lang w:val="uk-UA"/>
        </w:rPr>
        <w:t>а</w:t>
      </w:r>
      <w:r w:rsidR="00303754" w:rsidRPr="00B7305F">
        <w:rPr>
          <w:rFonts w:cs="Times New Roman"/>
          <w:color w:val="000000" w:themeColor="text1"/>
          <w:lang w:val="ru-RU"/>
        </w:rPr>
        <w:t>мбіці</w:t>
      </w:r>
      <w:r w:rsidR="00414270" w:rsidRPr="00B7305F">
        <w:rPr>
          <w:rFonts w:cs="Times New Roman"/>
          <w:color w:val="000000" w:themeColor="text1"/>
          <w:lang w:val="ru-RU"/>
        </w:rPr>
        <w:t>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здатності</w:t>
      </w:r>
      <w:r w:rsidR="00480420" w:rsidRPr="00B7305F">
        <w:rPr>
          <w:rFonts w:cs="Times New Roman"/>
          <w:color w:val="000000" w:themeColor="text1"/>
          <w:lang w:val="uk-UA"/>
        </w:rPr>
        <w:t xml:space="preserve"> </w:t>
      </w:r>
      <w:r w:rsidRPr="00B7305F">
        <w:rPr>
          <w:rFonts w:cs="Times New Roman"/>
          <w:color w:val="000000" w:themeColor="text1"/>
          <w:lang w:val="uk-UA"/>
        </w:rPr>
        <w:t>переводити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00612E">
        <w:rPr>
          <w:rFonts w:cs="Times New Roman"/>
          <w:color w:val="000000" w:themeColor="text1"/>
          <w:lang w:val="uk-UA"/>
        </w:rPr>
        <w:t>«театрального</w:t>
      </w:r>
      <w:r w:rsidR="00480420" w:rsidRPr="0000612E">
        <w:rPr>
          <w:rFonts w:cs="Times New Roman"/>
          <w:color w:val="000000" w:themeColor="text1"/>
          <w:lang w:val="uk-UA"/>
        </w:rPr>
        <w:t xml:space="preserve"> </w:t>
      </w:r>
      <w:r w:rsidRPr="0000612E">
        <w:rPr>
          <w:rFonts w:cs="Times New Roman"/>
          <w:color w:val="000000" w:themeColor="text1"/>
          <w:lang w:val="uk-UA"/>
        </w:rPr>
        <w:t>дихання</w:t>
      </w:r>
      <w:r w:rsidR="00AA6398" w:rsidRPr="0000612E">
        <w:rPr>
          <w:rFonts w:cs="Times New Roman"/>
          <w:color w:val="000000" w:themeColor="text1"/>
          <w:lang w:val="ru-RU"/>
        </w:rPr>
        <w:t xml:space="preserve"> [</w:t>
      </w:r>
      <w:r w:rsidR="00207716" w:rsidRPr="0000612E">
        <w:rPr>
          <w:rFonts w:cs="Times New Roman"/>
          <w:color w:val="000000" w:themeColor="text1"/>
          <w:lang w:val="ru-RU"/>
        </w:rPr>
        <w:t>40</w:t>
      </w:r>
      <w:r w:rsidR="00AA6398" w:rsidRPr="0000612E">
        <w:rPr>
          <w:rFonts w:cs="Times New Roman"/>
          <w:color w:val="000000" w:themeColor="text1"/>
          <w:lang w:val="ru-RU"/>
        </w:rPr>
        <w:t>,</w:t>
      </w:r>
      <w:r w:rsidR="00AA6398" w:rsidRPr="0000612E">
        <w:rPr>
          <w:rFonts w:cs="Times New Roman"/>
          <w:color w:val="000000" w:themeColor="text1"/>
        </w:rPr>
        <w:t>c</w:t>
      </w:r>
      <w:r w:rsidR="00AA6398" w:rsidRPr="0000612E">
        <w:rPr>
          <w:rFonts w:cs="Times New Roman"/>
          <w:color w:val="000000" w:themeColor="text1"/>
          <w:lang w:val="ru-RU"/>
        </w:rPr>
        <w:t>.</w:t>
      </w:r>
      <w:r w:rsidR="00207716" w:rsidRPr="0000612E">
        <w:rPr>
          <w:rFonts w:cs="Times New Roman"/>
          <w:color w:val="000000" w:themeColor="text1"/>
          <w:lang w:val="ru-RU"/>
        </w:rPr>
        <w:t>35</w:t>
      </w:r>
      <w:r w:rsidR="00AA6398" w:rsidRPr="0000612E">
        <w:rPr>
          <w:rFonts w:cs="Times New Roman"/>
          <w:color w:val="000000" w:themeColor="text1"/>
          <w:lang w:val="ru-RU"/>
        </w:rPr>
        <w:t>]</w:t>
      </w:r>
      <w:r w:rsidRPr="0000612E">
        <w:rPr>
          <w:rFonts w:cs="Times New Roman"/>
          <w:color w:val="000000" w:themeColor="text1"/>
          <w:lang w:val="uk-UA"/>
        </w:rPr>
        <w:t>»</w:t>
      </w:r>
      <w:r w:rsidR="00480420" w:rsidRPr="0000612E">
        <w:rPr>
          <w:rFonts w:cs="Times New Roman"/>
          <w:color w:val="000000" w:themeColor="text1"/>
          <w:lang w:val="uk-UA"/>
        </w:rPr>
        <w:t xml:space="preserve"> </w:t>
      </w:r>
      <w:r w:rsidRPr="0000612E">
        <w:rPr>
          <w:rFonts w:cs="Times New Roman"/>
          <w:color w:val="000000" w:themeColor="text1"/>
          <w:lang w:val="uk-UA"/>
        </w:rPr>
        <w:t>в</w:t>
      </w:r>
      <w:r w:rsidR="00480420" w:rsidRPr="0000612E">
        <w:rPr>
          <w:rFonts w:cs="Times New Roman"/>
          <w:color w:val="000000" w:themeColor="text1"/>
          <w:lang w:val="uk-UA"/>
        </w:rPr>
        <w:t xml:space="preserve"> </w:t>
      </w:r>
      <w:r w:rsidRPr="0000612E">
        <w:rPr>
          <w:rFonts w:cs="Times New Roman"/>
          <w:color w:val="000000" w:themeColor="text1"/>
          <w:lang w:val="uk-UA"/>
        </w:rPr>
        <w:t>«кінематографічну</w:t>
      </w:r>
      <w:r w:rsidR="00480420" w:rsidRPr="0000612E">
        <w:rPr>
          <w:rFonts w:cs="Times New Roman"/>
          <w:color w:val="000000" w:themeColor="text1"/>
          <w:lang w:val="uk-UA"/>
        </w:rPr>
        <w:t xml:space="preserve"> </w:t>
      </w:r>
      <w:r w:rsidRPr="0000612E">
        <w:rPr>
          <w:rFonts w:cs="Times New Roman"/>
          <w:color w:val="000000" w:themeColor="text1"/>
          <w:lang w:val="uk-UA"/>
        </w:rPr>
        <w:t>тонкість</w:t>
      </w:r>
      <w:r w:rsidR="00AA6398" w:rsidRPr="0000612E">
        <w:rPr>
          <w:rFonts w:cs="Times New Roman"/>
          <w:color w:val="000000" w:themeColor="text1"/>
          <w:lang w:val="ru-RU"/>
        </w:rPr>
        <w:t xml:space="preserve"> </w:t>
      </w:r>
      <w:r w:rsidR="00207716" w:rsidRPr="0000612E">
        <w:rPr>
          <w:rFonts w:cs="Times New Roman"/>
          <w:color w:val="000000" w:themeColor="text1"/>
          <w:lang w:val="ru-RU"/>
        </w:rPr>
        <w:t xml:space="preserve">[40, </w:t>
      </w:r>
      <w:r w:rsidR="00207716" w:rsidRPr="0000612E">
        <w:rPr>
          <w:rFonts w:cs="Times New Roman"/>
          <w:color w:val="000000" w:themeColor="text1"/>
        </w:rPr>
        <w:t>c</w:t>
      </w:r>
      <w:r w:rsidR="00207716" w:rsidRPr="0000612E">
        <w:rPr>
          <w:rFonts w:cs="Times New Roman"/>
          <w:color w:val="000000" w:themeColor="text1"/>
          <w:lang w:val="ru-RU"/>
        </w:rPr>
        <w:t>.35]</w:t>
      </w:r>
      <w:r w:rsidR="00207716" w:rsidRPr="0000612E">
        <w:rPr>
          <w:rFonts w:cs="Times New Roman"/>
          <w:color w:val="000000" w:themeColor="text1"/>
          <w:lang w:val="uk-UA"/>
        </w:rPr>
        <w:t>»</w:t>
      </w:r>
      <w:r w:rsidRPr="0000612E">
        <w:rPr>
          <w:rFonts w:cs="Times New Roman"/>
          <w:color w:val="000000" w:themeColor="text1"/>
          <w:lang w:val="uk-UA"/>
        </w:rPr>
        <w:t>.</w:t>
      </w:r>
      <w:r w:rsidR="00480420" w:rsidRPr="0000612E">
        <w:rPr>
          <w:rFonts w:cs="Times New Roman"/>
          <w:color w:val="000000" w:themeColor="text1"/>
          <w:lang w:val="uk-UA"/>
        </w:rPr>
        <w:t xml:space="preserve"> </w:t>
      </w:r>
      <w:r w:rsidRPr="00B7305F">
        <w:rPr>
          <w:rFonts w:cs="Times New Roman"/>
          <w:color w:val="000000" w:themeColor="text1"/>
          <w:lang w:val="uk-UA"/>
        </w:rPr>
        <w:t>Режисерської</w:t>
      </w:r>
      <w:r w:rsidR="00480420" w:rsidRPr="00B7305F">
        <w:rPr>
          <w:rFonts w:cs="Times New Roman"/>
          <w:color w:val="000000" w:themeColor="text1"/>
          <w:lang w:val="uk-UA"/>
        </w:rPr>
        <w:t xml:space="preserve"> </w:t>
      </w:r>
      <w:r w:rsidRPr="00B7305F">
        <w:rPr>
          <w:rFonts w:cs="Times New Roman"/>
          <w:color w:val="000000" w:themeColor="text1"/>
          <w:lang w:val="uk-UA"/>
        </w:rPr>
        <w:t>свідомості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розуміння</w:t>
      </w:r>
      <w:r w:rsidR="00480420" w:rsidRPr="00B7305F">
        <w:rPr>
          <w:rFonts w:cs="Times New Roman"/>
          <w:color w:val="000000" w:themeColor="text1"/>
          <w:lang w:val="uk-UA"/>
        </w:rPr>
        <w:t xml:space="preserve"> </w:t>
      </w:r>
      <w:r w:rsidRPr="00B7305F">
        <w:rPr>
          <w:rFonts w:cs="Times New Roman"/>
          <w:color w:val="000000" w:themeColor="text1"/>
          <w:lang w:val="uk-UA"/>
        </w:rPr>
        <w:t>кадрів,</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можливостей</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“вписувалась”</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форму.</w:t>
      </w:r>
      <w:r w:rsidR="00480420" w:rsidRPr="00B7305F">
        <w:rPr>
          <w:rFonts w:cs="Times New Roman"/>
          <w:color w:val="000000" w:themeColor="text1"/>
          <w:lang w:val="uk-UA"/>
        </w:rPr>
        <w:t xml:space="preserve"> </w:t>
      </w:r>
      <w:r w:rsidRPr="00B7305F">
        <w:rPr>
          <w:rFonts w:cs="Times New Roman"/>
          <w:color w:val="000000" w:themeColor="text1"/>
          <w:lang w:val="uk-UA"/>
        </w:rPr>
        <w:t>Емоційної</w:t>
      </w:r>
      <w:r w:rsidR="00480420" w:rsidRPr="00B7305F">
        <w:rPr>
          <w:rFonts w:cs="Times New Roman"/>
          <w:color w:val="000000" w:themeColor="text1"/>
          <w:lang w:val="uk-UA"/>
        </w:rPr>
        <w:t xml:space="preserve"> </w:t>
      </w:r>
      <w:r w:rsidRPr="00B7305F">
        <w:rPr>
          <w:rFonts w:cs="Times New Roman"/>
          <w:color w:val="000000" w:themeColor="text1"/>
          <w:lang w:val="uk-UA"/>
        </w:rPr>
        <w:t>економії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вміння</w:t>
      </w:r>
      <w:r w:rsidR="00480420" w:rsidRPr="00B7305F">
        <w:rPr>
          <w:rFonts w:cs="Times New Roman"/>
          <w:color w:val="000000" w:themeColor="text1"/>
          <w:lang w:val="uk-UA"/>
        </w:rPr>
        <w:t xml:space="preserve"> </w:t>
      </w:r>
      <w:r w:rsidRPr="00B7305F">
        <w:rPr>
          <w:rFonts w:cs="Times New Roman"/>
          <w:color w:val="000000" w:themeColor="text1"/>
          <w:lang w:val="uk-UA"/>
        </w:rPr>
        <w:t>виділяти</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імпульси,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будуть</w:t>
      </w:r>
      <w:r w:rsidR="00480420" w:rsidRPr="00B7305F">
        <w:rPr>
          <w:rFonts w:cs="Times New Roman"/>
          <w:color w:val="000000" w:themeColor="text1"/>
          <w:lang w:val="uk-UA"/>
        </w:rPr>
        <w:t xml:space="preserve"> </w:t>
      </w:r>
      <w:r w:rsidRPr="00B7305F">
        <w:rPr>
          <w:rFonts w:cs="Times New Roman"/>
          <w:color w:val="000000" w:themeColor="text1"/>
          <w:lang w:val="uk-UA"/>
        </w:rPr>
        <w:t>“читатися”</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рівнів</w:t>
      </w:r>
      <w:r w:rsidR="00480420" w:rsidRPr="00B7305F">
        <w:rPr>
          <w:rFonts w:cs="Times New Roman"/>
          <w:color w:val="000000" w:themeColor="text1"/>
          <w:lang w:val="uk-UA"/>
        </w:rPr>
        <w:t xml:space="preserve"> </w:t>
      </w:r>
      <w:r w:rsidRPr="00B7305F">
        <w:rPr>
          <w:rFonts w:cs="Times New Roman"/>
          <w:color w:val="000000" w:themeColor="text1"/>
          <w:lang w:val="uk-UA"/>
        </w:rPr>
        <w:t>енергії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знати,</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“розкрити”</w:t>
      </w:r>
      <w:r w:rsidR="00480420" w:rsidRPr="00B7305F">
        <w:rPr>
          <w:rFonts w:cs="Times New Roman"/>
          <w:color w:val="000000" w:themeColor="text1"/>
          <w:lang w:val="uk-UA"/>
        </w:rPr>
        <w:t xml:space="preserve"> </w:t>
      </w:r>
      <w:r w:rsidRPr="00B7305F">
        <w:rPr>
          <w:rFonts w:cs="Times New Roman"/>
          <w:color w:val="000000" w:themeColor="text1"/>
          <w:lang w:val="uk-UA"/>
        </w:rPr>
        <w:t>вкладні</w:t>
      </w:r>
      <w:r w:rsidR="00480420" w:rsidRPr="00B7305F">
        <w:rPr>
          <w:rFonts w:cs="Times New Roman"/>
          <w:color w:val="000000" w:themeColor="text1"/>
          <w:lang w:val="uk-UA"/>
        </w:rPr>
        <w:t xml:space="preserve"> </w:t>
      </w:r>
      <w:r w:rsidRPr="00B7305F">
        <w:rPr>
          <w:rFonts w:cs="Times New Roman"/>
          <w:color w:val="000000" w:themeColor="text1"/>
          <w:lang w:val="uk-UA"/>
        </w:rPr>
        <w:t>ресурси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контролювати</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Pr="00207716">
        <w:rPr>
          <w:rFonts w:cs="Times New Roman"/>
          <w:lang w:val="uk-UA"/>
        </w:rPr>
        <w:t>).</w:t>
      </w:r>
      <w:r w:rsidR="00480420" w:rsidRPr="00207716">
        <w:rPr>
          <w:rFonts w:cs="Times New Roman"/>
          <w:lang w:val="uk-UA"/>
        </w:rPr>
        <w:t xml:space="preserve"> </w:t>
      </w:r>
      <w:r w:rsidR="00AA6398" w:rsidRPr="00207716">
        <w:rPr>
          <w:rFonts w:cs="Times New Roman"/>
          <w:lang w:val="ru-RU"/>
        </w:rPr>
        <w:t xml:space="preserve">    </w:t>
      </w:r>
      <w:r w:rsidRPr="00207716">
        <w:rPr>
          <w:rFonts w:cs="Times New Roman"/>
          <w:lang w:val="uk-UA"/>
        </w:rPr>
        <w:t>Порівняння</w:t>
      </w:r>
      <w:r w:rsidR="00480420" w:rsidRPr="00207716">
        <w:rPr>
          <w:rFonts w:cs="Times New Roman"/>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показує:</w:t>
      </w:r>
      <w:r w:rsidR="00480420" w:rsidRPr="00B7305F">
        <w:rPr>
          <w:rFonts w:cs="Times New Roman"/>
          <w:color w:val="000000" w:themeColor="text1"/>
          <w:lang w:val="uk-UA"/>
        </w:rPr>
        <w:t xml:space="preserve"> </w:t>
      </w:r>
      <w:r w:rsidRPr="00B7305F">
        <w:rPr>
          <w:rFonts w:cs="Times New Roman"/>
          <w:color w:val="000000" w:themeColor="text1"/>
          <w:lang w:val="uk-UA"/>
        </w:rPr>
        <w:t>хоча</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фундаментальна</w:t>
      </w:r>
      <w:r w:rsidR="00480420" w:rsidRPr="00B7305F">
        <w:rPr>
          <w:rFonts w:cs="Times New Roman"/>
          <w:color w:val="000000" w:themeColor="text1"/>
          <w:lang w:val="uk-UA"/>
        </w:rPr>
        <w:t xml:space="preserve"> </w:t>
      </w:r>
      <w:r w:rsidRPr="00B7305F">
        <w:rPr>
          <w:rFonts w:cs="Times New Roman"/>
          <w:color w:val="000000" w:themeColor="text1"/>
          <w:lang w:val="uk-UA"/>
        </w:rPr>
        <w:t>артистична</w:t>
      </w:r>
      <w:r w:rsidR="00480420" w:rsidRPr="00B7305F">
        <w:rPr>
          <w:rFonts w:cs="Times New Roman"/>
          <w:color w:val="000000" w:themeColor="text1"/>
          <w:lang w:val="uk-UA"/>
        </w:rPr>
        <w:t xml:space="preserve"> </w:t>
      </w:r>
      <w:r w:rsidRPr="00B7305F">
        <w:rPr>
          <w:rFonts w:cs="Times New Roman"/>
          <w:color w:val="000000" w:themeColor="text1"/>
          <w:lang w:val="uk-UA"/>
        </w:rPr>
        <w:t>мета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передати</w:t>
      </w:r>
      <w:r w:rsidR="00480420" w:rsidRPr="00B7305F">
        <w:rPr>
          <w:rFonts w:cs="Times New Roman"/>
          <w:color w:val="000000" w:themeColor="text1"/>
          <w:lang w:val="uk-UA"/>
        </w:rPr>
        <w:t xml:space="preserve"> </w:t>
      </w:r>
      <w:r w:rsidRPr="00B7305F">
        <w:rPr>
          <w:rFonts w:cs="Times New Roman"/>
          <w:color w:val="000000" w:themeColor="text1"/>
          <w:lang w:val="uk-UA"/>
        </w:rPr>
        <w:t>правдивий</w:t>
      </w:r>
      <w:r w:rsidR="00480420" w:rsidRPr="00B7305F">
        <w:rPr>
          <w:rFonts w:cs="Times New Roman"/>
          <w:color w:val="000000" w:themeColor="text1"/>
          <w:lang w:val="uk-UA"/>
        </w:rPr>
        <w:t xml:space="preserve"> </w:t>
      </w:r>
      <w:r w:rsidRPr="00B7305F">
        <w:rPr>
          <w:rFonts w:cs="Times New Roman"/>
          <w:color w:val="000000" w:themeColor="text1"/>
          <w:lang w:val="uk-UA"/>
        </w:rPr>
        <w:t>образ</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залишається</w:t>
      </w:r>
      <w:r w:rsidR="00480420" w:rsidRPr="00B7305F">
        <w:rPr>
          <w:rFonts w:cs="Times New Roman"/>
          <w:color w:val="000000" w:themeColor="text1"/>
          <w:lang w:val="uk-UA"/>
        </w:rPr>
        <w:t xml:space="preserve"> </w:t>
      </w:r>
      <w:r w:rsidRPr="00B7305F">
        <w:rPr>
          <w:rFonts w:cs="Times New Roman"/>
          <w:color w:val="000000" w:themeColor="text1"/>
          <w:lang w:val="uk-UA"/>
        </w:rPr>
        <w:t>спільною,</w:t>
      </w:r>
      <w:r w:rsidR="00480420" w:rsidRPr="00B7305F">
        <w:rPr>
          <w:rFonts w:cs="Times New Roman"/>
          <w:color w:val="000000" w:themeColor="text1"/>
          <w:lang w:val="uk-UA"/>
        </w:rPr>
        <w:t xml:space="preserve"> </w:t>
      </w:r>
      <w:r w:rsidRPr="00B7305F">
        <w:rPr>
          <w:rFonts w:cs="Times New Roman"/>
          <w:color w:val="000000" w:themeColor="text1"/>
          <w:lang w:val="uk-UA"/>
        </w:rPr>
        <w:t>способи</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реалізації</w:t>
      </w:r>
      <w:r w:rsidR="00480420" w:rsidRPr="00B7305F">
        <w:rPr>
          <w:rFonts w:cs="Times New Roman"/>
          <w:color w:val="000000" w:themeColor="text1"/>
          <w:lang w:val="uk-UA"/>
        </w:rPr>
        <w:t xml:space="preserve"> </w:t>
      </w:r>
      <w:r w:rsidRPr="00B7305F">
        <w:rPr>
          <w:rFonts w:cs="Times New Roman"/>
          <w:color w:val="000000" w:themeColor="text1"/>
          <w:lang w:val="uk-UA"/>
        </w:rPr>
        <w:t>кардинально</w:t>
      </w:r>
      <w:r w:rsidR="00480420" w:rsidRPr="00B7305F">
        <w:rPr>
          <w:rFonts w:cs="Times New Roman"/>
          <w:color w:val="000000" w:themeColor="text1"/>
          <w:lang w:val="uk-UA"/>
        </w:rPr>
        <w:t xml:space="preserve"> </w:t>
      </w:r>
      <w:r w:rsidRPr="00B7305F">
        <w:rPr>
          <w:rFonts w:cs="Times New Roman"/>
          <w:color w:val="000000" w:themeColor="text1"/>
          <w:lang w:val="uk-UA"/>
        </w:rPr>
        <w:t>різняться.</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масштабності,</w:t>
      </w:r>
      <w:r w:rsidR="00480420" w:rsidRPr="00B7305F">
        <w:rPr>
          <w:rFonts w:cs="Times New Roman"/>
          <w:color w:val="000000" w:themeColor="text1"/>
          <w:lang w:val="uk-UA"/>
        </w:rPr>
        <w:t xml:space="preserve"> </w:t>
      </w:r>
      <w:r w:rsidRPr="00B7305F">
        <w:rPr>
          <w:rFonts w:cs="Times New Roman"/>
          <w:color w:val="000000" w:themeColor="text1"/>
          <w:lang w:val="uk-UA"/>
        </w:rPr>
        <w:t>витривалості,</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енергетичної</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експресії,</w:t>
      </w:r>
      <w:r w:rsidR="00480420" w:rsidRPr="00B7305F">
        <w:rPr>
          <w:rFonts w:cs="Times New Roman"/>
          <w:color w:val="000000" w:themeColor="text1"/>
          <w:lang w:val="uk-UA"/>
        </w:rPr>
        <w:t xml:space="preserve"> </w:t>
      </w:r>
      <w:r w:rsidRPr="00B7305F">
        <w:rPr>
          <w:rFonts w:cs="Times New Roman"/>
          <w:color w:val="000000" w:themeColor="text1"/>
          <w:lang w:val="uk-UA"/>
        </w:rPr>
        <w:t>безперервної</w:t>
      </w:r>
      <w:r w:rsidR="00480420" w:rsidRPr="00B7305F">
        <w:rPr>
          <w:rFonts w:cs="Times New Roman"/>
          <w:color w:val="000000" w:themeColor="text1"/>
          <w:lang w:val="uk-UA"/>
        </w:rPr>
        <w:t xml:space="preserve"> </w:t>
      </w:r>
      <w:r w:rsidRPr="00B7305F">
        <w:rPr>
          <w:rFonts w:cs="Times New Roman"/>
          <w:color w:val="000000" w:themeColor="text1"/>
          <w:lang w:val="uk-UA"/>
        </w:rPr>
        <w:t>лінії.</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вимогливо</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внутрішнього</w:t>
      </w:r>
      <w:r w:rsidR="00480420" w:rsidRPr="00B7305F">
        <w:rPr>
          <w:rFonts w:cs="Times New Roman"/>
          <w:color w:val="000000" w:themeColor="text1"/>
          <w:lang w:val="uk-UA"/>
        </w:rPr>
        <w:t xml:space="preserve"> </w:t>
      </w:r>
      <w:r w:rsidRPr="00B7305F">
        <w:rPr>
          <w:rFonts w:cs="Times New Roman"/>
          <w:color w:val="000000" w:themeColor="text1"/>
          <w:lang w:val="uk-UA"/>
        </w:rPr>
        <w:t>напруження,</w:t>
      </w:r>
      <w:r w:rsidR="00480420" w:rsidRPr="00B7305F">
        <w:rPr>
          <w:rFonts w:cs="Times New Roman"/>
          <w:color w:val="000000" w:themeColor="text1"/>
          <w:lang w:val="uk-UA"/>
        </w:rPr>
        <w:t xml:space="preserve"> </w:t>
      </w:r>
      <w:r w:rsidRPr="00B7305F">
        <w:rPr>
          <w:rFonts w:cs="Times New Roman"/>
          <w:color w:val="000000" w:themeColor="text1"/>
          <w:lang w:val="uk-UA"/>
        </w:rPr>
        <w:t>гнучкості,</w:t>
      </w:r>
      <w:r w:rsidR="00480420" w:rsidRPr="00B7305F">
        <w:rPr>
          <w:rFonts w:cs="Times New Roman"/>
          <w:color w:val="000000" w:themeColor="text1"/>
          <w:lang w:val="uk-UA"/>
        </w:rPr>
        <w:t xml:space="preserve"> </w:t>
      </w:r>
      <w:r w:rsidRPr="00B7305F">
        <w:rPr>
          <w:rFonts w:cs="Times New Roman"/>
          <w:color w:val="000000" w:themeColor="text1"/>
          <w:lang w:val="uk-UA"/>
        </w:rPr>
        <w:t>точності</w:t>
      </w:r>
      <w:r w:rsidR="00480420" w:rsidRPr="00B7305F">
        <w:rPr>
          <w:rFonts w:cs="Times New Roman"/>
          <w:color w:val="000000" w:themeColor="text1"/>
          <w:lang w:val="uk-UA"/>
        </w:rPr>
        <w:t xml:space="preserve"> </w:t>
      </w:r>
      <w:r w:rsidRPr="00B7305F">
        <w:rPr>
          <w:rFonts w:cs="Times New Roman"/>
          <w:color w:val="000000" w:themeColor="text1"/>
          <w:lang w:val="uk-UA"/>
        </w:rPr>
        <w:t>вираження</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адаптивності</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Тільки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навчиться</w:t>
      </w:r>
      <w:r w:rsidR="00480420" w:rsidRPr="00B7305F">
        <w:rPr>
          <w:rFonts w:cs="Times New Roman"/>
          <w:color w:val="000000" w:themeColor="text1"/>
          <w:lang w:val="uk-UA"/>
        </w:rPr>
        <w:t xml:space="preserve"> </w:t>
      </w:r>
      <w:r w:rsidRPr="00B7305F">
        <w:rPr>
          <w:rFonts w:cs="Times New Roman"/>
          <w:color w:val="000000" w:themeColor="text1"/>
          <w:lang w:val="uk-UA"/>
        </w:rPr>
        <w:t>«перекладати»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обидва</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успіхом</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p>
    <w:p w14:paraId="1F8069D4" w14:textId="3264A8CC" w:rsidR="00692654" w:rsidRPr="00B7305F" w:rsidRDefault="00000000" w:rsidP="0081598D">
      <w:pPr>
        <w:spacing w:after="0"/>
        <w:ind w:left="0" w:firstLine="709"/>
        <w:jc w:val="both"/>
        <w:rPr>
          <w:rFonts w:cs="Times New Roman"/>
          <w:color w:val="000000" w:themeColor="text1"/>
          <w:lang w:val="uk-UA"/>
        </w:rPr>
      </w:pPr>
      <w:r w:rsidRPr="00B7305F">
        <w:rPr>
          <w:rFonts w:cs="Times New Roman"/>
          <w:b/>
          <w:bCs/>
          <w:color w:val="000000" w:themeColor="text1"/>
          <w:lang w:val="uk-UA"/>
        </w:rPr>
        <w:lastRenderedPageBreak/>
        <w:t>2.2.</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Використання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сценічних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методик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кінематографічній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практиці</w:t>
      </w:r>
    </w:p>
    <w:p w14:paraId="290C2149" w14:textId="77777777" w:rsidR="0088316A" w:rsidRPr="00B7305F" w:rsidRDefault="0088316A" w:rsidP="00051784">
      <w:pPr>
        <w:spacing w:after="0"/>
        <w:ind w:left="0" w:firstLine="709"/>
        <w:jc w:val="both"/>
        <w:rPr>
          <w:rFonts w:cs="Times New Roman"/>
          <w:b/>
          <w:bCs/>
          <w:color w:val="000000" w:themeColor="text1"/>
          <w:lang w:val="uk-UA"/>
        </w:rPr>
      </w:pPr>
    </w:p>
    <w:p w14:paraId="750FB533" w14:textId="788D9D8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педагогічні,</w:t>
      </w:r>
      <w:r w:rsidR="00480420" w:rsidRPr="00B7305F">
        <w:rPr>
          <w:rFonts w:cs="Times New Roman"/>
          <w:color w:val="000000" w:themeColor="text1"/>
          <w:lang w:val="uk-UA"/>
        </w:rPr>
        <w:t xml:space="preserve"> </w:t>
      </w:r>
      <w:r w:rsidRPr="00B7305F">
        <w:rPr>
          <w:rFonts w:cs="Times New Roman"/>
          <w:color w:val="000000" w:themeColor="text1"/>
          <w:lang w:val="uk-UA"/>
        </w:rPr>
        <w:t>репетиційні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спочатку</w:t>
      </w:r>
      <w:r w:rsidR="00480420" w:rsidRPr="00B7305F">
        <w:rPr>
          <w:rFonts w:cs="Times New Roman"/>
          <w:color w:val="000000" w:themeColor="text1"/>
          <w:lang w:val="uk-UA"/>
        </w:rPr>
        <w:t xml:space="preserve"> </w:t>
      </w:r>
      <w:r w:rsidRPr="00B7305F">
        <w:rPr>
          <w:rFonts w:cs="Times New Roman"/>
          <w:color w:val="000000" w:themeColor="text1"/>
          <w:lang w:val="uk-UA"/>
        </w:rPr>
        <w:t>формувалися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потім</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безпосередньо,</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трансформацію</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проникли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режисер</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використовує</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«місток»</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театральною</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імпровізацією</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жорстким</w:t>
      </w:r>
      <w:r w:rsidR="00480420" w:rsidRPr="00B7305F">
        <w:rPr>
          <w:rFonts w:cs="Times New Roman"/>
          <w:color w:val="000000" w:themeColor="text1"/>
          <w:lang w:val="uk-UA"/>
        </w:rPr>
        <w:t xml:space="preserve"> </w:t>
      </w:r>
      <w:r w:rsidRPr="00B7305F">
        <w:rPr>
          <w:rFonts w:cs="Times New Roman"/>
          <w:color w:val="000000" w:themeColor="text1"/>
          <w:lang w:val="uk-UA"/>
        </w:rPr>
        <w:t>технічним</w:t>
      </w:r>
      <w:r w:rsidR="00480420" w:rsidRPr="00B7305F">
        <w:rPr>
          <w:rFonts w:cs="Times New Roman"/>
          <w:color w:val="000000" w:themeColor="text1"/>
          <w:lang w:val="uk-UA"/>
        </w:rPr>
        <w:t xml:space="preserve"> </w:t>
      </w:r>
      <w:r w:rsidRPr="00B7305F">
        <w:rPr>
          <w:rFonts w:cs="Times New Roman"/>
          <w:color w:val="000000" w:themeColor="text1"/>
          <w:lang w:val="uk-UA"/>
        </w:rPr>
        <w:t>форматом</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ця</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завжди</w:t>
      </w:r>
      <w:r w:rsidR="00480420" w:rsidRPr="00B7305F">
        <w:rPr>
          <w:rFonts w:cs="Times New Roman"/>
          <w:color w:val="000000" w:themeColor="text1"/>
          <w:lang w:val="uk-UA"/>
        </w:rPr>
        <w:t xml:space="preserve"> </w:t>
      </w:r>
      <w:r w:rsidRPr="00B7305F">
        <w:rPr>
          <w:rFonts w:cs="Times New Roman"/>
          <w:color w:val="000000" w:themeColor="text1"/>
          <w:lang w:val="uk-UA"/>
        </w:rPr>
        <w:t>однозначна:</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вимагають</w:t>
      </w:r>
      <w:r w:rsidR="00480420" w:rsidRPr="00B7305F">
        <w:rPr>
          <w:rFonts w:cs="Times New Roman"/>
          <w:color w:val="000000" w:themeColor="text1"/>
          <w:lang w:val="uk-UA"/>
        </w:rPr>
        <w:t xml:space="preserve"> </w:t>
      </w:r>
      <w:r w:rsidRPr="00B7305F">
        <w:rPr>
          <w:rFonts w:cs="Times New Roman"/>
          <w:color w:val="000000" w:themeColor="text1"/>
          <w:lang w:val="uk-UA"/>
        </w:rPr>
        <w:t>суттєвих</w:t>
      </w:r>
      <w:r w:rsidR="00480420" w:rsidRPr="00B7305F">
        <w:rPr>
          <w:rFonts w:cs="Times New Roman"/>
          <w:color w:val="000000" w:themeColor="text1"/>
          <w:lang w:val="uk-UA"/>
        </w:rPr>
        <w:t xml:space="preserve"> </w:t>
      </w:r>
      <w:r w:rsidRPr="00B7305F">
        <w:rPr>
          <w:rFonts w:cs="Times New Roman"/>
          <w:color w:val="000000" w:themeColor="text1"/>
          <w:lang w:val="uk-UA"/>
        </w:rPr>
        <w:t>адаптацій,</w:t>
      </w:r>
      <w:r w:rsidR="00480420" w:rsidRPr="00B7305F">
        <w:rPr>
          <w:rFonts w:cs="Times New Roman"/>
          <w:color w:val="000000" w:themeColor="text1"/>
          <w:lang w:val="uk-UA"/>
        </w:rPr>
        <w:t xml:space="preserve"> </w:t>
      </w:r>
      <w:r w:rsidRPr="00B7305F">
        <w:rPr>
          <w:rFonts w:cs="Times New Roman"/>
          <w:color w:val="000000" w:themeColor="text1"/>
          <w:lang w:val="uk-UA"/>
        </w:rPr>
        <w:t>бо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диктує</w:t>
      </w:r>
      <w:r w:rsidR="00480420" w:rsidRPr="00B7305F">
        <w:rPr>
          <w:rFonts w:cs="Times New Roman"/>
          <w:color w:val="000000" w:themeColor="text1"/>
          <w:lang w:val="uk-UA"/>
        </w:rPr>
        <w:t xml:space="preserve"> </w:t>
      </w:r>
      <w:r w:rsidRPr="00B7305F">
        <w:rPr>
          <w:rFonts w:cs="Times New Roman"/>
          <w:color w:val="000000" w:themeColor="text1"/>
          <w:lang w:val="uk-UA"/>
        </w:rPr>
        <w:t>свої</w:t>
      </w:r>
      <w:r w:rsidR="00480420" w:rsidRPr="00B7305F">
        <w:rPr>
          <w:rFonts w:cs="Times New Roman"/>
          <w:color w:val="000000" w:themeColor="text1"/>
          <w:lang w:val="uk-UA"/>
        </w:rPr>
        <w:t xml:space="preserve"> </w:t>
      </w:r>
      <w:r w:rsidRPr="00B7305F">
        <w:rPr>
          <w:rFonts w:cs="Times New Roman"/>
          <w:color w:val="000000" w:themeColor="text1"/>
          <w:lang w:val="uk-UA"/>
        </w:rPr>
        <w:t>обмеження</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можливості.</w:t>
      </w:r>
    </w:p>
    <w:p w14:paraId="412F4001" w14:textId="4FCE7C22" w:rsidR="009617F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Нижче</w:t>
      </w:r>
      <w:r w:rsidR="00480420" w:rsidRPr="00B7305F">
        <w:rPr>
          <w:rFonts w:cs="Times New Roman"/>
          <w:color w:val="000000" w:themeColor="text1"/>
          <w:lang w:val="uk-UA"/>
        </w:rPr>
        <w:t xml:space="preserve"> </w:t>
      </w:r>
      <w:r w:rsidRPr="00B7305F">
        <w:rPr>
          <w:rFonts w:cs="Times New Roman"/>
          <w:color w:val="000000" w:themeColor="text1"/>
          <w:lang w:val="uk-UA"/>
        </w:rPr>
        <w:t>розгляну,</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«приживаються»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трансформують,</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ефективні,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навпаки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конфлікти.</w:t>
      </w:r>
      <w:r w:rsidR="00480420" w:rsidRPr="00B7305F">
        <w:rPr>
          <w:rFonts w:cs="Times New Roman"/>
          <w:color w:val="000000" w:themeColor="text1"/>
          <w:lang w:val="uk-UA"/>
        </w:rPr>
        <w:t xml:space="preserve"> </w:t>
      </w:r>
      <w:r w:rsidRPr="00B7305F">
        <w:rPr>
          <w:rFonts w:cs="Times New Roman"/>
          <w:color w:val="000000" w:themeColor="text1"/>
          <w:lang w:val="uk-UA"/>
        </w:rPr>
        <w:t>Ілюструватиму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українськими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міжнародними</w:t>
      </w:r>
      <w:r w:rsidR="00480420" w:rsidRPr="00B7305F">
        <w:rPr>
          <w:rFonts w:cs="Times New Roman"/>
          <w:color w:val="000000" w:themeColor="text1"/>
          <w:lang w:val="uk-UA"/>
        </w:rPr>
        <w:t xml:space="preserve"> </w:t>
      </w:r>
      <w:r w:rsidRPr="00B7305F">
        <w:rPr>
          <w:rFonts w:cs="Times New Roman"/>
          <w:color w:val="000000" w:themeColor="text1"/>
          <w:lang w:val="uk-UA"/>
        </w:rPr>
        <w:t>прикладами,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показати,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спектакль</w:t>
      </w:r>
      <w:r w:rsidR="00480420" w:rsidRPr="00B7305F">
        <w:rPr>
          <w:rFonts w:cs="Times New Roman"/>
          <w:color w:val="000000" w:themeColor="text1"/>
          <w:lang w:val="uk-UA"/>
        </w:rPr>
        <w:t xml:space="preserve"> </w:t>
      </w:r>
      <w:r w:rsidRPr="00B7305F">
        <w:rPr>
          <w:rFonts w:cs="Times New Roman"/>
          <w:color w:val="000000" w:themeColor="text1"/>
          <w:lang w:val="uk-UA"/>
        </w:rPr>
        <w:t>«повзає»</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0ECE4A7F" w14:textId="6832EA60"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t xml:space="preserve">    </w:t>
      </w:r>
      <w:r w:rsidR="009617FF" w:rsidRPr="00B7305F">
        <w:rPr>
          <w:rFonts w:cs="Times New Roman"/>
          <w:b/>
          <w:bCs/>
          <w:color w:val="000000" w:themeColor="text1"/>
          <w:lang w:val="uk-UA"/>
        </w:rPr>
        <w:t>1.</w:t>
      </w:r>
      <w:r w:rsidRPr="00B7305F">
        <w:rPr>
          <w:rFonts w:cs="Times New Roman"/>
          <w:b/>
          <w:bCs/>
          <w:color w:val="000000" w:themeColor="text1"/>
          <w:lang w:val="uk-UA"/>
        </w:rPr>
        <w:t xml:space="preserve"> </w:t>
      </w:r>
      <w:r w:rsidR="009617FF" w:rsidRPr="00B7305F">
        <w:rPr>
          <w:rFonts w:cs="Times New Roman"/>
          <w:b/>
          <w:bCs/>
          <w:color w:val="000000" w:themeColor="text1"/>
          <w:lang w:val="uk-UA"/>
        </w:rPr>
        <w:t>Система</w:t>
      </w:r>
      <w:r w:rsidRPr="00B7305F">
        <w:rPr>
          <w:rFonts w:cs="Times New Roman"/>
          <w:b/>
          <w:bCs/>
          <w:color w:val="000000" w:themeColor="text1"/>
          <w:lang w:val="uk-UA"/>
        </w:rPr>
        <w:t xml:space="preserve"> </w:t>
      </w:r>
      <w:r w:rsidR="009617FF" w:rsidRPr="00B7305F">
        <w:rPr>
          <w:rFonts w:cs="Times New Roman"/>
          <w:b/>
          <w:bCs/>
          <w:color w:val="000000" w:themeColor="text1"/>
          <w:lang w:val="uk-UA"/>
        </w:rPr>
        <w:t>Станіславського:</w:t>
      </w:r>
      <w:r w:rsidRPr="00B7305F">
        <w:rPr>
          <w:rFonts w:cs="Times New Roman"/>
          <w:b/>
          <w:bCs/>
          <w:color w:val="000000" w:themeColor="text1"/>
          <w:lang w:val="uk-UA"/>
        </w:rPr>
        <w:t xml:space="preserve"> </w:t>
      </w:r>
      <w:r w:rsidR="009617FF" w:rsidRPr="00B7305F">
        <w:rPr>
          <w:rFonts w:cs="Times New Roman"/>
          <w:b/>
          <w:bCs/>
          <w:color w:val="000000" w:themeColor="text1"/>
          <w:lang w:val="uk-UA"/>
        </w:rPr>
        <w:t>трансформація</w:t>
      </w:r>
      <w:r w:rsidRPr="00B7305F">
        <w:rPr>
          <w:rFonts w:cs="Times New Roman"/>
          <w:b/>
          <w:bCs/>
          <w:color w:val="000000" w:themeColor="text1"/>
          <w:lang w:val="uk-UA"/>
        </w:rPr>
        <w:t xml:space="preserve"> </w:t>
      </w:r>
      <w:r w:rsidR="009617FF" w:rsidRPr="00B7305F">
        <w:rPr>
          <w:rFonts w:cs="Times New Roman"/>
          <w:b/>
          <w:bCs/>
          <w:color w:val="000000" w:themeColor="text1"/>
          <w:lang w:val="uk-UA"/>
        </w:rPr>
        <w:t>методу</w:t>
      </w:r>
      <w:r w:rsidRPr="00B7305F">
        <w:rPr>
          <w:rFonts w:cs="Times New Roman"/>
          <w:b/>
          <w:bCs/>
          <w:color w:val="000000" w:themeColor="text1"/>
          <w:lang w:val="uk-UA"/>
        </w:rPr>
        <w:t xml:space="preserve"> </w:t>
      </w:r>
      <w:r w:rsidR="009617FF" w:rsidRPr="00B7305F">
        <w:rPr>
          <w:rFonts w:cs="Times New Roman"/>
          <w:b/>
          <w:bCs/>
          <w:color w:val="000000" w:themeColor="text1"/>
          <w:lang w:val="uk-UA"/>
        </w:rPr>
        <w:t>в</w:t>
      </w:r>
      <w:r w:rsidRPr="00B7305F">
        <w:rPr>
          <w:rFonts w:cs="Times New Roman"/>
          <w:b/>
          <w:bCs/>
          <w:color w:val="000000" w:themeColor="text1"/>
          <w:lang w:val="uk-UA"/>
        </w:rPr>
        <w:t xml:space="preserve"> </w:t>
      </w:r>
      <w:r w:rsidR="009617FF" w:rsidRPr="00B7305F">
        <w:rPr>
          <w:rFonts w:cs="Times New Roman"/>
          <w:b/>
          <w:bCs/>
          <w:color w:val="000000" w:themeColor="text1"/>
          <w:lang w:val="uk-UA"/>
        </w:rPr>
        <w:t>кіно</w:t>
      </w:r>
    </w:p>
    <w:p w14:paraId="1B0C912D" w14:textId="72EA49CB"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Система</w:t>
      </w:r>
      <w:r w:rsidR="00480420" w:rsidRPr="00B7305F">
        <w:rPr>
          <w:rFonts w:cs="Times New Roman"/>
          <w:color w:val="000000" w:themeColor="text1"/>
          <w:lang w:val="uk-UA"/>
        </w:rPr>
        <w:t xml:space="preserve"> </w:t>
      </w:r>
      <w:r w:rsidRPr="00B7305F">
        <w:rPr>
          <w:rFonts w:cs="Times New Roman"/>
          <w:color w:val="000000" w:themeColor="text1"/>
          <w:lang w:val="uk-UA"/>
        </w:rPr>
        <w:t>Станіславського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одна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базових</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методик</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00414270" w:rsidRPr="00B7305F">
        <w:rPr>
          <w:rFonts w:cs="Times New Roman"/>
          <w:color w:val="000000" w:themeColor="text1"/>
          <w:lang w:val="uk-UA"/>
        </w:rPr>
        <w:t xml:space="preserve">і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потужне</w:t>
      </w:r>
      <w:r w:rsidR="00480420" w:rsidRPr="00B7305F">
        <w:rPr>
          <w:rFonts w:cs="Times New Roman"/>
          <w:color w:val="000000" w:themeColor="text1"/>
          <w:lang w:val="uk-UA"/>
        </w:rPr>
        <w:t xml:space="preserve"> </w:t>
      </w:r>
      <w:r w:rsidRPr="00B7305F">
        <w:rPr>
          <w:rFonts w:cs="Times New Roman"/>
          <w:color w:val="000000" w:themeColor="text1"/>
          <w:lang w:val="uk-UA"/>
        </w:rPr>
        <w:t>застосування</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00B658EF" w:rsidRPr="00B7305F">
        <w:rPr>
          <w:rFonts w:cs="Times New Roman"/>
          <w:color w:val="000000" w:themeColor="text1"/>
          <w:lang w:val="uk-UA"/>
        </w:rPr>
        <w:t>Ч</w:t>
      </w:r>
      <w:r w:rsidRPr="00B7305F">
        <w:rPr>
          <w:rFonts w:cs="Times New Roman"/>
          <w:color w:val="000000" w:themeColor="text1"/>
          <w:lang w:val="uk-UA"/>
        </w:rPr>
        <w:t>астина</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принципів,</w:t>
      </w:r>
      <w:r w:rsidR="00480420" w:rsidRPr="00B7305F">
        <w:rPr>
          <w:rFonts w:cs="Times New Roman"/>
          <w:color w:val="000000" w:themeColor="text1"/>
          <w:lang w:val="uk-UA"/>
        </w:rPr>
        <w:t xml:space="preserve"> </w:t>
      </w:r>
      <w:r w:rsidRPr="00B7305F">
        <w:rPr>
          <w:rFonts w:cs="Times New Roman"/>
          <w:color w:val="000000" w:themeColor="text1"/>
          <w:lang w:val="uk-UA"/>
        </w:rPr>
        <w:t>особливо</w:t>
      </w:r>
      <w:r w:rsidR="00480420" w:rsidRPr="00B7305F">
        <w:rPr>
          <w:rFonts w:cs="Times New Roman"/>
          <w:color w:val="000000" w:themeColor="text1"/>
          <w:lang w:val="uk-UA"/>
        </w:rPr>
        <w:t xml:space="preserve"> </w:t>
      </w:r>
      <w:r w:rsidRPr="00B7305F">
        <w:rPr>
          <w:rFonts w:cs="Times New Roman"/>
          <w:color w:val="000000" w:themeColor="text1"/>
          <w:lang w:val="uk-UA"/>
        </w:rPr>
        <w:t>пов’язаних</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психологічною</w:t>
      </w:r>
      <w:r w:rsidR="00480420" w:rsidRPr="00B7305F">
        <w:rPr>
          <w:rFonts w:cs="Times New Roman"/>
          <w:color w:val="000000" w:themeColor="text1"/>
          <w:lang w:val="uk-UA"/>
        </w:rPr>
        <w:t xml:space="preserve"> </w:t>
      </w:r>
      <w:r w:rsidRPr="00B7305F">
        <w:rPr>
          <w:rFonts w:cs="Times New Roman"/>
          <w:color w:val="000000" w:themeColor="text1"/>
          <w:lang w:val="uk-UA"/>
        </w:rPr>
        <w:t>правдою,</w:t>
      </w:r>
      <w:r w:rsidR="00480420" w:rsidRPr="00B7305F">
        <w:rPr>
          <w:rFonts w:cs="Times New Roman"/>
          <w:color w:val="000000" w:themeColor="text1"/>
          <w:lang w:val="uk-UA"/>
        </w:rPr>
        <w:t xml:space="preserve"> </w:t>
      </w:r>
      <w:r w:rsidRPr="00B7305F">
        <w:rPr>
          <w:rFonts w:cs="Times New Roman"/>
          <w:color w:val="000000" w:themeColor="text1"/>
          <w:lang w:val="uk-UA"/>
        </w:rPr>
        <w:t>переконливістю</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внутрішніх</w:t>
      </w:r>
      <w:r w:rsidR="00480420" w:rsidRPr="00B7305F">
        <w:rPr>
          <w:rFonts w:cs="Times New Roman"/>
          <w:color w:val="000000" w:themeColor="text1"/>
          <w:lang w:val="uk-UA"/>
        </w:rPr>
        <w:t xml:space="preserve"> </w:t>
      </w:r>
      <w:r w:rsidRPr="00B7305F">
        <w:rPr>
          <w:rFonts w:cs="Times New Roman"/>
          <w:color w:val="000000" w:themeColor="text1"/>
          <w:lang w:val="uk-UA"/>
        </w:rPr>
        <w:t>мотивів</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«уявним</w:t>
      </w:r>
      <w:r w:rsidR="00480420" w:rsidRPr="00B7305F">
        <w:rPr>
          <w:rFonts w:cs="Times New Roman"/>
          <w:color w:val="000000" w:themeColor="text1"/>
          <w:lang w:val="uk-UA"/>
        </w:rPr>
        <w:t xml:space="preserve"> </w:t>
      </w:r>
      <w:r w:rsidRPr="00207716">
        <w:rPr>
          <w:rFonts w:cs="Times New Roman"/>
          <w:lang w:val="uk-UA"/>
        </w:rPr>
        <w:t>якщо</w:t>
      </w:r>
      <w:r w:rsidR="009E0C26" w:rsidRPr="00207716">
        <w:rPr>
          <w:rFonts w:cs="Times New Roman"/>
          <w:lang w:val="ru-RU"/>
        </w:rPr>
        <w:t xml:space="preserve"> [</w:t>
      </w:r>
      <w:r w:rsidR="00207716" w:rsidRPr="00207716">
        <w:rPr>
          <w:rFonts w:cs="Times New Roman"/>
          <w:lang w:val="ru-RU"/>
        </w:rPr>
        <w:t>32</w:t>
      </w:r>
      <w:r w:rsidR="009E0C26" w:rsidRPr="00207716">
        <w:rPr>
          <w:rFonts w:cs="Times New Roman"/>
          <w:lang w:val="ru-RU"/>
        </w:rPr>
        <w:t xml:space="preserve">, </w:t>
      </w:r>
      <w:r w:rsidR="009E0C26" w:rsidRPr="0010382C">
        <w:rPr>
          <w:rFonts w:cs="Times New Roman"/>
          <w:color w:val="000000" w:themeColor="text1"/>
        </w:rPr>
        <w:t>c</w:t>
      </w:r>
      <w:r w:rsidR="009E0C26" w:rsidRPr="0010382C">
        <w:rPr>
          <w:rFonts w:cs="Times New Roman"/>
          <w:color w:val="000000" w:themeColor="text1"/>
          <w:lang w:val="ru-RU"/>
        </w:rPr>
        <w:t>.</w:t>
      </w:r>
      <w:r w:rsidR="00207716" w:rsidRPr="0010382C">
        <w:rPr>
          <w:rFonts w:cs="Times New Roman"/>
          <w:color w:val="000000" w:themeColor="text1"/>
          <w:lang w:val="ru-RU"/>
        </w:rPr>
        <w:t>29</w:t>
      </w:r>
      <w:r w:rsidR="009E0C26"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переходять</w:t>
      </w:r>
      <w:r w:rsidR="00480420" w:rsidRPr="0010382C">
        <w:rPr>
          <w:rFonts w:cs="Times New Roman"/>
          <w:color w:val="000000" w:themeColor="text1"/>
          <w:lang w:val="uk-UA"/>
        </w:rPr>
        <w:t xml:space="preserve"> </w:t>
      </w:r>
      <w:r w:rsidRPr="0010382C">
        <w:rPr>
          <w:rFonts w:cs="Times New Roman"/>
          <w:color w:val="000000" w:themeColor="text1"/>
          <w:lang w:val="uk-UA"/>
        </w:rPr>
        <w:t>у</w:t>
      </w:r>
      <w:r w:rsidR="00480420" w:rsidRPr="0010382C">
        <w:rPr>
          <w:rFonts w:cs="Times New Roman"/>
          <w:color w:val="000000" w:themeColor="text1"/>
          <w:lang w:val="uk-UA"/>
        </w:rPr>
        <w:t xml:space="preserve"> </w:t>
      </w:r>
      <w:r w:rsidRPr="0010382C">
        <w:rPr>
          <w:rFonts w:cs="Times New Roman"/>
          <w:color w:val="000000" w:themeColor="text1"/>
          <w:lang w:val="uk-UA"/>
        </w:rPr>
        <w:t>екранну</w:t>
      </w:r>
      <w:r w:rsidR="00480420" w:rsidRPr="0010382C">
        <w:rPr>
          <w:rFonts w:cs="Times New Roman"/>
          <w:color w:val="000000" w:themeColor="text1"/>
          <w:lang w:val="uk-UA"/>
        </w:rPr>
        <w:t xml:space="preserve"> </w:t>
      </w:r>
      <w:r w:rsidRPr="0010382C">
        <w:rPr>
          <w:rFonts w:cs="Times New Roman"/>
          <w:color w:val="000000" w:themeColor="text1"/>
          <w:lang w:val="uk-UA"/>
        </w:rPr>
        <w:t>ситуацію.</w:t>
      </w:r>
      <w:r w:rsidR="00480420" w:rsidRPr="0010382C">
        <w:rPr>
          <w:rFonts w:cs="Times New Roman"/>
          <w:color w:val="000000" w:themeColor="text1"/>
          <w:lang w:val="uk-UA"/>
        </w:rPr>
        <w:t xml:space="preserve"> </w:t>
      </w:r>
      <w:r w:rsidRPr="0010382C">
        <w:rPr>
          <w:rFonts w:cs="Times New Roman"/>
          <w:color w:val="000000" w:themeColor="text1"/>
          <w:lang w:val="uk-UA"/>
        </w:rPr>
        <w:t>Але</w:t>
      </w:r>
      <w:r w:rsidR="00480420" w:rsidRPr="0010382C">
        <w:rPr>
          <w:rFonts w:cs="Times New Roman"/>
          <w:color w:val="000000" w:themeColor="text1"/>
          <w:lang w:val="uk-UA"/>
        </w:rPr>
        <w:t xml:space="preserve"> </w:t>
      </w:r>
      <w:r w:rsidRPr="0010382C">
        <w:rPr>
          <w:rFonts w:cs="Times New Roman"/>
          <w:color w:val="000000" w:themeColor="text1"/>
          <w:lang w:val="uk-UA"/>
        </w:rPr>
        <w:t>щоб</w:t>
      </w:r>
      <w:r w:rsidR="00480420" w:rsidRPr="0010382C">
        <w:rPr>
          <w:rFonts w:cs="Times New Roman"/>
          <w:color w:val="000000" w:themeColor="text1"/>
          <w:lang w:val="uk-UA"/>
        </w:rPr>
        <w:t xml:space="preserve"> </w:t>
      </w:r>
      <w:r w:rsidRPr="0010382C">
        <w:rPr>
          <w:rFonts w:cs="Times New Roman"/>
          <w:color w:val="000000" w:themeColor="text1"/>
          <w:lang w:val="uk-UA"/>
        </w:rPr>
        <w:t>система</w:t>
      </w:r>
      <w:r w:rsidR="00480420" w:rsidRPr="0010382C">
        <w:rPr>
          <w:rFonts w:cs="Times New Roman"/>
          <w:color w:val="000000" w:themeColor="text1"/>
          <w:lang w:val="uk-UA"/>
        </w:rPr>
        <w:t xml:space="preserve"> </w:t>
      </w:r>
      <w:r w:rsidRPr="0010382C">
        <w:rPr>
          <w:rFonts w:cs="Times New Roman"/>
          <w:color w:val="000000" w:themeColor="text1"/>
          <w:lang w:val="uk-UA"/>
        </w:rPr>
        <w:t>Станіславського</w:t>
      </w:r>
      <w:r w:rsidR="00480420" w:rsidRPr="0010382C">
        <w:rPr>
          <w:rFonts w:cs="Times New Roman"/>
          <w:color w:val="000000" w:themeColor="text1"/>
          <w:lang w:val="uk-UA"/>
        </w:rPr>
        <w:t xml:space="preserve"> </w:t>
      </w:r>
      <w:r w:rsidRPr="0010382C">
        <w:rPr>
          <w:rFonts w:cs="Times New Roman"/>
          <w:color w:val="000000" w:themeColor="text1"/>
          <w:lang w:val="uk-UA"/>
        </w:rPr>
        <w:t>працювала</w:t>
      </w:r>
      <w:r w:rsidR="00480420" w:rsidRPr="0010382C">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необхідні</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адаптації.</w:t>
      </w:r>
    </w:p>
    <w:p w14:paraId="4C2A372D" w14:textId="3D5F9E31"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Як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застосовується:</w:t>
      </w:r>
    </w:p>
    <w:p w14:paraId="0A938C4C" w14:textId="1306F623" w:rsidR="00692654"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Підґрунтя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образу:</w:t>
      </w:r>
      <w:r w:rsidR="00480420" w:rsidRPr="00B7305F">
        <w:rPr>
          <w:rFonts w:cs="Times New Roman"/>
          <w:b/>
          <w:bCs/>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розробляє</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мотивацію</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умови</w:t>
      </w:r>
      <w:r w:rsidR="00480420" w:rsidRPr="00B7305F">
        <w:rPr>
          <w:rFonts w:cs="Times New Roman"/>
          <w:color w:val="000000" w:themeColor="text1"/>
          <w:lang w:val="uk-UA"/>
        </w:rPr>
        <w:t xml:space="preserve"> </w:t>
      </w:r>
      <w:r w:rsidRPr="00B7305F">
        <w:rPr>
          <w:rFonts w:cs="Times New Roman"/>
          <w:color w:val="000000" w:themeColor="text1"/>
          <w:lang w:val="uk-UA"/>
        </w:rPr>
        <w:t>«якби»,</w:t>
      </w:r>
      <w:r w:rsidR="00480420" w:rsidRPr="00B7305F">
        <w:rPr>
          <w:rFonts w:cs="Times New Roman"/>
          <w:color w:val="000000" w:themeColor="text1"/>
          <w:lang w:val="uk-UA"/>
        </w:rPr>
        <w:t xml:space="preserve"> </w:t>
      </w:r>
      <w:r w:rsidRPr="00B7305F">
        <w:rPr>
          <w:rFonts w:cs="Times New Roman"/>
          <w:color w:val="000000" w:themeColor="text1"/>
          <w:lang w:val="uk-UA"/>
        </w:rPr>
        <w:t>емоційну</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підходить</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кінематографу.</w:t>
      </w:r>
    </w:p>
    <w:p w14:paraId="5979F602" w14:textId="749F02B8" w:rsidR="00692654"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Підтекст</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внутрішня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лінія: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відміну</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репліка</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залишатися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207716">
        <w:rPr>
          <w:rFonts w:cs="Times New Roman"/>
          <w:lang w:val="uk-UA"/>
        </w:rPr>
        <w:t>поверхні</w:t>
      </w:r>
      <w:r w:rsidR="009E0C26" w:rsidRPr="00207716">
        <w:rPr>
          <w:rFonts w:cs="Times New Roman"/>
          <w:lang w:val="uk-UA"/>
        </w:rPr>
        <w:t xml:space="preserve"> [</w:t>
      </w:r>
      <w:r w:rsidR="0010382C" w:rsidRPr="0010382C">
        <w:rPr>
          <w:rFonts w:cs="Times New Roman"/>
          <w:color w:val="000000" w:themeColor="text1"/>
          <w:lang w:val="uk-UA"/>
        </w:rPr>
        <w:t>19</w:t>
      </w:r>
      <w:r w:rsidR="009E0C26" w:rsidRPr="0010382C">
        <w:rPr>
          <w:rFonts w:cs="Times New Roman"/>
          <w:color w:val="000000" w:themeColor="text1"/>
          <w:lang w:val="uk-UA"/>
        </w:rPr>
        <w:t xml:space="preserve">, </w:t>
      </w:r>
      <w:r w:rsidR="009E0C26" w:rsidRPr="0010382C">
        <w:rPr>
          <w:rFonts w:cs="Times New Roman"/>
          <w:color w:val="000000" w:themeColor="text1"/>
        </w:rPr>
        <w:t>c</w:t>
      </w:r>
      <w:r w:rsidR="009E0C26" w:rsidRPr="0010382C">
        <w:rPr>
          <w:rFonts w:cs="Times New Roman"/>
          <w:color w:val="000000" w:themeColor="text1"/>
          <w:lang w:val="uk-UA"/>
        </w:rPr>
        <w:t>.</w:t>
      </w:r>
      <w:r w:rsidR="0010382C" w:rsidRPr="0010382C">
        <w:rPr>
          <w:rFonts w:cs="Times New Roman"/>
          <w:color w:val="000000" w:themeColor="text1"/>
          <w:lang w:val="uk-UA"/>
        </w:rPr>
        <w:t>114</w:t>
      </w:r>
      <w:r w:rsidR="009E0C26"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підтекст</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персонаж</w:t>
      </w:r>
      <w:r w:rsidR="00480420" w:rsidRPr="00B7305F">
        <w:rPr>
          <w:rFonts w:cs="Times New Roman"/>
          <w:color w:val="000000" w:themeColor="text1"/>
          <w:lang w:val="uk-UA"/>
        </w:rPr>
        <w:t xml:space="preserve"> </w:t>
      </w:r>
      <w:r w:rsidRPr="00B7305F">
        <w:rPr>
          <w:rFonts w:cs="Times New Roman"/>
          <w:color w:val="000000" w:themeColor="text1"/>
          <w:lang w:val="uk-UA"/>
        </w:rPr>
        <w:t>думає,</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каже)</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важливим</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тонкі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міміки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голосу.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підтекст</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передається</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паузи,</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інтонацій,</w:t>
      </w:r>
      <w:r w:rsidR="00480420" w:rsidRPr="00B7305F">
        <w:rPr>
          <w:rFonts w:cs="Times New Roman"/>
          <w:color w:val="000000" w:themeColor="text1"/>
          <w:lang w:val="uk-UA"/>
        </w:rPr>
        <w:t xml:space="preserve"> </w:t>
      </w:r>
      <w:r w:rsidRPr="00B7305F">
        <w:rPr>
          <w:rFonts w:cs="Times New Roman"/>
          <w:color w:val="000000" w:themeColor="text1"/>
          <w:lang w:val="uk-UA"/>
        </w:rPr>
        <w:t>реакції</w:t>
      </w:r>
      <w:r w:rsidR="00480420" w:rsidRPr="00B7305F">
        <w:rPr>
          <w:rFonts w:cs="Times New Roman"/>
          <w:color w:val="000000" w:themeColor="text1"/>
          <w:lang w:val="uk-UA"/>
        </w:rPr>
        <w:t xml:space="preserve"> </w:t>
      </w:r>
      <w:r w:rsidRPr="00B7305F">
        <w:rPr>
          <w:rFonts w:cs="Times New Roman"/>
          <w:color w:val="000000" w:themeColor="text1"/>
          <w:lang w:val="uk-UA"/>
        </w:rPr>
        <w:t>обличчя.</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українських</w:t>
      </w:r>
      <w:r w:rsidR="00480420" w:rsidRPr="00B7305F">
        <w:rPr>
          <w:rFonts w:cs="Times New Roman"/>
          <w:color w:val="000000" w:themeColor="text1"/>
          <w:lang w:val="uk-UA"/>
        </w:rPr>
        <w:t xml:space="preserve"> </w:t>
      </w:r>
      <w:r w:rsidRPr="00B7305F">
        <w:rPr>
          <w:rFonts w:cs="Times New Roman"/>
          <w:color w:val="000000" w:themeColor="text1"/>
          <w:lang w:val="uk-UA"/>
        </w:rPr>
        <w:t>фільмах</w:t>
      </w:r>
      <w:r w:rsidR="00480420" w:rsidRPr="00B7305F">
        <w:rPr>
          <w:rFonts w:cs="Times New Roman"/>
          <w:color w:val="000000" w:themeColor="text1"/>
          <w:lang w:val="uk-UA"/>
        </w:rPr>
        <w:t xml:space="preserve"> </w:t>
      </w:r>
      <w:r w:rsidRPr="00B7305F">
        <w:rPr>
          <w:rFonts w:cs="Times New Roman"/>
          <w:color w:val="000000" w:themeColor="text1"/>
          <w:lang w:val="uk-UA"/>
        </w:rPr>
        <w:t>підтекст</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використовується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промовах</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персонажів</w:t>
      </w:r>
      <w:r w:rsidR="00480420" w:rsidRPr="00B7305F">
        <w:rPr>
          <w:rFonts w:cs="Times New Roman"/>
          <w:color w:val="000000" w:themeColor="text1"/>
          <w:lang w:val="uk-UA"/>
        </w:rPr>
        <w:t xml:space="preserve"> </w:t>
      </w:r>
      <w:r w:rsidRPr="00B7305F">
        <w:rPr>
          <w:rFonts w:cs="Times New Roman"/>
          <w:color w:val="000000" w:themeColor="text1"/>
          <w:lang w:val="uk-UA"/>
        </w:rPr>
        <w:t>щось</w:t>
      </w:r>
      <w:r w:rsidR="00480420" w:rsidRPr="00B7305F">
        <w:rPr>
          <w:rFonts w:cs="Times New Roman"/>
          <w:color w:val="000000" w:themeColor="text1"/>
          <w:lang w:val="uk-UA"/>
        </w:rPr>
        <w:t xml:space="preserve"> </w:t>
      </w:r>
      <w:r w:rsidRPr="00B7305F">
        <w:rPr>
          <w:rFonts w:cs="Times New Roman"/>
          <w:color w:val="000000" w:themeColor="text1"/>
          <w:lang w:val="uk-UA"/>
        </w:rPr>
        <w:t>сказано</w:t>
      </w:r>
      <w:r w:rsidR="00480420" w:rsidRPr="00B7305F">
        <w:rPr>
          <w:rFonts w:cs="Times New Roman"/>
          <w:color w:val="000000" w:themeColor="text1"/>
          <w:lang w:val="uk-UA"/>
        </w:rPr>
        <w:t xml:space="preserve"> </w:t>
      </w:r>
      <w:r w:rsidRPr="00B7305F">
        <w:rPr>
          <w:rFonts w:cs="Times New Roman"/>
          <w:color w:val="000000" w:themeColor="text1"/>
          <w:lang w:val="uk-UA"/>
        </w:rPr>
        <w:t>буквально,</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тимчасом</w:t>
      </w:r>
      <w:r w:rsidR="00480420" w:rsidRPr="00B7305F">
        <w:rPr>
          <w:rFonts w:cs="Times New Roman"/>
          <w:color w:val="000000" w:themeColor="text1"/>
          <w:lang w:val="uk-UA"/>
        </w:rPr>
        <w:t xml:space="preserve"> </w:t>
      </w:r>
      <w:r w:rsidRPr="00B7305F">
        <w:rPr>
          <w:rFonts w:cs="Times New Roman"/>
          <w:color w:val="000000" w:themeColor="text1"/>
          <w:lang w:val="uk-UA"/>
        </w:rPr>
        <w:t>сказане</w:t>
      </w:r>
      <w:r w:rsidR="00480420" w:rsidRPr="00B7305F">
        <w:rPr>
          <w:rFonts w:cs="Times New Roman"/>
          <w:color w:val="000000" w:themeColor="text1"/>
          <w:lang w:val="uk-UA"/>
        </w:rPr>
        <w:t xml:space="preserve"> </w:t>
      </w:r>
      <w:r w:rsidRPr="00B7305F">
        <w:rPr>
          <w:rFonts w:cs="Times New Roman"/>
          <w:color w:val="000000" w:themeColor="text1"/>
          <w:lang w:val="uk-UA"/>
        </w:rPr>
        <w:t>несе</w:t>
      </w:r>
      <w:r w:rsidR="00480420" w:rsidRPr="00B7305F">
        <w:rPr>
          <w:rFonts w:cs="Times New Roman"/>
          <w:color w:val="000000" w:themeColor="text1"/>
          <w:lang w:val="uk-UA"/>
        </w:rPr>
        <w:t xml:space="preserve"> </w:t>
      </w:r>
      <w:r w:rsidRPr="00B7305F">
        <w:rPr>
          <w:rFonts w:cs="Times New Roman"/>
          <w:color w:val="000000" w:themeColor="text1"/>
          <w:lang w:val="uk-UA"/>
        </w:rPr>
        <w:t>інший,</w:t>
      </w:r>
      <w:r w:rsidR="00480420" w:rsidRPr="00B7305F">
        <w:rPr>
          <w:rFonts w:cs="Times New Roman"/>
          <w:color w:val="000000" w:themeColor="text1"/>
          <w:lang w:val="uk-UA"/>
        </w:rPr>
        <w:t xml:space="preserve"> </w:t>
      </w:r>
      <w:r w:rsidRPr="00B7305F">
        <w:rPr>
          <w:rFonts w:cs="Times New Roman"/>
          <w:color w:val="000000" w:themeColor="text1"/>
          <w:lang w:val="uk-UA"/>
        </w:rPr>
        <w:t>прихований</w:t>
      </w:r>
      <w:r w:rsidR="00480420" w:rsidRPr="00B7305F">
        <w:rPr>
          <w:rFonts w:cs="Times New Roman"/>
          <w:color w:val="000000" w:themeColor="text1"/>
          <w:lang w:val="uk-UA"/>
        </w:rPr>
        <w:t xml:space="preserve"> </w:t>
      </w:r>
      <w:r w:rsidRPr="00B7305F">
        <w:rPr>
          <w:rFonts w:cs="Times New Roman"/>
          <w:color w:val="000000" w:themeColor="text1"/>
          <w:lang w:val="uk-UA"/>
        </w:rPr>
        <w:t>сенс</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підтексту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парадигма</w:t>
      </w:r>
      <w:r w:rsidR="00480420" w:rsidRPr="00B7305F">
        <w:rPr>
          <w:rFonts w:cs="Times New Roman"/>
          <w:color w:val="000000" w:themeColor="text1"/>
          <w:lang w:val="uk-UA"/>
        </w:rPr>
        <w:t xml:space="preserve"> </w:t>
      </w:r>
      <w:r w:rsidRPr="00B7305F">
        <w:rPr>
          <w:rFonts w:cs="Times New Roman"/>
          <w:color w:val="000000" w:themeColor="text1"/>
          <w:lang w:val="uk-UA"/>
        </w:rPr>
        <w:t>показує,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підтекст</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w:t>
      </w:r>
      <w:r w:rsidR="00480420" w:rsidRPr="00B7305F">
        <w:rPr>
          <w:rFonts w:cs="Times New Roman"/>
          <w:color w:val="000000" w:themeColor="text1"/>
          <w:lang w:val="uk-UA"/>
        </w:rPr>
        <w:t xml:space="preserve"> </w:t>
      </w:r>
      <w:r w:rsidRPr="00B7305F">
        <w:rPr>
          <w:rFonts w:cs="Times New Roman"/>
          <w:color w:val="000000" w:themeColor="text1"/>
          <w:lang w:val="uk-UA"/>
        </w:rPr>
        <w:t>поєднаний</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теорією)</w:t>
      </w:r>
      <w:r w:rsidR="0088316A" w:rsidRPr="00B7305F">
        <w:rPr>
          <w:rFonts w:cs="Times New Roman"/>
          <w:color w:val="000000" w:themeColor="text1"/>
          <w:lang w:val="uk-UA"/>
        </w:rPr>
        <w:t>.</w:t>
      </w:r>
    </w:p>
    <w:p w14:paraId="7786B84F" w14:textId="62471AEE" w:rsidR="00085FFC"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Р</w:t>
      </w:r>
      <w:r w:rsidR="00414270" w:rsidRPr="00B7305F">
        <w:rPr>
          <w:rFonts w:cs="Times New Roman"/>
          <w:b/>
          <w:bCs/>
          <w:color w:val="000000" w:themeColor="text1"/>
          <w:lang w:val="uk-UA"/>
        </w:rPr>
        <w:t>о</w:t>
      </w:r>
      <w:r w:rsidRPr="00B7305F">
        <w:rPr>
          <w:rFonts w:cs="Times New Roman"/>
          <w:b/>
          <w:bCs/>
          <w:color w:val="000000" w:themeColor="text1"/>
          <w:lang w:val="uk-UA"/>
        </w:rPr>
        <w:t>бота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«обставинами»:</w:t>
      </w:r>
      <w:r w:rsidR="00480420" w:rsidRPr="00B7305F">
        <w:rPr>
          <w:rFonts w:cs="Times New Roman"/>
          <w:color w:val="000000" w:themeColor="text1"/>
          <w:lang w:val="uk-UA"/>
        </w:rPr>
        <w:t xml:space="preserve"> </w:t>
      </w:r>
      <w:r w:rsidRPr="00B7305F">
        <w:rPr>
          <w:rFonts w:cs="Times New Roman"/>
          <w:color w:val="000000" w:themeColor="text1"/>
          <w:lang w:val="uk-UA"/>
        </w:rPr>
        <w:t>система</w:t>
      </w:r>
      <w:r w:rsidR="00480420" w:rsidRPr="00B7305F">
        <w:rPr>
          <w:rFonts w:cs="Times New Roman"/>
          <w:color w:val="000000" w:themeColor="text1"/>
          <w:lang w:val="uk-UA"/>
        </w:rPr>
        <w:t xml:space="preserve"> </w:t>
      </w:r>
      <w:r w:rsidRPr="00B7305F">
        <w:rPr>
          <w:rFonts w:cs="Times New Roman"/>
          <w:color w:val="000000" w:themeColor="text1"/>
          <w:lang w:val="uk-UA"/>
        </w:rPr>
        <w:t>Станіславського</w:t>
      </w:r>
      <w:r w:rsidR="00480420" w:rsidRPr="00B7305F">
        <w:rPr>
          <w:rFonts w:cs="Times New Roman"/>
          <w:color w:val="000000" w:themeColor="text1"/>
          <w:lang w:val="uk-UA"/>
        </w:rPr>
        <w:t xml:space="preserve"> </w:t>
      </w:r>
      <w:r w:rsidRPr="00B7305F">
        <w:rPr>
          <w:rFonts w:cs="Times New Roman"/>
          <w:color w:val="000000" w:themeColor="text1"/>
          <w:lang w:val="uk-UA"/>
        </w:rPr>
        <w:t>наголошує,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усвідомлювати</w:t>
      </w:r>
      <w:r w:rsidR="00480420" w:rsidRPr="00B7305F">
        <w:rPr>
          <w:rFonts w:cs="Times New Roman"/>
          <w:color w:val="000000" w:themeColor="text1"/>
          <w:lang w:val="uk-UA"/>
        </w:rPr>
        <w:t xml:space="preserve"> </w:t>
      </w:r>
      <w:r w:rsidRPr="00B7305F">
        <w:rPr>
          <w:rFonts w:cs="Times New Roman"/>
          <w:color w:val="000000" w:themeColor="text1"/>
          <w:lang w:val="uk-UA"/>
        </w:rPr>
        <w:t>обставини</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ким)</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них.</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означає</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локацією,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елементами</w:t>
      </w:r>
      <w:r w:rsidR="00480420" w:rsidRPr="00B7305F">
        <w:rPr>
          <w:rFonts w:cs="Times New Roman"/>
          <w:color w:val="000000" w:themeColor="text1"/>
          <w:lang w:val="uk-UA"/>
        </w:rPr>
        <w:t xml:space="preserve"> </w:t>
      </w:r>
      <w:r w:rsidRPr="00B7305F">
        <w:rPr>
          <w:rFonts w:cs="Times New Roman"/>
          <w:color w:val="000000" w:themeColor="text1"/>
          <w:lang w:val="uk-UA"/>
        </w:rPr>
        <w:t>декорації,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тим,</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персонаж</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всі</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обставини</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відчутні.</w:t>
      </w:r>
      <w:r w:rsidR="00480420" w:rsidRPr="00B7305F">
        <w:rPr>
          <w:rFonts w:cs="Times New Roman"/>
          <w:color w:val="000000" w:themeColor="text1"/>
          <w:lang w:val="uk-UA"/>
        </w:rPr>
        <w:t xml:space="preserve"> </w:t>
      </w:r>
      <w:r w:rsidRPr="00B7305F">
        <w:rPr>
          <w:rFonts w:cs="Times New Roman"/>
          <w:color w:val="000000" w:themeColor="text1"/>
          <w:lang w:val="uk-UA"/>
        </w:rPr>
        <w:t>Теорія</w:t>
      </w:r>
      <w:r w:rsidR="00480420" w:rsidRPr="00B7305F">
        <w:rPr>
          <w:rFonts w:cs="Times New Roman"/>
          <w:color w:val="000000" w:themeColor="text1"/>
          <w:lang w:val="uk-UA"/>
        </w:rPr>
        <w:t xml:space="preserve"> </w:t>
      </w:r>
      <w:r w:rsidRPr="00B7305F">
        <w:rPr>
          <w:rFonts w:cs="Times New Roman"/>
          <w:color w:val="000000" w:themeColor="text1"/>
          <w:lang w:val="uk-UA"/>
        </w:rPr>
        <w:t>«наданих</w:t>
      </w:r>
      <w:r w:rsidR="00480420" w:rsidRPr="00B7305F">
        <w:rPr>
          <w:rFonts w:cs="Times New Roman"/>
          <w:color w:val="000000" w:themeColor="text1"/>
          <w:lang w:val="uk-UA"/>
        </w:rPr>
        <w:t xml:space="preserve"> </w:t>
      </w:r>
      <w:r w:rsidRPr="00B7305F">
        <w:rPr>
          <w:rFonts w:cs="Times New Roman"/>
          <w:color w:val="000000" w:themeColor="text1"/>
          <w:lang w:val="uk-UA"/>
        </w:rPr>
        <w:t>обставин»</w:t>
      </w:r>
      <w:r w:rsidR="00480420" w:rsidRPr="00B7305F">
        <w:rPr>
          <w:rFonts w:cs="Times New Roman"/>
          <w:color w:val="000000" w:themeColor="text1"/>
          <w:lang w:val="uk-UA"/>
        </w:rPr>
        <w:t xml:space="preserve"> </w:t>
      </w:r>
      <w:r w:rsidRPr="00B7305F">
        <w:rPr>
          <w:rFonts w:cs="Times New Roman"/>
          <w:color w:val="000000" w:themeColor="text1"/>
          <w:lang w:val="uk-UA"/>
        </w:rPr>
        <w:t>переноситься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врахування</w:t>
      </w:r>
      <w:r w:rsidR="00480420" w:rsidRPr="00B7305F">
        <w:rPr>
          <w:rFonts w:cs="Times New Roman"/>
          <w:color w:val="000000" w:themeColor="text1"/>
          <w:lang w:val="uk-UA"/>
        </w:rPr>
        <w:t xml:space="preserve"> </w:t>
      </w:r>
      <w:r w:rsidRPr="00B7305F">
        <w:rPr>
          <w:rFonts w:cs="Times New Roman"/>
          <w:color w:val="000000" w:themeColor="text1"/>
          <w:lang w:val="uk-UA"/>
        </w:rPr>
        <w:t>умов</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p>
    <w:p w14:paraId="372FC8E2" w14:textId="0659A098"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Приклади</w:t>
      </w:r>
      <w:r w:rsidR="00085FFC" w:rsidRPr="00B7305F">
        <w:rPr>
          <w:rFonts w:cs="Times New Roman"/>
          <w:b/>
          <w:bCs/>
          <w:color w:val="000000" w:themeColor="text1"/>
          <w:lang w:val="uk-UA"/>
        </w:rPr>
        <w:t>:</w:t>
      </w:r>
    </w:p>
    <w:p w14:paraId="3F3A62F0" w14:textId="127824D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українському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спостерігати</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дістаючи</w:t>
      </w:r>
      <w:r w:rsidR="00480420" w:rsidRPr="00B7305F">
        <w:rPr>
          <w:rFonts w:cs="Times New Roman"/>
          <w:color w:val="000000" w:themeColor="text1"/>
          <w:lang w:val="uk-UA"/>
        </w:rPr>
        <w:t xml:space="preserve"> </w:t>
      </w:r>
      <w:r w:rsidRPr="00B7305F">
        <w:rPr>
          <w:rFonts w:cs="Times New Roman"/>
          <w:color w:val="000000" w:themeColor="text1"/>
          <w:lang w:val="uk-UA"/>
        </w:rPr>
        <w:t>роль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свій</w:t>
      </w:r>
      <w:r w:rsidR="00480420" w:rsidRPr="00B7305F">
        <w:rPr>
          <w:rFonts w:cs="Times New Roman"/>
          <w:color w:val="000000" w:themeColor="text1"/>
          <w:lang w:val="uk-UA"/>
        </w:rPr>
        <w:t xml:space="preserve"> </w:t>
      </w:r>
      <w:r w:rsidRPr="00B7305F">
        <w:rPr>
          <w:rFonts w:cs="Times New Roman"/>
          <w:color w:val="000000" w:themeColor="text1"/>
          <w:lang w:val="uk-UA"/>
        </w:rPr>
        <w:t>методичний</w:t>
      </w:r>
      <w:r w:rsidR="00480420" w:rsidRPr="00B7305F">
        <w:rPr>
          <w:rFonts w:cs="Times New Roman"/>
          <w:color w:val="000000" w:themeColor="text1"/>
          <w:lang w:val="uk-UA"/>
        </w:rPr>
        <w:t xml:space="preserve"> </w:t>
      </w:r>
      <w:r w:rsidRPr="00B7305F">
        <w:rPr>
          <w:rFonts w:cs="Times New Roman"/>
          <w:color w:val="000000" w:themeColor="text1"/>
          <w:lang w:val="uk-UA"/>
        </w:rPr>
        <w:t>запас.</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фільмі</w:t>
      </w:r>
      <w:r w:rsidR="00480420" w:rsidRPr="00B7305F">
        <w:rPr>
          <w:rFonts w:cs="Times New Roman"/>
          <w:color w:val="000000" w:themeColor="text1"/>
          <w:lang w:val="uk-UA"/>
        </w:rPr>
        <w:t xml:space="preserve"> </w:t>
      </w:r>
      <w:r w:rsidRPr="00B7305F">
        <w:rPr>
          <w:rFonts w:cs="Times New Roman"/>
          <w:color w:val="000000" w:themeColor="text1"/>
          <w:lang w:val="uk-UA"/>
        </w:rPr>
        <w:t>«Гіркі</w:t>
      </w:r>
      <w:r w:rsidR="00480420" w:rsidRPr="00B7305F">
        <w:rPr>
          <w:rFonts w:cs="Times New Roman"/>
          <w:color w:val="000000" w:themeColor="text1"/>
          <w:lang w:val="uk-UA"/>
        </w:rPr>
        <w:t xml:space="preserve"> </w:t>
      </w:r>
      <w:r w:rsidRPr="00B7305F">
        <w:rPr>
          <w:rFonts w:cs="Times New Roman"/>
          <w:color w:val="000000" w:themeColor="text1"/>
          <w:lang w:val="uk-UA"/>
        </w:rPr>
        <w:t>жнива»,</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театральну</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підготовку,</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помітити,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внутрішня</w:t>
      </w:r>
      <w:r w:rsidR="00480420" w:rsidRPr="00B7305F">
        <w:rPr>
          <w:rFonts w:cs="Times New Roman"/>
          <w:color w:val="000000" w:themeColor="text1"/>
          <w:lang w:val="uk-UA"/>
        </w:rPr>
        <w:t xml:space="preserve"> </w:t>
      </w:r>
      <w:r w:rsidRPr="00B7305F">
        <w:rPr>
          <w:rFonts w:cs="Times New Roman"/>
          <w:color w:val="000000" w:themeColor="text1"/>
          <w:lang w:val="uk-UA"/>
        </w:rPr>
        <w:t>логіка</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персонажів</w:t>
      </w:r>
      <w:r w:rsidR="00480420" w:rsidRPr="00B7305F">
        <w:rPr>
          <w:rFonts w:cs="Times New Roman"/>
          <w:color w:val="000000" w:themeColor="text1"/>
          <w:lang w:val="uk-UA"/>
        </w:rPr>
        <w:t xml:space="preserve"> </w:t>
      </w:r>
      <w:r w:rsidRPr="00B7305F">
        <w:rPr>
          <w:rFonts w:cs="Times New Roman"/>
          <w:color w:val="000000" w:themeColor="text1"/>
          <w:lang w:val="uk-UA"/>
        </w:rPr>
        <w:t>витримується</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довгі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мовчання,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іноді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погляди,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«розповідають</w:t>
      </w:r>
      <w:r w:rsidR="00480420" w:rsidRPr="00B7305F">
        <w:rPr>
          <w:rFonts w:cs="Times New Roman"/>
          <w:color w:val="000000" w:themeColor="text1"/>
          <w:lang w:val="uk-UA"/>
        </w:rPr>
        <w:t xml:space="preserve"> </w:t>
      </w:r>
      <w:r w:rsidRPr="00B7305F">
        <w:rPr>
          <w:rFonts w:cs="Times New Roman"/>
          <w:color w:val="000000" w:themeColor="text1"/>
          <w:lang w:val="uk-UA"/>
        </w:rPr>
        <w:t>більше</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слова».</w:t>
      </w:r>
    </w:p>
    <w:p w14:paraId="3DF26D0D" w14:textId="5756DD2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світовому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Роберт</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Ніро</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«Скажи</w:t>
      </w:r>
      <w:r w:rsidR="00480420" w:rsidRPr="00B7305F">
        <w:rPr>
          <w:rFonts w:cs="Times New Roman"/>
          <w:color w:val="000000" w:themeColor="text1"/>
          <w:lang w:val="uk-UA"/>
        </w:rPr>
        <w:t xml:space="preserve"> </w:t>
      </w:r>
      <w:r w:rsidRPr="00B7305F">
        <w:rPr>
          <w:rFonts w:cs="Times New Roman"/>
          <w:color w:val="000000" w:themeColor="text1"/>
          <w:lang w:val="uk-UA"/>
        </w:rPr>
        <w:t>мені</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965E74">
        <w:rPr>
          <w:rFonts w:cs="Times New Roman"/>
          <w:color w:val="000000" w:themeColor="text1"/>
          <w:lang w:val="uk-UA"/>
        </w:rPr>
        <w:t>«</w:t>
      </w:r>
      <w:r w:rsidRPr="00B7305F">
        <w:rPr>
          <w:rFonts w:cs="Times New Roman"/>
          <w:color w:val="000000" w:themeColor="text1"/>
          <w:lang w:val="uk-UA"/>
        </w:rPr>
        <w:t>Raging</w:t>
      </w:r>
      <w:r w:rsidR="00480420" w:rsidRPr="00B7305F">
        <w:rPr>
          <w:rFonts w:cs="Times New Roman"/>
          <w:color w:val="000000" w:themeColor="text1"/>
          <w:lang w:val="uk-UA"/>
        </w:rPr>
        <w:t xml:space="preserve"> </w:t>
      </w:r>
      <w:r w:rsidRPr="00B7305F">
        <w:rPr>
          <w:rFonts w:cs="Times New Roman"/>
          <w:color w:val="000000" w:themeColor="text1"/>
          <w:lang w:val="uk-UA"/>
        </w:rPr>
        <w:t>Bull</w:t>
      </w:r>
      <w:r w:rsidR="00965E74">
        <w:rPr>
          <w:rFonts w:cs="Times New Roman"/>
          <w:color w:val="000000" w:themeColor="text1"/>
          <w:lang w:val="uk-UA"/>
        </w:rPr>
        <w:t>»</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використовував</w:t>
      </w:r>
      <w:r w:rsidR="00480420" w:rsidRPr="00B7305F">
        <w:rPr>
          <w:rFonts w:cs="Times New Roman"/>
          <w:color w:val="000000" w:themeColor="text1"/>
          <w:lang w:val="uk-UA"/>
        </w:rPr>
        <w:t xml:space="preserve"> </w:t>
      </w:r>
      <w:r w:rsidRPr="00B7305F">
        <w:rPr>
          <w:rFonts w:cs="Times New Roman"/>
          <w:color w:val="000000" w:themeColor="text1"/>
          <w:lang w:val="uk-UA"/>
        </w:rPr>
        <w:t>глибоку</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підготовку</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персонажу,</w:t>
      </w:r>
      <w:r w:rsidR="00480420" w:rsidRPr="00B7305F">
        <w:rPr>
          <w:rFonts w:cs="Times New Roman"/>
          <w:color w:val="000000" w:themeColor="text1"/>
          <w:lang w:val="uk-UA"/>
        </w:rPr>
        <w:t xml:space="preserve"> </w:t>
      </w:r>
      <w:r w:rsidRPr="00B7305F">
        <w:rPr>
          <w:rFonts w:cs="Times New Roman"/>
          <w:color w:val="000000" w:themeColor="text1"/>
          <w:lang w:val="uk-UA"/>
        </w:rPr>
        <w:t>відчуття</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внутрішнього</w:t>
      </w:r>
      <w:r w:rsidR="00480420" w:rsidRPr="00B7305F">
        <w:rPr>
          <w:rFonts w:cs="Times New Roman"/>
          <w:color w:val="000000" w:themeColor="text1"/>
          <w:lang w:val="uk-UA"/>
        </w:rPr>
        <w:t xml:space="preserve"> </w:t>
      </w:r>
      <w:r w:rsidRPr="00B7305F">
        <w:rPr>
          <w:rFonts w:cs="Times New Roman"/>
          <w:color w:val="000000" w:themeColor="text1"/>
          <w:lang w:val="uk-UA"/>
        </w:rPr>
        <w:t>стану,</w:t>
      </w:r>
      <w:r w:rsidR="00480420" w:rsidRPr="00B7305F">
        <w:rPr>
          <w:rFonts w:cs="Times New Roman"/>
          <w:color w:val="000000" w:themeColor="text1"/>
          <w:lang w:val="uk-UA"/>
        </w:rPr>
        <w:t xml:space="preserve"> </w:t>
      </w:r>
      <w:r w:rsidRPr="00B7305F">
        <w:rPr>
          <w:rFonts w:cs="Times New Roman"/>
          <w:color w:val="000000" w:themeColor="text1"/>
          <w:lang w:val="uk-UA"/>
        </w:rPr>
        <w:t>міркування</w:t>
      </w:r>
      <w:r w:rsidR="00480420" w:rsidRPr="00B7305F">
        <w:rPr>
          <w:rFonts w:cs="Times New Roman"/>
          <w:color w:val="000000" w:themeColor="text1"/>
          <w:lang w:val="uk-UA"/>
        </w:rPr>
        <w:t xml:space="preserve"> </w:t>
      </w:r>
      <w:r w:rsidRPr="00B7305F">
        <w:rPr>
          <w:rFonts w:cs="Times New Roman"/>
          <w:color w:val="000000" w:themeColor="text1"/>
          <w:lang w:val="uk-UA"/>
        </w:rPr>
        <w:t>героя</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екстер’єром,</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корені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системі</w:t>
      </w:r>
      <w:r w:rsidR="00480420" w:rsidRPr="00B7305F">
        <w:rPr>
          <w:rFonts w:cs="Times New Roman"/>
          <w:color w:val="000000" w:themeColor="text1"/>
          <w:lang w:val="uk-UA"/>
        </w:rPr>
        <w:t xml:space="preserve"> </w:t>
      </w:r>
      <w:r w:rsidRPr="00B7305F">
        <w:rPr>
          <w:rFonts w:cs="Times New Roman"/>
          <w:color w:val="000000" w:themeColor="text1"/>
          <w:lang w:val="uk-UA"/>
        </w:rPr>
        <w:t>Станіславського.</w:t>
      </w:r>
    </w:p>
    <w:p w14:paraId="184E59BA" w14:textId="6068F984"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Обмеження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ризики</w:t>
      </w:r>
    </w:p>
    <w:p w14:paraId="10D4EB6C" w14:textId="7D62C79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«великість»</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«підсвітитися»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надмірність.</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здається</w:t>
      </w:r>
      <w:r w:rsidR="00480420" w:rsidRPr="00B7305F">
        <w:rPr>
          <w:rFonts w:cs="Times New Roman"/>
          <w:color w:val="000000" w:themeColor="text1"/>
          <w:lang w:val="uk-UA"/>
        </w:rPr>
        <w:t xml:space="preserve"> </w:t>
      </w:r>
      <w:r w:rsidRPr="00B7305F">
        <w:rPr>
          <w:rFonts w:cs="Times New Roman"/>
          <w:color w:val="000000" w:themeColor="text1"/>
          <w:lang w:val="uk-UA"/>
        </w:rPr>
        <w:t>переконливим,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виглядати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«гра».</w:t>
      </w:r>
    </w:p>
    <w:p w14:paraId="53584036" w14:textId="5C8CAD0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Інтенсивні</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w:t>
      </w:r>
      <w:r w:rsidR="00480420" w:rsidRPr="00B7305F">
        <w:rPr>
          <w:rFonts w:cs="Times New Roman"/>
          <w:color w:val="000000" w:themeColor="text1"/>
          <w:lang w:val="uk-UA"/>
        </w:rPr>
        <w:t xml:space="preserve"> </w:t>
      </w:r>
      <w:r w:rsidRPr="00B7305F">
        <w:rPr>
          <w:rFonts w:cs="Times New Roman"/>
          <w:color w:val="000000" w:themeColor="text1"/>
          <w:lang w:val="uk-UA"/>
        </w:rPr>
        <w:t>монологи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«проникнення»</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якщо</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«виб’є»</w:t>
      </w:r>
      <w:r w:rsidR="00480420" w:rsidRPr="00B7305F">
        <w:rPr>
          <w:rFonts w:cs="Times New Roman"/>
          <w:color w:val="000000" w:themeColor="text1"/>
          <w:lang w:val="uk-UA"/>
        </w:rPr>
        <w:t xml:space="preserve"> </w:t>
      </w:r>
      <w:r w:rsidRPr="00B7305F">
        <w:rPr>
          <w:rFonts w:cs="Times New Roman"/>
          <w:color w:val="000000" w:themeColor="text1"/>
          <w:lang w:val="uk-UA"/>
        </w:rPr>
        <w:t>момент.</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навчатися</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короткими</w:t>
      </w:r>
      <w:r w:rsidR="00480420" w:rsidRPr="00B7305F">
        <w:rPr>
          <w:rFonts w:cs="Times New Roman"/>
          <w:color w:val="000000" w:themeColor="text1"/>
          <w:lang w:val="uk-UA"/>
        </w:rPr>
        <w:t xml:space="preserve"> </w:t>
      </w:r>
      <w:r w:rsidRPr="00B7305F">
        <w:rPr>
          <w:rFonts w:cs="Times New Roman"/>
          <w:color w:val="000000" w:themeColor="text1"/>
          <w:lang w:val="uk-UA"/>
        </w:rPr>
        <w:t>інтервалами,</w:t>
      </w:r>
      <w:r w:rsidR="00480420" w:rsidRPr="00B7305F">
        <w:rPr>
          <w:rFonts w:cs="Times New Roman"/>
          <w:color w:val="000000" w:themeColor="text1"/>
          <w:lang w:val="uk-UA"/>
        </w:rPr>
        <w:t xml:space="preserve"> </w:t>
      </w:r>
      <w:r w:rsidRPr="00B7305F">
        <w:rPr>
          <w:rFonts w:cs="Times New Roman"/>
          <w:color w:val="000000" w:themeColor="text1"/>
          <w:lang w:val="uk-UA"/>
        </w:rPr>
        <w:t>включаючи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готовність</w:t>
      </w:r>
      <w:r w:rsidR="009E0C26" w:rsidRPr="009E0C26">
        <w:rPr>
          <w:rFonts w:cs="Times New Roman"/>
          <w:color w:val="000000" w:themeColor="text1"/>
          <w:lang w:val="ru-RU"/>
        </w:rPr>
        <w:t xml:space="preserve"> </w:t>
      </w:r>
      <w:r w:rsidR="009E0C26" w:rsidRPr="00207716">
        <w:rPr>
          <w:rFonts w:cs="Times New Roman"/>
          <w:lang w:val="ru-RU"/>
        </w:rPr>
        <w:t>[</w:t>
      </w:r>
      <w:r w:rsidR="00207716" w:rsidRPr="00207716">
        <w:rPr>
          <w:rFonts w:cs="Times New Roman"/>
          <w:lang w:val="ru-RU"/>
        </w:rPr>
        <w:t>42</w:t>
      </w:r>
      <w:r w:rsidR="009E0C26" w:rsidRPr="00207716">
        <w:rPr>
          <w:rFonts w:cs="Times New Roman"/>
          <w:lang w:val="ru-RU"/>
        </w:rPr>
        <w:t xml:space="preserve">, </w:t>
      </w:r>
      <w:r w:rsidR="009E0C26" w:rsidRPr="00207716">
        <w:rPr>
          <w:rFonts w:cs="Times New Roman"/>
        </w:rPr>
        <w:t>c</w:t>
      </w:r>
      <w:r w:rsidR="009E0C26" w:rsidRPr="00207716">
        <w:rPr>
          <w:rFonts w:cs="Times New Roman"/>
          <w:lang w:val="ru-RU"/>
        </w:rPr>
        <w:t>.</w:t>
      </w:r>
      <w:r w:rsidR="00207716" w:rsidRPr="00207716">
        <w:rPr>
          <w:rFonts w:cs="Times New Roman"/>
          <w:lang w:val="ru-RU"/>
        </w:rPr>
        <w:t>256</w:t>
      </w:r>
      <w:r w:rsidR="009E0C26" w:rsidRPr="00207716">
        <w:rPr>
          <w:rFonts w:cs="Times New Roman"/>
          <w:lang w:val="ru-RU"/>
        </w:rPr>
        <w:t>]</w:t>
      </w:r>
      <w:r w:rsidRPr="00207716">
        <w:rPr>
          <w:rFonts w:cs="Times New Roman"/>
          <w:lang w:val="uk-UA"/>
        </w:rPr>
        <w:t>»</w:t>
      </w:r>
      <w:r w:rsidR="00480420" w:rsidRPr="00207716">
        <w:rPr>
          <w:rFonts w:cs="Times New Roman"/>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будь-який</w:t>
      </w:r>
      <w:r w:rsidR="00480420" w:rsidRPr="00B7305F">
        <w:rPr>
          <w:rFonts w:cs="Times New Roman"/>
          <w:color w:val="000000" w:themeColor="text1"/>
          <w:lang w:val="uk-UA"/>
        </w:rPr>
        <w:t xml:space="preserve"> </w:t>
      </w:r>
      <w:r w:rsidRPr="00B7305F">
        <w:rPr>
          <w:rFonts w:cs="Times New Roman"/>
          <w:color w:val="000000" w:themeColor="text1"/>
          <w:lang w:val="uk-UA"/>
        </w:rPr>
        <w:t>момент.</w:t>
      </w:r>
    </w:p>
    <w:p w14:paraId="2F3837C7" w14:textId="786D3BBE" w:rsidR="00C95306"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2.</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Фізичні</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тілесні</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методики</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в</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акторській</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підготовці:</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пластика,</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рух,</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тілесна</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виразність</w:t>
      </w:r>
    </w:p>
    <w:p w14:paraId="1AC09EAB" w14:textId="56CE2BD6"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перестає</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«носієм</w:t>
      </w:r>
      <w:r w:rsidR="00480420" w:rsidRPr="00B7305F">
        <w:rPr>
          <w:rFonts w:cs="Times New Roman"/>
          <w:color w:val="000000" w:themeColor="text1"/>
          <w:lang w:val="uk-UA"/>
        </w:rPr>
        <w:t xml:space="preserve"> </w:t>
      </w:r>
      <w:r w:rsidRPr="00B7305F">
        <w:rPr>
          <w:rFonts w:cs="Times New Roman"/>
          <w:color w:val="000000" w:themeColor="text1"/>
          <w:lang w:val="uk-UA"/>
        </w:rPr>
        <w:t>ролі»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перетворюється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повноцінний</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w:t>
      </w:r>
      <w:r w:rsidR="00480420" w:rsidRPr="00B7305F">
        <w:rPr>
          <w:rFonts w:cs="Times New Roman"/>
          <w:color w:val="000000" w:themeColor="text1"/>
          <w:lang w:val="uk-UA"/>
        </w:rPr>
        <w:t xml:space="preserve"> </w:t>
      </w:r>
      <w:r w:rsidRPr="00B7305F">
        <w:rPr>
          <w:rFonts w:cs="Times New Roman"/>
          <w:color w:val="000000" w:themeColor="text1"/>
          <w:lang w:val="uk-UA"/>
        </w:rPr>
        <w:t>художнього</w:t>
      </w:r>
      <w:r w:rsidR="00480420" w:rsidRPr="00B7305F">
        <w:rPr>
          <w:rFonts w:cs="Times New Roman"/>
          <w:color w:val="000000" w:themeColor="text1"/>
          <w:lang w:val="uk-UA"/>
        </w:rPr>
        <w:t xml:space="preserve"> </w:t>
      </w:r>
      <w:r w:rsidRPr="00B7305F">
        <w:rPr>
          <w:rFonts w:cs="Times New Roman"/>
          <w:color w:val="000000" w:themeColor="text1"/>
          <w:lang w:val="uk-UA"/>
        </w:rPr>
        <w:t>висловлювання.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фізична</w:t>
      </w:r>
      <w:r w:rsidR="00480420" w:rsidRPr="00B7305F">
        <w:rPr>
          <w:rFonts w:cs="Times New Roman"/>
          <w:color w:val="000000" w:themeColor="text1"/>
          <w:lang w:val="uk-UA"/>
        </w:rPr>
        <w:t xml:space="preserve"> </w:t>
      </w:r>
      <w:r w:rsidRPr="00B7305F">
        <w:rPr>
          <w:rFonts w:cs="Times New Roman"/>
          <w:color w:val="000000" w:themeColor="text1"/>
          <w:lang w:val="uk-UA"/>
        </w:rPr>
        <w:t>природа</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відіграє</w:t>
      </w:r>
      <w:r w:rsidR="00480420" w:rsidRPr="00B7305F">
        <w:rPr>
          <w:rFonts w:cs="Times New Roman"/>
          <w:color w:val="000000" w:themeColor="text1"/>
          <w:lang w:val="uk-UA"/>
        </w:rPr>
        <w:t xml:space="preserve"> </w:t>
      </w:r>
      <w:r w:rsidRPr="00B7305F">
        <w:rPr>
          <w:rFonts w:cs="Times New Roman"/>
          <w:color w:val="000000" w:themeColor="text1"/>
          <w:lang w:val="uk-UA"/>
        </w:rPr>
        <w:t>ключову</w:t>
      </w:r>
      <w:r w:rsidR="00480420" w:rsidRPr="00B7305F">
        <w:rPr>
          <w:rFonts w:cs="Times New Roman"/>
          <w:color w:val="000000" w:themeColor="text1"/>
          <w:lang w:val="uk-UA"/>
        </w:rPr>
        <w:t xml:space="preserve"> </w:t>
      </w:r>
      <w:r w:rsidRPr="00B7305F">
        <w:rPr>
          <w:rFonts w:cs="Times New Roman"/>
          <w:color w:val="000000" w:themeColor="text1"/>
          <w:lang w:val="uk-UA"/>
        </w:rPr>
        <w:t>роль,</w:t>
      </w:r>
      <w:r w:rsidR="00480420" w:rsidRPr="00B7305F">
        <w:rPr>
          <w:rFonts w:cs="Times New Roman"/>
          <w:color w:val="000000" w:themeColor="text1"/>
          <w:lang w:val="uk-UA"/>
        </w:rPr>
        <w:t xml:space="preserve"> </w:t>
      </w:r>
      <w:r w:rsidRPr="00B7305F">
        <w:rPr>
          <w:rFonts w:cs="Times New Roman"/>
          <w:color w:val="000000" w:themeColor="text1"/>
          <w:lang w:val="uk-UA"/>
        </w:rPr>
        <w:t>адже</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забезпечує</w:t>
      </w:r>
      <w:r w:rsidR="00480420" w:rsidRPr="00B7305F">
        <w:rPr>
          <w:rFonts w:cs="Times New Roman"/>
          <w:color w:val="000000" w:themeColor="text1"/>
          <w:lang w:val="uk-UA"/>
        </w:rPr>
        <w:t xml:space="preserve"> </w:t>
      </w:r>
      <w:r w:rsidRPr="00B7305F">
        <w:rPr>
          <w:rFonts w:cs="Times New Roman"/>
          <w:color w:val="000000" w:themeColor="text1"/>
          <w:lang w:val="uk-UA"/>
        </w:rPr>
        <w:t>органічність,</w:t>
      </w:r>
      <w:r w:rsidR="00480420" w:rsidRPr="00B7305F">
        <w:rPr>
          <w:rFonts w:cs="Times New Roman"/>
          <w:color w:val="000000" w:themeColor="text1"/>
          <w:lang w:val="uk-UA"/>
        </w:rPr>
        <w:t xml:space="preserve"> </w:t>
      </w:r>
      <w:r w:rsidRPr="00B7305F">
        <w:rPr>
          <w:rFonts w:cs="Times New Roman"/>
          <w:color w:val="000000" w:themeColor="text1"/>
          <w:lang w:val="uk-UA"/>
        </w:rPr>
        <w:t>достовірність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психологічну</w:t>
      </w:r>
      <w:r w:rsidR="00480420" w:rsidRPr="00B7305F">
        <w:rPr>
          <w:rFonts w:cs="Times New Roman"/>
          <w:color w:val="000000" w:themeColor="text1"/>
          <w:lang w:val="uk-UA"/>
        </w:rPr>
        <w:t xml:space="preserve"> </w:t>
      </w:r>
      <w:r w:rsidRPr="00B7305F">
        <w:rPr>
          <w:rFonts w:cs="Times New Roman"/>
          <w:color w:val="000000" w:themeColor="text1"/>
          <w:lang w:val="uk-UA"/>
        </w:rPr>
        <w:t>точність</w:t>
      </w:r>
      <w:r w:rsidR="00480420" w:rsidRPr="00B7305F">
        <w:rPr>
          <w:rFonts w:cs="Times New Roman"/>
          <w:color w:val="000000" w:themeColor="text1"/>
          <w:lang w:val="uk-UA"/>
        </w:rPr>
        <w:t xml:space="preserve"> </w:t>
      </w:r>
      <w:r w:rsidRPr="00B7305F">
        <w:rPr>
          <w:rFonts w:cs="Times New Roman"/>
          <w:color w:val="000000" w:themeColor="text1"/>
          <w:lang w:val="uk-UA"/>
        </w:rPr>
        <w:t>образу</w:t>
      </w:r>
      <w:r w:rsidR="00480420" w:rsidRPr="00B7305F">
        <w:rPr>
          <w:rFonts w:cs="Times New Roman"/>
          <w:color w:val="000000" w:themeColor="text1"/>
          <w:lang w:val="uk-UA"/>
        </w:rPr>
        <w:t xml:space="preserve"> </w:t>
      </w:r>
      <w:r w:rsidRPr="00B7305F">
        <w:rPr>
          <w:rFonts w:cs="Times New Roman"/>
          <w:color w:val="000000" w:themeColor="text1"/>
          <w:lang w:val="uk-UA"/>
        </w:rPr>
        <w:t>незалежно</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того,</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великої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крупного</w:t>
      </w:r>
      <w:r w:rsidR="00480420" w:rsidRPr="00B7305F">
        <w:rPr>
          <w:rFonts w:cs="Times New Roman"/>
          <w:color w:val="000000" w:themeColor="text1"/>
          <w:lang w:val="uk-UA"/>
        </w:rPr>
        <w:t xml:space="preserve"> </w:t>
      </w:r>
      <w:r w:rsidRPr="00B7305F">
        <w:rPr>
          <w:rFonts w:cs="Times New Roman"/>
          <w:color w:val="000000" w:themeColor="text1"/>
          <w:lang w:val="uk-UA"/>
        </w:rPr>
        <w:t>плану.</w:t>
      </w:r>
    </w:p>
    <w:p w14:paraId="6A93C3A3" w14:textId="71FD8366"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мистецтві</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традиційно</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фундаментальне</w:t>
      </w:r>
      <w:r w:rsidR="00480420" w:rsidRPr="00B7305F">
        <w:rPr>
          <w:rFonts w:cs="Times New Roman"/>
          <w:color w:val="000000" w:themeColor="text1"/>
          <w:lang w:val="uk-UA"/>
        </w:rPr>
        <w:t xml:space="preserve"> </w:t>
      </w:r>
      <w:r w:rsidRPr="00B7305F">
        <w:rPr>
          <w:rFonts w:cs="Times New Roman"/>
          <w:color w:val="000000" w:themeColor="text1"/>
          <w:lang w:val="uk-UA"/>
        </w:rPr>
        <w:t>значення.</w:t>
      </w:r>
      <w:r w:rsidR="00480420" w:rsidRPr="00B7305F">
        <w:rPr>
          <w:rFonts w:cs="Times New Roman"/>
          <w:color w:val="000000" w:themeColor="text1"/>
          <w:lang w:val="uk-UA"/>
        </w:rPr>
        <w:t xml:space="preserve"> </w:t>
      </w:r>
      <w:r w:rsidRPr="00B7305F">
        <w:rPr>
          <w:rFonts w:cs="Times New Roman"/>
          <w:color w:val="000000" w:themeColor="text1"/>
          <w:lang w:val="uk-UA"/>
        </w:rPr>
        <w:t>Пластика,</w:t>
      </w:r>
      <w:r w:rsidR="00480420" w:rsidRPr="00B7305F">
        <w:rPr>
          <w:rFonts w:cs="Times New Roman"/>
          <w:color w:val="000000" w:themeColor="text1"/>
          <w:lang w:val="uk-UA"/>
        </w:rPr>
        <w:t xml:space="preserve"> </w:t>
      </w:r>
      <w:r w:rsidRPr="00B7305F">
        <w:rPr>
          <w:rFonts w:cs="Times New Roman"/>
          <w:color w:val="000000" w:themeColor="text1"/>
          <w:lang w:val="uk-UA"/>
        </w:rPr>
        <w:t>контроль</w:t>
      </w:r>
      <w:r w:rsidR="00480420" w:rsidRPr="00B7305F">
        <w:rPr>
          <w:rFonts w:cs="Times New Roman"/>
          <w:color w:val="000000" w:themeColor="text1"/>
          <w:lang w:val="uk-UA"/>
        </w:rPr>
        <w:t xml:space="preserve"> </w:t>
      </w:r>
      <w:r w:rsidRPr="00B7305F">
        <w:rPr>
          <w:rFonts w:cs="Times New Roman"/>
          <w:color w:val="000000" w:themeColor="text1"/>
          <w:lang w:val="uk-UA"/>
        </w:rPr>
        <w:t>над</w:t>
      </w:r>
      <w:r w:rsidR="00480420" w:rsidRPr="00B7305F">
        <w:rPr>
          <w:rFonts w:cs="Times New Roman"/>
          <w:color w:val="000000" w:themeColor="text1"/>
          <w:lang w:val="uk-UA"/>
        </w:rPr>
        <w:t xml:space="preserve"> </w:t>
      </w:r>
      <w:r w:rsidRPr="00B7305F">
        <w:rPr>
          <w:rFonts w:cs="Times New Roman"/>
          <w:color w:val="000000" w:themeColor="text1"/>
          <w:lang w:val="uk-UA"/>
        </w:rPr>
        <w:t>м’язовим</w:t>
      </w:r>
      <w:r w:rsidR="00480420" w:rsidRPr="00B7305F">
        <w:rPr>
          <w:rFonts w:cs="Times New Roman"/>
          <w:color w:val="000000" w:themeColor="text1"/>
          <w:lang w:val="uk-UA"/>
        </w:rPr>
        <w:t xml:space="preserve"> </w:t>
      </w:r>
      <w:r w:rsidRPr="00B7305F">
        <w:rPr>
          <w:rFonts w:cs="Times New Roman"/>
          <w:color w:val="000000" w:themeColor="text1"/>
          <w:lang w:val="uk-UA"/>
        </w:rPr>
        <w:t>тонусом,</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центром</w:t>
      </w:r>
      <w:r w:rsidR="00480420" w:rsidRPr="00B7305F">
        <w:rPr>
          <w:rFonts w:cs="Times New Roman"/>
          <w:color w:val="000000" w:themeColor="text1"/>
          <w:lang w:val="uk-UA"/>
        </w:rPr>
        <w:t xml:space="preserve"> </w:t>
      </w:r>
      <w:r w:rsidRPr="00B7305F">
        <w:rPr>
          <w:rFonts w:cs="Times New Roman"/>
          <w:color w:val="000000" w:themeColor="text1"/>
          <w:lang w:val="uk-UA"/>
        </w:rPr>
        <w:t>ваги,</w:t>
      </w:r>
      <w:r w:rsidR="00480420" w:rsidRPr="00B7305F">
        <w:rPr>
          <w:rFonts w:cs="Times New Roman"/>
          <w:color w:val="000000" w:themeColor="text1"/>
          <w:lang w:val="uk-UA"/>
        </w:rPr>
        <w:t xml:space="preserve"> </w:t>
      </w:r>
      <w:r w:rsidRPr="00B7305F">
        <w:rPr>
          <w:rFonts w:cs="Times New Roman"/>
          <w:color w:val="000000" w:themeColor="text1"/>
          <w:lang w:val="uk-UA"/>
        </w:rPr>
        <w:t>уміння</w:t>
      </w:r>
      <w:r w:rsidR="00480420" w:rsidRPr="00B7305F">
        <w:rPr>
          <w:rFonts w:cs="Times New Roman"/>
          <w:color w:val="000000" w:themeColor="text1"/>
          <w:lang w:val="uk-UA"/>
        </w:rPr>
        <w:t xml:space="preserve"> </w:t>
      </w:r>
      <w:r w:rsidRPr="00B7305F">
        <w:rPr>
          <w:rFonts w:cs="Times New Roman"/>
          <w:color w:val="000000" w:themeColor="text1"/>
          <w:lang w:val="uk-UA"/>
        </w:rPr>
        <w:t>керувати</w:t>
      </w:r>
      <w:r w:rsidR="00480420" w:rsidRPr="00B7305F">
        <w:rPr>
          <w:rFonts w:cs="Times New Roman"/>
          <w:color w:val="000000" w:themeColor="text1"/>
          <w:lang w:val="uk-UA"/>
        </w:rPr>
        <w:t xml:space="preserve"> </w:t>
      </w:r>
      <w:r w:rsidRPr="00B7305F">
        <w:rPr>
          <w:rFonts w:cs="Times New Roman"/>
          <w:color w:val="000000" w:themeColor="text1"/>
          <w:lang w:val="uk-UA"/>
        </w:rPr>
        <w:t>динамікою</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базові</w:t>
      </w:r>
      <w:r w:rsidR="00480420" w:rsidRPr="00B7305F">
        <w:rPr>
          <w:rFonts w:cs="Times New Roman"/>
          <w:color w:val="000000" w:themeColor="text1"/>
          <w:lang w:val="uk-UA"/>
        </w:rPr>
        <w:t xml:space="preserve"> </w:t>
      </w:r>
      <w:r w:rsidRPr="00B7305F">
        <w:rPr>
          <w:rFonts w:cs="Times New Roman"/>
          <w:color w:val="000000" w:themeColor="text1"/>
          <w:lang w:val="uk-UA"/>
        </w:rPr>
        <w:t>навички,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формують</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свободу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здатність</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виразні</w:t>
      </w:r>
      <w:r w:rsidR="00480420" w:rsidRPr="00B7305F">
        <w:rPr>
          <w:rFonts w:cs="Times New Roman"/>
          <w:color w:val="000000" w:themeColor="text1"/>
          <w:lang w:val="uk-UA"/>
        </w:rPr>
        <w:t xml:space="preserve"> </w:t>
      </w:r>
      <w:r w:rsidRPr="00B7305F">
        <w:rPr>
          <w:rFonts w:cs="Times New Roman"/>
          <w:color w:val="000000" w:themeColor="text1"/>
          <w:lang w:val="uk-UA"/>
        </w:rPr>
        <w:t>фізичні</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традицій</w:t>
      </w:r>
      <w:r w:rsidR="00480420" w:rsidRPr="00B7305F">
        <w:rPr>
          <w:rFonts w:cs="Times New Roman"/>
          <w:color w:val="000000" w:themeColor="text1"/>
          <w:lang w:val="uk-UA"/>
        </w:rPr>
        <w:t xml:space="preserve"> </w:t>
      </w:r>
      <w:r w:rsidRPr="00B7305F">
        <w:rPr>
          <w:rFonts w:cs="Times New Roman"/>
          <w:color w:val="000000" w:themeColor="text1"/>
          <w:lang w:val="uk-UA"/>
        </w:rPr>
        <w:t>активно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комплексні</w:t>
      </w:r>
      <w:r w:rsidR="00480420" w:rsidRPr="00B7305F">
        <w:rPr>
          <w:rFonts w:cs="Times New Roman"/>
          <w:color w:val="000000" w:themeColor="text1"/>
          <w:lang w:val="uk-UA"/>
        </w:rPr>
        <w:t xml:space="preserve"> </w:t>
      </w:r>
      <w:r w:rsidRPr="00B7305F">
        <w:rPr>
          <w:rFonts w:cs="Times New Roman"/>
          <w:color w:val="000000" w:themeColor="text1"/>
          <w:lang w:val="uk-UA"/>
        </w:rPr>
        <w:t>фізичні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звільнити</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позбутися</w:t>
      </w:r>
      <w:r w:rsidR="00480420" w:rsidRPr="00B7305F">
        <w:rPr>
          <w:rFonts w:cs="Times New Roman"/>
          <w:color w:val="000000" w:themeColor="text1"/>
          <w:lang w:val="uk-UA"/>
        </w:rPr>
        <w:t xml:space="preserve"> </w:t>
      </w:r>
      <w:r w:rsidRPr="00B7305F">
        <w:rPr>
          <w:rFonts w:cs="Times New Roman"/>
          <w:color w:val="000000" w:themeColor="text1"/>
          <w:lang w:val="uk-UA"/>
        </w:rPr>
        <w:t>затисків,</w:t>
      </w:r>
      <w:r w:rsidR="00480420" w:rsidRPr="00B7305F">
        <w:rPr>
          <w:rFonts w:cs="Times New Roman"/>
          <w:color w:val="000000" w:themeColor="text1"/>
          <w:lang w:val="uk-UA"/>
        </w:rPr>
        <w:t xml:space="preserve"> </w:t>
      </w:r>
      <w:r w:rsidRPr="00B7305F">
        <w:rPr>
          <w:rFonts w:cs="Times New Roman"/>
          <w:color w:val="000000" w:themeColor="text1"/>
          <w:lang w:val="uk-UA"/>
        </w:rPr>
        <w:t>відкрити</w:t>
      </w:r>
      <w:r w:rsidR="00480420" w:rsidRPr="00B7305F">
        <w:rPr>
          <w:rFonts w:cs="Times New Roman"/>
          <w:color w:val="000000" w:themeColor="text1"/>
          <w:lang w:val="uk-UA"/>
        </w:rPr>
        <w:t xml:space="preserve"> </w:t>
      </w:r>
      <w:r w:rsidRPr="00B7305F">
        <w:rPr>
          <w:rFonts w:cs="Times New Roman"/>
          <w:color w:val="000000" w:themeColor="text1"/>
          <w:lang w:val="uk-UA"/>
        </w:rPr>
        <w:t>природну</w:t>
      </w:r>
      <w:r w:rsidR="00480420" w:rsidRPr="00B7305F">
        <w:rPr>
          <w:rFonts w:cs="Times New Roman"/>
          <w:color w:val="000000" w:themeColor="text1"/>
          <w:lang w:val="uk-UA"/>
        </w:rPr>
        <w:t xml:space="preserve"> </w:t>
      </w:r>
      <w:r w:rsidRPr="00B7305F">
        <w:rPr>
          <w:rFonts w:cs="Times New Roman"/>
          <w:color w:val="000000" w:themeColor="text1"/>
          <w:lang w:val="uk-UA"/>
        </w:rPr>
        <w:t>енергію</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системну</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навчається</w:t>
      </w:r>
      <w:r w:rsidR="00480420" w:rsidRPr="00B7305F">
        <w:rPr>
          <w:rFonts w:cs="Times New Roman"/>
          <w:color w:val="000000" w:themeColor="text1"/>
          <w:lang w:val="uk-UA"/>
        </w:rPr>
        <w:t xml:space="preserve"> </w:t>
      </w:r>
      <w:r w:rsidRPr="00B7305F">
        <w:rPr>
          <w:rFonts w:cs="Times New Roman"/>
          <w:color w:val="000000" w:themeColor="text1"/>
          <w:lang w:val="uk-UA"/>
        </w:rPr>
        <w:t>існувати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цілісний</w:t>
      </w:r>
      <w:r w:rsidR="00480420" w:rsidRPr="00B7305F">
        <w:rPr>
          <w:rFonts w:cs="Times New Roman"/>
          <w:color w:val="000000" w:themeColor="text1"/>
          <w:lang w:val="uk-UA"/>
        </w:rPr>
        <w:t xml:space="preserve"> </w:t>
      </w:r>
      <w:r w:rsidRPr="00B7305F">
        <w:rPr>
          <w:rFonts w:cs="Times New Roman"/>
          <w:color w:val="000000" w:themeColor="text1"/>
          <w:lang w:val="uk-UA"/>
        </w:rPr>
        <w:t>організм,</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кожен</w:t>
      </w:r>
      <w:r w:rsidR="00480420" w:rsidRPr="00B7305F">
        <w:rPr>
          <w:rFonts w:cs="Times New Roman"/>
          <w:color w:val="000000" w:themeColor="text1"/>
          <w:lang w:val="uk-UA"/>
        </w:rPr>
        <w:t xml:space="preserve"> </w:t>
      </w:r>
      <w:r w:rsidRPr="00B7305F">
        <w:rPr>
          <w:rFonts w:cs="Times New Roman"/>
          <w:color w:val="000000" w:themeColor="text1"/>
          <w:lang w:val="uk-UA"/>
        </w:rPr>
        <w:t>жест,</w:t>
      </w:r>
      <w:r w:rsidR="00480420" w:rsidRPr="00B7305F">
        <w:rPr>
          <w:rFonts w:cs="Times New Roman"/>
          <w:color w:val="000000" w:themeColor="text1"/>
          <w:lang w:val="uk-UA"/>
        </w:rPr>
        <w:t xml:space="preserve"> </w:t>
      </w:r>
      <w:r w:rsidRPr="00B7305F">
        <w:rPr>
          <w:rFonts w:cs="Times New Roman"/>
          <w:color w:val="000000" w:themeColor="text1"/>
          <w:lang w:val="uk-UA"/>
        </w:rPr>
        <w:t>поворот</w:t>
      </w:r>
      <w:r w:rsidR="00480420" w:rsidRPr="00B7305F">
        <w:rPr>
          <w:rFonts w:cs="Times New Roman"/>
          <w:color w:val="000000" w:themeColor="text1"/>
          <w:lang w:val="uk-UA"/>
        </w:rPr>
        <w:t xml:space="preserve"> </w:t>
      </w:r>
      <w:r w:rsidRPr="00B7305F">
        <w:rPr>
          <w:rFonts w:cs="Times New Roman"/>
          <w:color w:val="000000" w:themeColor="text1"/>
          <w:lang w:val="uk-UA"/>
        </w:rPr>
        <w:t>голови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ритму</w:t>
      </w:r>
      <w:r w:rsidR="00480420" w:rsidRPr="00B7305F">
        <w:rPr>
          <w:rFonts w:cs="Times New Roman"/>
          <w:color w:val="000000" w:themeColor="text1"/>
          <w:lang w:val="uk-UA"/>
        </w:rPr>
        <w:t xml:space="preserve"> </w:t>
      </w:r>
      <w:r w:rsidRPr="00B7305F">
        <w:rPr>
          <w:rFonts w:cs="Times New Roman"/>
          <w:color w:val="000000" w:themeColor="text1"/>
          <w:lang w:val="uk-UA"/>
        </w:rPr>
        <w:t>несуть</w:t>
      </w:r>
      <w:r w:rsidR="00480420" w:rsidRPr="00B7305F">
        <w:rPr>
          <w:rFonts w:cs="Times New Roman"/>
          <w:color w:val="000000" w:themeColor="text1"/>
          <w:lang w:val="uk-UA"/>
        </w:rPr>
        <w:t xml:space="preserve"> </w:t>
      </w:r>
      <w:r w:rsidRPr="00B7305F">
        <w:rPr>
          <w:rFonts w:cs="Times New Roman"/>
          <w:color w:val="000000" w:themeColor="text1"/>
          <w:lang w:val="uk-UA"/>
        </w:rPr>
        <w:t>смислове</w:t>
      </w:r>
      <w:r w:rsidR="00480420" w:rsidRPr="00B7305F">
        <w:rPr>
          <w:rFonts w:cs="Times New Roman"/>
          <w:color w:val="000000" w:themeColor="text1"/>
          <w:lang w:val="uk-UA"/>
        </w:rPr>
        <w:t xml:space="preserve"> </w:t>
      </w:r>
      <w:r w:rsidRPr="00B7305F">
        <w:rPr>
          <w:rFonts w:cs="Times New Roman"/>
          <w:color w:val="000000" w:themeColor="text1"/>
          <w:lang w:val="uk-UA"/>
        </w:rPr>
        <w:t>навантаження.</w:t>
      </w:r>
    </w:p>
    <w:p w14:paraId="41C522ED" w14:textId="491FD3C5"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ж</w:t>
      </w:r>
      <w:r w:rsidR="00480420" w:rsidRPr="00B7305F">
        <w:rPr>
          <w:rFonts w:cs="Times New Roman"/>
          <w:color w:val="000000" w:themeColor="text1"/>
          <w:lang w:val="uk-UA"/>
        </w:rPr>
        <w:t xml:space="preserve"> </w:t>
      </w:r>
      <w:r w:rsidRPr="00B7305F">
        <w:rPr>
          <w:rFonts w:cs="Times New Roman"/>
          <w:color w:val="000000" w:themeColor="text1"/>
          <w:lang w:val="uk-UA"/>
        </w:rPr>
        <w:t>тілесний</w:t>
      </w:r>
      <w:r w:rsidR="00480420" w:rsidRPr="00B7305F">
        <w:rPr>
          <w:rFonts w:cs="Times New Roman"/>
          <w:color w:val="000000" w:themeColor="text1"/>
          <w:lang w:val="uk-UA"/>
        </w:rPr>
        <w:t xml:space="preserve"> </w:t>
      </w:r>
      <w:r w:rsidRPr="00B7305F">
        <w:rPr>
          <w:rFonts w:cs="Times New Roman"/>
          <w:color w:val="000000" w:themeColor="text1"/>
          <w:lang w:val="uk-UA"/>
        </w:rPr>
        <w:t>аспект</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набуває</w:t>
      </w:r>
      <w:r w:rsidR="00480420" w:rsidRPr="00B7305F">
        <w:rPr>
          <w:rFonts w:cs="Times New Roman"/>
          <w:color w:val="000000" w:themeColor="text1"/>
          <w:lang w:val="uk-UA"/>
        </w:rPr>
        <w:t xml:space="preserve"> </w:t>
      </w:r>
      <w:r w:rsidRPr="00B7305F">
        <w:rPr>
          <w:rFonts w:cs="Times New Roman"/>
          <w:color w:val="000000" w:themeColor="text1"/>
          <w:lang w:val="uk-UA"/>
        </w:rPr>
        <w:t>іншого</w:t>
      </w:r>
      <w:r w:rsidR="00480420" w:rsidRPr="00B7305F">
        <w:rPr>
          <w:rFonts w:cs="Times New Roman"/>
          <w:color w:val="000000" w:themeColor="text1"/>
          <w:lang w:val="uk-UA"/>
        </w:rPr>
        <w:t xml:space="preserve"> </w:t>
      </w:r>
      <w:r w:rsidRPr="00B7305F">
        <w:rPr>
          <w:rFonts w:cs="Times New Roman"/>
          <w:color w:val="000000" w:themeColor="text1"/>
          <w:lang w:val="uk-UA"/>
        </w:rPr>
        <w:t>виміру.</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здатність</w:t>
      </w:r>
      <w:r w:rsidR="00480420" w:rsidRPr="00B7305F">
        <w:rPr>
          <w:rFonts w:cs="Times New Roman"/>
          <w:color w:val="000000" w:themeColor="text1"/>
          <w:lang w:val="uk-UA"/>
        </w:rPr>
        <w:t xml:space="preserve"> </w:t>
      </w:r>
      <w:r w:rsidRPr="00B7305F">
        <w:rPr>
          <w:rFonts w:cs="Times New Roman"/>
          <w:color w:val="000000" w:themeColor="text1"/>
          <w:lang w:val="uk-UA"/>
        </w:rPr>
        <w:t>«наближатися»</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фіксувати</w:t>
      </w:r>
      <w:r w:rsidR="00480420" w:rsidRPr="00B7305F">
        <w:rPr>
          <w:rFonts w:cs="Times New Roman"/>
          <w:color w:val="000000" w:themeColor="text1"/>
          <w:lang w:val="uk-UA"/>
        </w:rPr>
        <w:t xml:space="preserve"> </w:t>
      </w:r>
      <w:r w:rsidRPr="00B7305F">
        <w:rPr>
          <w:rFonts w:cs="Times New Roman"/>
          <w:color w:val="000000" w:themeColor="text1"/>
          <w:lang w:val="uk-UA"/>
        </w:rPr>
        <w:t>найменші</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фізичному</w:t>
      </w:r>
      <w:r w:rsidR="00480420" w:rsidRPr="00B7305F">
        <w:rPr>
          <w:rFonts w:cs="Times New Roman"/>
          <w:color w:val="000000" w:themeColor="text1"/>
          <w:lang w:val="uk-UA"/>
        </w:rPr>
        <w:t xml:space="preserve"> </w:t>
      </w:r>
      <w:r w:rsidRPr="00B7305F">
        <w:rPr>
          <w:rFonts w:cs="Times New Roman"/>
          <w:color w:val="000000" w:themeColor="text1"/>
          <w:lang w:val="uk-UA"/>
        </w:rPr>
        <w:t>стані.</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засобом</w:t>
      </w:r>
      <w:r w:rsidR="00480420" w:rsidRPr="00B7305F">
        <w:rPr>
          <w:rFonts w:cs="Times New Roman"/>
          <w:color w:val="000000" w:themeColor="text1"/>
          <w:lang w:val="uk-UA"/>
        </w:rPr>
        <w:t xml:space="preserve"> </w:t>
      </w:r>
      <w:r w:rsidRPr="00B7305F">
        <w:rPr>
          <w:rFonts w:cs="Times New Roman"/>
          <w:color w:val="000000" w:themeColor="text1"/>
          <w:lang w:val="uk-UA"/>
        </w:rPr>
        <w:t>мікровиразності: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ледь</w:t>
      </w:r>
      <w:r w:rsidR="00480420" w:rsidRPr="00B7305F">
        <w:rPr>
          <w:rFonts w:cs="Times New Roman"/>
          <w:color w:val="000000" w:themeColor="text1"/>
          <w:lang w:val="uk-UA"/>
        </w:rPr>
        <w:t xml:space="preserve"> </w:t>
      </w:r>
      <w:r w:rsidRPr="00B7305F">
        <w:rPr>
          <w:rFonts w:cs="Times New Roman"/>
          <w:color w:val="000000" w:themeColor="text1"/>
          <w:lang w:val="uk-UA"/>
        </w:rPr>
        <w:t>помітна</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постави,</w:t>
      </w:r>
      <w:r w:rsidR="00480420" w:rsidRPr="00B7305F">
        <w:rPr>
          <w:rFonts w:cs="Times New Roman"/>
          <w:color w:val="000000" w:themeColor="text1"/>
          <w:lang w:val="uk-UA"/>
        </w:rPr>
        <w:t xml:space="preserve"> </w:t>
      </w:r>
      <w:r w:rsidRPr="00B7305F">
        <w:rPr>
          <w:rFonts w:cs="Times New Roman"/>
          <w:color w:val="000000" w:themeColor="text1"/>
          <w:lang w:val="uk-UA"/>
        </w:rPr>
        <w:t>подих,</w:t>
      </w:r>
      <w:r w:rsidR="00480420" w:rsidRPr="00B7305F">
        <w:rPr>
          <w:rFonts w:cs="Times New Roman"/>
          <w:color w:val="000000" w:themeColor="text1"/>
          <w:lang w:val="uk-UA"/>
        </w:rPr>
        <w:t xml:space="preserve"> </w:t>
      </w:r>
      <w:r w:rsidRPr="00B7305F">
        <w:rPr>
          <w:rFonts w:cs="Times New Roman"/>
          <w:color w:val="000000" w:themeColor="text1"/>
          <w:lang w:val="uk-UA"/>
        </w:rPr>
        <w:t>м’язове</w:t>
      </w:r>
      <w:r w:rsidR="00480420" w:rsidRPr="00B7305F">
        <w:rPr>
          <w:rFonts w:cs="Times New Roman"/>
          <w:color w:val="000000" w:themeColor="text1"/>
          <w:lang w:val="uk-UA"/>
        </w:rPr>
        <w:t xml:space="preserve"> </w:t>
      </w:r>
      <w:r w:rsidRPr="00B7305F">
        <w:rPr>
          <w:rFonts w:cs="Times New Roman"/>
          <w:color w:val="000000" w:themeColor="text1"/>
          <w:lang w:val="uk-UA"/>
        </w:rPr>
        <w:t>напруження</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мати</w:t>
      </w:r>
      <w:r w:rsidR="00480420" w:rsidRPr="00B7305F">
        <w:rPr>
          <w:rFonts w:cs="Times New Roman"/>
          <w:color w:val="000000" w:themeColor="text1"/>
          <w:lang w:val="uk-UA"/>
        </w:rPr>
        <w:t xml:space="preserve"> </w:t>
      </w:r>
      <w:r w:rsidRPr="00B7305F">
        <w:rPr>
          <w:rFonts w:cs="Times New Roman"/>
          <w:color w:val="000000" w:themeColor="text1"/>
          <w:lang w:val="uk-UA"/>
        </w:rPr>
        <w:t>драматичний</w:t>
      </w:r>
      <w:r w:rsidR="00480420" w:rsidRPr="00B7305F">
        <w:rPr>
          <w:rFonts w:cs="Times New Roman"/>
          <w:color w:val="000000" w:themeColor="text1"/>
          <w:lang w:val="uk-UA"/>
        </w:rPr>
        <w:t xml:space="preserve"> </w:t>
      </w:r>
      <w:r w:rsidRPr="00B7305F">
        <w:rPr>
          <w:rFonts w:cs="Times New Roman"/>
          <w:color w:val="000000" w:themeColor="text1"/>
          <w:lang w:val="uk-UA"/>
        </w:rPr>
        <w:t>зміст.</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загальної</w:t>
      </w:r>
      <w:r w:rsidR="00480420" w:rsidRPr="00B7305F">
        <w:rPr>
          <w:rFonts w:cs="Times New Roman"/>
          <w:color w:val="000000" w:themeColor="text1"/>
          <w:lang w:val="uk-UA"/>
        </w:rPr>
        <w:t xml:space="preserve"> </w:t>
      </w:r>
      <w:r w:rsidRPr="00B7305F">
        <w:rPr>
          <w:rFonts w:cs="Times New Roman"/>
          <w:color w:val="000000" w:themeColor="text1"/>
          <w:lang w:val="uk-UA"/>
        </w:rPr>
        <w:t>пластичної</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високого</w:t>
      </w:r>
      <w:r w:rsidR="00480420" w:rsidRPr="00B7305F">
        <w:rPr>
          <w:rFonts w:cs="Times New Roman"/>
          <w:color w:val="000000" w:themeColor="text1"/>
          <w:lang w:val="uk-UA"/>
        </w:rPr>
        <w:t xml:space="preserve"> </w:t>
      </w:r>
      <w:r w:rsidRPr="00B7305F">
        <w:rPr>
          <w:rFonts w:cs="Times New Roman"/>
          <w:color w:val="000000" w:themeColor="text1"/>
          <w:lang w:val="uk-UA"/>
        </w:rPr>
        <w:t>рівня</w:t>
      </w:r>
      <w:r w:rsidR="00480420" w:rsidRPr="00B7305F">
        <w:rPr>
          <w:rFonts w:cs="Times New Roman"/>
          <w:color w:val="000000" w:themeColor="text1"/>
          <w:lang w:val="uk-UA"/>
        </w:rPr>
        <w:t xml:space="preserve"> </w:t>
      </w:r>
      <w:r w:rsidRPr="00B7305F">
        <w:rPr>
          <w:rFonts w:cs="Times New Roman"/>
          <w:color w:val="000000" w:themeColor="text1"/>
          <w:lang w:val="uk-UA"/>
        </w:rPr>
        <w:t>тілесної</w:t>
      </w:r>
      <w:r w:rsidR="00480420" w:rsidRPr="00B7305F">
        <w:rPr>
          <w:rFonts w:cs="Times New Roman"/>
          <w:color w:val="000000" w:themeColor="text1"/>
          <w:lang w:val="uk-UA"/>
        </w:rPr>
        <w:t xml:space="preserve"> </w:t>
      </w:r>
      <w:r w:rsidRPr="00B7305F">
        <w:rPr>
          <w:rFonts w:cs="Times New Roman"/>
          <w:color w:val="000000" w:themeColor="text1"/>
          <w:lang w:val="uk-UA"/>
        </w:rPr>
        <w:t>усвідомленості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уміння</w:t>
      </w:r>
      <w:r w:rsidR="00480420" w:rsidRPr="00B7305F">
        <w:rPr>
          <w:rFonts w:cs="Times New Roman"/>
          <w:color w:val="000000" w:themeColor="text1"/>
          <w:lang w:val="uk-UA"/>
        </w:rPr>
        <w:t xml:space="preserve"> </w:t>
      </w:r>
      <w:r w:rsidRPr="00B7305F">
        <w:rPr>
          <w:rFonts w:cs="Times New Roman"/>
          <w:color w:val="000000" w:themeColor="text1"/>
          <w:lang w:val="uk-UA"/>
        </w:rPr>
        <w:t>контролювати</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імпульси,</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мікрорухами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«внутрішнім</w:t>
      </w:r>
      <w:r w:rsidR="00480420" w:rsidRPr="00B7305F">
        <w:rPr>
          <w:rFonts w:cs="Times New Roman"/>
          <w:color w:val="000000" w:themeColor="text1"/>
          <w:lang w:val="uk-UA"/>
        </w:rPr>
        <w:t xml:space="preserve"> </w:t>
      </w:r>
      <w:r w:rsidRPr="00B7305F">
        <w:rPr>
          <w:rFonts w:cs="Times New Roman"/>
          <w:color w:val="000000" w:themeColor="text1"/>
          <w:lang w:val="uk-UA"/>
        </w:rPr>
        <w:t>ритмом</w:t>
      </w:r>
      <w:r w:rsidR="009E0C26" w:rsidRPr="009E0C26">
        <w:rPr>
          <w:rFonts w:cs="Times New Roman"/>
          <w:color w:val="000000" w:themeColor="text1"/>
          <w:lang w:val="uk-UA"/>
        </w:rPr>
        <w:t xml:space="preserve"> </w:t>
      </w:r>
      <w:r w:rsidR="009E0C26" w:rsidRPr="00207716">
        <w:rPr>
          <w:rFonts w:cs="Times New Roman"/>
          <w:lang w:val="uk-UA"/>
        </w:rPr>
        <w:t>[</w:t>
      </w:r>
      <w:r w:rsidR="00207716" w:rsidRPr="00207716">
        <w:rPr>
          <w:rFonts w:cs="Times New Roman"/>
          <w:lang w:val="uk-UA"/>
        </w:rPr>
        <w:t>47</w:t>
      </w:r>
      <w:r w:rsidR="009E0C26" w:rsidRPr="00207716">
        <w:rPr>
          <w:rFonts w:cs="Times New Roman"/>
          <w:lang w:val="uk-UA"/>
        </w:rPr>
        <w:t>,</w:t>
      </w:r>
      <w:r w:rsidR="009E0C26" w:rsidRPr="00207716">
        <w:rPr>
          <w:rFonts w:cs="Times New Roman"/>
        </w:rPr>
        <w:t>c</w:t>
      </w:r>
      <w:r w:rsidR="009E0C26" w:rsidRPr="00207716">
        <w:rPr>
          <w:rFonts w:cs="Times New Roman"/>
          <w:lang w:val="uk-UA"/>
        </w:rPr>
        <w:t>.</w:t>
      </w:r>
      <w:r w:rsidR="00207716" w:rsidRPr="00207716">
        <w:rPr>
          <w:rFonts w:cs="Times New Roman"/>
          <w:lang w:val="uk-UA"/>
        </w:rPr>
        <w:t>240</w:t>
      </w:r>
      <w:r w:rsidR="009E0C26" w:rsidRPr="00207716">
        <w:rPr>
          <w:rFonts w:cs="Times New Roman"/>
          <w:lang w:val="uk-UA"/>
        </w:rPr>
        <w:t>]</w:t>
      </w:r>
      <w:r w:rsidRPr="00207716">
        <w:rPr>
          <w:rFonts w:cs="Times New Roman"/>
          <w:lang w:val="uk-UA"/>
        </w:rPr>
        <w:t>»,</w:t>
      </w:r>
      <w:r w:rsidR="00480420" w:rsidRPr="00207716">
        <w:rPr>
          <w:rFonts w:cs="Times New Roman"/>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зчитує</w:t>
      </w:r>
      <w:r w:rsidR="00480420" w:rsidRPr="00B7305F">
        <w:rPr>
          <w:rFonts w:cs="Times New Roman"/>
          <w:color w:val="000000" w:themeColor="text1"/>
          <w:lang w:val="uk-UA"/>
        </w:rPr>
        <w:t xml:space="preserve"> </w:t>
      </w:r>
      <w:r w:rsidRPr="00B7305F">
        <w:rPr>
          <w:rFonts w:cs="Times New Roman"/>
          <w:color w:val="000000" w:themeColor="text1"/>
          <w:lang w:val="uk-UA"/>
        </w:rPr>
        <w:t>значно</w:t>
      </w:r>
      <w:r w:rsidR="00480420" w:rsidRPr="00B7305F">
        <w:rPr>
          <w:rFonts w:cs="Times New Roman"/>
          <w:color w:val="000000" w:themeColor="text1"/>
          <w:lang w:val="uk-UA"/>
        </w:rPr>
        <w:t xml:space="preserve"> </w:t>
      </w:r>
      <w:r w:rsidRPr="00B7305F">
        <w:rPr>
          <w:rFonts w:cs="Times New Roman"/>
          <w:color w:val="000000" w:themeColor="text1"/>
          <w:lang w:val="uk-UA"/>
        </w:rPr>
        <w:t>точніше,</w:t>
      </w:r>
      <w:r w:rsidR="00480420" w:rsidRPr="00B7305F">
        <w:rPr>
          <w:rFonts w:cs="Times New Roman"/>
          <w:color w:val="000000" w:themeColor="text1"/>
          <w:lang w:val="uk-UA"/>
        </w:rPr>
        <w:t xml:space="preserve"> </w:t>
      </w:r>
      <w:r w:rsidRPr="00B7305F">
        <w:rPr>
          <w:rFonts w:cs="Times New Roman"/>
          <w:color w:val="000000" w:themeColor="text1"/>
          <w:lang w:val="uk-UA"/>
        </w:rPr>
        <w:t>ніж</w:t>
      </w:r>
      <w:r w:rsidR="00480420" w:rsidRPr="00B7305F">
        <w:rPr>
          <w:rFonts w:cs="Times New Roman"/>
          <w:color w:val="000000" w:themeColor="text1"/>
          <w:lang w:val="uk-UA"/>
        </w:rPr>
        <w:t xml:space="preserve"> </w:t>
      </w:r>
      <w:r w:rsidRPr="00B7305F">
        <w:rPr>
          <w:rFonts w:cs="Times New Roman"/>
          <w:color w:val="000000" w:themeColor="text1"/>
          <w:lang w:val="uk-UA"/>
        </w:rPr>
        <w:t>глядацький</w:t>
      </w:r>
      <w:r w:rsidR="00480420" w:rsidRPr="00B7305F">
        <w:rPr>
          <w:rFonts w:cs="Times New Roman"/>
          <w:color w:val="000000" w:themeColor="text1"/>
          <w:lang w:val="uk-UA"/>
        </w:rPr>
        <w:t xml:space="preserve"> </w:t>
      </w:r>
      <w:r w:rsidRPr="00B7305F">
        <w:rPr>
          <w:rFonts w:cs="Times New Roman"/>
          <w:color w:val="000000" w:themeColor="text1"/>
          <w:lang w:val="uk-UA"/>
        </w:rPr>
        <w:t>зал.</w:t>
      </w:r>
    </w:p>
    <w:p w14:paraId="42D9A85A" w14:textId="15B98BE6"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Важливою</w:t>
      </w:r>
      <w:r w:rsidR="00480420" w:rsidRPr="00B7305F">
        <w:rPr>
          <w:rFonts w:cs="Times New Roman"/>
          <w:color w:val="000000" w:themeColor="text1"/>
          <w:lang w:val="uk-UA"/>
        </w:rPr>
        <w:t xml:space="preserve"> </w:t>
      </w:r>
      <w:r w:rsidRPr="00B7305F">
        <w:rPr>
          <w:rFonts w:cs="Times New Roman"/>
          <w:color w:val="000000" w:themeColor="text1"/>
          <w:lang w:val="uk-UA"/>
        </w:rPr>
        <w:t>відмінністю</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здебільшого</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узагальненим,</w:t>
      </w:r>
      <w:r w:rsidR="00480420" w:rsidRPr="00B7305F">
        <w:rPr>
          <w:rFonts w:cs="Times New Roman"/>
          <w:color w:val="000000" w:themeColor="text1"/>
          <w:lang w:val="uk-UA"/>
        </w:rPr>
        <w:t xml:space="preserve"> </w:t>
      </w:r>
      <w:r w:rsidRPr="00B7305F">
        <w:rPr>
          <w:rFonts w:cs="Times New Roman"/>
          <w:color w:val="000000" w:themeColor="text1"/>
          <w:lang w:val="uk-UA"/>
        </w:rPr>
        <w:t>масштабним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структурованим</w:t>
      </w:r>
      <w:r w:rsidR="00480420" w:rsidRPr="00B7305F">
        <w:rPr>
          <w:rFonts w:cs="Times New Roman"/>
          <w:color w:val="000000" w:themeColor="text1"/>
          <w:lang w:val="uk-UA"/>
        </w:rPr>
        <w:t xml:space="preserve"> </w:t>
      </w:r>
      <w:r w:rsidRPr="00B7305F">
        <w:rPr>
          <w:rFonts w:cs="Times New Roman"/>
          <w:color w:val="000000" w:themeColor="text1"/>
          <w:lang w:val="uk-UA"/>
        </w:rPr>
        <w:t>відповідно</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відстані</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Натомість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нагадує</w:t>
      </w:r>
      <w:r w:rsidR="00480420" w:rsidRPr="00B7305F">
        <w:rPr>
          <w:rFonts w:cs="Times New Roman"/>
          <w:color w:val="000000" w:themeColor="text1"/>
          <w:lang w:val="uk-UA"/>
        </w:rPr>
        <w:t xml:space="preserve"> </w:t>
      </w:r>
      <w:r w:rsidRPr="00B7305F">
        <w:rPr>
          <w:rFonts w:cs="Times New Roman"/>
          <w:color w:val="000000" w:themeColor="text1"/>
          <w:lang w:val="uk-UA"/>
        </w:rPr>
        <w:t>природну</w:t>
      </w:r>
      <w:r w:rsidR="00480420" w:rsidRPr="00B7305F">
        <w:rPr>
          <w:rFonts w:cs="Times New Roman"/>
          <w:color w:val="000000" w:themeColor="text1"/>
          <w:lang w:val="uk-UA"/>
        </w:rPr>
        <w:t xml:space="preserve"> </w:t>
      </w:r>
      <w:r w:rsidRPr="00B7305F">
        <w:rPr>
          <w:rFonts w:cs="Times New Roman"/>
          <w:color w:val="000000" w:themeColor="text1"/>
          <w:lang w:val="uk-UA"/>
        </w:rPr>
        <w:t>повсякденну</w:t>
      </w:r>
      <w:r w:rsidR="00480420" w:rsidRPr="00B7305F">
        <w:rPr>
          <w:rFonts w:cs="Times New Roman"/>
          <w:color w:val="000000" w:themeColor="text1"/>
          <w:lang w:val="uk-UA"/>
        </w:rPr>
        <w:t xml:space="preserve"> </w:t>
      </w:r>
      <w:r w:rsidRPr="00B7305F">
        <w:rPr>
          <w:rFonts w:cs="Times New Roman"/>
          <w:color w:val="000000" w:themeColor="text1"/>
          <w:lang w:val="uk-UA"/>
        </w:rPr>
        <w:t>поведінку,</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водночас</w:t>
      </w:r>
      <w:r w:rsidR="00480420" w:rsidRPr="00B7305F">
        <w:rPr>
          <w:rFonts w:cs="Times New Roman"/>
          <w:color w:val="000000" w:themeColor="text1"/>
          <w:lang w:val="uk-UA"/>
        </w:rPr>
        <w:t xml:space="preserve"> </w:t>
      </w:r>
      <w:r w:rsidRPr="00B7305F">
        <w:rPr>
          <w:rFonts w:cs="Times New Roman"/>
          <w:color w:val="000000" w:themeColor="text1"/>
          <w:lang w:val="uk-UA"/>
        </w:rPr>
        <w:t>залишається</w:t>
      </w:r>
      <w:r w:rsidR="00480420" w:rsidRPr="00B7305F">
        <w:rPr>
          <w:rFonts w:cs="Times New Roman"/>
          <w:color w:val="000000" w:themeColor="text1"/>
          <w:lang w:val="uk-UA"/>
        </w:rPr>
        <w:t xml:space="preserve"> </w:t>
      </w:r>
      <w:r w:rsidRPr="00B7305F">
        <w:rPr>
          <w:rFonts w:cs="Times New Roman"/>
          <w:color w:val="000000" w:themeColor="text1"/>
          <w:lang w:val="uk-UA"/>
        </w:rPr>
        <w:t>сконцентрованим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точним,</w:t>
      </w:r>
      <w:r w:rsidR="00480420" w:rsidRPr="00B7305F">
        <w:rPr>
          <w:rFonts w:cs="Times New Roman"/>
          <w:color w:val="000000" w:themeColor="text1"/>
          <w:lang w:val="uk-UA"/>
        </w:rPr>
        <w:t xml:space="preserve"> </w:t>
      </w:r>
      <w:r w:rsidRPr="00B7305F">
        <w:rPr>
          <w:rFonts w:cs="Times New Roman"/>
          <w:color w:val="000000" w:themeColor="text1"/>
          <w:lang w:val="uk-UA"/>
        </w:rPr>
        <w:t>оскільки</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найменша</w:t>
      </w:r>
      <w:r w:rsidR="00480420" w:rsidRPr="00B7305F">
        <w:rPr>
          <w:rFonts w:cs="Times New Roman"/>
          <w:color w:val="000000" w:themeColor="text1"/>
          <w:lang w:val="uk-UA"/>
        </w:rPr>
        <w:t xml:space="preserve"> </w:t>
      </w:r>
      <w:r w:rsidRPr="00B7305F">
        <w:rPr>
          <w:rFonts w:cs="Times New Roman"/>
          <w:color w:val="000000" w:themeColor="text1"/>
          <w:lang w:val="uk-UA"/>
        </w:rPr>
        <w:t>нещирість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тілесній</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очевидною</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зйомці</w:t>
      </w:r>
      <w:r w:rsidR="00480420" w:rsidRPr="00B7305F">
        <w:rPr>
          <w:rFonts w:cs="Times New Roman"/>
          <w:color w:val="000000" w:themeColor="text1"/>
          <w:lang w:val="uk-UA"/>
        </w:rPr>
        <w:t xml:space="preserve"> </w:t>
      </w:r>
      <w:r w:rsidRPr="00B7305F">
        <w:rPr>
          <w:rFonts w:cs="Times New Roman"/>
          <w:color w:val="000000" w:themeColor="text1"/>
          <w:lang w:val="uk-UA"/>
        </w:rPr>
        <w:t>крупним</w:t>
      </w:r>
      <w:r w:rsidR="00480420" w:rsidRPr="00B7305F">
        <w:rPr>
          <w:rFonts w:cs="Times New Roman"/>
          <w:color w:val="000000" w:themeColor="text1"/>
          <w:lang w:val="uk-UA"/>
        </w:rPr>
        <w:t xml:space="preserve"> </w:t>
      </w:r>
      <w:r w:rsidRPr="00B7305F">
        <w:rPr>
          <w:rFonts w:cs="Times New Roman"/>
          <w:color w:val="000000" w:themeColor="text1"/>
          <w:lang w:val="uk-UA"/>
        </w:rPr>
        <w:t>планом.</w:t>
      </w:r>
      <w:r w:rsidR="00480420" w:rsidRPr="00B7305F">
        <w:rPr>
          <w:rFonts w:cs="Times New Roman"/>
          <w:color w:val="000000" w:themeColor="text1"/>
          <w:lang w:val="uk-UA"/>
        </w:rPr>
        <w:t xml:space="preserve"> </w:t>
      </w:r>
      <w:r w:rsidRPr="00B7305F">
        <w:rPr>
          <w:rFonts w:cs="Times New Roman"/>
          <w:color w:val="000000" w:themeColor="text1"/>
          <w:lang w:val="uk-UA"/>
        </w:rPr>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актор</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навчитися</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трансформувати</w:t>
      </w:r>
      <w:r w:rsidR="00480420" w:rsidRPr="00B7305F">
        <w:rPr>
          <w:rFonts w:cs="Times New Roman"/>
          <w:color w:val="000000" w:themeColor="text1"/>
          <w:lang w:val="uk-UA"/>
        </w:rPr>
        <w:t xml:space="preserve"> </w:t>
      </w:r>
      <w:r w:rsidRPr="00B7305F">
        <w:rPr>
          <w:rFonts w:cs="Times New Roman"/>
          <w:color w:val="000000" w:themeColor="text1"/>
          <w:lang w:val="uk-UA"/>
        </w:rPr>
        <w:t>свою</w:t>
      </w:r>
      <w:r w:rsidR="00480420" w:rsidRPr="00B7305F">
        <w:rPr>
          <w:rFonts w:cs="Times New Roman"/>
          <w:color w:val="000000" w:themeColor="text1"/>
          <w:lang w:val="uk-UA"/>
        </w:rPr>
        <w:t xml:space="preserve"> </w:t>
      </w:r>
      <w:r w:rsidRPr="00B7305F">
        <w:rPr>
          <w:rFonts w:cs="Times New Roman"/>
          <w:color w:val="000000" w:themeColor="text1"/>
          <w:lang w:val="uk-UA"/>
        </w:rPr>
        <w:t>тілесну</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робити</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масштабнішою</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мінімалістичною,</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глибокою</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p>
    <w:p w14:paraId="1FB5E995" w14:textId="0BCA2997" w:rsidR="00B658EF"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особливе</w:t>
      </w:r>
      <w:r w:rsidR="00480420" w:rsidRPr="00B7305F">
        <w:rPr>
          <w:rFonts w:cs="Times New Roman"/>
          <w:color w:val="000000" w:themeColor="text1"/>
          <w:lang w:val="uk-UA"/>
        </w:rPr>
        <w:t xml:space="preserve"> </w:t>
      </w:r>
      <w:r w:rsidRPr="00B7305F">
        <w:rPr>
          <w:rFonts w:cs="Times New Roman"/>
          <w:color w:val="000000" w:themeColor="text1"/>
          <w:lang w:val="uk-UA"/>
        </w:rPr>
        <w:t>значення</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тих</w:t>
      </w:r>
      <w:r w:rsidR="00480420" w:rsidRPr="00B7305F">
        <w:rPr>
          <w:rFonts w:cs="Times New Roman"/>
          <w:color w:val="000000" w:themeColor="text1"/>
          <w:lang w:val="uk-UA"/>
        </w:rPr>
        <w:t xml:space="preserve"> </w:t>
      </w:r>
      <w:r w:rsidRPr="00B7305F">
        <w:rPr>
          <w:rFonts w:cs="Times New Roman"/>
          <w:color w:val="000000" w:themeColor="text1"/>
          <w:lang w:val="uk-UA"/>
        </w:rPr>
        <w:t>випадках,</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обличчя</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частково</w:t>
      </w:r>
      <w:r w:rsidR="00480420" w:rsidRPr="00B7305F">
        <w:rPr>
          <w:rFonts w:cs="Times New Roman"/>
          <w:color w:val="000000" w:themeColor="text1"/>
          <w:lang w:val="uk-UA"/>
        </w:rPr>
        <w:t xml:space="preserve"> </w:t>
      </w:r>
      <w:r w:rsidRPr="00B7305F">
        <w:rPr>
          <w:rFonts w:cs="Times New Roman"/>
          <w:color w:val="000000" w:themeColor="text1"/>
          <w:lang w:val="uk-UA"/>
        </w:rPr>
        <w:t>«виведене»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сценах</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великим</w:t>
      </w:r>
      <w:r w:rsidR="00480420" w:rsidRPr="00B7305F">
        <w:rPr>
          <w:rFonts w:cs="Times New Roman"/>
          <w:color w:val="000000" w:themeColor="text1"/>
          <w:lang w:val="uk-UA"/>
        </w:rPr>
        <w:t xml:space="preserve"> </w:t>
      </w:r>
      <w:r w:rsidRPr="00B7305F">
        <w:rPr>
          <w:rFonts w:cs="Times New Roman"/>
          <w:color w:val="000000" w:themeColor="text1"/>
          <w:lang w:val="uk-UA"/>
        </w:rPr>
        <w:t>фізичним</w:t>
      </w:r>
      <w:r w:rsidR="00480420" w:rsidRPr="00B7305F">
        <w:rPr>
          <w:rFonts w:cs="Times New Roman"/>
          <w:color w:val="000000" w:themeColor="text1"/>
          <w:lang w:val="uk-UA"/>
        </w:rPr>
        <w:t xml:space="preserve"> </w:t>
      </w:r>
      <w:r w:rsidRPr="00B7305F">
        <w:rPr>
          <w:rFonts w:cs="Times New Roman"/>
          <w:color w:val="000000" w:themeColor="text1"/>
          <w:lang w:val="uk-UA"/>
        </w:rPr>
        <w:t>навантаженням,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масових</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кадрах,</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фокусує</w:t>
      </w:r>
      <w:r w:rsidR="00480420" w:rsidRPr="00B7305F">
        <w:rPr>
          <w:rFonts w:cs="Times New Roman"/>
          <w:color w:val="000000" w:themeColor="text1"/>
          <w:lang w:val="uk-UA"/>
        </w:rPr>
        <w:t xml:space="preserve"> </w:t>
      </w:r>
      <w:r w:rsidRPr="00B7305F">
        <w:rPr>
          <w:rFonts w:cs="Times New Roman"/>
          <w:color w:val="000000" w:themeColor="text1"/>
          <w:lang w:val="uk-UA"/>
        </w:rPr>
        <w:t>увагу</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міміці,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загальній</w:t>
      </w:r>
      <w:r w:rsidR="00480420" w:rsidRPr="00B7305F">
        <w:rPr>
          <w:rFonts w:cs="Times New Roman"/>
          <w:color w:val="000000" w:themeColor="text1"/>
          <w:lang w:val="uk-UA"/>
        </w:rPr>
        <w:t xml:space="preserve"> </w:t>
      </w:r>
      <w:r w:rsidRPr="00B7305F">
        <w:rPr>
          <w:rFonts w:cs="Times New Roman"/>
          <w:color w:val="000000" w:themeColor="text1"/>
          <w:lang w:val="uk-UA"/>
        </w:rPr>
        <w:t>динаміці</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Тоді</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головним</w:t>
      </w:r>
      <w:r w:rsidR="00480420" w:rsidRPr="00B7305F">
        <w:rPr>
          <w:rFonts w:cs="Times New Roman"/>
          <w:color w:val="000000" w:themeColor="text1"/>
          <w:lang w:val="uk-UA"/>
        </w:rPr>
        <w:t xml:space="preserve"> </w:t>
      </w:r>
      <w:r w:rsidRPr="00B7305F">
        <w:rPr>
          <w:rFonts w:cs="Times New Roman"/>
          <w:color w:val="000000" w:themeColor="text1"/>
          <w:lang w:val="uk-UA"/>
        </w:rPr>
        <w:t>носієм</w:t>
      </w:r>
      <w:r w:rsidR="00480420" w:rsidRPr="00B7305F">
        <w:rPr>
          <w:rFonts w:cs="Times New Roman"/>
          <w:color w:val="000000" w:themeColor="text1"/>
          <w:lang w:val="uk-UA"/>
        </w:rPr>
        <w:t xml:space="preserve"> </w:t>
      </w:r>
      <w:r w:rsidRPr="00B7305F">
        <w:rPr>
          <w:rFonts w:cs="Times New Roman"/>
          <w:color w:val="000000" w:themeColor="text1"/>
          <w:lang w:val="uk-UA"/>
        </w:rPr>
        <w:t>емоційного</w:t>
      </w:r>
      <w:r w:rsidR="00480420" w:rsidRPr="00B7305F">
        <w:rPr>
          <w:rFonts w:cs="Times New Roman"/>
          <w:color w:val="000000" w:themeColor="text1"/>
          <w:lang w:val="uk-UA"/>
        </w:rPr>
        <w:t xml:space="preserve"> </w:t>
      </w:r>
      <w:r w:rsidRPr="00B7305F">
        <w:rPr>
          <w:rFonts w:cs="Times New Roman"/>
          <w:color w:val="000000" w:themeColor="text1"/>
          <w:lang w:val="uk-UA"/>
        </w:rPr>
        <w:t>змісту.</w:t>
      </w:r>
      <w:r w:rsidR="00480420" w:rsidRPr="00B7305F">
        <w:rPr>
          <w:rFonts w:cs="Times New Roman"/>
          <w:color w:val="000000" w:themeColor="text1"/>
          <w:lang w:val="uk-UA"/>
        </w:rPr>
        <w:t xml:space="preserve"> </w:t>
      </w:r>
    </w:p>
    <w:p w14:paraId="331C5EC3" w14:textId="13D02E10"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працюють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звертаються</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методик</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фізичної</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пластичної</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імпровізації,</w:t>
      </w:r>
      <w:r w:rsidR="00480420" w:rsidRPr="00B7305F">
        <w:rPr>
          <w:rFonts w:cs="Times New Roman"/>
          <w:color w:val="000000" w:themeColor="text1"/>
          <w:lang w:val="uk-UA"/>
        </w:rPr>
        <w:t xml:space="preserve"> </w:t>
      </w:r>
      <w:r w:rsidRPr="00B7305F">
        <w:rPr>
          <w:rFonts w:cs="Times New Roman"/>
          <w:color w:val="000000" w:themeColor="text1"/>
          <w:lang w:val="uk-UA"/>
        </w:rPr>
        <w:t>вправ</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тілесну</w:t>
      </w:r>
      <w:r w:rsidR="00480420" w:rsidRPr="00B7305F">
        <w:rPr>
          <w:rFonts w:cs="Times New Roman"/>
          <w:color w:val="000000" w:themeColor="text1"/>
          <w:lang w:val="uk-UA"/>
        </w:rPr>
        <w:t xml:space="preserve"> </w:t>
      </w:r>
      <w:r w:rsidRPr="00B7305F">
        <w:rPr>
          <w:rFonts w:cs="Times New Roman"/>
          <w:color w:val="000000" w:themeColor="text1"/>
          <w:lang w:val="uk-UA"/>
        </w:rPr>
        <w:t>свободу,</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побудови</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ритмом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темпом.</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допомагає</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глибоку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органічну</w:t>
      </w:r>
      <w:r w:rsidR="00480420" w:rsidRPr="00B7305F">
        <w:rPr>
          <w:rFonts w:cs="Times New Roman"/>
          <w:color w:val="000000" w:themeColor="text1"/>
          <w:lang w:val="uk-UA"/>
        </w:rPr>
        <w:t xml:space="preserve"> </w:t>
      </w:r>
      <w:r w:rsidRPr="00B7305F">
        <w:rPr>
          <w:rFonts w:cs="Times New Roman"/>
          <w:color w:val="000000" w:themeColor="text1"/>
          <w:lang w:val="uk-UA"/>
        </w:rPr>
        <w:t>поведінку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перенасичення</w:t>
      </w:r>
      <w:r w:rsidR="00480420" w:rsidRPr="00B7305F">
        <w:rPr>
          <w:rFonts w:cs="Times New Roman"/>
          <w:color w:val="000000" w:themeColor="text1"/>
          <w:lang w:val="uk-UA"/>
        </w:rPr>
        <w:t xml:space="preserve"> </w:t>
      </w:r>
      <w:r w:rsidRPr="00B7305F">
        <w:rPr>
          <w:rFonts w:cs="Times New Roman"/>
          <w:color w:val="000000" w:themeColor="text1"/>
          <w:lang w:val="uk-UA"/>
        </w:rPr>
        <w:t>зовнішньою</w:t>
      </w:r>
      <w:r w:rsidR="00480420" w:rsidRPr="00B7305F">
        <w:rPr>
          <w:rFonts w:cs="Times New Roman"/>
          <w:color w:val="000000" w:themeColor="text1"/>
          <w:lang w:val="uk-UA"/>
        </w:rPr>
        <w:t xml:space="preserve"> </w:t>
      </w:r>
      <w:r w:rsidRPr="00B7305F">
        <w:rPr>
          <w:rFonts w:cs="Times New Roman"/>
          <w:color w:val="000000" w:themeColor="text1"/>
          <w:lang w:val="uk-UA"/>
        </w:rPr>
        <w:t>виразністю.</w:t>
      </w:r>
    </w:p>
    <w:p w14:paraId="0B503E29" w14:textId="57E72246" w:rsidR="00B658EF"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t>тілесна</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підготовка</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тим</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фундаментом,</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забезпечує</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універсальність</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Вона</w:t>
      </w:r>
      <w:r w:rsidR="00480420" w:rsidRPr="00B7305F">
        <w:rPr>
          <w:rFonts w:cs="Times New Roman"/>
          <w:color w:val="000000" w:themeColor="text1"/>
          <w:lang w:val="uk-UA"/>
        </w:rPr>
        <w:t xml:space="preserve"> </w:t>
      </w:r>
      <w:r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Pr="00B7305F">
        <w:rPr>
          <w:rFonts w:cs="Times New Roman"/>
          <w:color w:val="000000" w:themeColor="text1"/>
          <w:lang w:val="uk-UA"/>
        </w:rPr>
        <w:t>здатність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швидкої</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адаптації,</w:t>
      </w:r>
      <w:r w:rsidR="00480420" w:rsidRPr="00B7305F">
        <w:rPr>
          <w:rFonts w:cs="Times New Roman"/>
          <w:color w:val="000000" w:themeColor="text1"/>
          <w:lang w:val="uk-UA"/>
        </w:rPr>
        <w:t xml:space="preserve"> </w:t>
      </w:r>
      <w:r w:rsidRPr="00B7305F">
        <w:rPr>
          <w:rFonts w:cs="Times New Roman"/>
          <w:color w:val="000000" w:themeColor="text1"/>
          <w:lang w:val="uk-UA"/>
        </w:rPr>
        <w:t>глибокого</w:t>
      </w:r>
      <w:r w:rsidR="00480420" w:rsidRPr="00B7305F">
        <w:rPr>
          <w:rFonts w:cs="Times New Roman"/>
          <w:color w:val="000000" w:themeColor="text1"/>
          <w:lang w:val="uk-UA"/>
        </w:rPr>
        <w:t xml:space="preserve"> </w:t>
      </w:r>
      <w:r w:rsidRPr="00B7305F">
        <w:rPr>
          <w:rFonts w:cs="Times New Roman"/>
          <w:color w:val="000000" w:themeColor="text1"/>
          <w:lang w:val="uk-UA"/>
        </w:rPr>
        <w:t>відчуття</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точності</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природності</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незамінними</w:t>
      </w:r>
      <w:r w:rsidR="00480420" w:rsidRPr="00B7305F">
        <w:rPr>
          <w:rFonts w:cs="Times New Roman"/>
          <w:color w:val="000000" w:themeColor="text1"/>
          <w:lang w:val="uk-UA"/>
        </w:rPr>
        <w:t xml:space="preserve"> </w:t>
      </w:r>
      <w:r w:rsidRPr="00B7305F">
        <w:rPr>
          <w:rFonts w:cs="Times New Roman"/>
          <w:color w:val="000000" w:themeColor="text1"/>
          <w:lang w:val="uk-UA"/>
        </w:rPr>
        <w:t>складниками</w:t>
      </w:r>
      <w:r w:rsidR="00480420" w:rsidRPr="00B7305F">
        <w:rPr>
          <w:rFonts w:cs="Times New Roman"/>
          <w:color w:val="000000" w:themeColor="text1"/>
          <w:lang w:val="uk-UA"/>
        </w:rPr>
        <w:t xml:space="preserve"> </w:t>
      </w:r>
      <w:r w:rsidRPr="00B7305F">
        <w:rPr>
          <w:rFonts w:cs="Times New Roman"/>
          <w:color w:val="000000" w:themeColor="text1"/>
          <w:lang w:val="uk-UA"/>
        </w:rPr>
        <w:t>творчої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p>
    <w:p w14:paraId="626C1F0D" w14:textId="1E2DE7C3"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виступають</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технічним</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інструментарієм,</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важливим</w:t>
      </w:r>
      <w:r w:rsidR="00480420" w:rsidRPr="00B7305F">
        <w:rPr>
          <w:rFonts w:cs="Times New Roman"/>
          <w:color w:val="000000" w:themeColor="text1"/>
          <w:lang w:val="uk-UA"/>
        </w:rPr>
        <w:t xml:space="preserve"> </w:t>
      </w:r>
      <w:r w:rsidRPr="00B7305F">
        <w:rPr>
          <w:rFonts w:cs="Times New Roman"/>
          <w:color w:val="000000" w:themeColor="text1"/>
          <w:lang w:val="uk-UA"/>
        </w:rPr>
        <w:t>засобом</w:t>
      </w:r>
      <w:r w:rsidR="00480420" w:rsidRPr="00B7305F">
        <w:rPr>
          <w:rFonts w:cs="Times New Roman"/>
          <w:color w:val="000000" w:themeColor="text1"/>
          <w:lang w:val="uk-UA"/>
        </w:rPr>
        <w:t xml:space="preserve"> </w:t>
      </w:r>
      <w:r w:rsidRPr="00B7305F">
        <w:rPr>
          <w:rFonts w:cs="Times New Roman"/>
          <w:color w:val="000000" w:themeColor="text1"/>
          <w:lang w:val="uk-UA"/>
        </w:rPr>
        <w:t>художньої</w:t>
      </w:r>
      <w:r w:rsidR="00480420" w:rsidRPr="00B7305F">
        <w:rPr>
          <w:rFonts w:cs="Times New Roman"/>
          <w:color w:val="000000" w:themeColor="text1"/>
          <w:lang w:val="uk-UA"/>
        </w:rPr>
        <w:t xml:space="preserve"> </w:t>
      </w:r>
      <w:r w:rsidRPr="00B7305F">
        <w:rPr>
          <w:rFonts w:cs="Times New Roman"/>
          <w:color w:val="000000" w:themeColor="text1"/>
          <w:lang w:val="uk-UA"/>
        </w:rPr>
        <w:t>інтерпретації,</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розширювати</w:t>
      </w:r>
      <w:r w:rsidR="00480420" w:rsidRPr="00B7305F">
        <w:rPr>
          <w:rFonts w:cs="Times New Roman"/>
          <w:color w:val="000000" w:themeColor="text1"/>
          <w:lang w:val="uk-UA"/>
        </w:rPr>
        <w:t xml:space="preserve"> </w:t>
      </w:r>
      <w:r w:rsidRPr="00B7305F">
        <w:rPr>
          <w:rFonts w:cs="Times New Roman"/>
          <w:color w:val="000000" w:themeColor="text1"/>
          <w:lang w:val="uk-UA"/>
        </w:rPr>
        <w:t>межі</w:t>
      </w:r>
      <w:r w:rsidR="00480420" w:rsidRPr="00B7305F">
        <w:rPr>
          <w:rFonts w:cs="Times New Roman"/>
          <w:color w:val="000000" w:themeColor="text1"/>
          <w:lang w:val="uk-UA"/>
        </w:rPr>
        <w:t xml:space="preserve"> </w:t>
      </w:r>
      <w:r w:rsidRPr="00B7305F">
        <w:rPr>
          <w:rFonts w:cs="Times New Roman"/>
          <w:color w:val="000000" w:themeColor="text1"/>
          <w:lang w:val="uk-UA"/>
        </w:rPr>
        <w:t>власної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сценічному,</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екранному</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середовищі.</w:t>
      </w:r>
    </w:p>
    <w:p w14:paraId="5948702C" w14:textId="26A81706"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Методи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адаптація</w:t>
      </w:r>
    </w:p>
    <w:p w14:paraId="4B043AC6" w14:textId="5ADA899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Руховий</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Рудольфа</w:t>
      </w:r>
      <w:r w:rsidR="00480420" w:rsidRPr="00B7305F">
        <w:rPr>
          <w:rFonts w:cs="Times New Roman"/>
          <w:color w:val="000000" w:themeColor="text1"/>
          <w:lang w:val="uk-UA"/>
        </w:rPr>
        <w:t xml:space="preserve"> </w:t>
      </w:r>
      <w:r w:rsidRPr="00B7305F">
        <w:rPr>
          <w:rFonts w:cs="Times New Roman"/>
          <w:color w:val="000000" w:themeColor="text1"/>
          <w:lang w:val="uk-UA"/>
        </w:rPr>
        <w:t>Лабана: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методика,</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класифікує</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напрямками,</w:t>
      </w:r>
      <w:r w:rsidR="00480420" w:rsidRPr="00B7305F">
        <w:rPr>
          <w:rFonts w:cs="Times New Roman"/>
          <w:color w:val="000000" w:themeColor="text1"/>
          <w:lang w:val="uk-UA"/>
        </w:rPr>
        <w:t xml:space="preserve"> </w:t>
      </w:r>
      <w:r w:rsidRPr="00B7305F">
        <w:rPr>
          <w:rFonts w:cs="Times New Roman"/>
          <w:color w:val="000000" w:themeColor="text1"/>
          <w:lang w:val="uk-UA"/>
        </w:rPr>
        <w:t>витратою</w:t>
      </w:r>
      <w:r w:rsidR="00480420" w:rsidRPr="00B7305F">
        <w:rPr>
          <w:rFonts w:cs="Times New Roman"/>
          <w:color w:val="000000" w:themeColor="text1"/>
          <w:lang w:val="uk-UA"/>
        </w:rPr>
        <w:t xml:space="preserve"> </w:t>
      </w:r>
      <w:r w:rsidRPr="00B7305F">
        <w:rPr>
          <w:rFonts w:cs="Times New Roman"/>
          <w:color w:val="000000" w:themeColor="text1"/>
          <w:lang w:val="uk-UA"/>
        </w:rPr>
        <w:t>енергії,</w:t>
      </w:r>
      <w:r w:rsidR="00480420" w:rsidRPr="00B7305F">
        <w:rPr>
          <w:rFonts w:cs="Times New Roman"/>
          <w:color w:val="000000" w:themeColor="text1"/>
          <w:lang w:val="uk-UA"/>
        </w:rPr>
        <w:t xml:space="preserve"> </w:t>
      </w:r>
      <w:r w:rsidRPr="00B7305F">
        <w:rPr>
          <w:rFonts w:cs="Times New Roman"/>
          <w:color w:val="000000" w:themeColor="text1"/>
          <w:lang w:val="uk-UA"/>
        </w:rPr>
        <w:t>темпом.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використовувати,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дати</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свідомий</w:t>
      </w:r>
      <w:r w:rsidR="00480420" w:rsidRPr="00B7305F">
        <w:rPr>
          <w:rFonts w:cs="Times New Roman"/>
          <w:color w:val="000000" w:themeColor="text1"/>
          <w:lang w:val="uk-UA"/>
        </w:rPr>
        <w:t xml:space="preserve"> </w:t>
      </w:r>
      <w:r w:rsidRPr="00B7305F">
        <w:rPr>
          <w:rFonts w:cs="Times New Roman"/>
          <w:color w:val="000000" w:themeColor="text1"/>
          <w:lang w:val="uk-UA"/>
        </w:rPr>
        <w:t>«скелет</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9E0C26" w:rsidRPr="009E0C26">
        <w:rPr>
          <w:rFonts w:cs="Times New Roman"/>
          <w:color w:val="000000" w:themeColor="text1"/>
          <w:lang w:val="ru-RU"/>
        </w:rPr>
        <w:t xml:space="preserve"> </w:t>
      </w:r>
      <w:r w:rsidR="009E0C26" w:rsidRPr="00207716">
        <w:rPr>
          <w:rFonts w:cs="Times New Roman"/>
          <w:lang w:val="ru-RU"/>
        </w:rPr>
        <w:t>[</w:t>
      </w:r>
      <w:r w:rsidR="00207716" w:rsidRPr="00207716">
        <w:rPr>
          <w:rFonts w:cs="Times New Roman"/>
          <w:lang w:val="ru-RU"/>
        </w:rPr>
        <w:t>42</w:t>
      </w:r>
      <w:r w:rsidR="009E0C26" w:rsidRPr="00207716">
        <w:rPr>
          <w:rFonts w:cs="Times New Roman"/>
          <w:lang w:val="ru-RU"/>
        </w:rPr>
        <w:t xml:space="preserve">, </w:t>
      </w:r>
      <w:r w:rsidR="009E0C26" w:rsidRPr="00207716">
        <w:rPr>
          <w:rFonts w:cs="Times New Roman"/>
        </w:rPr>
        <w:t>c</w:t>
      </w:r>
      <w:r w:rsidR="009E0C26" w:rsidRPr="00207716">
        <w:rPr>
          <w:rFonts w:cs="Times New Roman"/>
          <w:lang w:val="ru-RU"/>
        </w:rPr>
        <w:t>.</w:t>
      </w:r>
      <w:r w:rsidR="00207716" w:rsidRPr="00207716">
        <w:rPr>
          <w:rFonts w:cs="Times New Roman"/>
          <w:lang w:val="ru-RU"/>
        </w:rPr>
        <w:t>256</w:t>
      </w:r>
      <w:r w:rsidR="009E0C26" w:rsidRPr="00207716">
        <w:rPr>
          <w:rFonts w:cs="Times New Roman"/>
          <w:lang w:val="ru-RU"/>
        </w:rPr>
        <w:t>]</w:t>
      </w:r>
      <w:r w:rsidRPr="00207716">
        <w:rPr>
          <w:rFonts w:cs="Times New Roman"/>
          <w:lang w:val="uk-UA"/>
        </w:rPr>
        <w:t>»</w:t>
      </w:r>
      <w:r w:rsidR="00480420" w:rsidRPr="00207716">
        <w:rPr>
          <w:rFonts w:cs="Times New Roman"/>
          <w:lang w:val="uk-UA"/>
        </w:rPr>
        <w:t xml:space="preserve"> </w:t>
      </w:r>
      <w:r w:rsidRPr="00207716">
        <w:rPr>
          <w:rFonts w:cs="Times New Roman"/>
          <w:lang w:val="uk-UA"/>
        </w:rPr>
        <w:t>—</w:t>
      </w:r>
      <w:r w:rsidR="00480420" w:rsidRPr="00207716">
        <w:rPr>
          <w:rFonts w:cs="Times New Roman"/>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він</w:t>
      </w:r>
      <w:r w:rsidR="00480420" w:rsidRPr="00B7305F">
        <w:rPr>
          <w:rFonts w:cs="Times New Roman"/>
          <w:color w:val="000000" w:themeColor="text1"/>
          <w:lang w:val="uk-UA"/>
        </w:rPr>
        <w:t xml:space="preserve"> </w:t>
      </w:r>
      <w:r w:rsidRPr="00B7305F">
        <w:rPr>
          <w:rFonts w:cs="Times New Roman"/>
          <w:color w:val="000000" w:themeColor="text1"/>
          <w:lang w:val="uk-UA"/>
        </w:rPr>
        <w:t>заходить</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утримує</w:t>
      </w:r>
      <w:r w:rsidR="00480420" w:rsidRPr="00B7305F">
        <w:rPr>
          <w:rFonts w:cs="Times New Roman"/>
          <w:color w:val="000000" w:themeColor="text1"/>
          <w:lang w:val="uk-UA"/>
        </w:rPr>
        <w:t xml:space="preserve"> </w:t>
      </w:r>
      <w:r w:rsidRPr="00B7305F">
        <w:rPr>
          <w:rFonts w:cs="Times New Roman"/>
          <w:color w:val="000000" w:themeColor="text1"/>
          <w:lang w:val="uk-UA"/>
        </w:rPr>
        <w:t>позу,</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динаміку</w:t>
      </w:r>
      <w:r w:rsidR="00480420" w:rsidRPr="00B7305F">
        <w:rPr>
          <w:rFonts w:cs="Times New Roman"/>
          <w:color w:val="000000" w:themeColor="text1"/>
          <w:lang w:val="uk-UA"/>
        </w:rPr>
        <w:t xml:space="preserve"> </w:t>
      </w:r>
      <w:r w:rsidRPr="00B7305F">
        <w:rPr>
          <w:rFonts w:cs="Times New Roman"/>
          <w:color w:val="000000" w:themeColor="text1"/>
          <w:lang w:val="uk-UA"/>
        </w:rPr>
        <w:t>руху.</w:t>
      </w:r>
    </w:p>
    <w:p w14:paraId="7C4FA241" w14:textId="0490015D"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Метод</w:t>
      </w:r>
      <w:r w:rsidR="00480420" w:rsidRPr="00B7305F">
        <w:rPr>
          <w:rFonts w:cs="Times New Roman"/>
          <w:color w:val="000000" w:themeColor="text1"/>
          <w:lang w:val="uk-UA"/>
        </w:rPr>
        <w:t xml:space="preserve"> </w:t>
      </w:r>
      <w:r w:rsidRPr="00B7305F">
        <w:rPr>
          <w:rFonts w:cs="Times New Roman"/>
          <w:color w:val="000000" w:themeColor="text1"/>
          <w:lang w:val="uk-UA"/>
        </w:rPr>
        <w:t>Фельденкрайза:</w:t>
      </w:r>
      <w:r w:rsidR="00480420" w:rsidRPr="00B7305F">
        <w:rPr>
          <w:rFonts w:cs="Times New Roman"/>
          <w:color w:val="000000" w:themeColor="text1"/>
          <w:lang w:val="uk-UA"/>
        </w:rPr>
        <w:t xml:space="preserve"> </w:t>
      </w:r>
      <w:r w:rsidRPr="00B7305F">
        <w:rPr>
          <w:rFonts w:cs="Times New Roman"/>
          <w:color w:val="000000" w:themeColor="text1"/>
          <w:lang w:val="uk-UA"/>
        </w:rPr>
        <w:t>акцент</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усвідомленості</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зв’язку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мінімізації</w:t>
      </w:r>
      <w:r w:rsidR="00480420" w:rsidRPr="00B7305F">
        <w:rPr>
          <w:rFonts w:cs="Times New Roman"/>
          <w:color w:val="000000" w:themeColor="text1"/>
          <w:lang w:val="uk-UA"/>
        </w:rPr>
        <w:t xml:space="preserve"> </w:t>
      </w:r>
      <w:r w:rsidRPr="00B7305F">
        <w:rPr>
          <w:rFonts w:cs="Times New Roman"/>
          <w:color w:val="000000" w:themeColor="text1"/>
          <w:lang w:val="uk-UA"/>
        </w:rPr>
        <w:t>напруження.</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дуже</w:t>
      </w:r>
      <w:r w:rsidR="00480420" w:rsidRPr="00B7305F">
        <w:rPr>
          <w:rFonts w:cs="Times New Roman"/>
          <w:color w:val="000000" w:themeColor="text1"/>
          <w:lang w:val="uk-UA"/>
        </w:rPr>
        <w:t xml:space="preserve"> </w:t>
      </w:r>
      <w:r w:rsidRPr="00B7305F">
        <w:rPr>
          <w:rFonts w:cs="Times New Roman"/>
          <w:color w:val="000000" w:themeColor="text1"/>
          <w:lang w:val="uk-UA"/>
        </w:rPr>
        <w:t>корисно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тілесне</w:t>
      </w:r>
      <w:r w:rsidR="00480420" w:rsidRPr="00B7305F">
        <w:rPr>
          <w:rFonts w:cs="Times New Roman"/>
          <w:color w:val="000000" w:themeColor="text1"/>
          <w:lang w:val="uk-UA"/>
        </w:rPr>
        <w:t xml:space="preserve"> </w:t>
      </w:r>
      <w:r w:rsidRPr="00B7305F">
        <w:rPr>
          <w:rFonts w:cs="Times New Roman"/>
          <w:color w:val="000000" w:themeColor="text1"/>
          <w:lang w:val="uk-UA"/>
        </w:rPr>
        <w:t>напруження</w:t>
      </w:r>
      <w:r w:rsidR="00480420" w:rsidRPr="00B7305F">
        <w:rPr>
          <w:rFonts w:cs="Times New Roman"/>
          <w:color w:val="000000" w:themeColor="text1"/>
          <w:lang w:val="uk-UA"/>
        </w:rPr>
        <w:t xml:space="preserve"> </w:t>
      </w:r>
      <w:r w:rsidRPr="00B7305F">
        <w:rPr>
          <w:rFonts w:cs="Times New Roman"/>
          <w:color w:val="000000" w:themeColor="text1"/>
          <w:lang w:val="uk-UA"/>
        </w:rPr>
        <w:t>видно</w:t>
      </w:r>
      <w:r w:rsidR="00480420" w:rsidRPr="00B7305F">
        <w:rPr>
          <w:rFonts w:cs="Times New Roman"/>
          <w:color w:val="000000" w:themeColor="text1"/>
          <w:lang w:val="uk-UA"/>
        </w:rPr>
        <w:t xml:space="preserve"> </w:t>
      </w:r>
      <w:r w:rsidRPr="00B7305F">
        <w:rPr>
          <w:rFonts w:cs="Times New Roman"/>
          <w:color w:val="000000" w:themeColor="text1"/>
          <w:lang w:val="uk-UA"/>
        </w:rPr>
        <w:t>дуже</w:t>
      </w:r>
      <w:r w:rsidR="00480420" w:rsidRPr="00B7305F">
        <w:rPr>
          <w:rFonts w:cs="Times New Roman"/>
          <w:color w:val="000000" w:themeColor="text1"/>
          <w:lang w:val="uk-UA"/>
        </w:rPr>
        <w:t xml:space="preserve"> </w:t>
      </w:r>
      <w:r w:rsidRPr="00B7305F">
        <w:rPr>
          <w:rFonts w:cs="Times New Roman"/>
          <w:color w:val="000000" w:themeColor="text1"/>
          <w:lang w:val="uk-UA"/>
        </w:rPr>
        <w:t>близько.</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тренуючись</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цим</w:t>
      </w:r>
      <w:r w:rsidR="00480420" w:rsidRPr="00B7305F">
        <w:rPr>
          <w:rFonts w:cs="Times New Roman"/>
          <w:color w:val="000000" w:themeColor="text1"/>
          <w:lang w:val="uk-UA"/>
        </w:rPr>
        <w:t xml:space="preserve"> </w:t>
      </w:r>
      <w:r w:rsidRPr="00B7305F">
        <w:rPr>
          <w:rFonts w:cs="Times New Roman"/>
          <w:color w:val="000000" w:themeColor="text1"/>
          <w:lang w:val="uk-UA"/>
        </w:rPr>
        <w:t>методом,</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навчитися</w:t>
      </w:r>
      <w:r w:rsidR="00480420" w:rsidRPr="00B7305F">
        <w:rPr>
          <w:rFonts w:cs="Times New Roman"/>
          <w:color w:val="000000" w:themeColor="text1"/>
          <w:lang w:val="uk-UA"/>
        </w:rPr>
        <w:t xml:space="preserve"> </w:t>
      </w:r>
      <w:r w:rsidRPr="00B7305F">
        <w:rPr>
          <w:rFonts w:cs="Times New Roman"/>
          <w:color w:val="000000" w:themeColor="text1"/>
          <w:lang w:val="uk-UA"/>
        </w:rPr>
        <w:t>рухатися</w:t>
      </w:r>
      <w:r w:rsidR="00480420" w:rsidRPr="00B7305F">
        <w:rPr>
          <w:rFonts w:cs="Times New Roman"/>
          <w:color w:val="000000" w:themeColor="text1"/>
          <w:lang w:val="uk-UA"/>
        </w:rPr>
        <w:t xml:space="preserve"> </w:t>
      </w:r>
      <w:r w:rsidRPr="00B7305F">
        <w:rPr>
          <w:rFonts w:cs="Times New Roman"/>
          <w:color w:val="000000" w:themeColor="text1"/>
          <w:lang w:val="uk-UA"/>
        </w:rPr>
        <w:t>надзвичайно</w:t>
      </w:r>
      <w:r w:rsidR="00480420" w:rsidRPr="00B7305F">
        <w:rPr>
          <w:rFonts w:cs="Times New Roman"/>
          <w:color w:val="000000" w:themeColor="text1"/>
          <w:lang w:val="uk-UA"/>
        </w:rPr>
        <w:t xml:space="preserve"> </w:t>
      </w:r>
      <w:r w:rsidRPr="00B7305F">
        <w:rPr>
          <w:rFonts w:cs="Times New Roman"/>
          <w:color w:val="000000" w:themeColor="text1"/>
          <w:lang w:val="uk-UA"/>
        </w:rPr>
        <w:t>природно,</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мінімальними</w:t>
      </w:r>
      <w:r w:rsidR="00480420" w:rsidRPr="00B7305F">
        <w:rPr>
          <w:rFonts w:cs="Times New Roman"/>
          <w:color w:val="000000" w:themeColor="text1"/>
          <w:lang w:val="uk-UA"/>
        </w:rPr>
        <w:t xml:space="preserve"> </w:t>
      </w:r>
      <w:r w:rsidRPr="00B7305F">
        <w:rPr>
          <w:rFonts w:cs="Times New Roman"/>
          <w:color w:val="000000" w:themeColor="text1"/>
          <w:lang w:val="uk-UA"/>
        </w:rPr>
        <w:t>затратами</w:t>
      </w:r>
      <w:r w:rsidR="00480420" w:rsidRPr="00B7305F">
        <w:rPr>
          <w:rFonts w:cs="Times New Roman"/>
          <w:color w:val="000000" w:themeColor="text1"/>
          <w:lang w:val="uk-UA"/>
        </w:rPr>
        <w:t xml:space="preserve"> </w:t>
      </w:r>
      <w:r w:rsidRPr="00B7305F">
        <w:rPr>
          <w:rFonts w:cs="Times New Roman"/>
          <w:color w:val="000000" w:themeColor="text1"/>
          <w:lang w:val="uk-UA"/>
        </w:rPr>
        <w:t>рухової</w:t>
      </w:r>
      <w:r w:rsidR="00480420" w:rsidRPr="00B7305F">
        <w:rPr>
          <w:rFonts w:cs="Times New Roman"/>
          <w:color w:val="000000" w:themeColor="text1"/>
          <w:lang w:val="uk-UA"/>
        </w:rPr>
        <w:t xml:space="preserve"> </w:t>
      </w:r>
      <w:r w:rsidRPr="00B7305F">
        <w:rPr>
          <w:rFonts w:cs="Times New Roman"/>
          <w:color w:val="000000" w:themeColor="text1"/>
          <w:lang w:val="uk-UA"/>
        </w:rPr>
        <w:t>енергії,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добре</w:t>
      </w:r>
      <w:r w:rsidR="00480420" w:rsidRPr="00B7305F">
        <w:rPr>
          <w:rFonts w:cs="Times New Roman"/>
          <w:color w:val="000000" w:themeColor="text1"/>
          <w:lang w:val="uk-UA"/>
        </w:rPr>
        <w:t xml:space="preserve"> </w:t>
      </w:r>
      <w:r w:rsidRPr="00B7305F">
        <w:rPr>
          <w:rFonts w:cs="Times New Roman"/>
          <w:color w:val="000000" w:themeColor="text1"/>
          <w:lang w:val="uk-UA"/>
        </w:rPr>
        <w:t>«читається»</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p>
    <w:p w14:paraId="1610A023" w14:textId="22BC2E12"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Психофізичні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тілесна</w:t>
      </w:r>
      <w:r w:rsidR="00480420" w:rsidRPr="00B7305F">
        <w:rPr>
          <w:rFonts w:cs="Times New Roman"/>
          <w:color w:val="000000" w:themeColor="text1"/>
          <w:lang w:val="uk-UA"/>
        </w:rPr>
        <w:t xml:space="preserve"> </w:t>
      </w:r>
      <w:r w:rsidRPr="00B7305F">
        <w:rPr>
          <w:rFonts w:cs="Times New Roman"/>
          <w:color w:val="000000" w:themeColor="text1"/>
          <w:lang w:val="uk-UA"/>
        </w:rPr>
        <w:t>виразність:</w:t>
      </w:r>
      <w:r w:rsidR="00480420" w:rsidRPr="00B7305F">
        <w:rPr>
          <w:rFonts w:cs="Times New Roman"/>
          <w:color w:val="000000" w:themeColor="text1"/>
          <w:lang w:val="uk-UA"/>
        </w:rPr>
        <w:t xml:space="preserve"> </w:t>
      </w:r>
      <w:r w:rsidRPr="00B7305F">
        <w:rPr>
          <w:rFonts w:cs="Times New Roman"/>
          <w:color w:val="000000" w:themeColor="text1"/>
          <w:lang w:val="uk-UA"/>
        </w:rPr>
        <w:t>сучасні</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показують,</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тілесних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велике</w:t>
      </w:r>
      <w:r w:rsidR="00480420" w:rsidRPr="00B7305F">
        <w:rPr>
          <w:rFonts w:cs="Times New Roman"/>
          <w:color w:val="000000" w:themeColor="text1"/>
          <w:lang w:val="uk-UA"/>
        </w:rPr>
        <w:t xml:space="preserve"> </w:t>
      </w:r>
      <w:r w:rsidRPr="00B7305F">
        <w:rPr>
          <w:rFonts w:cs="Times New Roman"/>
          <w:color w:val="000000" w:themeColor="text1"/>
          <w:lang w:val="uk-UA"/>
        </w:rPr>
        <w:t>значення.</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статті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опрацювання</w:t>
      </w:r>
      <w:r w:rsidR="00480420" w:rsidRPr="00B7305F">
        <w:rPr>
          <w:rFonts w:cs="Times New Roman"/>
          <w:color w:val="000000" w:themeColor="text1"/>
          <w:lang w:val="uk-UA"/>
        </w:rPr>
        <w:t xml:space="preserve"> </w:t>
      </w:r>
      <w:r w:rsidRPr="00B7305F">
        <w:rPr>
          <w:rFonts w:cs="Times New Roman"/>
          <w:color w:val="000000" w:themeColor="text1"/>
          <w:lang w:val="uk-UA"/>
        </w:rPr>
        <w:t>тілесної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елемент</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психофізичного</w:t>
      </w:r>
      <w:r w:rsidR="00480420" w:rsidRPr="00B7305F">
        <w:rPr>
          <w:rFonts w:cs="Times New Roman"/>
          <w:color w:val="000000" w:themeColor="text1"/>
          <w:lang w:val="uk-UA"/>
        </w:rPr>
        <w:t xml:space="preserve"> </w:t>
      </w:r>
      <w:r w:rsidRPr="00B7305F">
        <w:rPr>
          <w:rFonts w:cs="Times New Roman"/>
          <w:color w:val="000000" w:themeColor="text1"/>
          <w:lang w:val="uk-UA"/>
        </w:rPr>
        <w:t>тренінгу</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r w:rsidR="00480420" w:rsidRPr="00B7305F">
        <w:rPr>
          <w:rFonts w:cs="Times New Roman"/>
          <w:color w:val="000000" w:themeColor="text1"/>
          <w:lang w:val="uk-UA"/>
        </w:rPr>
        <w:t xml:space="preserve"> </w:t>
      </w:r>
      <w:r w:rsidRPr="00B7305F">
        <w:rPr>
          <w:rFonts w:cs="Times New Roman"/>
          <w:color w:val="000000" w:themeColor="text1"/>
          <w:lang w:val="uk-UA"/>
        </w:rPr>
        <w:t>аудіовізуальних</w:t>
      </w:r>
      <w:r w:rsidR="00480420" w:rsidRPr="00B7305F">
        <w:rPr>
          <w:rFonts w:cs="Times New Roman"/>
          <w:color w:val="000000" w:themeColor="text1"/>
          <w:lang w:val="uk-UA"/>
        </w:rPr>
        <w:t xml:space="preserve"> </w:t>
      </w:r>
      <w:r w:rsidRPr="00F60135">
        <w:rPr>
          <w:rFonts w:cs="Times New Roman"/>
          <w:lang w:val="uk-UA"/>
        </w:rPr>
        <w:t>мистецтв</w:t>
      </w:r>
      <w:r w:rsidR="009E0C26" w:rsidRPr="00F60135">
        <w:rPr>
          <w:rFonts w:cs="Times New Roman"/>
          <w:lang w:val="uk-UA"/>
        </w:rPr>
        <w:t xml:space="preserve"> [</w:t>
      </w:r>
      <w:r w:rsidR="00F60135" w:rsidRPr="00F60135">
        <w:rPr>
          <w:rFonts w:cs="Times New Roman"/>
          <w:lang w:val="uk-UA"/>
        </w:rPr>
        <w:t>37</w:t>
      </w:r>
      <w:r w:rsidR="009E0C26" w:rsidRPr="00F60135">
        <w:rPr>
          <w:rFonts w:cs="Times New Roman"/>
          <w:lang w:val="uk-UA"/>
        </w:rPr>
        <w:t xml:space="preserve">, </w:t>
      </w:r>
      <w:r w:rsidR="009E0C26" w:rsidRPr="00F60135">
        <w:rPr>
          <w:rFonts w:cs="Times New Roman"/>
        </w:rPr>
        <w:t>c</w:t>
      </w:r>
      <w:r w:rsidR="009E0C26" w:rsidRPr="00F60135">
        <w:rPr>
          <w:rFonts w:cs="Times New Roman"/>
          <w:lang w:val="uk-UA"/>
        </w:rPr>
        <w:t>.</w:t>
      </w:r>
      <w:r w:rsidR="00F60135" w:rsidRPr="00F60135">
        <w:rPr>
          <w:rFonts w:cs="Times New Roman"/>
          <w:lang w:val="uk-UA"/>
        </w:rPr>
        <w:t>40</w:t>
      </w:r>
      <w:r w:rsidR="009E0C26" w:rsidRPr="00F60135">
        <w:rPr>
          <w:rFonts w:cs="Times New Roman"/>
          <w:lang w:val="uk-UA"/>
        </w:rPr>
        <w:t>]</w:t>
      </w:r>
      <w:r w:rsidRPr="00F60135">
        <w:rPr>
          <w:rFonts w:cs="Times New Roman"/>
          <w:lang w:val="uk-UA"/>
        </w:rPr>
        <w:t>»</w:t>
      </w:r>
      <w:r w:rsidR="00480420" w:rsidRPr="00F60135">
        <w:rPr>
          <w:rFonts w:cs="Times New Roman"/>
          <w:lang w:val="uk-UA"/>
        </w:rPr>
        <w:t xml:space="preserve"> </w:t>
      </w:r>
      <w:r w:rsidRPr="00B7305F">
        <w:rPr>
          <w:rFonts w:cs="Times New Roman"/>
          <w:color w:val="000000" w:themeColor="text1"/>
          <w:lang w:val="uk-UA"/>
        </w:rPr>
        <w:t>розглядається,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трансформуються</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екрану:</w:t>
      </w:r>
      <w:r w:rsidR="00480420" w:rsidRPr="00B7305F">
        <w:rPr>
          <w:rFonts w:cs="Times New Roman"/>
          <w:color w:val="000000" w:themeColor="text1"/>
          <w:lang w:val="uk-UA"/>
        </w:rPr>
        <w:t xml:space="preserve"> </w:t>
      </w:r>
      <w:r w:rsidRPr="00B7305F">
        <w:rPr>
          <w:rFonts w:cs="Times New Roman"/>
          <w:color w:val="000000" w:themeColor="text1"/>
          <w:lang w:val="uk-UA"/>
        </w:rPr>
        <w:t>акцент</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мікро</w:t>
      </w:r>
      <w:r w:rsidR="00480420" w:rsidRPr="00B7305F">
        <w:rPr>
          <w:rFonts w:cs="Times New Roman"/>
          <w:color w:val="000000" w:themeColor="text1"/>
          <w:lang w:val="uk-UA"/>
        </w:rPr>
        <w:t xml:space="preserve"> </w:t>
      </w:r>
      <w:r w:rsidRPr="00B7305F">
        <w:rPr>
          <w:rFonts w:cs="Times New Roman"/>
          <w:color w:val="000000" w:themeColor="text1"/>
          <w:lang w:val="uk-UA"/>
        </w:rPr>
        <w:t>жести,</w:t>
      </w:r>
      <w:r w:rsidR="00480420" w:rsidRPr="00B7305F">
        <w:rPr>
          <w:rFonts w:cs="Times New Roman"/>
          <w:color w:val="000000" w:themeColor="text1"/>
          <w:lang w:val="uk-UA"/>
        </w:rPr>
        <w:t xml:space="preserve"> </w:t>
      </w:r>
      <w:r w:rsidRPr="00B7305F">
        <w:rPr>
          <w:rFonts w:cs="Times New Roman"/>
          <w:color w:val="000000" w:themeColor="text1"/>
          <w:lang w:val="uk-UA"/>
        </w:rPr>
        <w:t>контроль</w:t>
      </w:r>
      <w:r w:rsidR="00480420" w:rsidRPr="00B7305F">
        <w:rPr>
          <w:rFonts w:cs="Times New Roman"/>
          <w:color w:val="000000" w:themeColor="text1"/>
          <w:lang w:val="uk-UA"/>
        </w:rPr>
        <w:t xml:space="preserve"> </w:t>
      </w:r>
      <w:r w:rsidRPr="00B7305F">
        <w:rPr>
          <w:rFonts w:cs="Times New Roman"/>
          <w:color w:val="000000" w:themeColor="text1"/>
          <w:lang w:val="uk-UA"/>
        </w:rPr>
        <w:t>м’язового</w:t>
      </w:r>
      <w:r w:rsidR="00480420" w:rsidRPr="00B7305F">
        <w:rPr>
          <w:rFonts w:cs="Times New Roman"/>
          <w:color w:val="000000" w:themeColor="text1"/>
          <w:lang w:val="uk-UA"/>
        </w:rPr>
        <w:t xml:space="preserve"> </w:t>
      </w:r>
      <w:r w:rsidRPr="00B7305F">
        <w:rPr>
          <w:rFonts w:cs="Times New Roman"/>
          <w:color w:val="000000" w:themeColor="text1"/>
          <w:lang w:val="uk-UA"/>
        </w:rPr>
        <w:t>тонусу,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009E0C26" w:rsidRPr="00B7305F">
        <w:rPr>
          <w:rFonts w:cs="Times New Roman"/>
          <w:color w:val="000000" w:themeColor="text1"/>
          <w:lang w:val="uk-UA"/>
        </w:rPr>
        <w:t>партнера</w:t>
      </w:r>
      <w:r w:rsidR="009E0C26" w:rsidRPr="00207716">
        <w:rPr>
          <w:rFonts w:cs="Times New Roman"/>
          <w:lang w:val="uk-UA"/>
        </w:rPr>
        <w:t>ми.</w:t>
      </w:r>
    </w:p>
    <w:p w14:paraId="16DC1065" w14:textId="77777777"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Приклади</w:t>
      </w:r>
    </w:p>
    <w:p w14:paraId="136DB694" w14:textId="425D7FB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багатьох</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українських</w:t>
      </w:r>
      <w:r w:rsidR="00480420" w:rsidRPr="00B7305F">
        <w:rPr>
          <w:rFonts w:cs="Times New Roman"/>
          <w:color w:val="000000" w:themeColor="text1"/>
          <w:lang w:val="uk-UA"/>
        </w:rPr>
        <w:t xml:space="preserve"> </w:t>
      </w:r>
      <w:r w:rsidRPr="00B7305F">
        <w:rPr>
          <w:rFonts w:cs="Times New Roman"/>
          <w:color w:val="000000" w:themeColor="text1"/>
          <w:lang w:val="uk-UA"/>
        </w:rPr>
        <w:t>фільмах,</w:t>
      </w:r>
      <w:r w:rsidR="00480420" w:rsidRPr="00B7305F">
        <w:rPr>
          <w:rFonts w:cs="Times New Roman"/>
          <w:color w:val="000000" w:themeColor="text1"/>
          <w:lang w:val="uk-UA"/>
        </w:rPr>
        <w:t xml:space="preserve"> </w:t>
      </w:r>
      <w:r w:rsidRPr="00B7305F">
        <w:rPr>
          <w:rFonts w:cs="Times New Roman"/>
          <w:color w:val="000000" w:themeColor="text1"/>
          <w:lang w:val="uk-UA"/>
        </w:rPr>
        <w:t>особливо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00F377AD" w:rsidRPr="00B7305F">
        <w:rPr>
          <w:rFonts w:cs="Times New Roman"/>
          <w:color w:val="000000" w:themeColor="text1"/>
          <w:lang w:val="uk-UA"/>
        </w:rPr>
        <w:t>артхаусі,</w:t>
      </w:r>
      <w:r w:rsidR="00480420" w:rsidRPr="00B7305F">
        <w:rPr>
          <w:rFonts w:cs="Times New Roman"/>
          <w:color w:val="000000" w:themeColor="text1"/>
          <w:lang w:val="uk-UA"/>
        </w:rPr>
        <w:t xml:space="preserve"> </w:t>
      </w:r>
      <w:r w:rsidRPr="00B7305F">
        <w:rPr>
          <w:rFonts w:cs="Times New Roman"/>
          <w:color w:val="000000" w:themeColor="text1"/>
          <w:lang w:val="uk-UA"/>
        </w:rPr>
        <w:t>напрямах,</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побачити</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мінімальними</w:t>
      </w:r>
      <w:r w:rsidR="00480420" w:rsidRPr="00B7305F">
        <w:rPr>
          <w:rFonts w:cs="Times New Roman"/>
          <w:color w:val="000000" w:themeColor="text1"/>
          <w:lang w:val="uk-UA"/>
        </w:rPr>
        <w:t xml:space="preserve"> </w:t>
      </w:r>
      <w:r w:rsidRPr="00B7305F">
        <w:rPr>
          <w:rFonts w:cs="Times New Roman"/>
          <w:color w:val="000000" w:themeColor="text1"/>
          <w:lang w:val="uk-UA"/>
        </w:rPr>
        <w:t>рухами,</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великою</w:t>
      </w:r>
      <w:r w:rsidR="00480420" w:rsidRPr="00B7305F">
        <w:rPr>
          <w:rFonts w:cs="Times New Roman"/>
          <w:color w:val="000000" w:themeColor="text1"/>
          <w:lang w:val="uk-UA"/>
        </w:rPr>
        <w:t xml:space="preserve"> </w:t>
      </w:r>
      <w:r w:rsidRPr="00B7305F">
        <w:rPr>
          <w:rFonts w:cs="Times New Roman"/>
          <w:color w:val="000000" w:themeColor="text1"/>
          <w:lang w:val="uk-UA"/>
        </w:rPr>
        <w:t>тілесною</w:t>
      </w:r>
      <w:r w:rsidR="00480420" w:rsidRPr="00B7305F">
        <w:rPr>
          <w:rFonts w:cs="Times New Roman"/>
          <w:color w:val="000000" w:themeColor="text1"/>
          <w:lang w:val="uk-UA"/>
        </w:rPr>
        <w:t xml:space="preserve"> </w:t>
      </w:r>
      <w:r w:rsidRPr="00B7305F">
        <w:rPr>
          <w:rFonts w:cs="Times New Roman"/>
          <w:color w:val="000000" w:themeColor="text1"/>
          <w:lang w:val="uk-UA"/>
        </w:rPr>
        <w:t>напругою</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B658EF"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стрічці</w:t>
      </w:r>
      <w:r w:rsidR="00480420" w:rsidRPr="00B7305F">
        <w:rPr>
          <w:rFonts w:cs="Times New Roman"/>
          <w:color w:val="000000" w:themeColor="text1"/>
          <w:lang w:val="uk-UA"/>
        </w:rPr>
        <w:t xml:space="preserve"> </w:t>
      </w:r>
      <w:r w:rsidRPr="00B7305F">
        <w:rPr>
          <w:rFonts w:cs="Times New Roman"/>
          <w:color w:val="000000" w:themeColor="text1"/>
          <w:lang w:val="uk-UA"/>
        </w:rPr>
        <w:t>«Стоп-Земля»,</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будується</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статичності,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«полем»</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внутрішньої</w:t>
      </w:r>
      <w:r w:rsidR="00480420" w:rsidRPr="00B7305F">
        <w:rPr>
          <w:rFonts w:cs="Times New Roman"/>
          <w:color w:val="000000" w:themeColor="text1"/>
          <w:lang w:val="uk-UA"/>
        </w:rPr>
        <w:t xml:space="preserve"> </w:t>
      </w:r>
      <w:r w:rsidRPr="00B7305F">
        <w:rPr>
          <w:rFonts w:cs="Times New Roman"/>
          <w:color w:val="000000" w:themeColor="text1"/>
          <w:lang w:val="uk-UA"/>
        </w:rPr>
        <w:t>драми.</w:t>
      </w:r>
    </w:p>
    <w:p w14:paraId="730214F8" w14:textId="263C2C5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світовому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фільми</w:t>
      </w:r>
      <w:r w:rsidR="00480420" w:rsidRPr="00B7305F">
        <w:rPr>
          <w:rFonts w:cs="Times New Roman"/>
          <w:color w:val="000000" w:themeColor="text1"/>
          <w:lang w:val="uk-UA"/>
        </w:rPr>
        <w:t xml:space="preserve"> </w:t>
      </w:r>
      <w:r w:rsidRPr="00B7305F">
        <w:rPr>
          <w:rFonts w:cs="Times New Roman"/>
          <w:color w:val="000000" w:themeColor="text1"/>
          <w:lang w:val="uk-UA"/>
        </w:rPr>
        <w:t>типу</w:t>
      </w:r>
      <w:r w:rsidR="00480420" w:rsidRPr="00B7305F">
        <w:rPr>
          <w:rFonts w:cs="Times New Roman"/>
          <w:color w:val="000000" w:themeColor="text1"/>
          <w:lang w:val="uk-UA"/>
        </w:rPr>
        <w:t xml:space="preserve"> </w:t>
      </w:r>
      <w:r w:rsidR="00F377AD" w:rsidRPr="00B7305F">
        <w:rPr>
          <w:rFonts w:cs="Times New Roman"/>
          <w:color w:val="000000" w:themeColor="text1"/>
          <w:lang w:val="ru-RU"/>
        </w:rPr>
        <w:t>«Той,</w:t>
      </w:r>
      <w:r w:rsidR="00480420" w:rsidRPr="00B7305F">
        <w:rPr>
          <w:rFonts w:cs="Times New Roman"/>
          <w:color w:val="000000" w:themeColor="text1"/>
          <w:lang w:val="ru-RU"/>
        </w:rPr>
        <w:t xml:space="preserve"> </w:t>
      </w:r>
      <w:r w:rsidR="00F377AD" w:rsidRPr="00B7305F">
        <w:rPr>
          <w:rFonts w:cs="Times New Roman"/>
          <w:color w:val="000000" w:themeColor="text1"/>
          <w:lang w:val="ru-RU"/>
        </w:rPr>
        <w:t>хто</w:t>
      </w:r>
      <w:r w:rsidR="00480420" w:rsidRPr="00B7305F">
        <w:rPr>
          <w:rFonts w:cs="Times New Roman"/>
          <w:color w:val="000000" w:themeColor="text1"/>
          <w:lang w:val="ru-RU"/>
        </w:rPr>
        <w:t xml:space="preserve"> </w:t>
      </w:r>
      <w:r w:rsidR="00F377AD" w:rsidRPr="00B7305F">
        <w:rPr>
          <w:rFonts w:cs="Times New Roman"/>
          <w:color w:val="000000" w:themeColor="text1"/>
          <w:lang w:val="ru-RU"/>
        </w:rPr>
        <w:t>повернувся</w:t>
      </w:r>
      <w:r w:rsidR="00480420" w:rsidRPr="00B7305F">
        <w:rPr>
          <w:rFonts w:cs="Times New Roman"/>
          <w:color w:val="000000" w:themeColor="text1"/>
          <w:lang w:val="ru-RU"/>
        </w:rPr>
        <w:t xml:space="preserve"> </w:t>
      </w:r>
      <w:r w:rsidR="00F377AD" w:rsidRPr="00B7305F">
        <w:rPr>
          <w:rFonts w:cs="Times New Roman"/>
          <w:color w:val="000000" w:themeColor="text1"/>
          <w:lang w:val="ru-RU"/>
        </w:rPr>
        <w:t>з</w:t>
      </w:r>
      <w:r w:rsidR="00480420" w:rsidRPr="00B7305F">
        <w:rPr>
          <w:rFonts w:cs="Times New Roman"/>
          <w:color w:val="000000" w:themeColor="text1"/>
          <w:lang w:val="ru-RU"/>
        </w:rPr>
        <w:t xml:space="preserve"> </w:t>
      </w:r>
      <w:r w:rsidR="00F377AD" w:rsidRPr="00B7305F">
        <w:rPr>
          <w:rFonts w:cs="Times New Roman"/>
          <w:color w:val="000000" w:themeColor="text1"/>
          <w:lang w:val="ru-RU"/>
        </w:rPr>
        <w:t>мертвих»</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тілесна</w:t>
      </w:r>
      <w:r w:rsidR="00480420" w:rsidRPr="00B7305F">
        <w:rPr>
          <w:rFonts w:cs="Times New Roman"/>
          <w:color w:val="000000" w:themeColor="text1"/>
          <w:lang w:val="uk-UA"/>
        </w:rPr>
        <w:t xml:space="preserve"> </w:t>
      </w:r>
      <w:r w:rsidRPr="00B7305F">
        <w:rPr>
          <w:rFonts w:cs="Times New Roman"/>
          <w:color w:val="000000" w:themeColor="text1"/>
          <w:lang w:val="uk-UA"/>
        </w:rPr>
        <w:t>енергія,</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персонаж</w:t>
      </w:r>
      <w:r w:rsidR="00480420" w:rsidRPr="00B7305F">
        <w:rPr>
          <w:rFonts w:cs="Times New Roman"/>
          <w:color w:val="000000" w:themeColor="text1"/>
          <w:lang w:val="uk-UA"/>
        </w:rPr>
        <w:t xml:space="preserve"> </w:t>
      </w:r>
      <w:r w:rsidRPr="00B7305F">
        <w:rPr>
          <w:rFonts w:cs="Times New Roman"/>
          <w:color w:val="000000" w:themeColor="text1"/>
          <w:lang w:val="uk-UA"/>
        </w:rPr>
        <w:t>мовчки</w:t>
      </w:r>
      <w:r w:rsidR="00480420" w:rsidRPr="00B7305F">
        <w:rPr>
          <w:rFonts w:cs="Times New Roman"/>
          <w:color w:val="000000" w:themeColor="text1"/>
          <w:lang w:val="uk-UA"/>
        </w:rPr>
        <w:t xml:space="preserve"> </w:t>
      </w:r>
      <w:r w:rsidRPr="00B7305F">
        <w:rPr>
          <w:rFonts w:cs="Times New Roman"/>
          <w:color w:val="000000" w:themeColor="text1"/>
          <w:lang w:val="uk-UA"/>
        </w:rPr>
        <w:t>стоїть,</w:t>
      </w:r>
      <w:r w:rsidR="00480420" w:rsidRPr="00B7305F">
        <w:rPr>
          <w:rFonts w:cs="Times New Roman"/>
          <w:color w:val="000000" w:themeColor="text1"/>
          <w:lang w:val="uk-UA"/>
        </w:rPr>
        <w:t xml:space="preserve"> </w:t>
      </w:r>
      <w:r w:rsidRPr="00B7305F">
        <w:rPr>
          <w:rFonts w:cs="Times New Roman"/>
          <w:color w:val="000000" w:themeColor="text1"/>
          <w:lang w:val="uk-UA"/>
        </w:rPr>
        <w:t>говорить</w:t>
      </w:r>
      <w:r w:rsidR="00480420" w:rsidRPr="00B7305F">
        <w:rPr>
          <w:rFonts w:cs="Times New Roman"/>
          <w:color w:val="000000" w:themeColor="text1"/>
          <w:lang w:val="uk-UA"/>
        </w:rPr>
        <w:t xml:space="preserve"> </w:t>
      </w:r>
      <w:r w:rsidRPr="00B7305F">
        <w:rPr>
          <w:rFonts w:cs="Times New Roman"/>
          <w:color w:val="000000" w:themeColor="text1"/>
          <w:lang w:val="uk-UA"/>
        </w:rPr>
        <w:t>дуже</w:t>
      </w:r>
      <w:r w:rsidR="00480420" w:rsidRPr="00B7305F">
        <w:rPr>
          <w:rFonts w:cs="Times New Roman"/>
          <w:color w:val="000000" w:themeColor="text1"/>
          <w:lang w:val="uk-UA"/>
        </w:rPr>
        <w:t xml:space="preserve"> </w:t>
      </w:r>
      <w:r w:rsidRPr="00B7305F">
        <w:rPr>
          <w:rFonts w:cs="Times New Roman"/>
          <w:color w:val="000000" w:themeColor="text1"/>
          <w:lang w:val="uk-UA"/>
        </w:rPr>
        <w:t>багато.</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Майкл</w:t>
      </w:r>
      <w:r w:rsidR="00480420" w:rsidRPr="00B7305F">
        <w:rPr>
          <w:rFonts w:cs="Times New Roman"/>
          <w:color w:val="000000" w:themeColor="text1"/>
          <w:lang w:val="uk-UA"/>
        </w:rPr>
        <w:t xml:space="preserve"> </w:t>
      </w:r>
      <w:r w:rsidRPr="00B7305F">
        <w:rPr>
          <w:rFonts w:cs="Times New Roman"/>
          <w:color w:val="000000" w:themeColor="text1"/>
          <w:lang w:val="uk-UA"/>
        </w:rPr>
        <w:t>Фассбендер</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ролі</w:t>
      </w:r>
      <w:r w:rsidR="00480420" w:rsidRPr="00B7305F">
        <w:rPr>
          <w:rFonts w:cs="Times New Roman"/>
          <w:color w:val="000000" w:themeColor="text1"/>
          <w:lang w:val="uk-UA"/>
        </w:rPr>
        <w:t xml:space="preserve"> </w:t>
      </w:r>
      <w:r w:rsidRPr="00B7305F">
        <w:rPr>
          <w:rFonts w:cs="Times New Roman"/>
          <w:color w:val="000000" w:themeColor="text1"/>
          <w:lang w:val="uk-UA"/>
        </w:rPr>
        <w:t>Стівена</w:t>
      </w:r>
      <w:r w:rsidR="00480420" w:rsidRPr="00B7305F">
        <w:rPr>
          <w:rFonts w:cs="Times New Roman"/>
          <w:color w:val="000000" w:themeColor="text1"/>
          <w:lang w:val="uk-UA"/>
        </w:rPr>
        <w:t xml:space="preserve"> </w:t>
      </w:r>
      <w:r w:rsidRPr="00B7305F">
        <w:rPr>
          <w:rFonts w:cs="Times New Roman"/>
          <w:color w:val="000000" w:themeColor="text1"/>
          <w:lang w:val="uk-UA"/>
        </w:rPr>
        <w:t>Грінліфа</w:t>
      </w:r>
      <w:r w:rsidR="00480420" w:rsidRPr="00B7305F">
        <w:rPr>
          <w:rFonts w:cs="Times New Roman"/>
          <w:color w:val="000000" w:themeColor="text1"/>
          <w:lang w:val="uk-UA"/>
        </w:rPr>
        <w:t xml:space="preserve"> </w:t>
      </w:r>
      <w:r w:rsidRPr="00B7305F">
        <w:rPr>
          <w:rFonts w:cs="Times New Roman"/>
          <w:color w:val="000000" w:themeColor="text1"/>
          <w:lang w:val="uk-UA"/>
        </w:rPr>
        <w:t>(Alien:</w:t>
      </w:r>
      <w:r w:rsidR="00480420" w:rsidRPr="00B7305F">
        <w:rPr>
          <w:rFonts w:cs="Times New Roman"/>
          <w:color w:val="000000" w:themeColor="text1"/>
          <w:lang w:val="uk-UA"/>
        </w:rPr>
        <w:t xml:space="preserve"> </w:t>
      </w:r>
      <w:r w:rsidRPr="00B7305F">
        <w:rPr>
          <w:rFonts w:cs="Times New Roman"/>
          <w:color w:val="000000" w:themeColor="text1"/>
          <w:lang w:val="uk-UA"/>
        </w:rPr>
        <w:t>Covenant)</w:t>
      </w:r>
      <w:r w:rsidR="00480420" w:rsidRPr="00B7305F">
        <w:rPr>
          <w:rFonts w:cs="Times New Roman"/>
          <w:color w:val="000000" w:themeColor="text1"/>
          <w:lang w:val="uk-UA"/>
        </w:rPr>
        <w:t xml:space="preserve"> </w:t>
      </w:r>
      <w:r w:rsidRPr="00B7305F">
        <w:rPr>
          <w:rFonts w:cs="Times New Roman"/>
          <w:color w:val="000000" w:themeColor="text1"/>
          <w:lang w:val="uk-UA"/>
        </w:rPr>
        <w:t>працював</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кожен</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кожна</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позиції</w:t>
      </w:r>
      <w:r w:rsidR="00480420" w:rsidRPr="00B7305F">
        <w:rPr>
          <w:rFonts w:cs="Times New Roman"/>
          <w:color w:val="000000" w:themeColor="text1"/>
          <w:lang w:val="uk-UA"/>
        </w:rPr>
        <w:t xml:space="preserve"> </w:t>
      </w:r>
      <w:r w:rsidRPr="00B7305F">
        <w:rPr>
          <w:rFonts w:cs="Times New Roman"/>
          <w:color w:val="000000" w:themeColor="text1"/>
          <w:lang w:val="uk-UA"/>
        </w:rPr>
        <w:t>були</w:t>
      </w:r>
      <w:r w:rsidR="00480420" w:rsidRPr="00B7305F">
        <w:rPr>
          <w:rFonts w:cs="Times New Roman"/>
          <w:color w:val="000000" w:themeColor="text1"/>
          <w:lang w:val="uk-UA"/>
        </w:rPr>
        <w:t xml:space="preserve"> </w:t>
      </w:r>
      <w:r w:rsidRPr="00B7305F">
        <w:rPr>
          <w:rFonts w:cs="Times New Roman"/>
          <w:color w:val="000000" w:themeColor="text1"/>
          <w:lang w:val="uk-UA"/>
        </w:rPr>
        <w:t>наповнені</w:t>
      </w:r>
      <w:r w:rsidR="00480420" w:rsidRPr="00B7305F">
        <w:rPr>
          <w:rFonts w:cs="Times New Roman"/>
          <w:color w:val="000000" w:themeColor="text1"/>
          <w:lang w:val="uk-UA"/>
        </w:rPr>
        <w:t xml:space="preserve"> </w:t>
      </w:r>
      <w:r w:rsidRPr="00B7305F">
        <w:rPr>
          <w:rFonts w:cs="Times New Roman"/>
          <w:color w:val="000000" w:themeColor="text1"/>
          <w:lang w:val="uk-UA"/>
        </w:rPr>
        <w:t>сенсом.</w:t>
      </w:r>
    </w:p>
    <w:p w14:paraId="1B64614E" w14:textId="3049C680" w:rsidR="00C95306"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3.</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Імпровізація,</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студійні</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експерименти</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театральні</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підходи</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на</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знімальному</w:t>
      </w:r>
      <w:r w:rsidR="00480420" w:rsidRPr="00B7305F">
        <w:rPr>
          <w:rFonts w:cs="Times New Roman"/>
          <w:b/>
          <w:bCs/>
          <w:color w:val="000000" w:themeColor="text1"/>
          <w:lang w:val="uk-UA"/>
        </w:rPr>
        <w:t xml:space="preserve"> </w:t>
      </w:r>
      <w:r w:rsidR="00C95306" w:rsidRPr="00B7305F">
        <w:rPr>
          <w:rFonts w:cs="Times New Roman"/>
          <w:b/>
          <w:bCs/>
          <w:color w:val="000000" w:themeColor="text1"/>
          <w:lang w:val="uk-UA"/>
        </w:rPr>
        <w:t>майданчику</w:t>
      </w:r>
    </w:p>
    <w:p w14:paraId="74F5B6B0" w14:textId="2D115EFE"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Одним</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найважливіших</w:t>
      </w:r>
      <w:r w:rsidR="00480420" w:rsidRPr="00B7305F">
        <w:rPr>
          <w:rFonts w:cs="Times New Roman"/>
          <w:color w:val="000000" w:themeColor="text1"/>
          <w:lang w:val="uk-UA"/>
        </w:rPr>
        <w:t xml:space="preserve"> </w:t>
      </w:r>
      <w:r w:rsidRPr="00B7305F">
        <w:rPr>
          <w:rFonts w:cs="Times New Roman"/>
          <w:color w:val="000000" w:themeColor="text1"/>
          <w:lang w:val="uk-UA"/>
        </w:rPr>
        <w:t>напрямів</w:t>
      </w:r>
      <w:r w:rsidR="00480420" w:rsidRPr="00B7305F">
        <w:rPr>
          <w:rFonts w:cs="Times New Roman"/>
          <w:color w:val="000000" w:themeColor="text1"/>
          <w:lang w:val="uk-UA"/>
        </w:rPr>
        <w:t xml:space="preserve"> </w:t>
      </w:r>
      <w:r w:rsidRPr="00B7305F">
        <w:rPr>
          <w:rFonts w:cs="Times New Roman"/>
          <w:color w:val="000000" w:themeColor="text1"/>
          <w:lang w:val="uk-UA"/>
        </w:rPr>
        <w:t>сучасної</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перенесення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театральній</w:t>
      </w:r>
      <w:r w:rsidR="00480420" w:rsidRPr="00B7305F">
        <w:rPr>
          <w:rFonts w:cs="Times New Roman"/>
          <w:color w:val="000000" w:themeColor="text1"/>
          <w:lang w:val="uk-UA"/>
        </w:rPr>
        <w:t xml:space="preserve"> </w:t>
      </w:r>
      <w:r w:rsidRPr="00B7305F">
        <w:rPr>
          <w:rFonts w:cs="Times New Roman"/>
          <w:color w:val="000000" w:themeColor="text1"/>
          <w:lang w:val="uk-UA"/>
        </w:rPr>
        <w:t>педагогіці</w:t>
      </w:r>
      <w:r w:rsidR="00480420" w:rsidRPr="00B7305F">
        <w:rPr>
          <w:rFonts w:cs="Times New Roman"/>
          <w:color w:val="000000" w:themeColor="text1"/>
          <w:lang w:val="uk-UA"/>
        </w:rPr>
        <w:t xml:space="preserve"> </w:t>
      </w:r>
      <w:r w:rsidRPr="00B7305F">
        <w:rPr>
          <w:rFonts w:cs="Times New Roman"/>
          <w:color w:val="000000" w:themeColor="text1"/>
          <w:lang w:val="uk-UA"/>
        </w:rPr>
        <w:t>служить</w:t>
      </w:r>
      <w:r w:rsidR="00480420" w:rsidRPr="00B7305F">
        <w:rPr>
          <w:rFonts w:cs="Times New Roman"/>
          <w:color w:val="000000" w:themeColor="text1"/>
          <w:lang w:val="uk-UA"/>
        </w:rPr>
        <w:t xml:space="preserve"> </w:t>
      </w:r>
      <w:r w:rsidRPr="00B7305F">
        <w:rPr>
          <w:rFonts w:cs="Times New Roman"/>
          <w:color w:val="000000" w:themeColor="text1"/>
          <w:lang w:val="uk-UA"/>
        </w:rPr>
        <w:t>засобом</w:t>
      </w:r>
      <w:r w:rsidR="00480420" w:rsidRPr="00B7305F">
        <w:rPr>
          <w:rFonts w:cs="Times New Roman"/>
          <w:color w:val="000000" w:themeColor="text1"/>
          <w:lang w:val="uk-UA"/>
        </w:rPr>
        <w:t xml:space="preserve"> </w:t>
      </w:r>
      <w:r w:rsidRPr="00B7305F">
        <w:rPr>
          <w:rFonts w:cs="Times New Roman"/>
          <w:color w:val="000000" w:themeColor="text1"/>
          <w:lang w:val="uk-UA"/>
        </w:rPr>
        <w:t>вивільнення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психофізики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пошуку</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внутрішньої</w:t>
      </w:r>
      <w:r w:rsidR="00480420" w:rsidRPr="00B7305F">
        <w:rPr>
          <w:rFonts w:cs="Times New Roman"/>
          <w:color w:val="000000" w:themeColor="text1"/>
          <w:lang w:val="uk-UA"/>
        </w:rPr>
        <w:t xml:space="preserve"> </w:t>
      </w:r>
      <w:r w:rsidRPr="00B7305F">
        <w:rPr>
          <w:rFonts w:cs="Times New Roman"/>
          <w:color w:val="000000" w:themeColor="text1"/>
          <w:lang w:val="uk-UA"/>
        </w:rPr>
        <w:t>логіки</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Pr="00B7305F">
        <w:rPr>
          <w:rFonts w:cs="Times New Roman"/>
          <w:color w:val="000000" w:themeColor="text1"/>
          <w:lang w:val="uk-UA"/>
        </w:rPr>
        <w:t>активніше</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використовується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кіновиробництві.</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тип</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свободи,</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творчий</w:t>
      </w:r>
      <w:r w:rsidR="00480420" w:rsidRPr="00B7305F">
        <w:rPr>
          <w:rFonts w:cs="Times New Roman"/>
          <w:color w:val="000000" w:themeColor="text1"/>
          <w:lang w:val="uk-UA"/>
        </w:rPr>
        <w:t xml:space="preserve"> </w:t>
      </w:r>
      <w:r w:rsidRPr="00B7305F">
        <w:rPr>
          <w:rFonts w:cs="Times New Roman"/>
          <w:color w:val="000000" w:themeColor="text1"/>
          <w:lang w:val="uk-UA"/>
        </w:rPr>
        <w:t>пошук</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припиняється</w:t>
      </w:r>
      <w:r w:rsidR="00480420" w:rsidRPr="00B7305F">
        <w:rPr>
          <w:rFonts w:cs="Times New Roman"/>
          <w:color w:val="000000" w:themeColor="text1"/>
          <w:lang w:val="uk-UA"/>
        </w:rPr>
        <w:t xml:space="preserve"> </w:t>
      </w:r>
      <w:r w:rsidRPr="00B7305F">
        <w:rPr>
          <w:rFonts w:cs="Times New Roman"/>
          <w:color w:val="000000" w:themeColor="text1"/>
          <w:lang w:val="uk-UA"/>
        </w:rPr>
        <w:t>після</w:t>
      </w:r>
      <w:r w:rsidR="00480420" w:rsidRPr="00B7305F">
        <w:rPr>
          <w:rFonts w:cs="Times New Roman"/>
          <w:color w:val="000000" w:themeColor="text1"/>
          <w:lang w:val="uk-UA"/>
        </w:rPr>
        <w:t xml:space="preserve"> </w:t>
      </w:r>
      <w:r w:rsidRPr="00B7305F">
        <w:rPr>
          <w:rFonts w:cs="Times New Roman"/>
          <w:color w:val="000000" w:themeColor="text1"/>
          <w:lang w:val="uk-UA"/>
        </w:rPr>
        <w:t>сценарного</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триває</w:t>
      </w:r>
      <w:r w:rsidR="00480420" w:rsidRPr="00B7305F">
        <w:rPr>
          <w:rFonts w:cs="Times New Roman"/>
          <w:color w:val="000000" w:themeColor="text1"/>
          <w:lang w:val="uk-UA"/>
        </w:rPr>
        <w:t xml:space="preserve"> </w:t>
      </w:r>
      <w:r w:rsidRPr="00B7305F">
        <w:rPr>
          <w:rFonts w:cs="Times New Roman"/>
          <w:color w:val="000000" w:themeColor="text1"/>
          <w:lang w:val="uk-UA"/>
        </w:rPr>
        <w:t>безпосередньо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p>
    <w:p w14:paraId="116E7779" w14:textId="3927EAF8"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театральній</w:t>
      </w:r>
      <w:r w:rsidR="00480420" w:rsidRPr="00B7305F">
        <w:rPr>
          <w:rFonts w:cs="Times New Roman"/>
          <w:color w:val="000000" w:themeColor="text1"/>
          <w:lang w:val="uk-UA"/>
        </w:rPr>
        <w:t xml:space="preserve"> </w:t>
      </w:r>
      <w:r w:rsidRPr="00B7305F">
        <w:rPr>
          <w:rFonts w:cs="Times New Roman"/>
          <w:color w:val="000000" w:themeColor="text1"/>
          <w:lang w:val="uk-UA"/>
        </w:rPr>
        <w:t>традиції</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багатовікову</w:t>
      </w:r>
      <w:r w:rsidR="00480420" w:rsidRPr="00B7305F">
        <w:rPr>
          <w:rFonts w:cs="Times New Roman"/>
          <w:color w:val="000000" w:themeColor="text1"/>
          <w:lang w:val="uk-UA"/>
        </w:rPr>
        <w:t xml:space="preserve"> </w:t>
      </w:r>
      <w:r w:rsidRPr="00B7305F">
        <w:rPr>
          <w:rFonts w:cs="Times New Roman"/>
          <w:color w:val="000000" w:themeColor="text1"/>
          <w:lang w:val="uk-UA"/>
        </w:rPr>
        <w:t>історію</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комедії</w:t>
      </w:r>
      <w:r w:rsidR="00480420" w:rsidRPr="00B7305F">
        <w:rPr>
          <w:rFonts w:cs="Times New Roman"/>
          <w:color w:val="000000" w:themeColor="text1"/>
          <w:lang w:val="uk-UA"/>
        </w:rPr>
        <w:t xml:space="preserve"> </w:t>
      </w:r>
      <w:r w:rsidRPr="00B7305F">
        <w:rPr>
          <w:rFonts w:cs="Times New Roman"/>
          <w:color w:val="000000" w:themeColor="text1"/>
          <w:lang w:val="uk-UA"/>
        </w:rPr>
        <w:t>дель</w:t>
      </w:r>
      <w:r w:rsidR="00480420" w:rsidRPr="00B7305F">
        <w:rPr>
          <w:rFonts w:cs="Times New Roman"/>
          <w:color w:val="000000" w:themeColor="text1"/>
          <w:lang w:val="uk-UA"/>
        </w:rPr>
        <w:t xml:space="preserve"> </w:t>
      </w:r>
      <w:r w:rsidRPr="00B7305F">
        <w:rPr>
          <w:rFonts w:cs="Times New Roman"/>
          <w:color w:val="000000" w:themeColor="text1"/>
          <w:lang w:val="uk-UA"/>
        </w:rPr>
        <w:t>арте</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лабораторних</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зосереджуються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спонтанності,</w:t>
      </w:r>
      <w:r w:rsidR="00480420" w:rsidRPr="00B7305F">
        <w:rPr>
          <w:rFonts w:cs="Times New Roman"/>
          <w:color w:val="000000" w:themeColor="text1"/>
          <w:lang w:val="uk-UA"/>
        </w:rPr>
        <w:t xml:space="preserve"> </w:t>
      </w:r>
      <w:r w:rsidRPr="00B7305F">
        <w:rPr>
          <w:rFonts w:cs="Times New Roman"/>
          <w:color w:val="000000" w:themeColor="text1"/>
          <w:lang w:val="uk-UA"/>
        </w:rPr>
        <w:t>реагуванні</w:t>
      </w:r>
      <w:r w:rsidR="00480420" w:rsidRPr="00B7305F">
        <w:rPr>
          <w:rFonts w:cs="Times New Roman"/>
          <w:color w:val="000000" w:themeColor="text1"/>
          <w:lang w:val="uk-UA"/>
        </w:rPr>
        <w:t xml:space="preserve"> </w:t>
      </w:r>
      <w:r w:rsidRPr="00B7305F">
        <w:rPr>
          <w:rFonts w:cs="Times New Roman"/>
          <w:color w:val="000000" w:themeColor="text1"/>
          <w:lang w:val="uk-UA"/>
        </w:rPr>
        <w:t>«тут</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F60135">
        <w:rPr>
          <w:rFonts w:cs="Times New Roman"/>
          <w:lang w:val="uk-UA"/>
        </w:rPr>
        <w:t>зараз</w:t>
      </w:r>
      <w:r w:rsidR="009E0C26" w:rsidRPr="00F60135">
        <w:rPr>
          <w:rFonts w:cs="Times New Roman"/>
          <w:lang w:val="uk-UA"/>
        </w:rPr>
        <w:t xml:space="preserve"> [</w:t>
      </w:r>
      <w:r w:rsidR="00F60135" w:rsidRPr="00F60135">
        <w:rPr>
          <w:rFonts w:cs="Times New Roman"/>
          <w:lang w:val="uk-UA"/>
        </w:rPr>
        <w:t>32</w:t>
      </w:r>
      <w:r w:rsidR="009E0C26" w:rsidRPr="00F60135">
        <w:rPr>
          <w:rFonts w:cs="Times New Roman"/>
          <w:lang w:val="uk-UA"/>
        </w:rPr>
        <w:t xml:space="preserve">, </w:t>
      </w:r>
      <w:r w:rsidR="009E0C26" w:rsidRPr="00F60135">
        <w:rPr>
          <w:rFonts w:cs="Times New Roman"/>
        </w:rPr>
        <w:t>c</w:t>
      </w:r>
      <w:r w:rsidR="009E0C26" w:rsidRPr="00F60135">
        <w:rPr>
          <w:rFonts w:cs="Times New Roman"/>
          <w:lang w:val="uk-UA"/>
        </w:rPr>
        <w:t>.</w:t>
      </w:r>
      <w:r w:rsidR="00F60135" w:rsidRPr="00F60135">
        <w:rPr>
          <w:rFonts w:cs="Times New Roman"/>
          <w:lang w:val="uk-UA"/>
        </w:rPr>
        <w:t>29</w:t>
      </w:r>
      <w:r w:rsidR="009E0C26" w:rsidRPr="00F60135">
        <w:rPr>
          <w:rFonts w:cs="Times New Roman"/>
          <w:lang w:val="uk-UA"/>
        </w:rPr>
        <w:t>]</w:t>
      </w:r>
      <w:r w:rsidRPr="00F60135">
        <w:rPr>
          <w:rFonts w:cs="Times New Roman"/>
          <w:lang w:val="uk-UA"/>
        </w:rPr>
        <w:t>»</w:t>
      </w:r>
      <w:r w:rsidR="00480420" w:rsidRPr="00F60135">
        <w:rPr>
          <w:rFonts w:cs="Times New Roman"/>
          <w:lang w:val="uk-UA"/>
        </w:rPr>
        <w:t xml:space="preserve"> </w:t>
      </w:r>
      <w:r w:rsidRPr="00F60135">
        <w:rPr>
          <w:rFonts w:cs="Times New Roman"/>
          <w:lang w:val="uk-UA"/>
        </w:rPr>
        <w:t>та</w:t>
      </w:r>
      <w:r w:rsidR="00480420" w:rsidRPr="00F60135">
        <w:rPr>
          <w:rFonts w:cs="Times New Roman"/>
          <w:lang w:val="uk-UA"/>
        </w:rPr>
        <w:t xml:space="preserve"> </w:t>
      </w:r>
      <w:r w:rsidRPr="00F60135">
        <w:rPr>
          <w:rFonts w:cs="Times New Roman"/>
          <w:lang w:val="uk-UA"/>
        </w:rPr>
        <w:t>цілі</w:t>
      </w:r>
      <w:r w:rsidRPr="00B7305F">
        <w:rPr>
          <w:rFonts w:cs="Times New Roman"/>
          <w:color w:val="000000" w:themeColor="text1"/>
          <w:lang w:val="uk-UA"/>
        </w:rPr>
        <w:t>сному</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існуванні</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методи</w:t>
      </w:r>
      <w:r w:rsidR="00480420" w:rsidRPr="00B7305F">
        <w:rPr>
          <w:rFonts w:cs="Times New Roman"/>
          <w:color w:val="000000" w:themeColor="text1"/>
          <w:lang w:val="uk-UA"/>
        </w:rPr>
        <w:t xml:space="preserve"> </w:t>
      </w:r>
      <w:r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виконавцю</w:t>
      </w:r>
      <w:r w:rsidR="00480420" w:rsidRPr="00B7305F">
        <w:rPr>
          <w:rFonts w:cs="Times New Roman"/>
          <w:color w:val="000000" w:themeColor="text1"/>
          <w:lang w:val="uk-UA"/>
        </w:rPr>
        <w:t xml:space="preserve"> </w:t>
      </w:r>
      <w:r w:rsidRPr="00B7305F">
        <w:rPr>
          <w:rFonts w:cs="Times New Roman"/>
          <w:color w:val="000000" w:themeColor="text1"/>
          <w:lang w:val="uk-UA"/>
        </w:rPr>
        <w:t>пропонувати</w:t>
      </w:r>
      <w:r w:rsidR="00480420" w:rsidRPr="00B7305F">
        <w:rPr>
          <w:rFonts w:cs="Times New Roman"/>
          <w:color w:val="000000" w:themeColor="text1"/>
          <w:lang w:val="uk-UA"/>
        </w:rPr>
        <w:t xml:space="preserve"> </w:t>
      </w:r>
      <w:r w:rsidRPr="00B7305F">
        <w:rPr>
          <w:rFonts w:cs="Times New Roman"/>
          <w:color w:val="000000" w:themeColor="text1"/>
          <w:lang w:val="uk-UA"/>
        </w:rPr>
        <w:t>несподівані</w:t>
      </w:r>
      <w:r w:rsidR="00480420" w:rsidRPr="00B7305F">
        <w:rPr>
          <w:rFonts w:cs="Times New Roman"/>
          <w:color w:val="000000" w:themeColor="text1"/>
          <w:lang w:val="uk-UA"/>
        </w:rPr>
        <w:t xml:space="preserve"> </w:t>
      </w:r>
      <w:r w:rsidRPr="00B7305F">
        <w:rPr>
          <w:rFonts w:cs="Times New Roman"/>
          <w:color w:val="000000" w:themeColor="text1"/>
          <w:lang w:val="uk-UA"/>
        </w:rPr>
        <w:t>рішення,</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ритм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фактуру</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поведінки,</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емоційним</w:t>
      </w:r>
      <w:r w:rsidR="00480420" w:rsidRPr="00B7305F">
        <w:rPr>
          <w:rFonts w:cs="Times New Roman"/>
          <w:color w:val="000000" w:themeColor="text1"/>
          <w:lang w:val="uk-UA"/>
        </w:rPr>
        <w:t xml:space="preserve"> </w:t>
      </w:r>
      <w:r w:rsidRPr="00B7305F">
        <w:rPr>
          <w:rFonts w:cs="Times New Roman"/>
          <w:color w:val="000000" w:themeColor="text1"/>
          <w:lang w:val="uk-UA"/>
        </w:rPr>
        <w:t>станом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тілесною</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можливості</w:t>
      </w:r>
      <w:r w:rsidR="00480420" w:rsidRPr="00B7305F">
        <w:rPr>
          <w:rFonts w:cs="Times New Roman"/>
          <w:color w:val="000000" w:themeColor="text1"/>
          <w:lang w:val="uk-UA"/>
        </w:rPr>
        <w:t xml:space="preserve"> </w:t>
      </w:r>
      <w:r w:rsidRPr="00B7305F">
        <w:rPr>
          <w:rFonts w:cs="Times New Roman"/>
          <w:color w:val="000000" w:themeColor="text1"/>
          <w:lang w:val="uk-UA"/>
        </w:rPr>
        <w:t>набувають</w:t>
      </w:r>
      <w:r w:rsidR="00480420" w:rsidRPr="00B7305F">
        <w:rPr>
          <w:rFonts w:cs="Times New Roman"/>
          <w:color w:val="000000" w:themeColor="text1"/>
          <w:lang w:val="uk-UA"/>
        </w:rPr>
        <w:t xml:space="preserve"> </w:t>
      </w:r>
      <w:r w:rsidRPr="00B7305F">
        <w:rPr>
          <w:rFonts w:cs="Times New Roman"/>
          <w:color w:val="000000" w:themeColor="text1"/>
          <w:lang w:val="uk-UA"/>
        </w:rPr>
        <w:t>нового</w:t>
      </w:r>
      <w:r w:rsidR="00480420" w:rsidRPr="00B7305F">
        <w:rPr>
          <w:rFonts w:cs="Times New Roman"/>
          <w:color w:val="000000" w:themeColor="text1"/>
          <w:lang w:val="uk-UA"/>
        </w:rPr>
        <w:t xml:space="preserve"> </w:t>
      </w:r>
      <w:r w:rsidRPr="00B7305F">
        <w:rPr>
          <w:rFonts w:cs="Times New Roman"/>
          <w:color w:val="000000" w:themeColor="text1"/>
          <w:lang w:val="uk-UA"/>
        </w:rPr>
        <w:t>звучання:</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здатна</w:t>
      </w:r>
      <w:r w:rsidR="00480420" w:rsidRPr="00B7305F">
        <w:rPr>
          <w:rFonts w:cs="Times New Roman"/>
          <w:color w:val="000000" w:themeColor="text1"/>
          <w:lang w:val="uk-UA"/>
        </w:rPr>
        <w:t xml:space="preserve"> </w:t>
      </w:r>
      <w:r w:rsidRPr="00B7305F">
        <w:rPr>
          <w:rFonts w:cs="Times New Roman"/>
          <w:color w:val="000000" w:themeColor="text1"/>
          <w:lang w:val="uk-UA"/>
        </w:rPr>
        <w:t>фіксувати</w:t>
      </w:r>
      <w:r w:rsidR="00480420" w:rsidRPr="00B7305F">
        <w:rPr>
          <w:rFonts w:cs="Times New Roman"/>
          <w:color w:val="000000" w:themeColor="text1"/>
          <w:lang w:val="uk-UA"/>
        </w:rPr>
        <w:t xml:space="preserve"> </w:t>
      </w:r>
      <w:r w:rsidRPr="00B7305F">
        <w:rPr>
          <w:rFonts w:cs="Times New Roman"/>
          <w:color w:val="000000" w:themeColor="text1"/>
          <w:lang w:val="uk-UA"/>
        </w:rPr>
        <w:t>найтонші</w:t>
      </w:r>
      <w:r w:rsidR="00480420" w:rsidRPr="00B7305F">
        <w:rPr>
          <w:rFonts w:cs="Times New Roman"/>
          <w:color w:val="000000" w:themeColor="text1"/>
          <w:lang w:val="uk-UA"/>
        </w:rPr>
        <w:t xml:space="preserve"> </w:t>
      </w:r>
      <w:r w:rsidRPr="00B7305F">
        <w:rPr>
          <w:rFonts w:cs="Times New Roman"/>
          <w:color w:val="000000" w:themeColor="text1"/>
          <w:lang w:val="uk-UA"/>
        </w:rPr>
        <w:t>імпульси,</w:t>
      </w:r>
      <w:r w:rsidR="00480420" w:rsidRPr="00B7305F">
        <w:rPr>
          <w:rFonts w:cs="Times New Roman"/>
          <w:color w:val="000000" w:themeColor="text1"/>
          <w:lang w:val="uk-UA"/>
        </w:rPr>
        <w:t xml:space="preserve"> </w:t>
      </w:r>
      <w:r w:rsidRPr="00B7305F">
        <w:rPr>
          <w:rFonts w:cs="Times New Roman"/>
          <w:color w:val="000000" w:themeColor="text1"/>
          <w:lang w:val="uk-UA"/>
        </w:rPr>
        <w:t>тому</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вправою,</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засобом</w:t>
      </w:r>
      <w:r w:rsidR="00480420" w:rsidRPr="00B7305F">
        <w:rPr>
          <w:rFonts w:cs="Times New Roman"/>
          <w:color w:val="000000" w:themeColor="text1"/>
          <w:lang w:val="uk-UA"/>
        </w:rPr>
        <w:t xml:space="preserve"> </w:t>
      </w:r>
      <w:r w:rsidRPr="00B7305F">
        <w:rPr>
          <w:rFonts w:cs="Times New Roman"/>
          <w:color w:val="000000" w:themeColor="text1"/>
          <w:lang w:val="uk-UA"/>
        </w:rPr>
        <w:t>збагачення</w:t>
      </w:r>
      <w:r w:rsidR="00480420" w:rsidRPr="00B7305F">
        <w:rPr>
          <w:rFonts w:cs="Times New Roman"/>
          <w:color w:val="000000" w:themeColor="text1"/>
          <w:lang w:val="uk-UA"/>
        </w:rPr>
        <w:t xml:space="preserve"> </w:t>
      </w:r>
      <w:r w:rsidRPr="00B7305F">
        <w:rPr>
          <w:rFonts w:cs="Times New Roman"/>
          <w:color w:val="000000" w:themeColor="text1"/>
          <w:lang w:val="uk-UA"/>
        </w:rPr>
        <w:t>екранного</w:t>
      </w:r>
      <w:r w:rsidR="00480420" w:rsidRPr="00B7305F">
        <w:rPr>
          <w:rFonts w:cs="Times New Roman"/>
          <w:color w:val="000000" w:themeColor="text1"/>
          <w:lang w:val="uk-UA"/>
        </w:rPr>
        <w:t xml:space="preserve"> </w:t>
      </w:r>
      <w:r w:rsidRPr="00B7305F">
        <w:rPr>
          <w:rFonts w:cs="Times New Roman"/>
          <w:color w:val="000000" w:themeColor="text1"/>
          <w:lang w:val="uk-UA"/>
        </w:rPr>
        <w:t>образу</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непередбачуваною</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поведінкою.</w:t>
      </w:r>
    </w:p>
    <w:p w14:paraId="55EA2869" w14:textId="24254F1E"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Одним</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ключових</w:t>
      </w:r>
      <w:r w:rsidR="00480420" w:rsidRPr="00B7305F">
        <w:rPr>
          <w:rFonts w:cs="Times New Roman"/>
          <w:color w:val="000000" w:themeColor="text1"/>
          <w:lang w:val="uk-UA"/>
        </w:rPr>
        <w:t xml:space="preserve"> </w:t>
      </w:r>
      <w:r w:rsidRPr="00B7305F">
        <w:rPr>
          <w:rFonts w:cs="Times New Roman"/>
          <w:color w:val="000000" w:themeColor="text1"/>
          <w:lang w:val="uk-UA"/>
        </w:rPr>
        <w:t>етапів</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адаптації</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методів</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кінопроцесу</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імпровізаційні</w:t>
      </w:r>
      <w:r w:rsidR="00480420" w:rsidRPr="00B7305F">
        <w:rPr>
          <w:rFonts w:cs="Times New Roman"/>
          <w:color w:val="000000" w:themeColor="text1"/>
          <w:lang w:val="uk-UA"/>
        </w:rPr>
        <w:t xml:space="preserve"> </w:t>
      </w:r>
      <w:r w:rsidRPr="00B7305F">
        <w:rPr>
          <w:rFonts w:cs="Times New Roman"/>
          <w:color w:val="000000" w:themeColor="text1"/>
          <w:lang w:val="uk-UA"/>
        </w:rPr>
        <w:t>студійні</w:t>
      </w:r>
      <w:r w:rsidR="00480420" w:rsidRPr="00B7305F">
        <w:rPr>
          <w:rFonts w:cs="Times New Roman"/>
          <w:color w:val="000000" w:themeColor="text1"/>
          <w:lang w:val="uk-UA"/>
        </w:rPr>
        <w:t xml:space="preserve"> </w:t>
      </w:r>
      <w:r w:rsidRPr="00B7305F">
        <w:rPr>
          <w:rFonts w:cs="Times New Roman"/>
          <w:color w:val="000000" w:themeColor="text1"/>
          <w:lang w:val="uk-UA"/>
        </w:rPr>
        <w:t>сесії,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проводяться</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початку</w:t>
      </w:r>
      <w:r w:rsidR="00480420" w:rsidRPr="00B7305F">
        <w:rPr>
          <w:rFonts w:cs="Times New Roman"/>
          <w:color w:val="000000" w:themeColor="text1"/>
          <w:lang w:val="uk-UA"/>
        </w:rPr>
        <w:t xml:space="preserve"> </w:t>
      </w:r>
      <w:r w:rsidRPr="00B7305F">
        <w:rPr>
          <w:rFonts w:cs="Times New Roman"/>
          <w:color w:val="000000" w:themeColor="text1"/>
          <w:lang w:val="uk-UA"/>
        </w:rPr>
        <w:t>зйомок.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«проживати»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технічних</w:t>
      </w:r>
      <w:r w:rsidR="00480420" w:rsidRPr="00B7305F">
        <w:rPr>
          <w:rFonts w:cs="Times New Roman"/>
          <w:color w:val="000000" w:themeColor="text1"/>
          <w:lang w:val="uk-UA"/>
        </w:rPr>
        <w:t xml:space="preserve"> </w:t>
      </w:r>
      <w:r w:rsidRPr="00B7305F">
        <w:rPr>
          <w:rFonts w:cs="Times New Roman"/>
          <w:color w:val="000000" w:themeColor="text1"/>
          <w:lang w:val="uk-UA"/>
        </w:rPr>
        <w:t>обмежень,</w:t>
      </w:r>
      <w:r w:rsidR="00480420" w:rsidRPr="00B7305F">
        <w:rPr>
          <w:rFonts w:cs="Times New Roman"/>
          <w:color w:val="000000" w:themeColor="text1"/>
          <w:lang w:val="uk-UA"/>
        </w:rPr>
        <w:t xml:space="preserve"> </w:t>
      </w:r>
      <w:r w:rsidRPr="00B7305F">
        <w:rPr>
          <w:rFonts w:cs="Times New Roman"/>
          <w:color w:val="000000" w:themeColor="text1"/>
          <w:lang w:val="uk-UA"/>
        </w:rPr>
        <w:t>досліджувати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партнером,</w:t>
      </w:r>
      <w:r w:rsidR="00480420" w:rsidRPr="00B7305F">
        <w:rPr>
          <w:rFonts w:cs="Times New Roman"/>
          <w:color w:val="000000" w:themeColor="text1"/>
          <w:lang w:val="uk-UA"/>
        </w:rPr>
        <w:t xml:space="preserve"> </w:t>
      </w:r>
      <w:r w:rsidRPr="00B7305F">
        <w:rPr>
          <w:rFonts w:cs="Times New Roman"/>
          <w:color w:val="000000" w:themeColor="text1"/>
          <w:lang w:val="uk-UA"/>
        </w:rPr>
        <w:t>випробовувати</w:t>
      </w:r>
      <w:r w:rsidR="00480420" w:rsidRPr="00B7305F">
        <w:rPr>
          <w:rFonts w:cs="Times New Roman"/>
          <w:color w:val="000000" w:themeColor="text1"/>
          <w:lang w:val="uk-UA"/>
        </w:rPr>
        <w:t xml:space="preserve"> </w:t>
      </w:r>
      <w:r w:rsidRPr="00B7305F">
        <w:rPr>
          <w:rFonts w:cs="Times New Roman"/>
          <w:color w:val="000000" w:themeColor="text1"/>
          <w:lang w:val="uk-UA"/>
        </w:rPr>
        <w:t>різні</w:t>
      </w:r>
      <w:r w:rsidR="00480420" w:rsidRPr="00B7305F">
        <w:rPr>
          <w:rFonts w:cs="Times New Roman"/>
          <w:color w:val="000000" w:themeColor="text1"/>
          <w:lang w:val="uk-UA"/>
        </w:rPr>
        <w:t xml:space="preserve"> </w:t>
      </w:r>
      <w:r w:rsidRPr="00B7305F">
        <w:rPr>
          <w:rFonts w:cs="Times New Roman"/>
          <w:color w:val="000000" w:themeColor="text1"/>
          <w:lang w:val="uk-UA"/>
        </w:rPr>
        <w:t>варіанти</w:t>
      </w:r>
      <w:r w:rsidR="00480420" w:rsidRPr="00B7305F">
        <w:rPr>
          <w:rFonts w:cs="Times New Roman"/>
          <w:color w:val="000000" w:themeColor="text1"/>
          <w:lang w:val="uk-UA"/>
        </w:rPr>
        <w:t xml:space="preserve"> </w:t>
      </w:r>
      <w:r w:rsidRPr="00B7305F">
        <w:rPr>
          <w:rFonts w:cs="Times New Roman"/>
          <w:color w:val="000000" w:themeColor="text1"/>
          <w:lang w:val="uk-UA"/>
        </w:rPr>
        <w:t>тональності,</w:t>
      </w:r>
      <w:r w:rsidR="00480420" w:rsidRPr="00B7305F">
        <w:rPr>
          <w:rFonts w:cs="Times New Roman"/>
          <w:color w:val="000000" w:themeColor="text1"/>
          <w:lang w:val="uk-UA"/>
        </w:rPr>
        <w:t xml:space="preserve"> </w:t>
      </w:r>
      <w:r w:rsidRPr="00B7305F">
        <w:rPr>
          <w:rFonts w:cs="Times New Roman"/>
          <w:color w:val="000000" w:themeColor="text1"/>
          <w:lang w:val="uk-UA"/>
        </w:rPr>
        <w:t>ритму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внутрішнього</w:t>
      </w:r>
      <w:r w:rsidR="00480420" w:rsidRPr="00B7305F">
        <w:rPr>
          <w:rFonts w:cs="Times New Roman"/>
          <w:color w:val="000000" w:themeColor="text1"/>
          <w:lang w:val="uk-UA"/>
        </w:rPr>
        <w:t xml:space="preserve"> </w:t>
      </w:r>
      <w:r w:rsidRPr="00B7305F">
        <w:rPr>
          <w:rFonts w:cs="Times New Roman"/>
          <w:color w:val="000000" w:themeColor="text1"/>
          <w:lang w:val="uk-UA"/>
        </w:rPr>
        <w:t>мотивування.</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ґрунт</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органічного</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адже</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w:t>
      </w:r>
      <w:r w:rsidR="00480420" w:rsidRPr="00B7305F">
        <w:rPr>
          <w:rFonts w:cs="Times New Roman"/>
          <w:color w:val="000000" w:themeColor="text1"/>
          <w:lang w:val="uk-UA"/>
        </w:rPr>
        <w:t xml:space="preserve"> </w:t>
      </w:r>
      <w:r w:rsidRPr="00B7305F">
        <w:rPr>
          <w:rFonts w:cs="Times New Roman"/>
          <w:color w:val="000000" w:themeColor="text1"/>
          <w:lang w:val="uk-UA"/>
        </w:rPr>
        <w:t>«народжуються»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теоретичному</w:t>
      </w:r>
      <w:r w:rsidR="00480420" w:rsidRPr="00B7305F">
        <w:rPr>
          <w:rFonts w:cs="Times New Roman"/>
          <w:color w:val="000000" w:themeColor="text1"/>
          <w:lang w:val="uk-UA"/>
        </w:rPr>
        <w:t xml:space="preserve"> </w:t>
      </w:r>
      <w:r w:rsidRPr="00B7305F">
        <w:rPr>
          <w:rFonts w:cs="Times New Roman"/>
          <w:color w:val="000000" w:themeColor="text1"/>
          <w:lang w:val="uk-UA"/>
        </w:rPr>
        <w:t>аналізі,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живому</w:t>
      </w:r>
      <w:r w:rsidR="00480420" w:rsidRPr="00B7305F">
        <w:rPr>
          <w:rFonts w:cs="Times New Roman"/>
          <w:color w:val="000000" w:themeColor="text1"/>
          <w:lang w:val="uk-UA"/>
        </w:rPr>
        <w:t xml:space="preserve"> </w:t>
      </w:r>
      <w:r w:rsidRPr="00B7305F">
        <w:rPr>
          <w:rFonts w:cs="Times New Roman"/>
          <w:color w:val="000000" w:themeColor="text1"/>
          <w:lang w:val="uk-UA"/>
        </w:rPr>
        <w:t>творчому</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експерименті.</w:t>
      </w:r>
    </w:p>
    <w:p w14:paraId="131D1A9D" w14:textId="56C36355"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проявляються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використанні</w:t>
      </w:r>
      <w:r w:rsidR="00480420" w:rsidRPr="00B7305F">
        <w:rPr>
          <w:rFonts w:cs="Times New Roman"/>
          <w:color w:val="000000" w:themeColor="text1"/>
          <w:lang w:val="uk-UA"/>
        </w:rPr>
        <w:t xml:space="preserve"> </w:t>
      </w:r>
      <w:r w:rsidRPr="00B7305F">
        <w:rPr>
          <w:rFonts w:cs="Times New Roman"/>
          <w:color w:val="000000" w:themeColor="text1"/>
          <w:lang w:val="uk-UA"/>
        </w:rPr>
        <w:t>рухових,</w:t>
      </w:r>
      <w:r w:rsidR="00480420" w:rsidRPr="00B7305F">
        <w:rPr>
          <w:rFonts w:cs="Times New Roman"/>
          <w:color w:val="000000" w:themeColor="text1"/>
          <w:lang w:val="uk-UA"/>
        </w:rPr>
        <w:t xml:space="preserve"> </w:t>
      </w:r>
      <w:r w:rsidRPr="00B7305F">
        <w:rPr>
          <w:rFonts w:cs="Times New Roman"/>
          <w:color w:val="000000" w:themeColor="text1"/>
          <w:lang w:val="uk-UA"/>
        </w:rPr>
        <w:t>емоційних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психофізичних</w:t>
      </w:r>
      <w:r w:rsidR="00480420" w:rsidRPr="00B7305F">
        <w:rPr>
          <w:rFonts w:cs="Times New Roman"/>
          <w:color w:val="000000" w:themeColor="text1"/>
          <w:lang w:val="uk-UA"/>
        </w:rPr>
        <w:t xml:space="preserve"> </w:t>
      </w:r>
      <w:r w:rsidRPr="00B7305F">
        <w:rPr>
          <w:rFonts w:cs="Times New Roman"/>
          <w:color w:val="000000" w:themeColor="text1"/>
          <w:lang w:val="uk-UA"/>
        </w:rPr>
        <w:t>вправ,</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допомагають</w:t>
      </w:r>
      <w:r w:rsidR="00480420" w:rsidRPr="00B7305F">
        <w:rPr>
          <w:rFonts w:cs="Times New Roman"/>
          <w:color w:val="000000" w:themeColor="text1"/>
          <w:lang w:val="uk-UA"/>
        </w:rPr>
        <w:t xml:space="preserve"> </w:t>
      </w:r>
      <w:r w:rsidRPr="00B7305F">
        <w:rPr>
          <w:rFonts w:cs="Times New Roman"/>
          <w:color w:val="000000" w:themeColor="text1"/>
          <w:lang w:val="uk-UA"/>
        </w:rPr>
        <w:t>«актуалізувати»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дублем.</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працюють</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уявною</w:t>
      </w:r>
      <w:r w:rsidR="00480420" w:rsidRPr="00B7305F">
        <w:rPr>
          <w:rFonts w:cs="Times New Roman"/>
          <w:color w:val="000000" w:themeColor="text1"/>
          <w:lang w:val="uk-UA"/>
        </w:rPr>
        <w:t xml:space="preserve"> </w:t>
      </w:r>
      <w:r w:rsidRPr="00B7305F">
        <w:rPr>
          <w:rFonts w:cs="Times New Roman"/>
          <w:color w:val="000000" w:themeColor="text1"/>
          <w:lang w:val="uk-UA"/>
        </w:rPr>
        <w:t>ситуацією,</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знайти</w:t>
      </w:r>
      <w:r w:rsidR="00480420" w:rsidRPr="00B7305F">
        <w:rPr>
          <w:rFonts w:cs="Times New Roman"/>
          <w:color w:val="000000" w:themeColor="text1"/>
          <w:lang w:val="uk-UA"/>
        </w:rPr>
        <w:t xml:space="preserve"> </w:t>
      </w:r>
      <w:r w:rsidRPr="00B7305F">
        <w:rPr>
          <w:rFonts w:cs="Times New Roman"/>
          <w:color w:val="000000" w:themeColor="text1"/>
          <w:lang w:val="uk-UA"/>
        </w:rPr>
        <w:t>правильні</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w:t>
      </w:r>
      <w:r w:rsidR="00480420" w:rsidRPr="00B7305F">
        <w:rPr>
          <w:rFonts w:cs="Times New Roman"/>
          <w:color w:val="000000" w:themeColor="text1"/>
          <w:lang w:val="uk-UA"/>
        </w:rPr>
        <w:t xml:space="preserve"> </w:t>
      </w:r>
      <w:r w:rsidRPr="00B7305F">
        <w:rPr>
          <w:rFonts w:cs="Times New Roman"/>
          <w:color w:val="000000" w:themeColor="text1"/>
          <w:lang w:val="uk-UA"/>
        </w:rPr>
        <w:t>обертони</w:t>
      </w:r>
      <w:r w:rsidR="00480420" w:rsidRPr="00B7305F">
        <w:rPr>
          <w:rFonts w:cs="Times New Roman"/>
          <w:color w:val="000000" w:themeColor="text1"/>
          <w:lang w:val="uk-UA"/>
        </w:rPr>
        <w:t xml:space="preserve"> </w:t>
      </w:r>
      <w:r w:rsidRPr="00B7305F">
        <w:rPr>
          <w:rFonts w:cs="Times New Roman"/>
          <w:color w:val="000000" w:themeColor="text1"/>
          <w:lang w:val="uk-UA"/>
        </w:rPr>
        <w:t>ролі.</w:t>
      </w:r>
      <w:r w:rsidR="00480420" w:rsidRPr="00B7305F">
        <w:rPr>
          <w:rFonts w:cs="Times New Roman"/>
          <w:color w:val="000000" w:themeColor="text1"/>
          <w:lang w:val="uk-UA"/>
        </w:rPr>
        <w:t xml:space="preserve"> </w:t>
      </w:r>
      <w:r w:rsidRPr="00B7305F">
        <w:rPr>
          <w:rFonts w:cs="Times New Roman"/>
          <w:color w:val="000000" w:themeColor="text1"/>
          <w:lang w:val="uk-UA"/>
        </w:rPr>
        <w:t>Подібна</w:t>
      </w:r>
      <w:r w:rsidR="00480420" w:rsidRPr="00B7305F">
        <w:rPr>
          <w:rFonts w:cs="Times New Roman"/>
          <w:color w:val="000000" w:themeColor="text1"/>
          <w:lang w:val="uk-UA"/>
        </w:rPr>
        <w:t xml:space="preserve"> </w:t>
      </w:r>
      <w:r w:rsidRPr="00B7305F">
        <w:rPr>
          <w:rFonts w:cs="Times New Roman"/>
          <w:color w:val="000000" w:themeColor="text1"/>
          <w:lang w:val="uk-UA"/>
        </w:rPr>
        <w:t>практика</w:t>
      </w:r>
      <w:r w:rsidR="00480420" w:rsidRPr="00B7305F">
        <w:rPr>
          <w:rFonts w:cs="Times New Roman"/>
          <w:color w:val="000000" w:themeColor="text1"/>
          <w:lang w:val="uk-UA"/>
        </w:rPr>
        <w:t xml:space="preserve"> </w:t>
      </w:r>
      <w:r w:rsidRPr="00B7305F">
        <w:rPr>
          <w:rFonts w:cs="Times New Roman"/>
          <w:color w:val="000000" w:themeColor="text1"/>
          <w:lang w:val="uk-UA"/>
        </w:rPr>
        <w:t>особливо</w:t>
      </w:r>
      <w:r w:rsidR="00480420" w:rsidRPr="00B7305F">
        <w:rPr>
          <w:rFonts w:cs="Times New Roman"/>
          <w:color w:val="000000" w:themeColor="text1"/>
          <w:lang w:val="uk-UA"/>
        </w:rPr>
        <w:t xml:space="preserve"> </w:t>
      </w:r>
      <w:r w:rsidRPr="00B7305F">
        <w:rPr>
          <w:rFonts w:cs="Times New Roman"/>
          <w:color w:val="000000" w:themeColor="text1"/>
          <w:lang w:val="uk-UA"/>
        </w:rPr>
        <w:t>ефективна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тих</w:t>
      </w:r>
      <w:r w:rsidR="00480420" w:rsidRPr="00B7305F">
        <w:rPr>
          <w:rFonts w:cs="Times New Roman"/>
          <w:color w:val="000000" w:themeColor="text1"/>
          <w:lang w:val="uk-UA"/>
        </w:rPr>
        <w:t xml:space="preserve"> </w:t>
      </w:r>
      <w:r w:rsidRPr="00B7305F">
        <w:rPr>
          <w:rFonts w:cs="Times New Roman"/>
          <w:color w:val="000000" w:themeColor="text1"/>
          <w:lang w:val="uk-UA"/>
        </w:rPr>
        <w:t>випадках,</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режисер</w:t>
      </w:r>
      <w:r w:rsidR="00480420" w:rsidRPr="00B7305F">
        <w:rPr>
          <w:rFonts w:cs="Times New Roman"/>
          <w:color w:val="000000" w:themeColor="text1"/>
          <w:lang w:val="uk-UA"/>
        </w:rPr>
        <w:t xml:space="preserve"> </w:t>
      </w:r>
      <w:r w:rsidRPr="00B7305F">
        <w:rPr>
          <w:rFonts w:cs="Times New Roman"/>
          <w:color w:val="000000" w:themeColor="text1"/>
          <w:lang w:val="uk-UA"/>
        </w:rPr>
        <w:t>прагне</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природності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динамічності</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Завдяки</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отримує</w:t>
      </w:r>
      <w:r w:rsidR="00480420" w:rsidRPr="00B7305F">
        <w:rPr>
          <w:rFonts w:cs="Times New Roman"/>
          <w:color w:val="000000" w:themeColor="text1"/>
          <w:lang w:val="uk-UA"/>
        </w:rPr>
        <w:t xml:space="preserve"> </w:t>
      </w:r>
      <w:r w:rsidRPr="00B7305F">
        <w:rPr>
          <w:rFonts w:cs="Times New Roman"/>
          <w:color w:val="000000" w:themeColor="text1"/>
          <w:lang w:val="uk-UA"/>
        </w:rPr>
        <w:t>живий,</w:t>
      </w:r>
      <w:r w:rsidR="00480420" w:rsidRPr="00B7305F">
        <w:rPr>
          <w:rFonts w:cs="Times New Roman"/>
          <w:color w:val="000000" w:themeColor="text1"/>
          <w:lang w:val="uk-UA"/>
        </w:rPr>
        <w:t xml:space="preserve"> </w:t>
      </w:r>
      <w:r w:rsidRPr="00B7305F">
        <w:rPr>
          <w:rFonts w:cs="Times New Roman"/>
          <w:color w:val="000000" w:themeColor="text1"/>
          <w:lang w:val="uk-UA"/>
        </w:rPr>
        <w:t>варіативний</w:t>
      </w:r>
      <w:r w:rsidR="00480420" w:rsidRPr="00B7305F">
        <w:rPr>
          <w:rFonts w:cs="Times New Roman"/>
          <w:color w:val="000000" w:themeColor="text1"/>
          <w:lang w:val="uk-UA"/>
        </w:rPr>
        <w:t xml:space="preserve"> </w:t>
      </w:r>
      <w:r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якому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«виконує</w:t>
      </w:r>
      <w:r w:rsidR="00480420" w:rsidRPr="00B7305F">
        <w:rPr>
          <w:rFonts w:cs="Times New Roman"/>
          <w:color w:val="000000" w:themeColor="text1"/>
          <w:lang w:val="uk-UA"/>
        </w:rPr>
        <w:t xml:space="preserve"> </w:t>
      </w:r>
      <w:r w:rsidRPr="00B7305F">
        <w:rPr>
          <w:rFonts w:cs="Times New Roman"/>
          <w:color w:val="000000" w:themeColor="text1"/>
          <w:lang w:val="uk-UA"/>
        </w:rPr>
        <w:t>заготовлений</w:t>
      </w:r>
      <w:r w:rsidR="00480420" w:rsidRPr="00B7305F">
        <w:rPr>
          <w:rFonts w:cs="Times New Roman"/>
          <w:color w:val="000000" w:themeColor="text1"/>
          <w:lang w:val="uk-UA"/>
        </w:rPr>
        <w:t xml:space="preserve"> </w:t>
      </w:r>
      <w:r w:rsidRPr="00F60135">
        <w:rPr>
          <w:rFonts w:cs="Times New Roman"/>
          <w:lang w:val="uk-UA"/>
        </w:rPr>
        <w:t>малюнок</w:t>
      </w:r>
      <w:r w:rsidR="009E0C26" w:rsidRPr="00F60135">
        <w:rPr>
          <w:rFonts w:cs="Times New Roman"/>
          <w:lang w:val="ru-RU"/>
        </w:rPr>
        <w:t xml:space="preserve"> [</w:t>
      </w:r>
      <w:r w:rsidR="00F60135" w:rsidRPr="00F60135">
        <w:rPr>
          <w:rFonts w:cs="Times New Roman"/>
          <w:lang w:val="ru-RU"/>
        </w:rPr>
        <w:t>31</w:t>
      </w:r>
      <w:r w:rsidR="009E0C26" w:rsidRPr="00F60135">
        <w:rPr>
          <w:rFonts w:cs="Times New Roman"/>
          <w:lang w:val="ru-RU"/>
        </w:rPr>
        <w:t xml:space="preserve">, </w:t>
      </w:r>
      <w:r w:rsidR="009E0C26" w:rsidRPr="00F60135">
        <w:rPr>
          <w:rFonts w:cs="Times New Roman"/>
        </w:rPr>
        <w:t>c</w:t>
      </w:r>
      <w:r w:rsidR="009E0C26" w:rsidRPr="00F60135">
        <w:rPr>
          <w:rFonts w:cs="Times New Roman"/>
          <w:lang w:val="ru-RU"/>
        </w:rPr>
        <w:t>.</w:t>
      </w:r>
      <w:r w:rsidR="00F60135" w:rsidRPr="00F60135">
        <w:rPr>
          <w:rFonts w:cs="Times New Roman"/>
          <w:lang w:val="ru-RU"/>
        </w:rPr>
        <w:t>43</w:t>
      </w:r>
      <w:r w:rsidR="009E0C26" w:rsidRPr="00F60135">
        <w:rPr>
          <w:rFonts w:cs="Times New Roman"/>
          <w:lang w:val="ru-RU"/>
        </w:rPr>
        <w:t>]</w:t>
      </w:r>
      <w:r w:rsidRPr="00F60135">
        <w:rPr>
          <w:rFonts w:cs="Times New Roman"/>
          <w:lang w:val="uk-UA"/>
        </w:rPr>
        <w:t>»,</w:t>
      </w:r>
      <w:r w:rsidR="00480420" w:rsidRPr="00F60135">
        <w:rPr>
          <w:rFonts w:cs="Times New Roman"/>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реагує</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партнера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обставини.</w:t>
      </w:r>
    </w:p>
    <w:p w14:paraId="5E92C409" w14:textId="3498720E"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Сучасне</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активно</w:t>
      </w:r>
      <w:r w:rsidR="00480420" w:rsidRPr="00B7305F">
        <w:rPr>
          <w:rFonts w:cs="Times New Roman"/>
          <w:color w:val="000000" w:themeColor="text1"/>
          <w:lang w:val="uk-UA"/>
        </w:rPr>
        <w:t xml:space="preserve"> </w:t>
      </w:r>
      <w:r w:rsidRPr="00B7305F">
        <w:rPr>
          <w:rFonts w:cs="Times New Roman"/>
          <w:color w:val="000000" w:themeColor="text1"/>
          <w:lang w:val="uk-UA"/>
        </w:rPr>
        <w:t>інтегрує</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мультимедійні</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напівтеатральні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зйомок:</w:t>
      </w:r>
      <w:r w:rsidR="00480420" w:rsidRPr="00B7305F">
        <w:rPr>
          <w:rFonts w:cs="Times New Roman"/>
          <w:color w:val="000000" w:themeColor="text1"/>
          <w:lang w:val="uk-UA"/>
        </w:rPr>
        <w:t xml:space="preserve"> </w:t>
      </w:r>
      <w:r w:rsidRPr="00B7305F">
        <w:rPr>
          <w:rFonts w:cs="Times New Roman"/>
          <w:color w:val="000000" w:themeColor="text1"/>
          <w:lang w:val="uk-UA"/>
        </w:rPr>
        <w:t>відеопроєкції,</w:t>
      </w:r>
      <w:r w:rsidR="00480420" w:rsidRPr="00B7305F">
        <w:rPr>
          <w:rFonts w:cs="Times New Roman"/>
          <w:color w:val="000000" w:themeColor="text1"/>
          <w:lang w:val="uk-UA"/>
        </w:rPr>
        <w:t xml:space="preserve"> </w:t>
      </w:r>
      <w:r w:rsidRPr="00B7305F">
        <w:rPr>
          <w:rFonts w:cs="Times New Roman"/>
          <w:color w:val="000000" w:themeColor="text1"/>
          <w:lang w:val="uk-UA"/>
        </w:rPr>
        <w:t>живі</w:t>
      </w:r>
      <w:r w:rsidR="00480420" w:rsidRPr="00B7305F">
        <w:rPr>
          <w:rFonts w:cs="Times New Roman"/>
          <w:color w:val="000000" w:themeColor="text1"/>
          <w:lang w:val="uk-UA"/>
        </w:rPr>
        <w:t xml:space="preserve"> </w:t>
      </w:r>
      <w:r w:rsidRPr="00B7305F">
        <w:rPr>
          <w:rFonts w:cs="Times New Roman"/>
          <w:color w:val="000000" w:themeColor="text1"/>
          <w:lang w:val="uk-UA"/>
        </w:rPr>
        <w:t>інсталяції,</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імпровізаційними</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переходами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планами.</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створити</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характерний</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водночас</w:t>
      </w:r>
      <w:r w:rsidR="00480420" w:rsidRPr="00B7305F">
        <w:rPr>
          <w:rFonts w:cs="Times New Roman"/>
          <w:color w:val="000000" w:themeColor="text1"/>
          <w:lang w:val="uk-UA"/>
        </w:rPr>
        <w:t xml:space="preserve"> </w:t>
      </w:r>
      <w:r w:rsidRPr="00B7305F">
        <w:rPr>
          <w:rFonts w:cs="Times New Roman"/>
          <w:color w:val="000000" w:themeColor="text1"/>
          <w:lang w:val="uk-UA"/>
        </w:rPr>
        <w:t>розширює</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окремих</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режисерських</w:t>
      </w:r>
      <w:r w:rsidR="00480420" w:rsidRPr="00B7305F">
        <w:rPr>
          <w:rFonts w:cs="Times New Roman"/>
          <w:color w:val="000000" w:themeColor="text1"/>
          <w:lang w:val="uk-UA"/>
        </w:rPr>
        <w:t xml:space="preserve"> </w:t>
      </w:r>
      <w:r w:rsidRPr="00B7305F">
        <w:rPr>
          <w:rFonts w:cs="Times New Roman"/>
          <w:color w:val="000000" w:themeColor="text1"/>
          <w:lang w:val="uk-UA"/>
        </w:rPr>
        <w:t>підходах</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фрагменти</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існувати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інтермедії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невеликі</w:t>
      </w:r>
      <w:r w:rsidR="00480420" w:rsidRPr="00B7305F">
        <w:rPr>
          <w:rFonts w:cs="Times New Roman"/>
          <w:color w:val="000000" w:themeColor="text1"/>
          <w:lang w:val="uk-UA"/>
        </w:rPr>
        <w:t xml:space="preserve"> </w:t>
      </w:r>
      <w:r w:rsidRPr="00B7305F">
        <w:rPr>
          <w:rFonts w:cs="Times New Roman"/>
          <w:color w:val="000000" w:themeColor="text1"/>
          <w:lang w:val="uk-UA"/>
        </w:rPr>
        <w:t>вставки,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нагадують</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вправи,</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w:t>
      </w:r>
      <w:r w:rsidR="00480420" w:rsidRPr="00B7305F">
        <w:rPr>
          <w:rFonts w:cs="Times New Roman"/>
          <w:color w:val="000000" w:themeColor="text1"/>
          <w:lang w:val="uk-UA"/>
        </w:rPr>
        <w:t xml:space="preserve"> </w:t>
      </w:r>
      <w:r w:rsidRPr="00B7305F">
        <w:rPr>
          <w:rFonts w:cs="Times New Roman"/>
          <w:color w:val="000000" w:themeColor="text1"/>
          <w:lang w:val="uk-UA"/>
        </w:rPr>
        <w:t>вписуються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кінематографічний</w:t>
      </w:r>
      <w:r w:rsidR="00480420" w:rsidRPr="00B7305F">
        <w:rPr>
          <w:rFonts w:cs="Times New Roman"/>
          <w:color w:val="000000" w:themeColor="text1"/>
          <w:lang w:val="uk-UA"/>
        </w:rPr>
        <w:t xml:space="preserve"> </w:t>
      </w:r>
      <w:r w:rsidRPr="00B7305F">
        <w:rPr>
          <w:rFonts w:cs="Times New Roman"/>
          <w:color w:val="000000" w:themeColor="text1"/>
          <w:lang w:val="uk-UA"/>
        </w:rPr>
        <w:t>ритм.</w:t>
      </w:r>
    </w:p>
    <w:p w14:paraId="3F7786A7" w14:textId="3A1AEA64" w:rsidR="00C95306" w:rsidRPr="00B7305F" w:rsidRDefault="00C95306"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Практика</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імпровізації</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поширеною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світовому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режисери</w:t>
      </w:r>
      <w:r w:rsidR="00480420" w:rsidRPr="00B7305F">
        <w:rPr>
          <w:rFonts w:cs="Times New Roman"/>
          <w:color w:val="000000" w:themeColor="text1"/>
          <w:lang w:val="uk-UA"/>
        </w:rPr>
        <w:t xml:space="preserve"> </w:t>
      </w:r>
      <w:r w:rsidRPr="00B7305F">
        <w:rPr>
          <w:rFonts w:cs="Times New Roman"/>
          <w:color w:val="000000" w:themeColor="text1"/>
          <w:lang w:val="uk-UA"/>
        </w:rPr>
        <w:t>прагнуть</w:t>
      </w:r>
      <w:r w:rsidR="00480420" w:rsidRPr="00B7305F">
        <w:rPr>
          <w:rFonts w:cs="Times New Roman"/>
          <w:color w:val="000000" w:themeColor="text1"/>
          <w:lang w:val="uk-UA"/>
        </w:rPr>
        <w:t xml:space="preserve"> </w:t>
      </w:r>
      <w:r w:rsidRPr="00B7305F">
        <w:rPr>
          <w:rFonts w:cs="Times New Roman"/>
          <w:color w:val="000000" w:themeColor="text1"/>
          <w:lang w:val="uk-UA"/>
        </w:rPr>
        <w:t>зберегти</w:t>
      </w:r>
      <w:r w:rsidR="00480420" w:rsidRPr="00B7305F">
        <w:rPr>
          <w:rFonts w:cs="Times New Roman"/>
          <w:color w:val="000000" w:themeColor="text1"/>
          <w:lang w:val="uk-UA"/>
        </w:rPr>
        <w:t xml:space="preserve"> </w:t>
      </w:r>
      <w:r w:rsidRPr="00B7305F">
        <w:rPr>
          <w:rFonts w:cs="Times New Roman"/>
          <w:color w:val="000000" w:themeColor="text1"/>
          <w:lang w:val="uk-UA"/>
        </w:rPr>
        <w:t>природність</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акторами.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багатьох</w:t>
      </w:r>
      <w:r w:rsidR="00480420" w:rsidRPr="00B7305F">
        <w:rPr>
          <w:rFonts w:cs="Times New Roman"/>
          <w:color w:val="000000" w:themeColor="text1"/>
          <w:lang w:val="uk-UA"/>
        </w:rPr>
        <w:t xml:space="preserve"> </w:t>
      </w:r>
      <w:r w:rsidRPr="00B7305F">
        <w:rPr>
          <w:rFonts w:cs="Times New Roman"/>
          <w:color w:val="000000" w:themeColor="text1"/>
          <w:lang w:val="uk-UA"/>
        </w:rPr>
        <w:t>авторських</w:t>
      </w:r>
      <w:r w:rsidR="00480420" w:rsidRPr="00B7305F">
        <w:rPr>
          <w:rFonts w:cs="Times New Roman"/>
          <w:color w:val="000000" w:themeColor="text1"/>
          <w:lang w:val="uk-UA"/>
        </w:rPr>
        <w:t xml:space="preserve"> </w:t>
      </w:r>
      <w:r w:rsidRPr="00B7305F">
        <w:rPr>
          <w:rFonts w:cs="Times New Roman"/>
          <w:color w:val="000000" w:themeColor="text1"/>
          <w:lang w:val="uk-UA"/>
        </w:rPr>
        <w:t>проєктах</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надається</w:t>
      </w:r>
      <w:r w:rsidR="00480420" w:rsidRPr="00B7305F">
        <w:rPr>
          <w:rFonts w:cs="Times New Roman"/>
          <w:color w:val="000000" w:themeColor="text1"/>
          <w:lang w:val="uk-UA"/>
        </w:rPr>
        <w:t xml:space="preserve"> </w:t>
      </w:r>
      <w:r w:rsidRPr="00B7305F">
        <w:rPr>
          <w:rFonts w:cs="Times New Roman"/>
          <w:color w:val="000000" w:themeColor="text1"/>
          <w:lang w:val="uk-UA"/>
        </w:rPr>
        <w:t>свобода</w:t>
      </w:r>
      <w:r w:rsidR="00480420" w:rsidRPr="00B7305F">
        <w:rPr>
          <w:rFonts w:cs="Times New Roman"/>
          <w:color w:val="000000" w:themeColor="text1"/>
          <w:lang w:val="uk-UA"/>
        </w:rPr>
        <w:t xml:space="preserve"> </w:t>
      </w:r>
      <w:r w:rsidRPr="00B7305F">
        <w:rPr>
          <w:rFonts w:cs="Times New Roman"/>
          <w:color w:val="000000" w:themeColor="text1"/>
          <w:lang w:val="uk-UA"/>
        </w:rPr>
        <w:t>вибору</w:t>
      </w:r>
      <w:r w:rsidR="00480420" w:rsidRPr="00B7305F">
        <w:rPr>
          <w:rFonts w:cs="Times New Roman"/>
          <w:color w:val="000000" w:themeColor="text1"/>
          <w:lang w:val="uk-UA"/>
        </w:rPr>
        <w:t xml:space="preserve"> </w:t>
      </w:r>
      <w:r w:rsidRPr="00B7305F">
        <w:rPr>
          <w:rFonts w:cs="Times New Roman"/>
          <w:color w:val="000000" w:themeColor="text1"/>
          <w:lang w:val="uk-UA"/>
        </w:rPr>
        <w:t>жесту,</w:t>
      </w:r>
      <w:r w:rsidR="00480420" w:rsidRPr="00B7305F">
        <w:rPr>
          <w:rFonts w:cs="Times New Roman"/>
          <w:color w:val="000000" w:themeColor="text1"/>
          <w:lang w:val="uk-UA"/>
        </w:rPr>
        <w:t xml:space="preserve"> </w:t>
      </w:r>
      <w:r w:rsidRPr="00B7305F">
        <w:rPr>
          <w:rFonts w:cs="Times New Roman"/>
          <w:color w:val="000000" w:themeColor="text1"/>
          <w:lang w:val="uk-UA"/>
        </w:rPr>
        <w:t>реакції</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інтонації,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Pr="00B7305F">
        <w:rPr>
          <w:rFonts w:cs="Times New Roman"/>
          <w:color w:val="000000" w:themeColor="text1"/>
          <w:lang w:val="uk-UA"/>
        </w:rPr>
        <w:t>унікальну</w:t>
      </w:r>
      <w:r w:rsidR="00480420" w:rsidRPr="00B7305F">
        <w:rPr>
          <w:rFonts w:cs="Times New Roman"/>
          <w:color w:val="000000" w:themeColor="text1"/>
          <w:lang w:val="uk-UA"/>
        </w:rPr>
        <w:t xml:space="preserve"> </w:t>
      </w:r>
      <w:r w:rsidRPr="00B7305F">
        <w:rPr>
          <w:rFonts w:cs="Times New Roman"/>
          <w:color w:val="000000" w:themeColor="text1"/>
          <w:lang w:val="uk-UA"/>
        </w:rPr>
        <w:t>емоційну</w:t>
      </w:r>
      <w:r w:rsidR="00480420" w:rsidRPr="00B7305F">
        <w:rPr>
          <w:rFonts w:cs="Times New Roman"/>
          <w:color w:val="000000" w:themeColor="text1"/>
          <w:lang w:val="uk-UA"/>
        </w:rPr>
        <w:t xml:space="preserve"> </w:t>
      </w:r>
      <w:r w:rsidRPr="00B7305F">
        <w:rPr>
          <w:rFonts w:cs="Times New Roman"/>
          <w:color w:val="000000" w:themeColor="text1"/>
          <w:lang w:val="uk-UA"/>
        </w:rPr>
        <w:t>палітру</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підсилює</w:t>
      </w:r>
      <w:r w:rsidR="00480420" w:rsidRPr="00B7305F">
        <w:rPr>
          <w:rFonts w:cs="Times New Roman"/>
          <w:color w:val="000000" w:themeColor="text1"/>
          <w:lang w:val="uk-UA"/>
        </w:rPr>
        <w:t xml:space="preserve"> </w:t>
      </w:r>
      <w:r w:rsidRPr="00B7305F">
        <w:rPr>
          <w:rFonts w:cs="Times New Roman"/>
          <w:color w:val="000000" w:themeColor="text1"/>
          <w:lang w:val="uk-UA"/>
        </w:rPr>
        <w:t>глядацьке</w:t>
      </w:r>
      <w:r w:rsidR="00480420" w:rsidRPr="00B7305F">
        <w:rPr>
          <w:rFonts w:cs="Times New Roman"/>
          <w:color w:val="000000" w:themeColor="text1"/>
          <w:lang w:val="uk-UA"/>
        </w:rPr>
        <w:t xml:space="preserve"> </w:t>
      </w:r>
      <w:r w:rsidRPr="00B7305F">
        <w:rPr>
          <w:rFonts w:cs="Times New Roman"/>
          <w:color w:val="000000" w:themeColor="text1"/>
          <w:lang w:val="uk-UA"/>
        </w:rPr>
        <w:t>відчуття</w:t>
      </w:r>
      <w:r w:rsidR="00480420" w:rsidRPr="00B7305F">
        <w:rPr>
          <w:rFonts w:cs="Times New Roman"/>
          <w:color w:val="000000" w:themeColor="text1"/>
          <w:lang w:val="uk-UA"/>
        </w:rPr>
        <w:t xml:space="preserve"> </w:t>
      </w:r>
      <w:r w:rsidRPr="00B7305F">
        <w:rPr>
          <w:rFonts w:cs="Times New Roman"/>
          <w:color w:val="000000" w:themeColor="text1"/>
          <w:lang w:val="uk-UA"/>
        </w:rPr>
        <w:t>«живої</w:t>
      </w:r>
      <w:r w:rsidR="00480420" w:rsidRPr="00B7305F">
        <w:rPr>
          <w:rFonts w:cs="Times New Roman"/>
          <w:color w:val="000000" w:themeColor="text1"/>
          <w:lang w:val="uk-UA"/>
        </w:rPr>
        <w:t xml:space="preserve"> </w:t>
      </w:r>
      <w:r w:rsidRPr="00F60135">
        <w:rPr>
          <w:rFonts w:cs="Times New Roman"/>
          <w:lang w:val="uk-UA"/>
        </w:rPr>
        <w:t>дії</w:t>
      </w:r>
      <w:r w:rsidR="009E0C26" w:rsidRPr="00F60135">
        <w:rPr>
          <w:rFonts w:cs="Times New Roman"/>
          <w:lang w:val="uk-UA"/>
        </w:rPr>
        <w:t xml:space="preserve"> [</w:t>
      </w:r>
      <w:r w:rsidR="00F60135" w:rsidRPr="00F60135">
        <w:rPr>
          <w:rFonts w:cs="Times New Roman"/>
          <w:lang w:val="uk-UA"/>
        </w:rPr>
        <w:t>32</w:t>
      </w:r>
      <w:r w:rsidR="009E0C26" w:rsidRPr="00F60135">
        <w:rPr>
          <w:rFonts w:cs="Times New Roman"/>
          <w:lang w:val="uk-UA"/>
        </w:rPr>
        <w:t xml:space="preserve">, </w:t>
      </w:r>
      <w:r w:rsidR="009E0C26" w:rsidRPr="0010382C">
        <w:rPr>
          <w:rFonts w:cs="Times New Roman"/>
          <w:color w:val="000000" w:themeColor="text1"/>
        </w:rPr>
        <w:t>c</w:t>
      </w:r>
      <w:r w:rsidR="009E0C26" w:rsidRPr="0010382C">
        <w:rPr>
          <w:rFonts w:cs="Times New Roman"/>
          <w:color w:val="000000" w:themeColor="text1"/>
          <w:lang w:val="uk-UA"/>
        </w:rPr>
        <w:t>.</w:t>
      </w:r>
      <w:r w:rsidR="00F60135" w:rsidRPr="0010382C">
        <w:rPr>
          <w:rFonts w:cs="Times New Roman"/>
          <w:color w:val="000000" w:themeColor="text1"/>
          <w:lang w:val="uk-UA"/>
        </w:rPr>
        <w:t>29</w:t>
      </w:r>
      <w:r w:rsidR="009E0C26"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F60135">
        <w:rPr>
          <w:rFonts w:cs="Times New Roman"/>
          <w:lang w:val="uk-UA"/>
        </w:rPr>
        <w:t>Так</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походять</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потреби</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момент,</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народжується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процесі,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існує</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структурований</w:t>
      </w:r>
      <w:r w:rsidR="00480420" w:rsidRPr="00B7305F">
        <w:rPr>
          <w:rFonts w:cs="Times New Roman"/>
          <w:color w:val="000000" w:themeColor="text1"/>
          <w:lang w:val="uk-UA"/>
        </w:rPr>
        <w:t xml:space="preserve"> </w:t>
      </w:r>
      <w:r w:rsidRPr="00B7305F">
        <w:rPr>
          <w:rFonts w:cs="Times New Roman"/>
          <w:color w:val="000000" w:themeColor="text1"/>
          <w:lang w:val="uk-UA"/>
        </w:rPr>
        <w:t>текст.</w:t>
      </w:r>
    </w:p>
    <w:p w14:paraId="67759865" w14:textId="7196FCFB" w:rsidR="00C95306" w:rsidRPr="00B7305F" w:rsidRDefault="00C95306" w:rsidP="00051784">
      <w:pPr>
        <w:spacing w:after="0"/>
        <w:ind w:left="0" w:firstLine="709"/>
        <w:jc w:val="both"/>
        <w:rPr>
          <w:rFonts w:cs="Times New Roman"/>
          <w:b/>
          <w:bCs/>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підсумку</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виступає</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методом</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своєрідною</w:t>
      </w:r>
      <w:r w:rsidR="00480420" w:rsidRPr="00B7305F">
        <w:rPr>
          <w:rFonts w:cs="Times New Roman"/>
          <w:color w:val="000000" w:themeColor="text1"/>
          <w:lang w:val="uk-UA"/>
        </w:rPr>
        <w:t xml:space="preserve"> </w:t>
      </w:r>
      <w:r w:rsidRPr="00B7305F">
        <w:rPr>
          <w:rFonts w:cs="Times New Roman"/>
          <w:color w:val="000000" w:themeColor="text1"/>
          <w:lang w:val="uk-UA"/>
        </w:rPr>
        <w:t>платформою</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Вона</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акторам</w:t>
      </w:r>
      <w:r w:rsidR="00480420" w:rsidRPr="00B7305F">
        <w:rPr>
          <w:rFonts w:cs="Times New Roman"/>
          <w:color w:val="000000" w:themeColor="text1"/>
          <w:lang w:val="uk-UA"/>
        </w:rPr>
        <w:t xml:space="preserve"> </w:t>
      </w:r>
      <w:r w:rsidRPr="00B7305F">
        <w:rPr>
          <w:rFonts w:cs="Times New Roman"/>
          <w:color w:val="000000" w:themeColor="text1"/>
          <w:lang w:val="uk-UA"/>
        </w:rPr>
        <w:t>переносити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свободу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кінопроцес,</w:t>
      </w:r>
      <w:r w:rsidR="00480420" w:rsidRPr="00B7305F">
        <w:rPr>
          <w:rFonts w:cs="Times New Roman"/>
          <w:color w:val="000000" w:themeColor="text1"/>
          <w:lang w:val="uk-UA"/>
        </w:rPr>
        <w:t xml:space="preserve"> </w:t>
      </w:r>
      <w:r w:rsidRPr="00B7305F">
        <w:rPr>
          <w:rFonts w:cs="Times New Roman"/>
          <w:color w:val="000000" w:themeColor="text1"/>
          <w:lang w:val="uk-UA"/>
        </w:rPr>
        <w:t>зберігаючи</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точність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психологічну</w:t>
      </w:r>
      <w:r w:rsidR="00480420" w:rsidRPr="00B7305F">
        <w:rPr>
          <w:rFonts w:cs="Times New Roman"/>
          <w:color w:val="000000" w:themeColor="text1"/>
          <w:lang w:val="uk-UA"/>
        </w:rPr>
        <w:t xml:space="preserve"> </w:t>
      </w:r>
      <w:r w:rsidRPr="00B7305F">
        <w:rPr>
          <w:rFonts w:cs="Times New Roman"/>
          <w:color w:val="000000" w:themeColor="text1"/>
          <w:lang w:val="uk-UA"/>
        </w:rPr>
        <w:t>достовірність</w:t>
      </w:r>
      <w:r w:rsidR="00480420" w:rsidRPr="00B7305F">
        <w:rPr>
          <w:rFonts w:cs="Times New Roman"/>
          <w:color w:val="000000" w:themeColor="text1"/>
          <w:lang w:val="uk-UA"/>
        </w:rPr>
        <w:t xml:space="preserve"> </w:t>
      </w:r>
      <w:r w:rsidRPr="00B7305F">
        <w:rPr>
          <w:rFonts w:cs="Times New Roman"/>
          <w:color w:val="000000" w:themeColor="text1"/>
          <w:lang w:val="uk-UA"/>
        </w:rPr>
        <w:t>екранного</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існування.</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стають</w:t>
      </w:r>
      <w:r w:rsidR="00480420" w:rsidRPr="00B7305F">
        <w:rPr>
          <w:rFonts w:cs="Times New Roman"/>
          <w:color w:val="000000" w:themeColor="text1"/>
          <w:lang w:val="uk-UA"/>
        </w:rPr>
        <w:t xml:space="preserve"> </w:t>
      </w:r>
      <w:r w:rsidRPr="00B7305F">
        <w:rPr>
          <w:rFonts w:cs="Times New Roman"/>
          <w:color w:val="000000" w:themeColor="text1"/>
          <w:lang w:val="uk-UA"/>
        </w:rPr>
        <w:t>тим</w:t>
      </w:r>
      <w:r w:rsidR="00480420" w:rsidRPr="00B7305F">
        <w:rPr>
          <w:rFonts w:cs="Times New Roman"/>
          <w:color w:val="000000" w:themeColor="text1"/>
          <w:lang w:val="uk-UA"/>
        </w:rPr>
        <w:t xml:space="preserve"> </w:t>
      </w:r>
      <w:r w:rsidRPr="00B7305F">
        <w:rPr>
          <w:rFonts w:cs="Times New Roman"/>
          <w:color w:val="000000" w:themeColor="text1"/>
          <w:lang w:val="uk-UA"/>
        </w:rPr>
        <w:t>містком,</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поєднує</w:t>
      </w:r>
      <w:r w:rsidR="00480420" w:rsidRPr="00B7305F">
        <w:rPr>
          <w:rFonts w:cs="Times New Roman"/>
          <w:color w:val="000000" w:themeColor="text1"/>
          <w:lang w:val="uk-UA"/>
        </w:rPr>
        <w:t xml:space="preserve"> </w:t>
      </w:r>
      <w:r w:rsidRPr="00B7305F">
        <w:rPr>
          <w:rFonts w:cs="Times New Roman"/>
          <w:color w:val="000000" w:themeColor="text1"/>
          <w:lang w:val="uk-UA"/>
        </w:rPr>
        <w:t>дві</w:t>
      </w:r>
      <w:r w:rsidR="00480420" w:rsidRPr="00B7305F">
        <w:rPr>
          <w:rFonts w:cs="Times New Roman"/>
          <w:color w:val="000000" w:themeColor="text1"/>
          <w:lang w:val="uk-UA"/>
        </w:rPr>
        <w:t xml:space="preserve"> </w:t>
      </w:r>
      <w:r w:rsidRPr="00B7305F">
        <w:rPr>
          <w:rFonts w:cs="Times New Roman"/>
          <w:color w:val="000000" w:themeColor="text1"/>
          <w:lang w:val="uk-UA"/>
        </w:rPr>
        <w:t>різні</w:t>
      </w:r>
      <w:r w:rsidR="00480420" w:rsidRPr="00B7305F">
        <w:rPr>
          <w:rFonts w:cs="Times New Roman"/>
          <w:color w:val="000000" w:themeColor="text1"/>
          <w:lang w:val="uk-UA"/>
        </w:rPr>
        <w:t xml:space="preserve"> </w:t>
      </w:r>
      <w:r w:rsidRPr="00B7305F">
        <w:rPr>
          <w:rFonts w:cs="Times New Roman"/>
          <w:color w:val="000000" w:themeColor="text1"/>
          <w:lang w:val="uk-UA"/>
        </w:rPr>
        <w:t>творчі</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забезпечує</w:t>
      </w:r>
      <w:r w:rsidR="00480420" w:rsidRPr="00B7305F">
        <w:rPr>
          <w:rFonts w:cs="Times New Roman"/>
          <w:color w:val="000000" w:themeColor="text1"/>
          <w:lang w:val="uk-UA"/>
        </w:rPr>
        <w:t xml:space="preserve"> </w:t>
      </w:r>
      <w:r w:rsidRPr="00B7305F">
        <w:rPr>
          <w:rFonts w:cs="Times New Roman"/>
          <w:color w:val="000000" w:themeColor="text1"/>
          <w:lang w:val="uk-UA"/>
        </w:rPr>
        <w:t>появу</w:t>
      </w:r>
      <w:r w:rsidR="00480420" w:rsidRPr="00B7305F">
        <w:rPr>
          <w:rFonts w:cs="Times New Roman"/>
          <w:color w:val="000000" w:themeColor="text1"/>
          <w:lang w:val="uk-UA"/>
        </w:rPr>
        <w:t xml:space="preserve"> </w:t>
      </w:r>
      <w:r w:rsidRPr="00B7305F">
        <w:rPr>
          <w:rFonts w:cs="Times New Roman"/>
          <w:color w:val="000000" w:themeColor="text1"/>
          <w:lang w:val="uk-UA"/>
        </w:rPr>
        <w:t>нової</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Pr="00B7305F">
        <w:rPr>
          <w:rFonts w:cs="Times New Roman"/>
          <w:b/>
          <w:bCs/>
          <w:color w:val="000000" w:themeColor="text1"/>
          <w:lang w:val="uk-UA"/>
        </w:rPr>
        <w:t>.</w:t>
      </w:r>
    </w:p>
    <w:p w14:paraId="4720DE7B" w14:textId="04D4889B" w:rsidR="008D42A3"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4.</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Синтез</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інтеграція:</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коли</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театр</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008D42A3" w:rsidRPr="00B7305F">
        <w:rPr>
          <w:rFonts w:cs="Times New Roman"/>
          <w:b/>
          <w:bCs/>
          <w:color w:val="000000" w:themeColor="text1"/>
          <w:lang w:val="uk-UA"/>
        </w:rPr>
        <w:t>кіно</w:t>
      </w:r>
      <w:r w:rsidR="00480420" w:rsidRPr="00B7305F">
        <w:rPr>
          <w:rFonts w:cs="Times New Roman"/>
          <w:b/>
          <w:bCs/>
          <w:color w:val="000000" w:themeColor="text1"/>
          <w:lang w:val="uk-UA"/>
        </w:rPr>
        <w:t xml:space="preserve"> </w:t>
      </w:r>
      <w:r w:rsidR="0088316A" w:rsidRPr="00B7305F">
        <w:rPr>
          <w:rFonts w:cs="Times New Roman"/>
          <w:b/>
          <w:bCs/>
          <w:color w:val="000000" w:themeColor="text1"/>
          <w:lang w:val="uk-UA"/>
        </w:rPr>
        <w:t>поєднуються</w:t>
      </w:r>
    </w:p>
    <w:p w14:paraId="5303FB09" w14:textId="037C50B7"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r w:rsidR="00480420" w:rsidRPr="00B7305F">
        <w:rPr>
          <w:rFonts w:cs="Times New Roman"/>
          <w:color w:val="000000" w:themeColor="text1"/>
          <w:lang w:val="uk-UA"/>
        </w:rPr>
        <w:t xml:space="preserve"> </w:t>
      </w:r>
      <w:r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спостерігається</w:t>
      </w:r>
      <w:r w:rsidR="00480420" w:rsidRPr="00B7305F">
        <w:rPr>
          <w:rFonts w:cs="Times New Roman"/>
          <w:color w:val="000000" w:themeColor="text1"/>
          <w:lang w:val="uk-UA"/>
        </w:rPr>
        <w:t xml:space="preserve"> </w:t>
      </w:r>
      <w:r w:rsidRPr="00B7305F">
        <w:rPr>
          <w:rFonts w:cs="Times New Roman"/>
          <w:color w:val="000000" w:themeColor="text1"/>
          <w:lang w:val="uk-UA"/>
        </w:rPr>
        <w:t>явище</w:t>
      </w:r>
      <w:r w:rsidR="00480420" w:rsidRPr="00B7305F">
        <w:rPr>
          <w:rFonts w:cs="Times New Roman"/>
          <w:color w:val="000000" w:themeColor="text1"/>
          <w:lang w:val="uk-UA"/>
        </w:rPr>
        <w:t xml:space="preserve"> </w:t>
      </w:r>
      <w:r w:rsidRPr="00B7305F">
        <w:rPr>
          <w:rFonts w:cs="Times New Roman"/>
          <w:color w:val="000000" w:themeColor="text1"/>
          <w:lang w:val="uk-UA"/>
        </w:rPr>
        <w:t>гібридизації</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межа</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формою</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умовною.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проєктах</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діяльність</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підкоряється</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традиційним</w:t>
      </w:r>
      <w:r w:rsidR="00480420" w:rsidRPr="00B7305F">
        <w:rPr>
          <w:rFonts w:cs="Times New Roman"/>
          <w:color w:val="000000" w:themeColor="text1"/>
          <w:lang w:val="uk-UA"/>
        </w:rPr>
        <w:t xml:space="preserve"> </w:t>
      </w:r>
      <w:r w:rsidRPr="00B7305F">
        <w:rPr>
          <w:rFonts w:cs="Times New Roman"/>
          <w:color w:val="000000" w:themeColor="text1"/>
          <w:lang w:val="uk-UA"/>
        </w:rPr>
        <w:t>канонам</w:t>
      </w:r>
      <w:r w:rsidR="00480420" w:rsidRPr="00B7305F">
        <w:rPr>
          <w:rFonts w:cs="Times New Roman"/>
          <w:color w:val="000000" w:themeColor="text1"/>
          <w:lang w:val="uk-UA"/>
        </w:rPr>
        <w:t xml:space="preserve"> </w:t>
      </w:r>
      <w:r w:rsidRPr="00B7305F">
        <w:rPr>
          <w:rFonts w:cs="Times New Roman"/>
          <w:color w:val="000000" w:themeColor="text1"/>
          <w:lang w:val="uk-UA"/>
        </w:rPr>
        <w:t>ні</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ні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окремо,</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формується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цілісна</w:t>
      </w:r>
      <w:r w:rsidR="00480420" w:rsidRPr="00B7305F">
        <w:rPr>
          <w:rFonts w:cs="Times New Roman"/>
          <w:color w:val="000000" w:themeColor="text1"/>
          <w:lang w:val="uk-UA"/>
        </w:rPr>
        <w:t xml:space="preserve"> </w:t>
      </w:r>
      <w:r w:rsidRPr="00B7305F">
        <w:rPr>
          <w:rFonts w:cs="Times New Roman"/>
          <w:color w:val="000000" w:themeColor="text1"/>
          <w:lang w:val="uk-UA"/>
        </w:rPr>
        <w:t>творча</w:t>
      </w:r>
      <w:r w:rsidR="00480420" w:rsidRPr="00B7305F">
        <w:rPr>
          <w:rFonts w:cs="Times New Roman"/>
          <w:color w:val="000000" w:themeColor="text1"/>
          <w:lang w:val="uk-UA"/>
        </w:rPr>
        <w:t xml:space="preserve"> </w:t>
      </w:r>
      <w:r w:rsidRPr="00B7305F">
        <w:rPr>
          <w:rFonts w:cs="Times New Roman"/>
          <w:color w:val="000000" w:themeColor="text1"/>
          <w:lang w:val="uk-UA"/>
        </w:rPr>
        <w:t>система,</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використовується</w:t>
      </w:r>
      <w:r w:rsidR="00480420" w:rsidRPr="00B7305F">
        <w:rPr>
          <w:rFonts w:cs="Times New Roman"/>
          <w:color w:val="000000" w:themeColor="text1"/>
          <w:lang w:val="uk-UA"/>
        </w:rPr>
        <w:t xml:space="preserve"> </w:t>
      </w:r>
      <w:r w:rsidRPr="00B7305F">
        <w:rPr>
          <w:rFonts w:cs="Times New Roman"/>
          <w:color w:val="000000" w:themeColor="text1"/>
          <w:lang w:val="uk-UA"/>
        </w:rPr>
        <w:t>весь</w:t>
      </w:r>
      <w:r w:rsidR="00480420" w:rsidRPr="00B7305F">
        <w:rPr>
          <w:rFonts w:cs="Times New Roman"/>
          <w:color w:val="000000" w:themeColor="text1"/>
          <w:lang w:val="uk-UA"/>
        </w:rPr>
        <w:t xml:space="preserve"> </w:t>
      </w:r>
      <w:r w:rsidRPr="00B7305F">
        <w:rPr>
          <w:rFonts w:cs="Times New Roman"/>
          <w:color w:val="000000" w:themeColor="text1"/>
          <w:lang w:val="uk-UA"/>
        </w:rPr>
        <w:t>арсенал</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обох</w:t>
      </w:r>
      <w:r w:rsidR="00480420" w:rsidRPr="00B7305F">
        <w:rPr>
          <w:rFonts w:cs="Times New Roman"/>
          <w:color w:val="000000" w:themeColor="text1"/>
          <w:lang w:val="uk-UA"/>
        </w:rPr>
        <w:t xml:space="preserve"> </w:t>
      </w:r>
      <w:r w:rsidRPr="00B7305F">
        <w:rPr>
          <w:rFonts w:cs="Times New Roman"/>
          <w:color w:val="000000" w:themeColor="text1"/>
          <w:lang w:val="uk-UA"/>
        </w:rPr>
        <w:t>мистецтв.</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живу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точністю</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детальністю</w:t>
      </w:r>
      <w:r w:rsidR="00480420" w:rsidRPr="00B7305F">
        <w:rPr>
          <w:rFonts w:cs="Times New Roman"/>
          <w:color w:val="000000" w:themeColor="text1"/>
          <w:lang w:val="uk-UA"/>
        </w:rPr>
        <w:t xml:space="preserve"> </w:t>
      </w:r>
      <w:r w:rsidRPr="00B7305F">
        <w:rPr>
          <w:rFonts w:cs="Times New Roman"/>
          <w:color w:val="000000" w:themeColor="text1"/>
          <w:lang w:val="uk-UA"/>
        </w:rPr>
        <w:t>кінокадру.</w:t>
      </w:r>
    </w:p>
    <w:p w14:paraId="5AC266C1" w14:textId="4E08A562"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Одним</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характерних</w:t>
      </w:r>
      <w:r w:rsidR="00480420" w:rsidRPr="00B7305F">
        <w:rPr>
          <w:rFonts w:cs="Times New Roman"/>
          <w:color w:val="000000" w:themeColor="text1"/>
          <w:lang w:val="uk-UA"/>
        </w:rPr>
        <w:t xml:space="preserve"> </w:t>
      </w:r>
      <w:r w:rsidRPr="00B7305F">
        <w:rPr>
          <w:rFonts w:cs="Times New Roman"/>
          <w:color w:val="000000" w:themeColor="text1"/>
          <w:lang w:val="uk-UA"/>
        </w:rPr>
        <w:t>проявів</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формату</w:t>
      </w:r>
      <w:r w:rsidR="00480420" w:rsidRPr="00B7305F">
        <w:rPr>
          <w:rFonts w:cs="Times New Roman"/>
          <w:color w:val="000000" w:themeColor="text1"/>
          <w:lang w:val="uk-UA"/>
        </w:rPr>
        <w:t xml:space="preserve"> </w:t>
      </w:r>
      <w:r w:rsidR="003E1BB0" w:rsidRPr="00B7305F">
        <w:rPr>
          <w:rFonts w:cs="Times New Roman"/>
          <w:color w:val="000000" w:themeColor="text1"/>
          <w:lang w:val="uk-UA"/>
        </w:rPr>
        <w:t>довгий,</w:t>
      </w:r>
      <w:r w:rsidR="00480420" w:rsidRPr="00B7305F">
        <w:rPr>
          <w:rFonts w:cs="Times New Roman"/>
          <w:color w:val="000000" w:themeColor="text1"/>
          <w:lang w:val="uk-UA"/>
        </w:rPr>
        <w:t xml:space="preserve"> </w:t>
      </w:r>
      <w:r w:rsidR="003E1BB0" w:rsidRPr="00B7305F">
        <w:rPr>
          <w:rFonts w:cs="Times New Roman"/>
          <w:color w:val="000000" w:themeColor="text1"/>
          <w:lang w:val="uk-UA"/>
        </w:rPr>
        <w:t>безперервний</w:t>
      </w:r>
      <w:r w:rsidR="00480420" w:rsidRPr="00B7305F">
        <w:rPr>
          <w:rFonts w:cs="Times New Roman"/>
          <w:color w:val="000000" w:themeColor="text1"/>
          <w:lang w:val="uk-UA"/>
        </w:rPr>
        <w:t xml:space="preserve"> </w:t>
      </w:r>
      <w:r w:rsidR="003E1BB0" w:rsidRPr="00B7305F">
        <w:rPr>
          <w:rFonts w:cs="Times New Roman"/>
          <w:color w:val="000000" w:themeColor="text1"/>
          <w:lang w:val="uk-UA"/>
        </w:rPr>
        <w:t>кадр</w:t>
      </w:r>
      <w:r w:rsidR="003E1BB0" w:rsidRPr="00B7305F">
        <w:rPr>
          <w:rFonts w:cs="Times New Roman"/>
          <w:i/>
          <w:iCs/>
          <w:color w:val="000000" w:themeColor="text1"/>
          <w:lang w:val="uk-UA"/>
        </w:rPr>
        <w:t>,</w:t>
      </w:r>
      <w:r w:rsidR="00480420" w:rsidRPr="00B7305F">
        <w:rPr>
          <w:rFonts w:cs="Times New Roman"/>
          <w:i/>
          <w:iCs/>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«фільм-одна</w:t>
      </w:r>
      <w:r w:rsidR="00480420" w:rsidRPr="00B7305F">
        <w:rPr>
          <w:rFonts w:cs="Times New Roman"/>
          <w:color w:val="000000" w:themeColor="text1"/>
          <w:lang w:val="uk-UA"/>
        </w:rPr>
        <w:t xml:space="preserve"> </w:t>
      </w:r>
      <w:r w:rsidRPr="00F60135">
        <w:rPr>
          <w:rFonts w:cs="Times New Roman"/>
          <w:lang w:val="uk-UA"/>
        </w:rPr>
        <w:t>сцена</w:t>
      </w:r>
      <w:r w:rsidR="009E0C26" w:rsidRPr="00F60135">
        <w:rPr>
          <w:rFonts w:cs="Times New Roman"/>
          <w:lang w:val="ru-RU"/>
        </w:rPr>
        <w:t xml:space="preserve"> [</w:t>
      </w:r>
      <w:r w:rsidR="00F60135" w:rsidRPr="00F60135">
        <w:rPr>
          <w:rFonts w:cs="Times New Roman"/>
          <w:lang w:val="ru-RU"/>
        </w:rPr>
        <w:t>41</w:t>
      </w:r>
      <w:r w:rsidR="009E0C26" w:rsidRPr="00F60135">
        <w:rPr>
          <w:rFonts w:cs="Times New Roman"/>
          <w:lang w:val="ru-RU"/>
        </w:rPr>
        <w:t xml:space="preserve">, </w:t>
      </w:r>
      <w:r w:rsidR="009E0C26" w:rsidRPr="0010382C">
        <w:rPr>
          <w:rFonts w:cs="Times New Roman"/>
          <w:color w:val="000000" w:themeColor="text1"/>
        </w:rPr>
        <w:t>c</w:t>
      </w:r>
      <w:r w:rsidR="009E0C26" w:rsidRPr="0010382C">
        <w:rPr>
          <w:rFonts w:cs="Times New Roman"/>
          <w:color w:val="000000" w:themeColor="text1"/>
          <w:lang w:val="ru-RU"/>
        </w:rPr>
        <w:t>.</w:t>
      </w:r>
      <w:r w:rsidR="00F60135" w:rsidRPr="0010382C">
        <w:rPr>
          <w:rFonts w:cs="Times New Roman"/>
          <w:color w:val="000000" w:themeColor="text1"/>
          <w:lang w:val="ru-RU"/>
        </w:rPr>
        <w:t>100</w:t>
      </w:r>
      <w:r w:rsidR="009E0C26"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зйомка</w:t>
      </w:r>
      <w:r w:rsidR="00480420" w:rsidRPr="00B7305F">
        <w:rPr>
          <w:rFonts w:cs="Times New Roman"/>
          <w:color w:val="000000" w:themeColor="text1"/>
          <w:lang w:val="uk-UA"/>
        </w:rPr>
        <w:t xml:space="preserve"> </w:t>
      </w:r>
      <w:r w:rsidRPr="00B7305F">
        <w:rPr>
          <w:rFonts w:cs="Times New Roman"/>
          <w:color w:val="000000" w:themeColor="text1"/>
          <w:lang w:val="uk-UA"/>
        </w:rPr>
        <w:t>ведеться</w:t>
      </w:r>
      <w:r w:rsidR="00480420" w:rsidRPr="00B7305F">
        <w:rPr>
          <w:rFonts w:cs="Times New Roman"/>
          <w:color w:val="000000" w:themeColor="text1"/>
          <w:lang w:val="uk-UA"/>
        </w:rPr>
        <w:t xml:space="preserve"> </w:t>
      </w:r>
      <w:r w:rsidRPr="00B7305F">
        <w:rPr>
          <w:rFonts w:cs="Times New Roman"/>
          <w:color w:val="000000" w:themeColor="text1"/>
          <w:lang w:val="uk-UA"/>
        </w:rPr>
        <w:t>безперервно</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мінімальним</w:t>
      </w:r>
      <w:r w:rsidR="00480420" w:rsidRPr="00B7305F">
        <w:rPr>
          <w:rFonts w:cs="Times New Roman"/>
          <w:color w:val="000000" w:themeColor="text1"/>
          <w:lang w:val="uk-UA"/>
        </w:rPr>
        <w:t xml:space="preserve"> </w:t>
      </w:r>
      <w:r w:rsidRPr="00B7305F">
        <w:rPr>
          <w:rFonts w:cs="Times New Roman"/>
          <w:color w:val="000000" w:themeColor="text1"/>
          <w:lang w:val="uk-UA"/>
        </w:rPr>
        <w:t>монтажем.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змушений</w:t>
      </w:r>
      <w:r w:rsidR="00480420" w:rsidRPr="00B7305F">
        <w:rPr>
          <w:rFonts w:cs="Times New Roman"/>
          <w:color w:val="000000" w:themeColor="text1"/>
          <w:lang w:val="uk-UA"/>
        </w:rPr>
        <w:t xml:space="preserve"> </w:t>
      </w:r>
      <w:r w:rsidRPr="00B7305F">
        <w:rPr>
          <w:rFonts w:cs="Times New Roman"/>
          <w:color w:val="000000" w:themeColor="text1"/>
          <w:lang w:val="uk-UA"/>
        </w:rPr>
        <w:t>«жити»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тримати</w:t>
      </w:r>
      <w:r w:rsidR="00480420" w:rsidRPr="00B7305F">
        <w:rPr>
          <w:rFonts w:cs="Times New Roman"/>
          <w:color w:val="000000" w:themeColor="text1"/>
          <w:lang w:val="uk-UA"/>
        </w:rPr>
        <w:t xml:space="preserve"> </w:t>
      </w:r>
      <w:r w:rsidRPr="00B7305F">
        <w:rPr>
          <w:rFonts w:cs="Times New Roman"/>
          <w:color w:val="000000" w:themeColor="text1"/>
          <w:lang w:val="uk-UA"/>
        </w:rPr>
        <w:t>драматичну</w:t>
      </w:r>
      <w:r w:rsidR="00480420" w:rsidRPr="00B7305F">
        <w:rPr>
          <w:rFonts w:cs="Times New Roman"/>
          <w:color w:val="000000" w:themeColor="text1"/>
          <w:lang w:val="uk-UA"/>
        </w:rPr>
        <w:t xml:space="preserve"> </w:t>
      </w:r>
      <w:r w:rsidRPr="00B7305F">
        <w:rPr>
          <w:rFonts w:cs="Times New Roman"/>
          <w:color w:val="000000" w:themeColor="text1"/>
          <w:lang w:val="uk-UA"/>
        </w:rPr>
        <w:t>лінію</w:t>
      </w:r>
      <w:r w:rsidR="00480420" w:rsidRPr="00B7305F">
        <w:rPr>
          <w:rFonts w:cs="Times New Roman"/>
          <w:color w:val="000000" w:themeColor="text1"/>
          <w:lang w:val="uk-UA"/>
        </w:rPr>
        <w:t xml:space="preserve"> </w:t>
      </w:r>
      <w:r w:rsidRPr="00B7305F">
        <w:rPr>
          <w:rFonts w:cs="Times New Roman"/>
          <w:color w:val="000000" w:themeColor="text1"/>
          <w:lang w:val="uk-UA"/>
        </w:rPr>
        <w:t>протягом</w:t>
      </w:r>
      <w:r w:rsidR="00480420" w:rsidRPr="00B7305F">
        <w:rPr>
          <w:rFonts w:cs="Times New Roman"/>
          <w:color w:val="000000" w:themeColor="text1"/>
          <w:lang w:val="uk-UA"/>
        </w:rPr>
        <w:t xml:space="preserve"> </w:t>
      </w:r>
      <w:r w:rsidRPr="00B7305F">
        <w:rPr>
          <w:rFonts w:cs="Times New Roman"/>
          <w:color w:val="000000" w:themeColor="text1"/>
          <w:lang w:val="uk-UA"/>
        </w:rPr>
        <w:t>тривалого</w:t>
      </w:r>
      <w:r w:rsidR="00480420" w:rsidRPr="00B7305F">
        <w:rPr>
          <w:rFonts w:cs="Times New Roman"/>
          <w:color w:val="000000" w:themeColor="text1"/>
          <w:lang w:val="uk-UA"/>
        </w:rPr>
        <w:t xml:space="preserve"> </w:t>
      </w:r>
      <w:r w:rsidRPr="00B7305F">
        <w:rPr>
          <w:rFonts w:cs="Times New Roman"/>
          <w:color w:val="000000" w:themeColor="text1"/>
          <w:lang w:val="uk-UA"/>
        </w:rPr>
        <w:t>часу,</w:t>
      </w:r>
      <w:r w:rsidR="00480420" w:rsidRPr="00B7305F">
        <w:rPr>
          <w:rFonts w:cs="Times New Roman"/>
          <w:color w:val="000000" w:themeColor="text1"/>
          <w:lang w:val="uk-UA"/>
        </w:rPr>
        <w:t xml:space="preserve"> </w:t>
      </w:r>
      <w:r w:rsidRPr="00B7305F">
        <w:rPr>
          <w:rFonts w:cs="Times New Roman"/>
          <w:color w:val="000000" w:themeColor="text1"/>
          <w:lang w:val="uk-UA"/>
        </w:rPr>
        <w:t>підтримувати</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енергетичний</w:t>
      </w:r>
      <w:r w:rsidR="00480420" w:rsidRPr="00B7305F">
        <w:rPr>
          <w:rFonts w:cs="Times New Roman"/>
          <w:color w:val="000000" w:themeColor="text1"/>
          <w:lang w:val="uk-UA"/>
        </w:rPr>
        <w:t xml:space="preserve"> </w:t>
      </w:r>
      <w:r w:rsidRPr="00B7305F">
        <w:rPr>
          <w:rFonts w:cs="Times New Roman"/>
          <w:color w:val="000000" w:themeColor="text1"/>
          <w:lang w:val="uk-UA"/>
        </w:rPr>
        <w:t>ритм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напругу.</w:t>
      </w:r>
      <w:r w:rsidR="00480420" w:rsidRPr="00B7305F">
        <w:rPr>
          <w:rFonts w:cs="Times New Roman"/>
          <w:color w:val="000000" w:themeColor="text1"/>
          <w:lang w:val="uk-UA"/>
        </w:rPr>
        <w:t xml:space="preserve"> </w:t>
      </w: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характер</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роботи:</w:t>
      </w:r>
      <w:r w:rsidR="00480420" w:rsidRPr="00B7305F">
        <w:rPr>
          <w:rFonts w:cs="Times New Roman"/>
          <w:color w:val="000000" w:themeColor="text1"/>
          <w:lang w:val="uk-UA"/>
        </w:rPr>
        <w:t xml:space="preserve"> </w:t>
      </w:r>
      <w:r w:rsidRPr="00B7305F">
        <w:rPr>
          <w:rFonts w:cs="Times New Roman"/>
          <w:color w:val="000000" w:themeColor="text1"/>
          <w:lang w:val="uk-UA"/>
        </w:rPr>
        <w:t>фізична</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психологічна</w:t>
      </w:r>
      <w:r w:rsidR="00480420" w:rsidRPr="00B7305F">
        <w:rPr>
          <w:rFonts w:cs="Times New Roman"/>
          <w:color w:val="000000" w:themeColor="text1"/>
          <w:lang w:val="uk-UA"/>
        </w:rPr>
        <w:t xml:space="preserve"> </w:t>
      </w:r>
      <w:r w:rsidRPr="00B7305F">
        <w:rPr>
          <w:rFonts w:cs="Times New Roman"/>
          <w:color w:val="000000" w:themeColor="text1"/>
          <w:lang w:val="uk-UA"/>
        </w:rPr>
        <w:t>витривалість</w:t>
      </w:r>
      <w:r w:rsidR="00480420" w:rsidRPr="00B7305F">
        <w:rPr>
          <w:rFonts w:cs="Times New Roman"/>
          <w:color w:val="000000" w:themeColor="text1"/>
          <w:lang w:val="uk-UA"/>
        </w:rPr>
        <w:t xml:space="preserve"> </w:t>
      </w:r>
      <w:r w:rsidRPr="00B7305F">
        <w:rPr>
          <w:rFonts w:cs="Times New Roman"/>
          <w:color w:val="000000" w:themeColor="text1"/>
          <w:lang w:val="uk-UA"/>
        </w:rPr>
        <w:t>стають</w:t>
      </w:r>
      <w:r w:rsidR="00480420" w:rsidRPr="00B7305F">
        <w:rPr>
          <w:rFonts w:cs="Times New Roman"/>
          <w:color w:val="000000" w:themeColor="text1"/>
          <w:lang w:val="uk-UA"/>
        </w:rPr>
        <w:t xml:space="preserve"> </w:t>
      </w:r>
      <w:r w:rsidRPr="00B7305F">
        <w:rPr>
          <w:rFonts w:cs="Times New Roman"/>
          <w:color w:val="000000" w:themeColor="text1"/>
          <w:lang w:val="uk-UA"/>
        </w:rPr>
        <w:t>основними</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інструментами,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спостережливість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вміння</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партнерів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ключовими</w:t>
      </w:r>
      <w:r w:rsidR="00480420" w:rsidRPr="00B7305F">
        <w:rPr>
          <w:rFonts w:cs="Times New Roman"/>
          <w:color w:val="000000" w:themeColor="text1"/>
          <w:lang w:val="uk-UA"/>
        </w:rPr>
        <w:t xml:space="preserve"> </w:t>
      </w:r>
      <w:r w:rsidRPr="00B7305F">
        <w:rPr>
          <w:rFonts w:cs="Times New Roman"/>
          <w:color w:val="000000" w:themeColor="text1"/>
          <w:lang w:val="uk-UA"/>
        </w:rPr>
        <w:t>навичками.</w:t>
      </w:r>
      <w:r w:rsidR="00480420" w:rsidRPr="00B7305F">
        <w:rPr>
          <w:rFonts w:cs="Times New Roman"/>
          <w:color w:val="000000" w:themeColor="text1"/>
          <w:lang w:val="uk-UA"/>
        </w:rPr>
        <w:t xml:space="preserve"> </w:t>
      </w:r>
      <w:r w:rsidRPr="00B7305F">
        <w:rPr>
          <w:rFonts w:cs="Times New Roman"/>
          <w:color w:val="000000" w:themeColor="text1"/>
          <w:lang w:val="uk-UA"/>
        </w:rPr>
        <w:t>Прикладом</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фільм</w:t>
      </w:r>
      <w:r w:rsidR="00480420" w:rsidRPr="00B7305F">
        <w:rPr>
          <w:rFonts w:cs="Times New Roman"/>
          <w:color w:val="000000" w:themeColor="text1"/>
          <w:lang w:val="uk-UA"/>
        </w:rPr>
        <w:t xml:space="preserve"> </w:t>
      </w:r>
      <w:r w:rsidR="003E1BB0" w:rsidRPr="00B7305F">
        <w:rPr>
          <w:rFonts w:cs="Times New Roman"/>
          <w:color w:val="000000" w:themeColor="text1"/>
          <w:lang w:val="uk-UA"/>
        </w:rPr>
        <w:t>«Людина-птах».</w:t>
      </w:r>
      <w:r w:rsidR="00480420" w:rsidRPr="00B7305F">
        <w:rPr>
          <w:rFonts w:cs="Times New Roman"/>
          <w:color w:val="000000" w:themeColor="text1"/>
          <w:lang w:val="uk-UA"/>
        </w:rPr>
        <w:t xml:space="preserve"> </w:t>
      </w:r>
      <w:r w:rsidRPr="00B7305F">
        <w:rPr>
          <w:rFonts w:cs="Times New Roman"/>
          <w:color w:val="000000" w:themeColor="text1"/>
          <w:lang w:val="uk-UA"/>
        </w:rPr>
        <w:t>режисера</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Ґ.</w:t>
      </w:r>
      <w:r w:rsidR="00480420" w:rsidRPr="00B7305F">
        <w:rPr>
          <w:rFonts w:cs="Times New Roman"/>
          <w:color w:val="000000" w:themeColor="text1"/>
          <w:lang w:val="uk-UA"/>
        </w:rPr>
        <w:t xml:space="preserve"> </w:t>
      </w:r>
      <w:r w:rsidRPr="00B7305F">
        <w:rPr>
          <w:rFonts w:cs="Times New Roman"/>
          <w:color w:val="000000" w:themeColor="text1"/>
          <w:lang w:val="uk-UA"/>
        </w:rPr>
        <w:t>Іньярріту,</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працювали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безперервному</w:t>
      </w:r>
      <w:r w:rsidR="00480420" w:rsidRPr="00B7305F">
        <w:rPr>
          <w:rFonts w:cs="Times New Roman"/>
          <w:color w:val="000000" w:themeColor="text1"/>
          <w:lang w:val="uk-UA"/>
        </w:rPr>
        <w:t xml:space="preserve"> </w:t>
      </w:r>
      <w:r w:rsidRPr="00B7305F">
        <w:rPr>
          <w:rFonts w:cs="Times New Roman"/>
          <w:color w:val="000000" w:themeColor="text1"/>
          <w:lang w:val="uk-UA"/>
        </w:rPr>
        <w:t>потоці,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слідкувала</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ними,</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кіноформаті.</w:t>
      </w:r>
      <w:r w:rsidR="00480420" w:rsidRPr="00B7305F">
        <w:rPr>
          <w:rFonts w:cs="Times New Roman"/>
          <w:color w:val="000000" w:themeColor="text1"/>
          <w:lang w:val="uk-UA"/>
        </w:rPr>
        <w:t xml:space="preserve"> </w:t>
      </w:r>
      <w:r w:rsidRPr="00B7305F">
        <w:rPr>
          <w:rFonts w:cs="Times New Roman"/>
          <w:color w:val="000000" w:themeColor="text1"/>
          <w:lang w:val="uk-UA"/>
        </w:rPr>
        <w:t>Тут</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спостерігати</w:t>
      </w:r>
      <w:r w:rsidR="00480420" w:rsidRPr="00B7305F">
        <w:rPr>
          <w:rFonts w:cs="Times New Roman"/>
          <w:color w:val="000000" w:themeColor="text1"/>
          <w:lang w:val="uk-UA"/>
        </w:rPr>
        <w:t xml:space="preserve"> </w:t>
      </w:r>
      <w:r w:rsidRPr="00B7305F">
        <w:rPr>
          <w:rFonts w:cs="Times New Roman"/>
          <w:color w:val="000000" w:themeColor="text1"/>
          <w:lang w:val="uk-UA"/>
        </w:rPr>
        <w:t>пряме</w:t>
      </w:r>
      <w:r w:rsidR="00480420" w:rsidRPr="00B7305F">
        <w:rPr>
          <w:rFonts w:cs="Times New Roman"/>
          <w:color w:val="000000" w:themeColor="text1"/>
          <w:lang w:val="uk-UA"/>
        </w:rPr>
        <w:t xml:space="preserve"> </w:t>
      </w:r>
      <w:r w:rsidRPr="00B7305F">
        <w:rPr>
          <w:rFonts w:cs="Times New Roman"/>
          <w:color w:val="000000" w:themeColor="text1"/>
          <w:lang w:val="uk-UA"/>
        </w:rPr>
        <w:t>перенесення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принципів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контроль</w:t>
      </w:r>
      <w:r w:rsidR="00480420" w:rsidRPr="00B7305F">
        <w:rPr>
          <w:rFonts w:cs="Times New Roman"/>
          <w:color w:val="000000" w:themeColor="text1"/>
          <w:lang w:val="uk-UA"/>
        </w:rPr>
        <w:t xml:space="preserve"> </w:t>
      </w:r>
      <w:r w:rsidRPr="00B7305F">
        <w:rPr>
          <w:rFonts w:cs="Times New Roman"/>
          <w:color w:val="000000" w:themeColor="text1"/>
          <w:lang w:val="uk-UA"/>
        </w:rPr>
        <w:t>ритму,</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органічна</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«жива»</w:t>
      </w:r>
      <w:r w:rsidR="00480420" w:rsidRPr="00B7305F">
        <w:rPr>
          <w:rFonts w:cs="Times New Roman"/>
          <w:color w:val="000000" w:themeColor="text1"/>
          <w:lang w:val="uk-UA"/>
        </w:rPr>
        <w:t xml:space="preserve"> </w:t>
      </w:r>
      <w:r w:rsidRPr="00B7305F">
        <w:rPr>
          <w:rFonts w:cs="Times New Roman"/>
          <w:color w:val="000000" w:themeColor="text1"/>
          <w:lang w:val="uk-UA"/>
        </w:rPr>
        <w:t>емоційна</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p>
    <w:p w14:paraId="6EECD5D3" w14:textId="0823DFAB"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Іншим</w:t>
      </w:r>
      <w:r w:rsidR="00480420" w:rsidRPr="00B7305F">
        <w:rPr>
          <w:rFonts w:cs="Times New Roman"/>
          <w:color w:val="000000" w:themeColor="text1"/>
          <w:lang w:val="uk-UA"/>
        </w:rPr>
        <w:t xml:space="preserve"> </w:t>
      </w:r>
      <w:r w:rsidRPr="00B7305F">
        <w:rPr>
          <w:rFonts w:cs="Times New Roman"/>
          <w:color w:val="000000" w:themeColor="text1"/>
          <w:lang w:val="uk-UA"/>
        </w:rPr>
        <w:t>напрямом</w:t>
      </w:r>
      <w:r w:rsidR="00480420" w:rsidRPr="00B7305F">
        <w:rPr>
          <w:rFonts w:cs="Times New Roman"/>
          <w:color w:val="000000" w:themeColor="text1"/>
          <w:lang w:val="uk-UA"/>
        </w:rPr>
        <w:t xml:space="preserve"> </w:t>
      </w:r>
      <w:r w:rsidRPr="00B7305F">
        <w:rPr>
          <w:rFonts w:cs="Times New Roman"/>
          <w:color w:val="000000" w:themeColor="text1"/>
          <w:lang w:val="uk-UA"/>
        </w:rPr>
        <w:t>гібридизації</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впровадження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інтермедій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вставки,</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перформансу,</w:t>
      </w:r>
      <w:r w:rsidR="00480420" w:rsidRPr="00B7305F">
        <w:rPr>
          <w:rFonts w:cs="Times New Roman"/>
          <w:color w:val="000000" w:themeColor="text1"/>
          <w:lang w:val="uk-UA"/>
        </w:rPr>
        <w:t xml:space="preserve"> </w:t>
      </w:r>
      <w:r w:rsidRPr="00B7305F">
        <w:rPr>
          <w:rFonts w:cs="Times New Roman"/>
          <w:color w:val="000000" w:themeColor="text1"/>
          <w:lang w:val="uk-UA"/>
        </w:rPr>
        <w:t>живі</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«експериментальні»</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вправи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стати</w:t>
      </w:r>
      <w:r w:rsidR="00480420" w:rsidRPr="00B7305F">
        <w:rPr>
          <w:rFonts w:cs="Times New Roman"/>
          <w:color w:val="000000" w:themeColor="text1"/>
          <w:lang w:val="uk-UA"/>
        </w:rPr>
        <w:t xml:space="preserve"> </w:t>
      </w:r>
      <w:r w:rsidRPr="00B7305F">
        <w:rPr>
          <w:rFonts w:cs="Times New Roman"/>
          <w:color w:val="000000" w:themeColor="text1"/>
          <w:lang w:val="uk-UA"/>
        </w:rPr>
        <w:t>частиною</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наративу.</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сценах</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зберігати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велику</w:t>
      </w:r>
      <w:r w:rsidR="00480420" w:rsidRPr="00B7305F">
        <w:rPr>
          <w:rFonts w:cs="Times New Roman"/>
          <w:color w:val="000000" w:themeColor="text1"/>
          <w:lang w:val="uk-UA"/>
        </w:rPr>
        <w:t xml:space="preserve"> </w:t>
      </w:r>
      <w:r w:rsidRPr="00B7305F">
        <w:rPr>
          <w:rFonts w:cs="Times New Roman"/>
          <w:color w:val="000000" w:themeColor="text1"/>
          <w:lang w:val="uk-UA"/>
        </w:rPr>
        <w:t>жестикуляцію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адаптувати</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інтимності</w:t>
      </w:r>
      <w:r w:rsidR="00480420" w:rsidRPr="00B7305F">
        <w:rPr>
          <w:rFonts w:cs="Times New Roman"/>
          <w:color w:val="000000" w:themeColor="text1"/>
          <w:lang w:val="uk-UA"/>
        </w:rPr>
        <w:t xml:space="preserve"> </w:t>
      </w:r>
      <w:r w:rsidRPr="00B7305F">
        <w:rPr>
          <w:rFonts w:cs="Times New Roman"/>
          <w:color w:val="000000" w:themeColor="text1"/>
          <w:lang w:val="uk-UA"/>
        </w:rPr>
        <w:t>кінокадру.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високого</w:t>
      </w:r>
      <w:r w:rsidR="00480420" w:rsidRPr="00B7305F">
        <w:rPr>
          <w:rFonts w:cs="Times New Roman"/>
          <w:color w:val="000000" w:themeColor="text1"/>
          <w:lang w:val="uk-UA"/>
        </w:rPr>
        <w:t xml:space="preserve"> </w:t>
      </w:r>
      <w:r w:rsidRPr="00B7305F">
        <w:rPr>
          <w:rFonts w:cs="Times New Roman"/>
          <w:color w:val="000000" w:themeColor="text1"/>
          <w:lang w:val="uk-UA"/>
        </w:rPr>
        <w:t>рівня</w:t>
      </w:r>
      <w:r w:rsidR="00480420" w:rsidRPr="00B7305F">
        <w:rPr>
          <w:rFonts w:cs="Times New Roman"/>
          <w:color w:val="000000" w:themeColor="text1"/>
          <w:lang w:val="uk-UA"/>
        </w:rPr>
        <w:t xml:space="preserve"> </w:t>
      </w:r>
      <w:r w:rsidRPr="00B7305F">
        <w:rPr>
          <w:rFonts w:cs="Times New Roman"/>
          <w:color w:val="000000" w:themeColor="text1"/>
          <w:lang w:val="uk-UA"/>
        </w:rPr>
        <w:t>технічної</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гнучкості</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психофізичної</w:t>
      </w:r>
      <w:r w:rsidR="00480420" w:rsidRPr="00B7305F">
        <w:rPr>
          <w:rFonts w:cs="Times New Roman"/>
          <w:color w:val="000000" w:themeColor="text1"/>
          <w:lang w:val="uk-UA"/>
        </w:rPr>
        <w:t xml:space="preserve"> </w:t>
      </w:r>
      <w:r w:rsidRPr="00B7305F">
        <w:rPr>
          <w:rFonts w:cs="Times New Roman"/>
          <w:color w:val="000000" w:themeColor="text1"/>
          <w:lang w:val="uk-UA"/>
        </w:rPr>
        <w:t>реакції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здатності</w:t>
      </w:r>
      <w:r w:rsidR="00480420" w:rsidRPr="00B7305F">
        <w:rPr>
          <w:rFonts w:cs="Times New Roman"/>
          <w:color w:val="000000" w:themeColor="text1"/>
          <w:lang w:val="uk-UA"/>
        </w:rPr>
        <w:t xml:space="preserve"> </w:t>
      </w:r>
      <w:r w:rsidRPr="00B7305F">
        <w:rPr>
          <w:rFonts w:cs="Times New Roman"/>
          <w:color w:val="000000" w:themeColor="text1"/>
          <w:lang w:val="uk-UA"/>
        </w:rPr>
        <w:t>швидко</w:t>
      </w:r>
      <w:r w:rsidR="00480420" w:rsidRPr="00B7305F">
        <w:rPr>
          <w:rFonts w:cs="Times New Roman"/>
          <w:color w:val="000000" w:themeColor="text1"/>
          <w:lang w:val="uk-UA"/>
        </w:rPr>
        <w:t xml:space="preserve"> </w:t>
      </w:r>
      <w:r w:rsidRPr="00B7305F">
        <w:rPr>
          <w:rFonts w:cs="Times New Roman"/>
          <w:color w:val="000000" w:themeColor="text1"/>
          <w:lang w:val="uk-UA"/>
        </w:rPr>
        <w:t>перемикатися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кінематографічним</w:t>
      </w:r>
      <w:r w:rsidR="00480420" w:rsidRPr="00B7305F">
        <w:rPr>
          <w:rFonts w:cs="Times New Roman"/>
          <w:color w:val="000000" w:themeColor="text1"/>
          <w:lang w:val="uk-UA"/>
        </w:rPr>
        <w:t xml:space="preserve"> </w:t>
      </w:r>
      <w:r w:rsidRPr="00B7305F">
        <w:rPr>
          <w:rFonts w:cs="Times New Roman"/>
          <w:color w:val="000000" w:themeColor="text1"/>
          <w:lang w:val="uk-UA"/>
        </w:rPr>
        <w:t>способом</w:t>
      </w:r>
      <w:r w:rsidR="00480420" w:rsidRPr="00B7305F">
        <w:rPr>
          <w:rFonts w:cs="Times New Roman"/>
          <w:color w:val="000000" w:themeColor="text1"/>
          <w:lang w:val="uk-UA"/>
        </w:rPr>
        <w:t xml:space="preserve"> </w:t>
      </w:r>
      <w:r w:rsidRPr="00B7305F">
        <w:rPr>
          <w:rFonts w:cs="Times New Roman"/>
          <w:color w:val="000000" w:themeColor="text1"/>
          <w:lang w:val="uk-UA"/>
        </w:rPr>
        <w:t>дії.</w:t>
      </w:r>
    </w:p>
    <w:p w14:paraId="0ED3E615" w14:textId="32DB90FB"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Синтез</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проявляється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створенні</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мультимедійних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проєкціями,</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аудіо-інсталяціями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інтерактивним</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середовищем.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випадках</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r w:rsidR="00480420" w:rsidRPr="00B7305F">
        <w:rPr>
          <w:rFonts w:cs="Times New Roman"/>
          <w:color w:val="000000" w:themeColor="text1"/>
          <w:lang w:val="uk-UA"/>
        </w:rPr>
        <w:t xml:space="preserve"> </w:t>
      </w:r>
      <w:r w:rsidRPr="00B7305F">
        <w:rPr>
          <w:rFonts w:cs="Times New Roman"/>
          <w:color w:val="000000" w:themeColor="text1"/>
          <w:lang w:val="uk-UA"/>
        </w:rPr>
        <w:t>вимагається</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власним</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віртуальним</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зберігаючи</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емоційну</w:t>
      </w:r>
      <w:r w:rsidR="00480420" w:rsidRPr="00B7305F">
        <w:rPr>
          <w:rFonts w:cs="Times New Roman"/>
          <w:color w:val="000000" w:themeColor="text1"/>
          <w:lang w:val="uk-UA"/>
        </w:rPr>
        <w:t xml:space="preserve"> </w:t>
      </w:r>
      <w:r w:rsidRPr="00B7305F">
        <w:rPr>
          <w:rFonts w:cs="Times New Roman"/>
          <w:color w:val="000000" w:themeColor="text1"/>
          <w:lang w:val="uk-UA"/>
        </w:rPr>
        <w:t>достовірність.</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відкриває</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горизонти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експресії,</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поєднувати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кіно-реалістичністю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Pr="00B7305F">
        <w:rPr>
          <w:rFonts w:cs="Times New Roman"/>
          <w:color w:val="000000" w:themeColor="text1"/>
          <w:lang w:val="uk-UA"/>
        </w:rPr>
        <w:t>умови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гібридного</w:t>
      </w:r>
      <w:r w:rsidR="00480420" w:rsidRPr="00B7305F">
        <w:rPr>
          <w:rFonts w:cs="Times New Roman"/>
          <w:color w:val="000000" w:themeColor="text1"/>
          <w:lang w:val="uk-UA"/>
        </w:rPr>
        <w:t xml:space="preserve"> </w:t>
      </w:r>
      <w:r w:rsidRPr="00B7305F">
        <w:rPr>
          <w:rFonts w:cs="Times New Roman"/>
          <w:color w:val="000000" w:themeColor="text1"/>
          <w:lang w:val="uk-UA"/>
        </w:rPr>
        <w:t>типу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p>
    <w:p w14:paraId="722E72CA" w14:textId="2DEDA706"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t>синтез</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гібридизація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творчим</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експериментом,</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результатом</w:t>
      </w:r>
      <w:r w:rsidR="00480420" w:rsidRPr="00B7305F">
        <w:rPr>
          <w:rFonts w:cs="Times New Roman"/>
          <w:color w:val="000000" w:themeColor="text1"/>
          <w:lang w:val="uk-UA"/>
        </w:rPr>
        <w:t xml:space="preserve"> </w:t>
      </w:r>
      <w:r w:rsidRPr="00B7305F">
        <w:rPr>
          <w:rFonts w:cs="Times New Roman"/>
          <w:color w:val="000000" w:themeColor="text1"/>
          <w:lang w:val="uk-UA"/>
        </w:rPr>
        <w:t>системної</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мистецьких</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Pr="00B7305F">
        <w:rPr>
          <w:rFonts w:cs="Times New Roman"/>
          <w:color w:val="000000" w:themeColor="text1"/>
          <w:lang w:val="uk-UA"/>
        </w:rPr>
        <w:t>актору</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рівнях</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фізичному,</w:t>
      </w:r>
      <w:r w:rsidR="00480420" w:rsidRPr="00B7305F">
        <w:rPr>
          <w:rFonts w:cs="Times New Roman"/>
          <w:color w:val="000000" w:themeColor="text1"/>
          <w:lang w:val="uk-UA"/>
        </w:rPr>
        <w:t xml:space="preserve"> </w:t>
      </w:r>
      <w:r w:rsidRPr="00B7305F">
        <w:rPr>
          <w:rFonts w:cs="Times New Roman"/>
          <w:color w:val="000000" w:themeColor="text1"/>
          <w:lang w:val="uk-UA"/>
        </w:rPr>
        <w:t>емоційному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психічному,</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багатовимірні</w:t>
      </w:r>
      <w:r w:rsidR="00480420" w:rsidRPr="00B7305F">
        <w:rPr>
          <w:rFonts w:cs="Times New Roman"/>
          <w:color w:val="000000" w:themeColor="text1"/>
          <w:lang w:val="uk-UA"/>
        </w:rPr>
        <w:t xml:space="preserve"> </w:t>
      </w:r>
      <w:r w:rsidRPr="00B7305F">
        <w:rPr>
          <w:rFonts w:cs="Times New Roman"/>
          <w:color w:val="000000" w:themeColor="text1"/>
          <w:lang w:val="uk-UA"/>
        </w:rPr>
        <w:t>образи,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динаміку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глибиною</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інтонації.</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відкривають</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перспективи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освіти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адаптуються</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потреби</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поєднує</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єдину</w:t>
      </w:r>
      <w:r w:rsidR="00480420" w:rsidRPr="00B7305F">
        <w:rPr>
          <w:rFonts w:cs="Times New Roman"/>
          <w:color w:val="000000" w:themeColor="text1"/>
          <w:lang w:val="uk-UA"/>
        </w:rPr>
        <w:t xml:space="preserve"> </w:t>
      </w:r>
      <w:r w:rsidRPr="00B7305F">
        <w:rPr>
          <w:rFonts w:cs="Times New Roman"/>
          <w:color w:val="000000" w:themeColor="text1"/>
          <w:lang w:val="uk-UA"/>
        </w:rPr>
        <w:t>систему</w:t>
      </w:r>
      <w:r w:rsidR="00480420" w:rsidRPr="00B7305F">
        <w:rPr>
          <w:rFonts w:cs="Times New Roman"/>
          <w:color w:val="000000" w:themeColor="text1"/>
          <w:lang w:val="uk-UA"/>
        </w:rPr>
        <w:t xml:space="preserve"> </w:t>
      </w:r>
      <w:r w:rsidRPr="00B7305F">
        <w:rPr>
          <w:rFonts w:cs="Times New Roman"/>
          <w:color w:val="000000" w:themeColor="text1"/>
          <w:lang w:val="uk-UA"/>
        </w:rPr>
        <w:t>художнього</w:t>
      </w:r>
      <w:r w:rsidR="00480420" w:rsidRPr="00B7305F">
        <w:rPr>
          <w:rFonts w:cs="Times New Roman"/>
          <w:color w:val="000000" w:themeColor="text1"/>
          <w:lang w:val="uk-UA"/>
        </w:rPr>
        <w:t xml:space="preserve"> </w:t>
      </w:r>
      <w:r w:rsidRPr="00B7305F">
        <w:rPr>
          <w:rFonts w:cs="Times New Roman"/>
          <w:color w:val="000000" w:themeColor="text1"/>
          <w:lang w:val="uk-UA"/>
        </w:rPr>
        <w:t>впливу.</w:t>
      </w:r>
    </w:p>
    <w:p w14:paraId="24228E7A" w14:textId="755564FD" w:rsidR="008D42A3"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w:t>
      </w:r>
      <w:r w:rsidR="0010444F" w:rsidRPr="00B7305F">
        <w:rPr>
          <w:rFonts w:cs="Times New Roman"/>
          <w:b/>
          <w:bCs/>
          <w:color w:val="000000" w:themeColor="text1"/>
          <w:lang w:val="uk-UA"/>
        </w:rPr>
        <w:t>5.</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Власні</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висновки:</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значення</w:t>
      </w:r>
      <w:r w:rsidRPr="00B7305F">
        <w:rPr>
          <w:rFonts w:cs="Times New Roman"/>
          <w:b/>
          <w:bCs/>
          <w:color w:val="000000" w:themeColor="text1"/>
          <w:lang w:val="uk-UA"/>
        </w:rPr>
        <w:t xml:space="preserve"> </w:t>
      </w:r>
      <w:r w:rsidR="008D42A3" w:rsidRPr="00B7305F">
        <w:rPr>
          <w:rFonts w:cs="Times New Roman"/>
          <w:b/>
          <w:bCs/>
          <w:color w:val="000000" w:themeColor="text1"/>
          <w:lang w:val="uk-UA"/>
        </w:rPr>
        <w:t>синтезу</w:t>
      </w:r>
      <w:r w:rsidRPr="00B7305F">
        <w:rPr>
          <w:rFonts w:cs="Times New Roman"/>
          <w:b/>
          <w:bCs/>
          <w:color w:val="000000" w:themeColor="text1"/>
          <w:lang w:val="uk-UA"/>
        </w:rPr>
        <w:t xml:space="preserve"> </w:t>
      </w:r>
      <w:r w:rsidR="008D42A3" w:rsidRPr="00B7305F">
        <w:rPr>
          <w:rFonts w:cs="Times New Roman"/>
          <w:b/>
          <w:bCs/>
          <w:color w:val="000000" w:themeColor="text1"/>
          <w:lang w:val="uk-UA"/>
        </w:rPr>
        <w:t>театру</w:t>
      </w:r>
      <w:r w:rsidRPr="00B7305F">
        <w:rPr>
          <w:rFonts w:cs="Times New Roman"/>
          <w:b/>
          <w:bCs/>
          <w:color w:val="000000" w:themeColor="text1"/>
          <w:lang w:val="uk-UA"/>
        </w:rPr>
        <w:t xml:space="preserve"> </w:t>
      </w:r>
      <w:r w:rsidR="008D42A3" w:rsidRPr="00B7305F">
        <w:rPr>
          <w:rFonts w:cs="Times New Roman"/>
          <w:b/>
          <w:bCs/>
          <w:color w:val="000000" w:themeColor="text1"/>
          <w:lang w:val="uk-UA"/>
        </w:rPr>
        <w:t>і</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кіно</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для</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акторської</w:t>
      </w:r>
      <w:r w:rsidRPr="00B7305F">
        <w:rPr>
          <w:rFonts w:cs="Times New Roman"/>
          <w:b/>
          <w:bCs/>
          <w:color w:val="000000" w:themeColor="text1"/>
          <w:lang w:val="uk-UA"/>
        </w:rPr>
        <w:t xml:space="preserve"> </w:t>
      </w:r>
      <w:r w:rsidR="008D42A3" w:rsidRPr="00B7305F">
        <w:rPr>
          <w:rFonts w:cs="Times New Roman"/>
          <w:b/>
          <w:bCs/>
          <w:color w:val="000000" w:themeColor="text1"/>
          <w:lang w:val="uk-UA"/>
        </w:rPr>
        <w:t>майстерності</w:t>
      </w:r>
    </w:p>
    <w:p w14:paraId="5CC09684" w14:textId="60DBBFA0"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Проведене</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показує,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методик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формує</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комплексне</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розуміння</w:t>
      </w:r>
      <w:r w:rsidR="00480420" w:rsidRPr="00B7305F">
        <w:rPr>
          <w:rFonts w:cs="Times New Roman"/>
          <w:color w:val="000000" w:themeColor="text1"/>
          <w:lang w:val="uk-UA"/>
        </w:rPr>
        <w:t xml:space="preserve"> </w:t>
      </w:r>
      <w:r w:rsidRPr="00B7305F">
        <w:rPr>
          <w:rFonts w:cs="Times New Roman"/>
          <w:color w:val="000000" w:themeColor="text1"/>
          <w:lang w:val="uk-UA"/>
        </w:rPr>
        <w:t>власного</w:t>
      </w:r>
      <w:r w:rsidR="00480420" w:rsidRPr="00B7305F">
        <w:rPr>
          <w:rFonts w:cs="Times New Roman"/>
          <w:color w:val="000000" w:themeColor="text1"/>
          <w:lang w:val="uk-UA"/>
        </w:rPr>
        <w:t xml:space="preserve"> </w:t>
      </w:r>
      <w:r w:rsidRPr="00B7305F">
        <w:rPr>
          <w:rFonts w:cs="Times New Roman"/>
          <w:color w:val="000000" w:themeColor="text1"/>
          <w:lang w:val="uk-UA"/>
        </w:rPr>
        <w:t>образу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способів</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вираження.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передбачають</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ритмом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взаємодією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партнером,</w:t>
      </w:r>
      <w:r w:rsidR="00480420" w:rsidRPr="00B7305F">
        <w:rPr>
          <w:rFonts w:cs="Times New Roman"/>
          <w:color w:val="000000" w:themeColor="text1"/>
          <w:lang w:val="uk-UA"/>
        </w:rPr>
        <w:t xml:space="preserve"> </w:t>
      </w:r>
      <w:r w:rsidRPr="00B7305F">
        <w:rPr>
          <w:rFonts w:cs="Times New Roman"/>
          <w:color w:val="000000" w:themeColor="text1"/>
          <w:lang w:val="uk-UA"/>
        </w:rPr>
        <w:t>надають</w:t>
      </w:r>
      <w:r w:rsidR="00480420" w:rsidRPr="00B7305F">
        <w:rPr>
          <w:rFonts w:cs="Times New Roman"/>
          <w:color w:val="000000" w:themeColor="text1"/>
          <w:lang w:val="uk-UA"/>
        </w:rPr>
        <w:t xml:space="preserve"> </w:t>
      </w:r>
      <w:r w:rsidRPr="00B7305F">
        <w:rPr>
          <w:rFonts w:cs="Times New Roman"/>
          <w:color w:val="000000" w:themeColor="text1"/>
          <w:lang w:val="uk-UA"/>
        </w:rPr>
        <w:t>акторам</w:t>
      </w:r>
      <w:r w:rsidR="00480420" w:rsidRPr="00B7305F">
        <w:rPr>
          <w:rFonts w:cs="Times New Roman"/>
          <w:color w:val="000000" w:themeColor="text1"/>
          <w:lang w:val="uk-UA"/>
        </w:rPr>
        <w:t xml:space="preserve"> </w:t>
      </w:r>
      <w:r w:rsidRPr="00B7305F">
        <w:rPr>
          <w:rFonts w:cs="Times New Roman"/>
          <w:color w:val="000000" w:themeColor="text1"/>
          <w:lang w:val="uk-UA"/>
        </w:rPr>
        <w:t>глибину</w:t>
      </w:r>
      <w:r w:rsidR="00480420" w:rsidRPr="00B7305F">
        <w:rPr>
          <w:rFonts w:cs="Times New Roman"/>
          <w:color w:val="000000" w:themeColor="text1"/>
          <w:lang w:val="uk-UA"/>
        </w:rPr>
        <w:t xml:space="preserve"> </w:t>
      </w:r>
      <w:r w:rsidRPr="00B7305F">
        <w:rPr>
          <w:rFonts w:cs="Times New Roman"/>
          <w:color w:val="000000" w:themeColor="text1"/>
          <w:lang w:val="uk-UA"/>
        </w:rPr>
        <w:t>підґрунтя</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побудови</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розкривають</w:t>
      </w:r>
      <w:r w:rsidR="00480420" w:rsidRPr="00B7305F">
        <w:rPr>
          <w:rFonts w:cs="Times New Roman"/>
          <w:color w:val="000000" w:themeColor="text1"/>
          <w:lang w:val="uk-UA"/>
        </w:rPr>
        <w:t xml:space="preserve"> </w:t>
      </w:r>
      <w:r w:rsidRPr="00B7305F">
        <w:rPr>
          <w:rFonts w:cs="Times New Roman"/>
          <w:color w:val="000000" w:themeColor="text1"/>
          <w:lang w:val="uk-UA"/>
        </w:rPr>
        <w:t>структуру</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емоційних</w:t>
      </w:r>
      <w:r w:rsidR="00480420" w:rsidRPr="00B7305F">
        <w:rPr>
          <w:rFonts w:cs="Times New Roman"/>
          <w:color w:val="000000" w:themeColor="text1"/>
          <w:lang w:val="uk-UA"/>
        </w:rPr>
        <w:t xml:space="preserve"> </w:t>
      </w:r>
      <w:r w:rsidRPr="00B7305F">
        <w:rPr>
          <w:rFonts w:cs="Times New Roman"/>
          <w:color w:val="000000" w:themeColor="text1"/>
          <w:lang w:val="uk-UA"/>
        </w:rPr>
        <w:t>реакцій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Pr="00B7305F">
        <w:rPr>
          <w:rFonts w:cs="Times New Roman"/>
          <w:color w:val="000000" w:themeColor="text1"/>
          <w:lang w:val="uk-UA"/>
        </w:rPr>
        <w:t>відчувати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внутрішню</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поведінки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ситуаціях.</w:t>
      </w:r>
      <w:r w:rsidR="00480420" w:rsidRPr="00B7305F">
        <w:rPr>
          <w:rFonts w:cs="Times New Roman"/>
          <w:color w:val="000000" w:themeColor="text1"/>
          <w:lang w:val="uk-UA"/>
        </w:rPr>
        <w:t xml:space="preserve"> </w:t>
      </w:r>
      <w:r w:rsidRPr="00B7305F">
        <w:rPr>
          <w:rFonts w:cs="Times New Roman"/>
          <w:color w:val="000000" w:themeColor="text1"/>
          <w:lang w:val="uk-UA"/>
        </w:rPr>
        <w:t>Таке</w:t>
      </w:r>
      <w:r w:rsidR="00480420" w:rsidRPr="00B7305F">
        <w:rPr>
          <w:rFonts w:cs="Times New Roman"/>
          <w:color w:val="000000" w:themeColor="text1"/>
          <w:lang w:val="uk-UA"/>
        </w:rPr>
        <w:t xml:space="preserve"> </w:t>
      </w:r>
      <w:r w:rsidRPr="00B7305F">
        <w:rPr>
          <w:rFonts w:cs="Times New Roman"/>
          <w:color w:val="000000" w:themeColor="text1"/>
          <w:lang w:val="uk-UA"/>
        </w:rPr>
        <w:t>занурення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драматичний</w:t>
      </w:r>
      <w:r w:rsidR="00480420" w:rsidRPr="00B7305F">
        <w:rPr>
          <w:rFonts w:cs="Times New Roman"/>
          <w:color w:val="000000" w:themeColor="text1"/>
          <w:lang w:val="uk-UA"/>
        </w:rPr>
        <w:t xml:space="preserve"> </w:t>
      </w:r>
      <w:r w:rsidRPr="00B7305F">
        <w:rPr>
          <w:rFonts w:cs="Times New Roman"/>
          <w:color w:val="000000" w:themeColor="text1"/>
          <w:lang w:val="uk-UA"/>
        </w:rPr>
        <w:t>контекст</w:t>
      </w:r>
      <w:r w:rsidR="00480420" w:rsidRPr="00B7305F">
        <w:rPr>
          <w:rFonts w:cs="Times New Roman"/>
          <w:color w:val="000000" w:themeColor="text1"/>
          <w:lang w:val="uk-UA"/>
        </w:rPr>
        <w:t xml:space="preserve"> </w:t>
      </w:r>
      <w:r w:rsidRPr="00B7305F">
        <w:rPr>
          <w:rFonts w:cs="Times New Roman"/>
          <w:color w:val="000000" w:themeColor="text1"/>
          <w:lang w:val="uk-UA"/>
        </w:rPr>
        <w:t>робить</w:t>
      </w:r>
      <w:r w:rsidR="00480420" w:rsidRPr="00B7305F">
        <w:rPr>
          <w:rFonts w:cs="Times New Roman"/>
          <w:color w:val="000000" w:themeColor="text1"/>
          <w:lang w:val="uk-UA"/>
        </w:rPr>
        <w:t xml:space="preserve"> </w:t>
      </w:r>
      <w:r w:rsidRPr="00B7305F">
        <w:rPr>
          <w:rFonts w:cs="Times New Roman"/>
          <w:color w:val="000000" w:themeColor="text1"/>
          <w:lang w:val="uk-UA"/>
        </w:rPr>
        <w:t>екранну</w:t>
      </w:r>
      <w:r w:rsidR="00480420" w:rsidRPr="00B7305F">
        <w:rPr>
          <w:rFonts w:cs="Times New Roman"/>
          <w:color w:val="000000" w:themeColor="text1"/>
          <w:lang w:val="uk-UA"/>
        </w:rPr>
        <w:t xml:space="preserve"> </w:t>
      </w:r>
      <w:r w:rsidRPr="00B7305F">
        <w:rPr>
          <w:rFonts w:cs="Times New Roman"/>
          <w:color w:val="000000" w:themeColor="text1"/>
          <w:lang w:val="uk-UA"/>
        </w:rPr>
        <w:t>гру</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w:t>
      </w:r>
      <w:r w:rsidR="00480420" w:rsidRPr="00B7305F">
        <w:rPr>
          <w:rFonts w:cs="Times New Roman"/>
          <w:color w:val="000000" w:themeColor="text1"/>
          <w:lang w:val="uk-UA"/>
        </w:rPr>
        <w:t xml:space="preserve"> </w:t>
      </w:r>
      <w:r w:rsidRPr="00B7305F">
        <w:rPr>
          <w:rFonts w:cs="Times New Roman"/>
          <w:color w:val="000000" w:themeColor="text1"/>
          <w:lang w:val="uk-UA"/>
        </w:rPr>
        <w:t>достовірною.</w:t>
      </w:r>
    </w:p>
    <w:p w14:paraId="635B28A2" w14:textId="0E4508F8"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Особливу</w:t>
      </w:r>
      <w:r w:rsidR="00480420" w:rsidRPr="00B7305F">
        <w:rPr>
          <w:rFonts w:cs="Times New Roman"/>
          <w:color w:val="000000" w:themeColor="text1"/>
          <w:lang w:val="uk-UA"/>
        </w:rPr>
        <w:t xml:space="preserve"> </w:t>
      </w:r>
      <w:r w:rsidRPr="00B7305F">
        <w:rPr>
          <w:rFonts w:cs="Times New Roman"/>
          <w:color w:val="000000" w:themeColor="text1"/>
          <w:lang w:val="uk-UA"/>
        </w:rPr>
        <w:t>роль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процесі</w:t>
      </w:r>
      <w:r w:rsidR="00480420" w:rsidRPr="00B7305F">
        <w:rPr>
          <w:rFonts w:cs="Times New Roman"/>
          <w:color w:val="000000" w:themeColor="text1"/>
          <w:lang w:val="uk-UA"/>
        </w:rPr>
        <w:t xml:space="preserve"> </w:t>
      </w:r>
      <w:r w:rsidRPr="00B7305F">
        <w:rPr>
          <w:rFonts w:cs="Times New Roman"/>
          <w:color w:val="000000" w:themeColor="text1"/>
          <w:lang w:val="uk-UA"/>
        </w:rPr>
        <w:t>відіграють</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здатна</w:t>
      </w:r>
      <w:r w:rsidR="00480420" w:rsidRPr="00B7305F">
        <w:rPr>
          <w:rFonts w:cs="Times New Roman"/>
          <w:color w:val="000000" w:themeColor="text1"/>
          <w:lang w:val="uk-UA"/>
        </w:rPr>
        <w:t xml:space="preserve"> </w:t>
      </w:r>
      <w:r w:rsidRPr="00B7305F">
        <w:rPr>
          <w:rFonts w:cs="Times New Roman"/>
          <w:color w:val="000000" w:themeColor="text1"/>
          <w:lang w:val="uk-UA"/>
        </w:rPr>
        <w:t>детально</w:t>
      </w:r>
      <w:r w:rsidR="00480420" w:rsidRPr="00B7305F">
        <w:rPr>
          <w:rFonts w:cs="Times New Roman"/>
          <w:color w:val="000000" w:themeColor="text1"/>
          <w:lang w:val="uk-UA"/>
        </w:rPr>
        <w:t xml:space="preserve"> </w:t>
      </w:r>
      <w:r w:rsidRPr="00B7305F">
        <w:rPr>
          <w:rFonts w:cs="Times New Roman"/>
          <w:color w:val="000000" w:themeColor="text1"/>
          <w:lang w:val="uk-UA"/>
        </w:rPr>
        <w:t>зафіксувати</w:t>
      </w:r>
      <w:r w:rsidR="00480420" w:rsidRPr="00B7305F">
        <w:rPr>
          <w:rFonts w:cs="Times New Roman"/>
          <w:color w:val="000000" w:themeColor="text1"/>
          <w:lang w:val="uk-UA"/>
        </w:rPr>
        <w:t xml:space="preserve"> </w:t>
      </w:r>
      <w:r w:rsidRPr="00B7305F">
        <w:rPr>
          <w:rFonts w:cs="Times New Roman"/>
          <w:color w:val="000000" w:themeColor="text1"/>
          <w:lang w:val="uk-UA"/>
        </w:rPr>
        <w:t>рухи,</w:t>
      </w:r>
      <w:r w:rsidR="00480420" w:rsidRPr="00B7305F">
        <w:rPr>
          <w:rFonts w:cs="Times New Roman"/>
          <w:color w:val="000000" w:themeColor="text1"/>
          <w:lang w:val="uk-UA"/>
        </w:rPr>
        <w:t xml:space="preserve"> </w:t>
      </w:r>
      <w:r w:rsidRPr="00B7305F">
        <w:rPr>
          <w:rFonts w:cs="Times New Roman"/>
          <w:color w:val="000000" w:themeColor="text1"/>
          <w:lang w:val="uk-UA"/>
        </w:rPr>
        <w:t>поставу</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просторову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володіє</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інструментом</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отримує</w:t>
      </w:r>
      <w:r w:rsidR="00480420" w:rsidRPr="00B7305F">
        <w:rPr>
          <w:rFonts w:cs="Times New Roman"/>
          <w:color w:val="000000" w:themeColor="text1"/>
          <w:lang w:val="uk-UA"/>
        </w:rPr>
        <w:t xml:space="preserve"> </w:t>
      </w:r>
      <w:r w:rsidRPr="00B7305F">
        <w:rPr>
          <w:rFonts w:cs="Times New Roman"/>
          <w:color w:val="000000" w:themeColor="text1"/>
          <w:lang w:val="uk-UA"/>
        </w:rPr>
        <w:t>значну</w:t>
      </w:r>
      <w:r w:rsidR="00480420" w:rsidRPr="00B7305F">
        <w:rPr>
          <w:rFonts w:cs="Times New Roman"/>
          <w:color w:val="000000" w:themeColor="text1"/>
          <w:lang w:val="uk-UA"/>
        </w:rPr>
        <w:t xml:space="preserve"> </w:t>
      </w:r>
      <w:r w:rsidRPr="00B7305F">
        <w:rPr>
          <w:rFonts w:cs="Times New Roman"/>
          <w:color w:val="000000" w:themeColor="text1"/>
          <w:lang w:val="uk-UA"/>
        </w:rPr>
        <w:t>перевагу.</w:t>
      </w:r>
      <w:r w:rsidR="00480420" w:rsidRPr="00B7305F">
        <w:rPr>
          <w:rFonts w:cs="Times New Roman"/>
          <w:color w:val="000000" w:themeColor="text1"/>
          <w:lang w:val="uk-UA"/>
        </w:rPr>
        <w:t xml:space="preserve"> </w:t>
      </w:r>
      <w:r w:rsidRPr="00B7305F">
        <w:rPr>
          <w:rFonts w:cs="Times New Roman"/>
          <w:color w:val="000000" w:themeColor="text1"/>
          <w:lang w:val="uk-UA"/>
        </w:rPr>
        <w:t>Пластичність,</w:t>
      </w:r>
      <w:r w:rsidR="00480420" w:rsidRPr="00B7305F">
        <w:rPr>
          <w:rFonts w:cs="Times New Roman"/>
          <w:color w:val="000000" w:themeColor="text1"/>
          <w:lang w:val="uk-UA"/>
        </w:rPr>
        <w:t xml:space="preserve"> </w:t>
      </w:r>
      <w:r w:rsidRPr="00B7305F">
        <w:rPr>
          <w:rFonts w:cs="Times New Roman"/>
          <w:color w:val="000000" w:themeColor="text1"/>
          <w:lang w:val="uk-UA"/>
        </w:rPr>
        <w:t>координація,</w:t>
      </w:r>
      <w:r w:rsidR="00480420" w:rsidRPr="00B7305F">
        <w:rPr>
          <w:rFonts w:cs="Times New Roman"/>
          <w:color w:val="000000" w:themeColor="text1"/>
          <w:lang w:val="uk-UA"/>
        </w:rPr>
        <w:t xml:space="preserve"> </w:t>
      </w:r>
      <w:r w:rsidRPr="00B7305F">
        <w:rPr>
          <w:rFonts w:cs="Times New Roman"/>
          <w:color w:val="000000" w:themeColor="text1"/>
          <w:lang w:val="uk-UA"/>
        </w:rPr>
        <w:t>уміння</w:t>
      </w:r>
      <w:r w:rsidR="00480420" w:rsidRPr="00B7305F">
        <w:rPr>
          <w:rFonts w:cs="Times New Roman"/>
          <w:color w:val="000000" w:themeColor="text1"/>
          <w:lang w:val="uk-UA"/>
        </w:rPr>
        <w:t xml:space="preserve"> </w:t>
      </w:r>
      <w:r w:rsidRPr="00B7305F">
        <w:rPr>
          <w:rFonts w:cs="Times New Roman"/>
          <w:color w:val="000000" w:themeColor="text1"/>
          <w:lang w:val="uk-UA"/>
        </w:rPr>
        <w:t>передавати</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внутрішній</w:t>
      </w:r>
      <w:r w:rsidR="00480420" w:rsidRPr="00B7305F">
        <w:rPr>
          <w:rFonts w:cs="Times New Roman"/>
          <w:color w:val="000000" w:themeColor="text1"/>
          <w:lang w:val="uk-UA"/>
        </w:rPr>
        <w:t xml:space="preserve"> </w:t>
      </w:r>
      <w:r w:rsidRPr="00B7305F">
        <w:rPr>
          <w:rFonts w:cs="Times New Roman"/>
          <w:color w:val="000000" w:themeColor="text1"/>
          <w:lang w:val="uk-UA"/>
        </w:rPr>
        <w:t>стан</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мінімальні</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сигнали</w:t>
      </w:r>
      <w:r w:rsidR="00480420" w:rsidRPr="00B7305F">
        <w:rPr>
          <w:rFonts w:cs="Times New Roman"/>
          <w:color w:val="000000" w:themeColor="text1"/>
          <w:lang w:val="uk-UA"/>
        </w:rPr>
        <w:t xml:space="preserve"> </w:t>
      </w:r>
      <w:r w:rsidRPr="00B7305F">
        <w:rPr>
          <w:rFonts w:cs="Times New Roman"/>
          <w:color w:val="000000" w:themeColor="text1"/>
          <w:lang w:val="uk-UA"/>
        </w:rPr>
        <w:t>дозволяють</w:t>
      </w:r>
      <w:r w:rsidR="00480420" w:rsidRPr="00B7305F">
        <w:rPr>
          <w:rFonts w:cs="Times New Roman"/>
          <w:color w:val="000000" w:themeColor="text1"/>
          <w:lang w:val="uk-UA"/>
        </w:rPr>
        <w:t xml:space="preserve"> </w:t>
      </w:r>
      <w:r w:rsidRPr="00B7305F">
        <w:rPr>
          <w:rFonts w:cs="Times New Roman"/>
          <w:color w:val="000000" w:themeColor="text1"/>
          <w:lang w:val="uk-UA"/>
        </w:rPr>
        <w:t>досягти</w:t>
      </w:r>
      <w:r w:rsidR="00480420" w:rsidRPr="00B7305F">
        <w:rPr>
          <w:rFonts w:cs="Times New Roman"/>
          <w:color w:val="000000" w:themeColor="text1"/>
          <w:lang w:val="uk-UA"/>
        </w:rPr>
        <w:t xml:space="preserve"> </w:t>
      </w:r>
      <w:r w:rsidRPr="00B7305F">
        <w:rPr>
          <w:rFonts w:cs="Times New Roman"/>
          <w:color w:val="000000" w:themeColor="text1"/>
          <w:lang w:val="uk-UA"/>
        </w:rPr>
        <w:t>тонкої,</w:t>
      </w:r>
      <w:r w:rsidR="00480420" w:rsidRPr="00B7305F">
        <w:rPr>
          <w:rFonts w:cs="Times New Roman"/>
          <w:color w:val="000000" w:themeColor="text1"/>
          <w:lang w:val="uk-UA"/>
        </w:rPr>
        <w:t xml:space="preserve"> </w:t>
      </w:r>
      <w:r w:rsidRPr="00B7305F">
        <w:rPr>
          <w:rFonts w:cs="Times New Roman"/>
          <w:color w:val="000000" w:themeColor="text1"/>
          <w:lang w:val="uk-UA"/>
        </w:rPr>
        <w:t>багаторівневої</w:t>
      </w:r>
      <w:r w:rsidR="00480420" w:rsidRPr="00B7305F">
        <w:rPr>
          <w:rFonts w:cs="Times New Roman"/>
          <w:color w:val="000000" w:themeColor="text1"/>
          <w:lang w:val="uk-UA"/>
        </w:rPr>
        <w:t xml:space="preserve"> </w:t>
      </w:r>
      <w:r w:rsidRPr="00B7305F">
        <w:rPr>
          <w:rFonts w:cs="Times New Roman"/>
          <w:color w:val="000000" w:themeColor="text1"/>
          <w:lang w:val="uk-UA"/>
        </w:rPr>
        <w:t>передачі</w:t>
      </w:r>
      <w:r w:rsidR="00480420" w:rsidRPr="00B7305F">
        <w:rPr>
          <w:rFonts w:cs="Times New Roman"/>
          <w:color w:val="000000" w:themeColor="text1"/>
          <w:lang w:val="uk-UA"/>
        </w:rPr>
        <w:t xml:space="preserve"> </w:t>
      </w:r>
      <w:r w:rsidRPr="00B7305F">
        <w:rPr>
          <w:rFonts w:cs="Times New Roman"/>
          <w:color w:val="000000" w:themeColor="text1"/>
          <w:lang w:val="uk-UA"/>
        </w:rPr>
        <w:t>емоцій,</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важко</w:t>
      </w:r>
      <w:r w:rsidR="00480420" w:rsidRPr="00B7305F">
        <w:rPr>
          <w:rFonts w:cs="Times New Roman"/>
          <w:color w:val="000000" w:themeColor="text1"/>
          <w:lang w:val="uk-UA"/>
        </w:rPr>
        <w:t xml:space="preserve"> </w:t>
      </w:r>
      <w:r w:rsidRPr="00B7305F">
        <w:rPr>
          <w:rFonts w:cs="Times New Roman"/>
          <w:color w:val="000000" w:themeColor="text1"/>
          <w:lang w:val="uk-UA"/>
        </w:rPr>
        <w:t>відтворюється</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словами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мімікою.</w:t>
      </w:r>
      <w:r w:rsidR="00480420" w:rsidRPr="00B7305F">
        <w:rPr>
          <w:rFonts w:cs="Times New Roman"/>
          <w:color w:val="000000" w:themeColor="text1"/>
          <w:lang w:val="uk-UA"/>
        </w:rPr>
        <w:t xml:space="preserve"> </w:t>
      </w:r>
      <w:r w:rsidRPr="00B7305F">
        <w:rPr>
          <w:rFonts w:cs="Times New Roman"/>
          <w:color w:val="000000" w:themeColor="text1"/>
          <w:lang w:val="uk-UA"/>
        </w:rPr>
        <w:t>Тілесна</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експресія</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ключовим</w:t>
      </w:r>
      <w:r w:rsidR="00480420" w:rsidRPr="00B7305F">
        <w:rPr>
          <w:rFonts w:cs="Times New Roman"/>
          <w:color w:val="000000" w:themeColor="text1"/>
          <w:lang w:val="uk-UA"/>
        </w:rPr>
        <w:t xml:space="preserve"> </w:t>
      </w:r>
      <w:r w:rsidRPr="00B7305F">
        <w:rPr>
          <w:rFonts w:cs="Times New Roman"/>
          <w:color w:val="000000" w:themeColor="text1"/>
          <w:lang w:val="uk-UA"/>
        </w:rPr>
        <w:t>елементом</w:t>
      </w:r>
      <w:r w:rsidR="00480420" w:rsidRPr="00B7305F">
        <w:rPr>
          <w:rFonts w:cs="Times New Roman"/>
          <w:color w:val="000000" w:themeColor="text1"/>
          <w:lang w:val="uk-UA"/>
        </w:rPr>
        <w:t xml:space="preserve"> </w:t>
      </w:r>
      <w:r w:rsidRPr="00B7305F">
        <w:rPr>
          <w:rFonts w:cs="Times New Roman"/>
          <w:color w:val="000000" w:themeColor="text1"/>
          <w:lang w:val="uk-UA"/>
        </w:rPr>
        <w:t>синтезу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p>
    <w:p w14:paraId="6505E79B" w14:textId="324DAF12" w:rsidR="0088316A"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вправи</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виявляються</w:t>
      </w:r>
      <w:r w:rsidR="00480420" w:rsidRPr="00B7305F">
        <w:rPr>
          <w:rFonts w:cs="Times New Roman"/>
          <w:color w:val="000000" w:themeColor="text1"/>
          <w:lang w:val="uk-UA"/>
        </w:rPr>
        <w:t xml:space="preserve"> </w:t>
      </w:r>
      <w:r w:rsidRPr="00B7305F">
        <w:rPr>
          <w:rFonts w:cs="Times New Roman"/>
          <w:color w:val="000000" w:themeColor="text1"/>
          <w:lang w:val="uk-UA"/>
        </w:rPr>
        <w:t>надзвичайно</w:t>
      </w:r>
      <w:r w:rsidR="00480420" w:rsidRPr="00B7305F">
        <w:rPr>
          <w:rFonts w:cs="Times New Roman"/>
          <w:color w:val="000000" w:themeColor="text1"/>
          <w:lang w:val="uk-UA"/>
        </w:rPr>
        <w:t xml:space="preserve"> </w:t>
      </w:r>
      <w:r w:rsidRPr="00B7305F">
        <w:rPr>
          <w:rFonts w:cs="Times New Roman"/>
          <w:color w:val="000000" w:themeColor="text1"/>
          <w:lang w:val="uk-UA"/>
        </w:rPr>
        <w:t>ефективними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створюють</w:t>
      </w:r>
      <w:r w:rsidR="00480420" w:rsidRPr="00B7305F">
        <w:rPr>
          <w:rFonts w:cs="Times New Roman"/>
          <w:color w:val="000000" w:themeColor="text1"/>
          <w:lang w:val="uk-UA"/>
        </w:rPr>
        <w:t xml:space="preserve"> </w:t>
      </w:r>
      <w:r w:rsidRPr="00B7305F">
        <w:rPr>
          <w:rFonts w:cs="Times New Roman"/>
          <w:color w:val="000000" w:themeColor="text1"/>
          <w:lang w:val="uk-UA"/>
        </w:rPr>
        <w:t>можливість</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«моменту</w:t>
      </w:r>
      <w:r w:rsidR="00480420" w:rsidRPr="00B7305F">
        <w:rPr>
          <w:rFonts w:cs="Times New Roman"/>
          <w:color w:val="000000" w:themeColor="text1"/>
          <w:lang w:val="uk-UA"/>
        </w:rPr>
        <w:t xml:space="preserve"> </w:t>
      </w:r>
      <w:r w:rsidRPr="00B7305F">
        <w:rPr>
          <w:rFonts w:cs="Times New Roman"/>
          <w:color w:val="000000" w:themeColor="text1"/>
          <w:lang w:val="uk-UA"/>
        </w:rPr>
        <w:t>істини</w:t>
      </w:r>
      <w:r w:rsidR="009E0C26" w:rsidRPr="009E0C26">
        <w:rPr>
          <w:rFonts w:cs="Times New Roman"/>
          <w:color w:val="000000" w:themeColor="text1"/>
          <w:lang w:val="ru-RU"/>
        </w:rPr>
        <w:t xml:space="preserve"> </w:t>
      </w:r>
      <w:r w:rsidR="009E0C26" w:rsidRPr="00F60135">
        <w:rPr>
          <w:rFonts w:cs="Times New Roman"/>
          <w:lang w:val="ru-RU"/>
        </w:rPr>
        <w:t>[</w:t>
      </w:r>
      <w:r w:rsidR="00F60135" w:rsidRPr="0010382C">
        <w:rPr>
          <w:rFonts w:cs="Times New Roman"/>
          <w:color w:val="000000" w:themeColor="text1"/>
          <w:lang w:val="ru-RU"/>
        </w:rPr>
        <w:t>48</w:t>
      </w:r>
      <w:r w:rsidR="009E0C26" w:rsidRPr="0010382C">
        <w:rPr>
          <w:rFonts w:cs="Times New Roman"/>
          <w:color w:val="000000" w:themeColor="text1"/>
          <w:lang w:val="ru-RU"/>
        </w:rPr>
        <w:t xml:space="preserve">, </w:t>
      </w:r>
      <w:r w:rsidR="009E0C26" w:rsidRPr="0010382C">
        <w:rPr>
          <w:rFonts w:cs="Times New Roman"/>
          <w:color w:val="000000" w:themeColor="text1"/>
        </w:rPr>
        <w:t>c</w:t>
      </w:r>
      <w:r w:rsidR="009E0C26" w:rsidRPr="0010382C">
        <w:rPr>
          <w:rFonts w:cs="Times New Roman"/>
          <w:color w:val="000000" w:themeColor="text1"/>
          <w:lang w:val="ru-RU"/>
        </w:rPr>
        <w:t>.</w:t>
      </w:r>
      <w:r w:rsidR="00F60135" w:rsidRPr="0010382C">
        <w:rPr>
          <w:rFonts w:cs="Times New Roman"/>
          <w:color w:val="000000" w:themeColor="text1"/>
          <w:lang w:val="ru-RU"/>
        </w:rPr>
        <w:t>34</w:t>
      </w:r>
      <w:r w:rsidR="009E0C26"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проявити</w:t>
      </w:r>
      <w:r w:rsidR="00480420" w:rsidRPr="00B7305F">
        <w:rPr>
          <w:rFonts w:cs="Times New Roman"/>
          <w:color w:val="000000" w:themeColor="text1"/>
          <w:lang w:val="uk-UA"/>
        </w:rPr>
        <w:t xml:space="preserve"> </w:t>
      </w:r>
      <w:r w:rsidRPr="00B7305F">
        <w:rPr>
          <w:rFonts w:cs="Times New Roman"/>
          <w:color w:val="000000" w:themeColor="text1"/>
          <w:lang w:val="uk-UA"/>
        </w:rPr>
        <w:t>спонтанність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природно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динаміку</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p>
    <w:p w14:paraId="3B32B128" w14:textId="064F89E9"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Проте</w:t>
      </w:r>
      <w:r w:rsidR="0088316A"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кінопроцесу</w:t>
      </w:r>
      <w:r w:rsidR="00480420" w:rsidRPr="00B7305F">
        <w:rPr>
          <w:rFonts w:cs="Times New Roman"/>
          <w:color w:val="000000" w:themeColor="text1"/>
          <w:lang w:val="uk-UA"/>
        </w:rPr>
        <w:t xml:space="preserve"> </w:t>
      </w:r>
      <w:r w:rsidRPr="00B7305F">
        <w:rPr>
          <w:rFonts w:cs="Times New Roman"/>
          <w:color w:val="000000" w:themeColor="text1"/>
          <w:lang w:val="uk-UA"/>
        </w:rPr>
        <w:t>необхідне</w:t>
      </w:r>
      <w:r w:rsidR="00480420" w:rsidRPr="00B7305F">
        <w:rPr>
          <w:rFonts w:cs="Times New Roman"/>
          <w:color w:val="000000" w:themeColor="text1"/>
          <w:lang w:val="uk-UA"/>
        </w:rPr>
        <w:t xml:space="preserve"> </w:t>
      </w:r>
      <w:r w:rsidRPr="00B7305F">
        <w:rPr>
          <w:rFonts w:cs="Times New Roman"/>
          <w:color w:val="000000" w:themeColor="text1"/>
          <w:lang w:val="uk-UA"/>
        </w:rPr>
        <w:t>вміння</w:t>
      </w:r>
      <w:r w:rsidR="00480420" w:rsidRPr="00B7305F">
        <w:rPr>
          <w:rFonts w:cs="Times New Roman"/>
          <w:color w:val="000000" w:themeColor="text1"/>
          <w:lang w:val="uk-UA"/>
        </w:rPr>
        <w:t xml:space="preserve"> </w:t>
      </w:r>
      <w:r w:rsidRPr="00B7305F">
        <w:rPr>
          <w:rFonts w:cs="Times New Roman"/>
          <w:color w:val="000000" w:themeColor="text1"/>
          <w:lang w:val="uk-UA"/>
        </w:rPr>
        <w:t>модулювати</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імпровізаційні</w:t>
      </w:r>
      <w:r w:rsidR="00480420" w:rsidRPr="00B7305F">
        <w:rPr>
          <w:rFonts w:cs="Times New Roman"/>
          <w:color w:val="000000" w:themeColor="text1"/>
          <w:lang w:val="uk-UA"/>
        </w:rPr>
        <w:t xml:space="preserve"> </w:t>
      </w:r>
      <w:r w:rsidRPr="00B7305F">
        <w:rPr>
          <w:rFonts w:cs="Times New Roman"/>
          <w:color w:val="000000" w:themeColor="text1"/>
          <w:lang w:val="uk-UA"/>
        </w:rPr>
        <w:t>прояви:</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точності</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монтажного</w:t>
      </w:r>
      <w:r w:rsidR="00480420" w:rsidRPr="00B7305F">
        <w:rPr>
          <w:rFonts w:cs="Times New Roman"/>
          <w:color w:val="000000" w:themeColor="text1"/>
          <w:lang w:val="uk-UA"/>
        </w:rPr>
        <w:t xml:space="preserve"> </w:t>
      </w:r>
      <w:r w:rsidRPr="00B7305F">
        <w:rPr>
          <w:rFonts w:cs="Times New Roman"/>
          <w:color w:val="000000" w:themeColor="text1"/>
          <w:lang w:val="uk-UA"/>
        </w:rPr>
        <w:t>ритму</w:t>
      </w:r>
      <w:r w:rsidR="00480420" w:rsidRPr="00B7305F">
        <w:rPr>
          <w:rFonts w:cs="Times New Roman"/>
          <w:color w:val="000000" w:themeColor="text1"/>
          <w:lang w:val="uk-UA"/>
        </w:rPr>
        <w:t xml:space="preserve"> </w:t>
      </w:r>
      <w:r w:rsidRPr="00B7305F">
        <w:rPr>
          <w:rFonts w:cs="Times New Roman"/>
          <w:color w:val="000000" w:themeColor="text1"/>
          <w:lang w:val="uk-UA"/>
        </w:rPr>
        <w:t>залежить,</w:t>
      </w:r>
      <w:r w:rsidR="00480420" w:rsidRPr="00B7305F">
        <w:rPr>
          <w:rFonts w:cs="Times New Roman"/>
          <w:color w:val="000000" w:themeColor="text1"/>
          <w:lang w:val="uk-UA"/>
        </w:rPr>
        <w:t xml:space="preserve"> </w:t>
      </w:r>
      <w:r w:rsidRPr="00B7305F">
        <w:rPr>
          <w:rFonts w:cs="Times New Roman"/>
          <w:color w:val="000000" w:themeColor="text1"/>
          <w:lang w:val="uk-UA"/>
        </w:rPr>
        <w:t>наскільки</w:t>
      </w:r>
      <w:r w:rsidR="00480420" w:rsidRPr="00B7305F">
        <w:rPr>
          <w:rFonts w:cs="Times New Roman"/>
          <w:color w:val="000000" w:themeColor="text1"/>
          <w:lang w:val="uk-UA"/>
        </w:rPr>
        <w:t xml:space="preserve"> </w:t>
      </w:r>
      <w:r w:rsidRPr="00B7305F">
        <w:rPr>
          <w:rFonts w:cs="Times New Roman"/>
          <w:color w:val="000000" w:themeColor="text1"/>
          <w:lang w:val="uk-UA"/>
        </w:rPr>
        <w:t>така</w:t>
      </w:r>
      <w:r w:rsidR="00480420" w:rsidRPr="00B7305F">
        <w:rPr>
          <w:rFonts w:cs="Times New Roman"/>
          <w:color w:val="000000" w:themeColor="text1"/>
          <w:lang w:val="uk-UA"/>
        </w:rPr>
        <w:t xml:space="preserve"> </w:t>
      </w:r>
      <w:r w:rsidRPr="00B7305F">
        <w:rPr>
          <w:rFonts w:cs="Times New Roman"/>
          <w:color w:val="000000" w:themeColor="text1"/>
          <w:lang w:val="uk-UA"/>
        </w:rPr>
        <w:t>спонтанність</w:t>
      </w:r>
      <w:r w:rsidR="00480420" w:rsidRPr="00B7305F">
        <w:rPr>
          <w:rFonts w:cs="Times New Roman"/>
          <w:color w:val="000000" w:themeColor="text1"/>
          <w:lang w:val="uk-UA"/>
        </w:rPr>
        <w:t xml:space="preserve"> </w:t>
      </w:r>
      <w:r w:rsidRPr="00B7305F">
        <w:rPr>
          <w:rFonts w:cs="Times New Roman"/>
          <w:color w:val="000000" w:themeColor="text1"/>
          <w:lang w:val="uk-UA"/>
        </w:rPr>
        <w:t>залишиться</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порушить</w:t>
      </w:r>
      <w:r w:rsidR="00480420" w:rsidRPr="00B7305F">
        <w:rPr>
          <w:rFonts w:cs="Times New Roman"/>
          <w:color w:val="000000" w:themeColor="text1"/>
          <w:lang w:val="uk-UA"/>
        </w:rPr>
        <w:t xml:space="preserve"> </w:t>
      </w:r>
      <w:r w:rsidRPr="00B7305F">
        <w:rPr>
          <w:rFonts w:cs="Times New Roman"/>
          <w:color w:val="000000" w:themeColor="text1"/>
          <w:lang w:val="uk-UA"/>
        </w:rPr>
        <w:t>художню</w:t>
      </w:r>
      <w:r w:rsidR="00480420" w:rsidRPr="00B7305F">
        <w:rPr>
          <w:rFonts w:cs="Times New Roman"/>
          <w:color w:val="000000" w:themeColor="text1"/>
          <w:lang w:val="uk-UA"/>
        </w:rPr>
        <w:t xml:space="preserve"> </w:t>
      </w:r>
      <w:r w:rsidRPr="00B7305F">
        <w:rPr>
          <w:rFonts w:cs="Times New Roman"/>
          <w:color w:val="000000" w:themeColor="text1"/>
          <w:lang w:val="uk-UA"/>
        </w:rPr>
        <w:t>цілісність</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Уміння</w:t>
      </w:r>
      <w:r w:rsidR="00480420" w:rsidRPr="00B7305F">
        <w:rPr>
          <w:rFonts w:cs="Times New Roman"/>
          <w:color w:val="000000" w:themeColor="text1"/>
          <w:lang w:val="uk-UA"/>
        </w:rPr>
        <w:t xml:space="preserve"> </w:t>
      </w:r>
      <w:r w:rsidRPr="00B7305F">
        <w:rPr>
          <w:rFonts w:cs="Times New Roman"/>
          <w:color w:val="000000" w:themeColor="text1"/>
          <w:lang w:val="uk-UA"/>
        </w:rPr>
        <w:t>адаптувати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методи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умов</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одна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ключових</w:t>
      </w:r>
      <w:r w:rsidR="00480420" w:rsidRPr="00B7305F">
        <w:rPr>
          <w:rFonts w:cs="Times New Roman"/>
          <w:color w:val="000000" w:themeColor="text1"/>
          <w:lang w:val="uk-UA"/>
        </w:rPr>
        <w:t xml:space="preserve"> </w:t>
      </w:r>
      <w:r w:rsidRPr="00B7305F">
        <w:rPr>
          <w:rFonts w:cs="Times New Roman"/>
          <w:color w:val="000000" w:themeColor="text1"/>
          <w:lang w:val="uk-UA"/>
        </w:rPr>
        <w:t>компетенцій</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p>
    <w:p w14:paraId="226C332F" w14:textId="1102ABB8" w:rsidR="0088316A"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Найбільш</w:t>
      </w:r>
      <w:r w:rsidR="00480420" w:rsidRPr="00B7305F">
        <w:rPr>
          <w:rFonts w:cs="Times New Roman"/>
          <w:color w:val="000000" w:themeColor="text1"/>
          <w:lang w:val="uk-UA"/>
        </w:rPr>
        <w:t xml:space="preserve"> </w:t>
      </w:r>
      <w:r w:rsidRPr="00B7305F">
        <w:rPr>
          <w:rFonts w:cs="Times New Roman"/>
          <w:color w:val="000000" w:themeColor="text1"/>
          <w:lang w:val="uk-UA"/>
        </w:rPr>
        <w:t>продуктивними</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проєкти,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яких</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органічно,</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гібридні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Така</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поєднувати</w:t>
      </w:r>
      <w:r w:rsidR="00480420" w:rsidRPr="00B7305F">
        <w:rPr>
          <w:rFonts w:cs="Times New Roman"/>
          <w:color w:val="000000" w:themeColor="text1"/>
          <w:lang w:val="uk-UA"/>
        </w:rPr>
        <w:t xml:space="preserve"> </w:t>
      </w:r>
      <w:r w:rsidRPr="00B7305F">
        <w:rPr>
          <w:rFonts w:cs="Times New Roman"/>
          <w:color w:val="000000" w:themeColor="text1"/>
          <w:lang w:val="uk-UA"/>
        </w:rPr>
        <w:t>«живу»</w:t>
      </w:r>
      <w:r w:rsidR="00480420" w:rsidRPr="00B7305F">
        <w:rPr>
          <w:rFonts w:cs="Times New Roman"/>
          <w:color w:val="000000" w:themeColor="text1"/>
          <w:lang w:val="uk-UA"/>
        </w:rPr>
        <w:t xml:space="preserve"> </w:t>
      </w:r>
      <w:r w:rsidRPr="00B7305F">
        <w:rPr>
          <w:rFonts w:cs="Times New Roman"/>
          <w:color w:val="000000" w:themeColor="text1"/>
          <w:lang w:val="uk-UA"/>
        </w:rPr>
        <w:t>енергетику</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точністю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деталізацією</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забезпечує</w:t>
      </w:r>
      <w:r w:rsidR="00480420" w:rsidRPr="00B7305F">
        <w:rPr>
          <w:rFonts w:cs="Times New Roman"/>
          <w:color w:val="000000" w:themeColor="text1"/>
          <w:lang w:val="uk-UA"/>
        </w:rPr>
        <w:t xml:space="preserve"> </w:t>
      </w:r>
      <w:r w:rsidRPr="00B7305F">
        <w:rPr>
          <w:rFonts w:cs="Times New Roman"/>
          <w:color w:val="000000" w:themeColor="text1"/>
          <w:lang w:val="uk-UA"/>
        </w:rPr>
        <w:t>більшу</w:t>
      </w:r>
      <w:r w:rsidR="00480420" w:rsidRPr="00B7305F">
        <w:rPr>
          <w:rFonts w:cs="Times New Roman"/>
          <w:color w:val="000000" w:themeColor="text1"/>
          <w:lang w:val="uk-UA"/>
        </w:rPr>
        <w:t xml:space="preserve"> </w:t>
      </w:r>
      <w:r w:rsidRPr="00B7305F">
        <w:rPr>
          <w:rFonts w:cs="Times New Roman"/>
          <w:color w:val="000000" w:themeColor="text1"/>
          <w:lang w:val="uk-UA"/>
        </w:rPr>
        <w:t>глибину</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психологічної</w:t>
      </w:r>
      <w:r w:rsidR="00480420" w:rsidRPr="00B7305F">
        <w:rPr>
          <w:rFonts w:cs="Times New Roman"/>
          <w:color w:val="000000" w:themeColor="text1"/>
          <w:lang w:val="uk-UA"/>
        </w:rPr>
        <w:t xml:space="preserve"> </w:t>
      </w:r>
      <w:r w:rsidRPr="00B7305F">
        <w:rPr>
          <w:rFonts w:cs="Times New Roman"/>
          <w:color w:val="000000" w:themeColor="text1"/>
          <w:lang w:val="uk-UA"/>
        </w:rPr>
        <w:t>правди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відкриває</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r w:rsidR="00480420" w:rsidRPr="00B7305F">
        <w:rPr>
          <w:rFonts w:cs="Times New Roman"/>
          <w:color w:val="000000" w:themeColor="text1"/>
          <w:lang w:val="uk-UA"/>
        </w:rPr>
        <w:t xml:space="preserve"> </w:t>
      </w:r>
    </w:p>
    <w:p w14:paraId="22C3315C" w14:textId="1A4EE5D2" w:rsidR="008D42A3"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результаті</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здатен</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кількох</w:t>
      </w:r>
      <w:r w:rsidR="00480420" w:rsidRPr="00B7305F">
        <w:rPr>
          <w:rFonts w:cs="Times New Roman"/>
          <w:color w:val="000000" w:themeColor="text1"/>
          <w:lang w:val="uk-UA"/>
        </w:rPr>
        <w:t xml:space="preserve"> </w:t>
      </w:r>
      <w:r w:rsidRPr="00B7305F">
        <w:rPr>
          <w:rFonts w:cs="Times New Roman"/>
          <w:color w:val="000000" w:themeColor="text1"/>
          <w:lang w:val="uk-UA"/>
        </w:rPr>
        <w:t>рівнях</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фізичному,</w:t>
      </w:r>
      <w:r w:rsidR="00480420" w:rsidRPr="00B7305F">
        <w:rPr>
          <w:rFonts w:cs="Times New Roman"/>
          <w:color w:val="000000" w:themeColor="text1"/>
          <w:lang w:val="uk-UA"/>
        </w:rPr>
        <w:t xml:space="preserve"> </w:t>
      </w:r>
      <w:r w:rsidRPr="00B7305F">
        <w:rPr>
          <w:rFonts w:cs="Times New Roman"/>
          <w:color w:val="000000" w:themeColor="text1"/>
          <w:lang w:val="uk-UA"/>
        </w:rPr>
        <w:t>емоційному,</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психологічному,</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багатовимірний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цілісний</w:t>
      </w:r>
      <w:r w:rsidR="00480420" w:rsidRPr="00B7305F">
        <w:rPr>
          <w:rFonts w:cs="Times New Roman"/>
          <w:color w:val="000000" w:themeColor="text1"/>
          <w:lang w:val="uk-UA"/>
        </w:rPr>
        <w:t xml:space="preserve"> </w:t>
      </w:r>
      <w:r w:rsidRPr="00B7305F">
        <w:rPr>
          <w:rFonts w:cs="Times New Roman"/>
          <w:color w:val="000000" w:themeColor="text1"/>
          <w:lang w:val="uk-UA"/>
        </w:rPr>
        <w:t>образ,</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відповідає</w:t>
      </w:r>
      <w:r w:rsidR="00480420" w:rsidRPr="00B7305F">
        <w:rPr>
          <w:rFonts w:cs="Times New Roman"/>
          <w:color w:val="000000" w:themeColor="text1"/>
          <w:lang w:val="uk-UA"/>
        </w:rPr>
        <w:t xml:space="preserve"> </w:t>
      </w:r>
      <w:r w:rsidRPr="00B7305F">
        <w:rPr>
          <w:rFonts w:cs="Times New Roman"/>
          <w:color w:val="000000" w:themeColor="text1"/>
          <w:lang w:val="uk-UA"/>
        </w:rPr>
        <w:t>сучасним</w:t>
      </w:r>
      <w:r w:rsidR="00480420" w:rsidRPr="00B7305F">
        <w:rPr>
          <w:rFonts w:cs="Times New Roman"/>
          <w:color w:val="000000" w:themeColor="text1"/>
          <w:lang w:val="uk-UA"/>
        </w:rPr>
        <w:t xml:space="preserve"> </w:t>
      </w:r>
      <w:r w:rsidRPr="00B7305F">
        <w:rPr>
          <w:rFonts w:cs="Times New Roman"/>
          <w:color w:val="000000" w:themeColor="text1"/>
          <w:lang w:val="uk-UA"/>
        </w:rPr>
        <w:t>вимогам</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сприйняттю</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аудиторії.</w:t>
      </w:r>
    </w:p>
    <w:p w14:paraId="35496A7E" w14:textId="3DF71841" w:rsidR="0010444F" w:rsidRPr="00B7305F" w:rsidRDefault="008D42A3"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Отже,</w:t>
      </w:r>
      <w:r w:rsidR="00480420" w:rsidRPr="00B7305F">
        <w:rPr>
          <w:rFonts w:cs="Times New Roman"/>
          <w:color w:val="000000" w:themeColor="text1"/>
          <w:lang w:val="uk-UA"/>
        </w:rPr>
        <w:t xml:space="preserve"> </w:t>
      </w:r>
      <w:r w:rsidRPr="00B7305F">
        <w:rPr>
          <w:rFonts w:cs="Times New Roman"/>
          <w:color w:val="000000" w:themeColor="text1"/>
          <w:lang w:val="uk-UA"/>
        </w:rPr>
        <w:t>синтез</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методичною</w:t>
      </w:r>
      <w:r w:rsidR="00480420" w:rsidRPr="00B7305F">
        <w:rPr>
          <w:rFonts w:cs="Times New Roman"/>
          <w:color w:val="000000" w:themeColor="text1"/>
          <w:lang w:val="uk-UA"/>
        </w:rPr>
        <w:t xml:space="preserve"> </w:t>
      </w:r>
      <w:r w:rsidRPr="00B7305F">
        <w:rPr>
          <w:rFonts w:cs="Times New Roman"/>
          <w:color w:val="000000" w:themeColor="text1"/>
          <w:lang w:val="uk-UA"/>
        </w:rPr>
        <w:t>інновацією,</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стратегічною</w:t>
      </w:r>
      <w:r w:rsidR="00480420" w:rsidRPr="00B7305F">
        <w:rPr>
          <w:rFonts w:cs="Times New Roman"/>
          <w:color w:val="000000" w:themeColor="text1"/>
          <w:lang w:val="uk-UA"/>
        </w:rPr>
        <w:t xml:space="preserve"> </w:t>
      </w:r>
      <w:r w:rsidRPr="00B7305F">
        <w:rPr>
          <w:rFonts w:cs="Times New Roman"/>
          <w:color w:val="000000" w:themeColor="text1"/>
          <w:lang w:val="uk-UA"/>
        </w:rPr>
        <w:t>основою</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майстерності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умовах</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мистецького</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застосування</w:t>
      </w:r>
      <w:r w:rsidR="00480420" w:rsidRPr="00B7305F">
        <w:rPr>
          <w:rFonts w:cs="Times New Roman"/>
          <w:color w:val="000000" w:themeColor="text1"/>
          <w:lang w:val="uk-UA"/>
        </w:rPr>
        <w:t xml:space="preserve"> </w:t>
      </w:r>
      <w:r w:rsidRPr="00B7305F">
        <w:rPr>
          <w:rFonts w:cs="Times New Roman"/>
          <w:color w:val="000000" w:themeColor="text1"/>
          <w:lang w:val="uk-UA"/>
        </w:rPr>
        <w:t>сприяє</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формуванню</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здатного</w:t>
      </w:r>
      <w:r w:rsidR="00480420" w:rsidRPr="00B7305F">
        <w:rPr>
          <w:rFonts w:cs="Times New Roman"/>
          <w:color w:val="000000" w:themeColor="text1"/>
          <w:lang w:val="uk-UA"/>
        </w:rPr>
        <w:t xml:space="preserve"> </w:t>
      </w:r>
      <w:r w:rsidRPr="00B7305F">
        <w:rPr>
          <w:rFonts w:cs="Times New Roman"/>
          <w:color w:val="000000" w:themeColor="text1"/>
          <w:lang w:val="uk-UA"/>
        </w:rPr>
        <w:t>ефективно</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художніх</w:t>
      </w:r>
      <w:r w:rsidR="00480420" w:rsidRPr="00B7305F">
        <w:rPr>
          <w:rFonts w:cs="Times New Roman"/>
          <w:color w:val="000000" w:themeColor="text1"/>
          <w:lang w:val="uk-UA"/>
        </w:rPr>
        <w:t xml:space="preserve"> </w:t>
      </w:r>
      <w:r w:rsidRPr="00B7305F">
        <w:rPr>
          <w:rFonts w:cs="Times New Roman"/>
          <w:color w:val="000000" w:themeColor="text1"/>
          <w:lang w:val="uk-UA"/>
        </w:rPr>
        <w:t>контекстах,</w:t>
      </w:r>
      <w:r w:rsidR="00480420" w:rsidRPr="00B7305F">
        <w:rPr>
          <w:rFonts w:cs="Times New Roman"/>
          <w:color w:val="000000" w:themeColor="text1"/>
          <w:lang w:val="uk-UA"/>
        </w:rPr>
        <w:t xml:space="preserve"> </w:t>
      </w:r>
      <w:r w:rsidRPr="00B7305F">
        <w:rPr>
          <w:rFonts w:cs="Times New Roman"/>
          <w:color w:val="000000" w:themeColor="text1"/>
          <w:lang w:val="uk-UA"/>
        </w:rPr>
        <w:t>підтримуючи</w:t>
      </w:r>
      <w:r w:rsidR="00480420" w:rsidRPr="00B7305F">
        <w:rPr>
          <w:rFonts w:cs="Times New Roman"/>
          <w:color w:val="000000" w:themeColor="text1"/>
          <w:lang w:val="uk-UA"/>
        </w:rPr>
        <w:t xml:space="preserve"> </w:t>
      </w:r>
      <w:r w:rsidRPr="00B7305F">
        <w:rPr>
          <w:rFonts w:cs="Times New Roman"/>
          <w:color w:val="000000" w:themeColor="text1"/>
          <w:lang w:val="uk-UA"/>
        </w:rPr>
        <w:t>баланс</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енергією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точністю</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p>
    <w:p w14:paraId="366117F1" w14:textId="77777777" w:rsidR="0010444F" w:rsidRPr="00B7305F" w:rsidRDefault="0010444F"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6B26CBA4" w14:textId="350E705E" w:rsidR="00692654" w:rsidRPr="00B7305F" w:rsidRDefault="008D42A3"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2.3.</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Вплив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кінематографу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сучасну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школу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театру</w:t>
      </w:r>
    </w:p>
    <w:p w14:paraId="57C08580" w14:textId="77777777" w:rsidR="0088316A" w:rsidRPr="00B7305F" w:rsidRDefault="0088316A" w:rsidP="00051784">
      <w:pPr>
        <w:spacing w:after="0"/>
        <w:ind w:left="0" w:firstLine="709"/>
        <w:jc w:val="both"/>
        <w:rPr>
          <w:rFonts w:cs="Times New Roman"/>
          <w:b/>
          <w:bCs/>
          <w:color w:val="000000" w:themeColor="text1"/>
          <w:lang w:val="uk-UA"/>
        </w:rPr>
      </w:pPr>
    </w:p>
    <w:p w14:paraId="4A5F3243" w14:textId="2D051C8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Вступ:</w:t>
      </w:r>
      <w:r w:rsidR="00480420" w:rsidRPr="00B7305F">
        <w:rPr>
          <w:rFonts w:cs="Times New Roman"/>
          <w:color w:val="000000" w:themeColor="text1"/>
          <w:lang w:val="uk-UA"/>
        </w:rPr>
        <w:t xml:space="preserve"> </w:t>
      </w:r>
      <w:r w:rsidRPr="00B7305F">
        <w:rPr>
          <w:rFonts w:cs="Times New Roman"/>
          <w:color w:val="000000" w:themeColor="text1"/>
          <w:lang w:val="uk-UA"/>
        </w:rPr>
        <w:t>зрушення</w:t>
      </w:r>
      <w:r w:rsidR="00480420" w:rsidRPr="00B7305F">
        <w:rPr>
          <w:rFonts w:cs="Times New Roman"/>
          <w:color w:val="000000" w:themeColor="text1"/>
          <w:lang w:val="uk-UA"/>
        </w:rPr>
        <w:t xml:space="preserve"> </w:t>
      </w:r>
      <w:r w:rsidRPr="00B7305F">
        <w:rPr>
          <w:rFonts w:cs="Times New Roman"/>
          <w:color w:val="000000" w:themeColor="text1"/>
          <w:lang w:val="uk-UA"/>
        </w:rPr>
        <w:t>парадигми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тиском</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41180C88" w14:textId="7472E51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моменту</w:t>
      </w:r>
      <w:r w:rsidR="00480420" w:rsidRPr="00B7305F">
        <w:rPr>
          <w:rFonts w:cs="Times New Roman"/>
          <w:color w:val="000000" w:themeColor="text1"/>
          <w:lang w:val="uk-UA"/>
        </w:rPr>
        <w:t xml:space="preserve"> </w:t>
      </w:r>
      <w:r w:rsidRPr="00B7305F">
        <w:rPr>
          <w:rFonts w:cs="Times New Roman"/>
          <w:color w:val="000000" w:themeColor="text1"/>
          <w:lang w:val="uk-UA"/>
        </w:rPr>
        <w:t>появи</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кінці XIX</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0088316A" w:rsidRPr="00B7305F">
        <w:rPr>
          <w:rFonts w:cs="Times New Roman"/>
          <w:color w:val="000000" w:themeColor="text1"/>
          <w:lang w:val="uk-UA"/>
        </w:rPr>
        <w:t>на</w:t>
      </w:r>
      <w:r w:rsidR="00480420" w:rsidRPr="00B7305F">
        <w:rPr>
          <w:rFonts w:cs="Times New Roman"/>
          <w:color w:val="000000" w:themeColor="text1"/>
          <w:lang w:val="uk-UA"/>
        </w:rPr>
        <w:t xml:space="preserve"> </w:t>
      </w:r>
      <w:r w:rsidR="0088316A" w:rsidRPr="00B7305F">
        <w:rPr>
          <w:rFonts w:cs="Times New Roman"/>
          <w:color w:val="000000" w:themeColor="text1"/>
          <w:lang w:val="uk-UA"/>
        </w:rPr>
        <w:t>початок</w:t>
      </w:r>
      <w:r w:rsidR="00480420" w:rsidRPr="00B7305F">
        <w:rPr>
          <w:rFonts w:cs="Times New Roman"/>
          <w:color w:val="000000" w:themeColor="text1"/>
          <w:lang w:val="uk-UA"/>
        </w:rPr>
        <w:t xml:space="preserve"> </w:t>
      </w:r>
      <w:r w:rsidRPr="00B7305F">
        <w:rPr>
          <w:rFonts w:cs="Times New Roman"/>
          <w:color w:val="000000" w:themeColor="text1"/>
          <w:lang w:val="uk-UA"/>
        </w:rPr>
        <w:t>XX</w:t>
      </w:r>
      <w:r w:rsidR="00480420" w:rsidRPr="00B7305F">
        <w:rPr>
          <w:rFonts w:cs="Times New Roman"/>
          <w:color w:val="000000" w:themeColor="text1"/>
          <w:lang w:val="uk-UA"/>
        </w:rPr>
        <w:t xml:space="preserve"> </w:t>
      </w:r>
      <w:r w:rsidRPr="00B7305F">
        <w:rPr>
          <w:rFonts w:cs="Times New Roman"/>
          <w:color w:val="000000" w:themeColor="text1"/>
          <w:lang w:val="uk-UA"/>
        </w:rPr>
        <w:t>століття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винив</w:t>
      </w:r>
      <w:r w:rsidR="00480420" w:rsidRPr="00B7305F">
        <w:rPr>
          <w:rFonts w:cs="Times New Roman"/>
          <w:color w:val="000000" w:themeColor="text1"/>
          <w:lang w:val="uk-UA"/>
        </w:rPr>
        <w:t xml:space="preserve"> </w:t>
      </w:r>
      <w:r w:rsidRPr="00B7305F">
        <w:rPr>
          <w:rFonts w:cs="Times New Roman"/>
          <w:color w:val="000000" w:themeColor="text1"/>
          <w:lang w:val="uk-UA"/>
        </w:rPr>
        <w:t>діалог,</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змінював</w:t>
      </w:r>
      <w:r w:rsidR="00480420" w:rsidRPr="00B7305F">
        <w:rPr>
          <w:rFonts w:cs="Times New Roman"/>
          <w:color w:val="000000" w:themeColor="text1"/>
          <w:lang w:val="uk-UA"/>
        </w:rPr>
        <w:t xml:space="preserve"> </w:t>
      </w:r>
      <w:r w:rsidRPr="00B7305F">
        <w:rPr>
          <w:rFonts w:cs="Times New Roman"/>
          <w:color w:val="000000" w:themeColor="text1"/>
          <w:lang w:val="uk-UA"/>
        </w:rPr>
        <w:t>обидва</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конкуренція,</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взаємозбагачення</w:t>
      </w:r>
      <w:r w:rsidR="00480420" w:rsidRPr="00B7305F">
        <w:rPr>
          <w:rFonts w:cs="Times New Roman"/>
          <w:color w:val="000000" w:themeColor="text1"/>
          <w:lang w:val="uk-UA"/>
        </w:rPr>
        <w:t xml:space="preserve"> </w:t>
      </w:r>
      <w:r w:rsidRPr="00B7305F">
        <w:rPr>
          <w:rFonts w:cs="Times New Roman"/>
          <w:color w:val="000000" w:themeColor="text1"/>
          <w:lang w:val="uk-UA"/>
        </w:rPr>
        <w:t>призвели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того,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система</w:t>
      </w:r>
      <w:r w:rsidR="00480420" w:rsidRPr="00B7305F">
        <w:rPr>
          <w:rFonts w:cs="Times New Roman"/>
          <w:color w:val="000000" w:themeColor="text1"/>
          <w:lang w:val="uk-UA"/>
        </w:rPr>
        <w:t xml:space="preserve"> </w:t>
      </w:r>
      <w:r w:rsidRPr="00B7305F">
        <w:rPr>
          <w:rFonts w:cs="Times New Roman"/>
          <w:color w:val="000000" w:themeColor="text1"/>
          <w:lang w:val="uk-UA"/>
        </w:rPr>
        <w:t>навчання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репетиційні</w:t>
      </w:r>
      <w:r w:rsidR="00480420" w:rsidRPr="00B7305F">
        <w:rPr>
          <w:rFonts w:cs="Times New Roman"/>
          <w:color w:val="000000" w:themeColor="text1"/>
          <w:lang w:val="uk-UA"/>
        </w:rPr>
        <w:t xml:space="preserve"> </w:t>
      </w:r>
      <w:r w:rsidRPr="00B7305F">
        <w:rPr>
          <w:rFonts w:cs="Times New Roman"/>
          <w:color w:val="000000" w:themeColor="text1"/>
          <w:lang w:val="uk-UA"/>
        </w:rPr>
        <w:t>практики,</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уникла</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трансформацій</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впливом</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вимог.</w:t>
      </w:r>
      <w:r w:rsidR="00480420" w:rsidRPr="00B7305F">
        <w:rPr>
          <w:rFonts w:cs="Times New Roman"/>
          <w:color w:val="000000" w:themeColor="text1"/>
          <w:lang w:val="uk-UA"/>
        </w:rPr>
        <w:t xml:space="preserve"> </w:t>
      </w:r>
      <w:r w:rsidRPr="00B7305F">
        <w:rPr>
          <w:rFonts w:cs="Times New Roman"/>
          <w:color w:val="000000" w:themeColor="text1"/>
          <w:lang w:val="uk-UA"/>
        </w:rPr>
        <w:t>Сьогодні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навчальні</w:t>
      </w:r>
      <w:r w:rsidR="00480420" w:rsidRPr="00B7305F">
        <w:rPr>
          <w:rFonts w:cs="Times New Roman"/>
          <w:color w:val="000000" w:themeColor="text1"/>
          <w:lang w:val="uk-UA"/>
        </w:rPr>
        <w:t xml:space="preserve"> </w:t>
      </w:r>
      <w:r w:rsidRPr="00B7305F">
        <w:rPr>
          <w:rFonts w:cs="Times New Roman"/>
          <w:color w:val="000000" w:themeColor="text1"/>
          <w:lang w:val="uk-UA"/>
        </w:rPr>
        <w:t>заклади</w:t>
      </w:r>
      <w:r w:rsidR="00480420" w:rsidRPr="00B7305F">
        <w:rPr>
          <w:rFonts w:cs="Times New Roman"/>
          <w:color w:val="000000" w:themeColor="text1"/>
          <w:lang w:val="uk-UA"/>
        </w:rPr>
        <w:t xml:space="preserve"> </w:t>
      </w:r>
      <w:r w:rsidRPr="00B7305F">
        <w:rPr>
          <w:rFonts w:cs="Times New Roman"/>
          <w:color w:val="000000" w:themeColor="text1"/>
          <w:lang w:val="uk-UA"/>
        </w:rPr>
        <w:t>все</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вводять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свою</w:t>
      </w:r>
      <w:r w:rsidR="00480420" w:rsidRPr="00B7305F">
        <w:rPr>
          <w:rFonts w:cs="Times New Roman"/>
          <w:color w:val="000000" w:themeColor="text1"/>
          <w:lang w:val="uk-UA"/>
        </w:rPr>
        <w:t xml:space="preserve"> </w:t>
      </w:r>
      <w:r w:rsidRPr="00B7305F">
        <w:rPr>
          <w:rFonts w:cs="Times New Roman"/>
          <w:color w:val="000000" w:themeColor="text1"/>
          <w:lang w:val="uk-UA"/>
        </w:rPr>
        <w:t>програму</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60229" w:rsidRPr="00B7305F">
        <w:rPr>
          <w:rFonts w:cs="Times New Roman"/>
          <w:color w:val="000000" w:themeColor="text1"/>
          <w:lang w:val="uk-UA"/>
        </w:rPr>
        <w:t>ні</w:t>
      </w:r>
      <w:r w:rsidR="00480420" w:rsidRPr="00B7305F">
        <w:rPr>
          <w:rFonts w:cs="Times New Roman"/>
          <w:color w:val="000000" w:themeColor="text1"/>
          <w:lang w:val="uk-UA"/>
        </w:rPr>
        <w:t xml:space="preserve"> </w:t>
      </w:r>
      <w:r w:rsidRPr="00B7305F">
        <w:rPr>
          <w:rFonts w:cs="Times New Roman"/>
          <w:color w:val="000000" w:themeColor="text1"/>
          <w:lang w:val="uk-UA"/>
        </w:rPr>
        <w:t>навички,</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тонку</w:t>
      </w:r>
      <w:r w:rsidR="00480420" w:rsidRPr="00B7305F">
        <w:rPr>
          <w:rFonts w:cs="Times New Roman"/>
          <w:color w:val="000000" w:themeColor="text1"/>
          <w:lang w:val="uk-UA"/>
        </w:rPr>
        <w:t xml:space="preserve"> </w:t>
      </w:r>
      <w:r w:rsidRPr="00B7305F">
        <w:rPr>
          <w:rFonts w:cs="Times New Roman"/>
          <w:color w:val="000000" w:themeColor="text1"/>
          <w:lang w:val="uk-UA"/>
        </w:rPr>
        <w:t>міміку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тобто</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запозичені</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52A58F3A" w14:textId="41F43DE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Нижче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детальний</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тих</w:t>
      </w:r>
      <w:r w:rsidR="00480420" w:rsidRPr="00B7305F">
        <w:rPr>
          <w:rFonts w:cs="Times New Roman"/>
          <w:color w:val="000000" w:themeColor="text1"/>
          <w:lang w:val="uk-UA"/>
        </w:rPr>
        <w:t xml:space="preserve"> </w:t>
      </w:r>
      <w:r w:rsidRPr="00B7305F">
        <w:rPr>
          <w:rFonts w:cs="Times New Roman"/>
          <w:color w:val="000000" w:themeColor="text1"/>
          <w:lang w:val="uk-UA"/>
        </w:rPr>
        <w:t>змін,</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внесло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школу</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аргументи</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«проти»,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ілюстрації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української</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світової</w:t>
      </w:r>
      <w:r w:rsidR="00480420" w:rsidRPr="00B7305F">
        <w:rPr>
          <w:rFonts w:cs="Times New Roman"/>
          <w:color w:val="000000" w:themeColor="text1"/>
          <w:lang w:val="uk-UA"/>
        </w:rPr>
        <w:t xml:space="preserve"> </w:t>
      </w:r>
      <w:r w:rsidRPr="00B7305F">
        <w:rPr>
          <w:rFonts w:cs="Times New Roman"/>
          <w:color w:val="000000" w:themeColor="text1"/>
          <w:lang w:val="uk-UA"/>
        </w:rPr>
        <w:t>практики.</w:t>
      </w:r>
    </w:p>
    <w:p w14:paraId="34748B66" w14:textId="15193440"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Адаптація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методичних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програм:</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нові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дисципліни,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нові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підходи</w:t>
      </w:r>
    </w:p>
    <w:p w14:paraId="76148E09" w14:textId="4AF7A966"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Змішування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дисциплін</w:t>
      </w:r>
    </w:p>
    <w:p w14:paraId="0D99E223" w14:textId="4B24B214" w:rsidR="00692654" w:rsidRPr="0010382C"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Раніше</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зосереджувалась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таких</w:t>
      </w:r>
      <w:r w:rsidR="00480420" w:rsidRPr="00B7305F">
        <w:rPr>
          <w:rFonts w:cs="Times New Roman"/>
          <w:color w:val="000000" w:themeColor="text1"/>
          <w:lang w:val="uk-UA"/>
        </w:rPr>
        <w:t xml:space="preserve"> </w:t>
      </w:r>
      <w:r w:rsidRPr="00B7305F">
        <w:rPr>
          <w:rFonts w:cs="Times New Roman"/>
          <w:color w:val="000000" w:themeColor="text1"/>
          <w:lang w:val="uk-UA"/>
        </w:rPr>
        <w:t>дисциплінах,</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майстерність,</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сценічний</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голосова</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підготовка,</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приходом</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кінематографа</w:t>
      </w:r>
      <w:r w:rsidR="00480420" w:rsidRPr="00B7305F">
        <w:rPr>
          <w:rFonts w:cs="Times New Roman"/>
          <w:color w:val="000000" w:themeColor="text1"/>
          <w:lang w:val="uk-UA"/>
        </w:rPr>
        <w:t xml:space="preserve"> </w:t>
      </w:r>
      <w:r w:rsidRPr="00B7305F">
        <w:rPr>
          <w:rFonts w:cs="Times New Roman"/>
          <w:color w:val="000000" w:themeColor="text1"/>
          <w:lang w:val="uk-UA"/>
        </w:rPr>
        <w:t>з’явилась</w:t>
      </w:r>
      <w:r w:rsidR="00480420" w:rsidRPr="00B7305F">
        <w:rPr>
          <w:rFonts w:cs="Times New Roman"/>
          <w:color w:val="000000" w:themeColor="text1"/>
          <w:lang w:val="uk-UA"/>
        </w:rPr>
        <w:t xml:space="preserve"> </w:t>
      </w:r>
      <w:r w:rsidRPr="00B7305F">
        <w:rPr>
          <w:rFonts w:cs="Times New Roman"/>
          <w:color w:val="000000" w:themeColor="text1"/>
          <w:lang w:val="uk-UA"/>
        </w:rPr>
        <w:t>потреба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блоках:</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крупні</w:t>
      </w:r>
      <w:r w:rsidR="00480420" w:rsidRPr="00B7305F">
        <w:rPr>
          <w:rFonts w:cs="Times New Roman"/>
          <w:color w:val="000000" w:themeColor="text1"/>
          <w:lang w:val="uk-UA"/>
        </w:rPr>
        <w:t xml:space="preserve"> </w:t>
      </w:r>
      <w:r w:rsidRPr="00B7305F">
        <w:rPr>
          <w:rFonts w:cs="Times New Roman"/>
          <w:color w:val="000000" w:themeColor="text1"/>
          <w:lang w:val="uk-UA"/>
        </w:rPr>
        <w:t>плани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мікроекспресія,</w:t>
      </w:r>
      <w:r w:rsidR="00480420" w:rsidRPr="00B7305F">
        <w:rPr>
          <w:rFonts w:cs="Times New Roman"/>
          <w:color w:val="000000" w:themeColor="text1"/>
          <w:lang w:val="uk-UA"/>
        </w:rPr>
        <w:t xml:space="preserve"> </w:t>
      </w:r>
      <w:r w:rsidRPr="00B7305F">
        <w:rPr>
          <w:rFonts w:cs="Times New Roman"/>
          <w:color w:val="000000" w:themeColor="text1"/>
          <w:lang w:val="uk-UA"/>
        </w:rPr>
        <w:t>синхронізація</w:t>
      </w:r>
      <w:r w:rsidR="00480420" w:rsidRPr="00B7305F">
        <w:rPr>
          <w:rFonts w:cs="Times New Roman"/>
          <w:color w:val="000000" w:themeColor="text1"/>
          <w:lang w:val="uk-UA"/>
        </w:rPr>
        <w:t xml:space="preserve"> </w:t>
      </w:r>
      <w:r w:rsidRPr="00B7305F">
        <w:rPr>
          <w:rFonts w:cs="Times New Roman"/>
          <w:color w:val="000000" w:themeColor="text1"/>
          <w:lang w:val="uk-UA"/>
        </w:rPr>
        <w:t>мовлення</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аудіо-</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відеообладнанням.</w:t>
      </w:r>
      <w:r w:rsidR="00480420" w:rsidRPr="00B7305F">
        <w:rPr>
          <w:rFonts w:cs="Times New Roman"/>
          <w:color w:val="000000" w:themeColor="text1"/>
          <w:lang w:val="uk-UA"/>
        </w:rPr>
        <w:t xml:space="preserve"> </w:t>
      </w:r>
      <w:r w:rsidRPr="00B7305F">
        <w:rPr>
          <w:rFonts w:cs="Times New Roman"/>
          <w:color w:val="000000" w:themeColor="text1"/>
          <w:lang w:val="uk-UA"/>
        </w:rPr>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навчальних</w:t>
      </w:r>
      <w:r w:rsidR="00480420" w:rsidRPr="00B7305F">
        <w:rPr>
          <w:rFonts w:cs="Times New Roman"/>
          <w:color w:val="000000" w:themeColor="text1"/>
          <w:lang w:val="uk-UA"/>
        </w:rPr>
        <w:t xml:space="preserve"> </w:t>
      </w:r>
      <w:r w:rsidRPr="00B7305F">
        <w:rPr>
          <w:rFonts w:cs="Times New Roman"/>
          <w:color w:val="000000" w:themeColor="text1"/>
          <w:lang w:val="uk-UA"/>
        </w:rPr>
        <w:t>планів</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інститутів</w:t>
      </w:r>
      <w:r w:rsidR="00480420" w:rsidRPr="00B7305F">
        <w:rPr>
          <w:rFonts w:cs="Times New Roman"/>
          <w:color w:val="000000" w:themeColor="text1"/>
          <w:lang w:val="uk-UA"/>
        </w:rPr>
        <w:t xml:space="preserve"> </w:t>
      </w:r>
      <w:r w:rsidRPr="00B7305F">
        <w:rPr>
          <w:rFonts w:cs="Times New Roman"/>
          <w:color w:val="000000" w:themeColor="text1"/>
          <w:lang w:val="uk-UA"/>
        </w:rPr>
        <w:t>було</w:t>
      </w:r>
      <w:r w:rsidR="00480420" w:rsidRPr="00B7305F">
        <w:rPr>
          <w:rFonts w:cs="Times New Roman"/>
          <w:color w:val="000000" w:themeColor="text1"/>
          <w:lang w:val="uk-UA"/>
        </w:rPr>
        <w:t xml:space="preserve"> </w:t>
      </w:r>
      <w:r w:rsidRPr="0010382C">
        <w:rPr>
          <w:rFonts w:cs="Times New Roman"/>
          <w:color w:val="000000" w:themeColor="text1"/>
          <w:lang w:val="uk-UA"/>
        </w:rPr>
        <w:t>введено</w:t>
      </w:r>
      <w:r w:rsidR="00480420" w:rsidRPr="0010382C">
        <w:rPr>
          <w:rFonts w:cs="Times New Roman"/>
          <w:color w:val="000000" w:themeColor="text1"/>
          <w:lang w:val="uk-UA"/>
        </w:rPr>
        <w:t xml:space="preserve"> </w:t>
      </w:r>
      <w:r w:rsidRPr="0010382C">
        <w:rPr>
          <w:rFonts w:cs="Times New Roman"/>
          <w:color w:val="000000" w:themeColor="text1"/>
          <w:lang w:val="uk-UA"/>
        </w:rPr>
        <w:t>курси</w:t>
      </w:r>
      <w:r w:rsidR="00480420" w:rsidRPr="0010382C">
        <w:rPr>
          <w:rFonts w:cs="Times New Roman"/>
          <w:color w:val="000000" w:themeColor="text1"/>
          <w:lang w:val="uk-UA"/>
        </w:rPr>
        <w:t xml:space="preserve"> </w:t>
      </w:r>
      <w:r w:rsidRPr="0010382C">
        <w:rPr>
          <w:rFonts w:cs="Times New Roman"/>
          <w:color w:val="000000" w:themeColor="text1"/>
          <w:lang w:val="uk-UA"/>
        </w:rPr>
        <w:t>або</w:t>
      </w:r>
      <w:r w:rsidR="00480420" w:rsidRPr="0010382C">
        <w:rPr>
          <w:rFonts w:cs="Times New Roman"/>
          <w:color w:val="000000" w:themeColor="text1"/>
          <w:lang w:val="uk-UA"/>
        </w:rPr>
        <w:t xml:space="preserve"> </w:t>
      </w:r>
      <w:r w:rsidRPr="0010382C">
        <w:rPr>
          <w:rFonts w:cs="Times New Roman"/>
          <w:color w:val="000000" w:themeColor="text1"/>
          <w:lang w:val="uk-UA"/>
        </w:rPr>
        <w:t>семінари</w:t>
      </w:r>
      <w:r w:rsidR="00480420" w:rsidRPr="0010382C">
        <w:rPr>
          <w:rFonts w:cs="Times New Roman"/>
          <w:color w:val="000000" w:themeColor="text1"/>
          <w:lang w:val="uk-UA"/>
        </w:rPr>
        <w:t xml:space="preserve"> </w:t>
      </w:r>
      <w:r w:rsidRPr="0010382C">
        <w:rPr>
          <w:rFonts w:cs="Times New Roman"/>
          <w:color w:val="000000" w:themeColor="text1"/>
          <w:lang w:val="uk-UA"/>
        </w:rPr>
        <w:t>з</w:t>
      </w:r>
      <w:r w:rsidR="00480420" w:rsidRPr="0010382C">
        <w:rPr>
          <w:rFonts w:cs="Times New Roman"/>
          <w:color w:val="000000" w:themeColor="text1"/>
          <w:lang w:val="uk-UA"/>
        </w:rPr>
        <w:t xml:space="preserve"> </w:t>
      </w:r>
      <w:r w:rsidRPr="0010382C">
        <w:rPr>
          <w:rFonts w:cs="Times New Roman"/>
          <w:color w:val="000000" w:themeColor="text1"/>
          <w:lang w:val="uk-UA"/>
        </w:rPr>
        <w:t>кіноакторства.</w:t>
      </w:r>
    </w:p>
    <w:p w14:paraId="63851DB9" w14:textId="6B2E0E37" w:rsidR="00692654" w:rsidRPr="00B7305F" w:rsidRDefault="00000000" w:rsidP="00051784">
      <w:pPr>
        <w:spacing w:after="0"/>
        <w:ind w:left="0" w:firstLine="709"/>
        <w:jc w:val="both"/>
        <w:rPr>
          <w:rFonts w:cs="Times New Roman"/>
          <w:color w:val="000000" w:themeColor="text1"/>
          <w:lang w:val="uk-UA"/>
        </w:rPr>
      </w:pPr>
      <w:r w:rsidRPr="0010382C">
        <w:rPr>
          <w:rFonts w:cs="Times New Roman"/>
          <w:color w:val="000000" w:themeColor="text1"/>
          <w:lang w:val="uk-UA"/>
        </w:rPr>
        <w:t>Наприклад,</w:t>
      </w:r>
      <w:r w:rsidR="00480420" w:rsidRPr="0010382C">
        <w:rPr>
          <w:rFonts w:cs="Times New Roman"/>
          <w:color w:val="000000" w:themeColor="text1"/>
          <w:lang w:val="uk-UA"/>
        </w:rPr>
        <w:t xml:space="preserve"> </w:t>
      </w:r>
      <w:r w:rsidRPr="0010382C">
        <w:rPr>
          <w:rFonts w:cs="Times New Roman"/>
          <w:color w:val="000000" w:themeColor="text1"/>
          <w:lang w:val="uk-UA"/>
        </w:rPr>
        <w:t>у</w:t>
      </w:r>
      <w:r w:rsidR="00480420" w:rsidRPr="0010382C">
        <w:rPr>
          <w:rFonts w:cs="Times New Roman"/>
          <w:color w:val="000000" w:themeColor="text1"/>
          <w:lang w:val="uk-UA"/>
        </w:rPr>
        <w:t xml:space="preserve"> </w:t>
      </w:r>
      <w:r w:rsidRPr="0010382C">
        <w:rPr>
          <w:rFonts w:cs="Times New Roman"/>
          <w:color w:val="000000" w:themeColor="text1"/>
          <w:lang w:val="uk-UA"/>
        </w:rPr>
        <w:t>монографії</w:t>
      </w:r>
      <w:r w:rsidR="00480420" w:rsidRPr="0010382C">
        <w:rPr>
          <w:rFonts w:cs="Times New Roman"/>
          <w:color w:val="000000" w:themeColor="text1"/>
          <w:lang w:val="uk-UA"/>
        </w:rPr>
        <w:t xml:space="preserve"> </w:t>
      </w:r>
      <w:r w:rsidRPr="0010382C">
        <w:rPr>
          <w:rFonts w:cs="Times New Roman"/>
          <w:color w:val="000000" w:themeColor="text1"/>
          <w:lang w:val="uk-UA"/>
        </w:rPr>
        <w:t>«Кіно,</w:t>
      </w:r>
      <w:r w:rsidR="00480420" w:rsidRPr="0010382C">
        <w:rPr>
          <w:rFonts w:cs="Times New Roman"/>
          <w:color w:val="000000" w:themeColor="text1"/>
          <w:lang w:val="uk-UA"/>
        </w:rPr>
        <w:t xml:space="preserve"> </w:t>
      </w:r>
      <w:r w:rsidRPr="0010382C">
        <w:rPr>
          <w:rFonts w:cs="Times New Roman"/>
          <w:color w:val="000000" w:themeColor="text1"/>
          <w:lang w:val="uk-UA"/>
        </w:rPr>
        <w:t>телебачення</w:t>
      </w:r>
      <w:r w:rsidR="00480420" w:rsidRPr="0010382C">
        <w:rPr>
          <w:rFonts w:cs="Times New Roman"/>
          <w:color w:val="000000" w:themeColor="text1"/>
          <w:lang w:val="uk-UA"/>
        </w:rPr>
        <w:t xml:space="preserve"> </w:t>
      </w:r>
      <w:r w:rsidRPr="0010382C">
        <w:rPr>
          <w:rFonts w:cs="Times New Roman"/>
          <w:color w:val="000000" w:themeColor="text1"/>
          <w:lang w:val="uk-UA"/>
        </w:rPr>
        <w:t>та</w:t>
      </w:r>
      <w:r w:rsidR="00480420" w:rsidRPr="0010382C">
        <w:rPr>
          <w:rFonts w:cs="Times New Roman"/>
          <w:color w:val="000000" w:themeColor="text1"/>
          <w:lang w:val="uk-UA"/>
        </w:rPr>
        <w:t xml:space="preserve"> </w:t>
      </w:r>
      <w:r w:rsidRPr="0010382C">
        <w:rPr>
          <w:rFonts w:cs="Times New Roman"/>
          <w:color w:val="000000" w:themeColor="text1"/>
          <w:lang w:val="uk-UA"/>
        </w:rPr>
        <w:t>радіо</w:t>
      </w:r>
      <w:r w:rsidR="00480420" w:rsidRPr="0010382C">
        <w:rPr>
          <w:rFonts w:cs="Times New Roman"/>
          <w:color w:val="000000" w:themeColor="text1"/>
          <w:lang w:val="uk-UA"/>
        </w:rPr>
        <w:t xml:space="preserve"> </w:t>
      </w:r>
      <w:r w:rsidRPr="0010382C">
        <w:rPr>
          <w:rFonts w:cs="Times New Roman"/>
          <w:color w:val="000000" w:themeColor="text1"/>
          <w:lang w:val="uk-UA"/>
        </w:rPr>
        <w:t>в</w:t>
      </w:r>
      <w:r w:rsidR="00480420" w:rsidRPr="0010382C">
        <w:rPr>
          <w:rFonts w:cs="Times New Roman"/>
          <w:color w:val="000000" w:themeColor="text1"/>
          <w:lang w:val="uk-UA"/>
        </w:rPr>
        <w:t xml:space="preserve"> </w:t>
      </w:r>
      <w:r w:rsidRPr="0010382C">
        <w:rPr>
          <w:rFonts w:cs="Times New Roman"/>
          <w:color w:val="000000" w:themeColor="text1"/>
          <w:lang w:val="uk-UA"/>
        </w:rPr>
        <w:t>сценічному</w:t>
      </w:r>
      <w:r w:rsidR="00480420" w:rsidRPr="0010382C">
        <w:rPr>
          <w:rFonts w:cs="Times New Roman"/>
          <w:color w:val="000000" w:themeColor="text1"/>
          <w:lang w:val="uk-UA"/>
        </w:rPr>
        <w:t xml:space="preserve"> </w:t>
      </w:r>
      <w:r w:rsidRPr="0010382C">
        <w:rPr>
          <w:rFonts w:cs="Times New Roman"/>
          <w:color w:val="000000" w:themeColor="text1"/>
          <w:lang w:val="uk-UA"/>
        </w:rPr>
        <w:t>мистецтві</w:t>
      </w:r>
      <w:r w:rsidR="009E0C26" w:rsidRPr="0010382C">
        <w:rPr>
          <w:rFonts w:cs="Times New Roman"/>
          <w:color w:val="000000" w:themeColor="text1"/>
          <w:lang w:val="uk-UA"/>
        </w:rPr>
        <w:t xml:space="preserve">   [</w:t>
      </w:r>
      <w:r w:rsidR="00F60135" w:rsidRPr="0010382C">
        <w:rPr>
          <w:rFonts w:cs="Times New Roman"/>
          <w:color w:val="000000" w:themeColor="text1"/>
          <w:lang w:val="uk-UA"/>
        </w:rPr>
        <w:t>51</w:t>
      </w:r>
      <w:r w:rsidR="009E0C26" w:rsidRPr="0010382C">
        <w:rPr>
          <w:rFonts w:cs="Times New Roman"/>
          <w:color w:val="000000" w:themeColor="text1"/>
          <w:lang w:val="uk-UA"/>
        </w:rPr>
        <w:t xml:space="preserve">, </w:t>
      </w:r>
      <w:r w:rsidR="009E0C26" w:rsidRPr="0010382C">
        <w:rPr>
          <w:rFonts w:cs="Times New Roman"/>
          <w:color w:val="000000" w:themeColor="text1"/>
        </w:rPr>
        <w:t>c</w:t>
      </w:r>
      <w:r w:rsidR="009E0C26" w:rsidRPr="0010382C">
        <w:rPr>
          <w:rFonts w:cs="Times New Roman"/>
          <w:color w:val="000000" w:themeColor="text1"/>
          <w:lang w:val="uk-UA"/>
        </w:rPr>
        <w:t>.</w:t>
      </w:r>
      <w:r w:rsidR="00F60135" w:rsidRPr="0010382C">
        <w:rPr>
          <w:rFonts w:cs="Times New Roman"/>
          <w:color w:val="000000" w:themeColor="text1"/>
          <w:lang w:val="uk-UA"/>
        </w:rPr>
        <w:t>70</w:t>
      </w:r>
      <w:r w:rsidR="009E0C26"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зазначається,</w:t>
      </w:r>
      <w:r w:rsidR="00480420" w:rsidRPr="0010382C">
        <w:rPr>
          <w:rFonts w:cs="Times New Roman"/>
          <w:color w:val="000000" w:themeColor="text1"/>
          <w:lang w:val="uk-UA"/>
        </w:rPr>
        <w:t xml:space="preserve"> </w:t>
      </w:r>
      <w:r w:rsidRPr="0010382C">
        <w:rPr>
          <w:rFonts w:cs="Times New Roman"/>
          <w:color w:val="000000" w:themeColor="text1"/>
          <w:lang w:val="uk-UA"/>
        </w:rPr>
        <w:t>що</w:t>
      </w:r>
      <w:r w:rsidR="00480420" w:rsidRPr="0010382C">
        <w:rPr>
          <w:rFonts w:cs="Times New Roman"/>
          <w:color w:val="000000" w:themeColor="text1"/>
          <w:lang w:val="uk-UA"/>
        </w:rPr>
        <w:t xml:space="preserve"> </w:t>
      </w:r>
      <w:r w:rsidRPr="0010382C">
        <w:rPr>
          <w:rFonts w:cs="Times New Roman"/>
          <w:color w:val="000000" w:themeColor="text1"/>
          <w:lang w:val="uk-UA"/>
        </w:rPr>
        <w:t>сучасне</w:t>
      </w:r>
      <w:r w:rsidR="00480420" w:rsidRPr="0010382C">
        <w:rPr>
          <w:rFonts w:cs="Times New Roman"/>
          <w:color w:val="000000" w:themeColor="text1"/>
          <w:lang w:val="uk-UA"/>
        </w:rPr>
        <w:t xml:space="preserve"> </w:t>
      </w:r>
      <w:r w:rsidRPr="0010382C">
        <w:rPr>
          <w:rFonts w:cs="Times New Roman"/>
          <w:color w:val="000000" w:themeColor="text1"/>
          <w:lang w:val="uk-UA"/>
        </w:rPr>
        <w:t>сценічне</w:t>
      </w:r>
      <w:r w:rsidR="00480420" w:rsidRPr="0010382C">
        <w:rPr>
          <w:rFonts w:cs="Times New Roman"/>
          <w:color w:val="000000" w:themeColor="text1"/>
          <w:lang w:val="uk-UA"/>
        </w:rPr>
        <w:t xml:space="preserve"> </w:t>
      </w:r>
      <w:r w:rsidRPr="0010382C">
        <w:rPr>
          <w:rFonts w:cs="Times New Roman"/>
          <w:color w:val="000000" w:themeColor="text1"/>
          <w:lang w:val="uk-UA"/>
        </w:rPr>
        <w:t>мистецтво</w:t>
      </w:r>
      <w:r w:rsidR="00480420" w:rsidRPr="0010382C">
        <w:rPr>
          <w:rFonts w:cs="Times New Roman"/>
          <w:color w:val="000000" w:themeColor="text1"/>
          <w:lang w:val="uk-UA"/>
        </w:rPr>
        <w:t xml:space="preserve"> </w:t>
      </w:r>
      <w:r w:rsidRPr="0010382C">
        <w:rPr>
          <w:rFonts w:cs="Times New Roman"/>
          <w:color w:val="000000" w:themeColor="text1"/>
          <w:lang w:val="uk-UA"/>
        </w:rPr>
        <w:t>має</w:t>
      </w:r>
      <w:r w:rsidR="00480420" w:rsidRPr="0010382C">
        <w:rPr>
          <w:rFonts w:cs="Times New Roman"/>
          <w:color w:val="000000" w:themeColor="text1"/>
          <w:lang w:val="uk-UA"/>
        </w:rPr>
        <w:t xml:space="preserve"> </w:t>
      </w:r>
      <w:r w:rsidRPr="0010382C">
        <w:rPr>
          <w:rFonts w:cs="Times New Roman"/>
          <w:color w:val="000000" w:themeColor="text1"/>
          <w:lang w:val="uk-UA"/>
        </w:rPr>
        <w:t>синтетичну</w:t>
      </w:r>
      <w:r w:rsidR="00480420" w:rsidRPr="0010382C">
        <w:rPr>
          <w:rFonts w:cs="Times New Roman"/>
          <w:color w:val="000000" w:themeColor="text1"/>
          <w:lang w:val="uk-UA"/>
        </w:rPr>
        <w:t xml:space="preserve"> </w:t>
      </w:r>
      <w:r w:rsidRPr="0010382C">
        <w:rPr>
          <w:rFonts w:cs="Times New Roman"/>
          <w:color w:val="000000" w:themeColor="text1"/>
          <w:lang w:val="uk-UA"/>
        </w:rPr>
        <w:t>природу,</w:t>
      </w:r>
      <w:r w:rsidR="00480420" w:rsidRPr="0010382C">
        <w:rPr>
          <w:rFonts w:cs="Times New Roman"/>
          <w:color w:val="000000" w:themeColor="text1"/>
          <w:lang w:val="uk-UA"/>
        </w:rPr>
        <w:t xml:space="preserve"> </w:t>
      </w:r>
      <w:r w:rsidRPr="0010382C">
        <w:rPr>
          <w:rFonts w:cs="Times New Roman"/>
          <w:color w:val="000000" w:themeColor="text1"/>
          <w:lang w:val="uk-UA"/>
        </w:rPr>
        <w:t>у</w:t>
      </w:r>
      <w:r w:rsidR="00480420" w:rsidRPr="0010382C">
        <w:rPr>
          <w:rFonts w:cs="Times New Roman"/>
          <w:color w:val="000000" w:themeColor="text1"/>
          <w:lang w:val="uk-UA"/>
        </w:rPr>
        <w:t xml:space="preserve"> </w:t>
      </w:r>
      <w:r w:rsidRPr="0010382C">
        <w:rPr>
          <w:rFonts w:cs="Times New Roman"/>
          <w:color w:val="000000" w:themeColor="text1"/>
          <w:lang w:val="uk-UA"/>
        </w:rPr>
        <w:t>тому</w:t>
      </w:r>
      <w:r w:rsidR="00480420" w:rsidRPr="0010382C">
        <w:rPr>
          <w:rFonts w:cs="Times New Roman"/>
          <w:color w:val="000000" w:themeColor="text1"/>
          <w:lang w:val="uk-UA"/>
        </w:rPr>
        <w:t xml:space="preserve"> </w:t>
      </w:r>
      <w:r w:rsidRPr="0010382C">
        <w:rPr>
          <w:rFonts w:cs="Times New Roman"/>
          <w:color w:val="000000" w:themeColor="text1"/>
          <w:lang w:val="uk-UA"/>
        </w:rPr>
        <w:t>числі</w:t>
      </w:r>
      <w:r w:rsidR="00480420" w:rsidRPr="0010382C">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рахунок</w:t>
      </w:r>
      <w:r w:rsidR="00480420" w:rsidRPr="00B7305F">
        <w:rPr>
          <w:rFonts w:cs="Times New Roman"/>
          <w:color w:val="000000" w:themeColor="text1"/>
          <w:lang w:val="uk-UA"/>
        </w:rPr>
        <w:t xml:space="preserve"> </w:t>
      </w:r>
      <w:r w:rsidRPr="00B7305F">
        <w:rPr>
          <w:rFonts w:cs="Times New Roman"/>
          <w:color w:val="000000" w:themeColor="text1"/>
          <w:lang w:val="uk-UA"/>
        </w:rPr>
        <w:t>залучення</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теле</w:t>
      </w:r>
      <w:r w:rsidR="00460229" w:rsidRPr="00B7305F">
        <w:rPr>
          <w:rFonts w:cs="Times New Roman"/>
          <w:color w:val="000000" w:themeColor="text1"/>
          <w:lang w:val="uk-UA"/>
        </w:rPr>
        <w:t xml:space="preserve">візійних </w:t>
      </w:r>
      <w:r w:rsidRPr="00B7305F">
        <w:rPr>
          <w:rFonts w:cs="Times New Roman"/>
          <w:color w:val="000000" w:themeColor="text1"/>
          <w:lang w:val="uk-UA"/>
        </w:rPr>
        <w:t>елементів.</w:t>
      </w:r>
      <w:r w:rsidR="00480420" w:rsidRPr="00B7305F">
        <w:rPr>
          <w:rFonts w:cs="Times New Roman"/>
          <w:color w:val="000000" w:themeColor="text1"/>
          <w:lang w:val="uk-UA"/>
        </w:rPr>
        <w:t xml:space="preserve"> </w:t>
      </w:r>
    </w:p>
    <w:p w14:paraId="04D22737" w14:textId="68621630"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Методичні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вправи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урахуванням</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камери</w:t>
      </w:r>
    </w:p>
    <w:p w14:paraId="15711002" w14:textId="2D094C3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вправ</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входять</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репетирують</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дивляться</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записах,</w:t>
      </w:r>
      <w:r w:rsidR="00480420" w:rsidRPr="00B7305F">
        <w:rPr>
          <w:rFonts w:cs="Times New Roman"/>
          <w:color w:val="000000" w:themeColor="text1"/>
          <w:lang w:val="uk-UA"/>
        </w:rPr>
        <w:t xml:space="preserve"> </w:t>
      </w:r>
      <w:r w:rsidRPr="00B7305F">
        <w:rPr>
          <w:rFonts w:cs="Times New Roman"/>
          <w:color w:val="000000" w:themeColor="text1"/>
          <w:lang w:val="uk-UA"/>
        </w:rPr>
        <w:t>аналізують,</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змінюється</w:t>
      </w:r>
      <w:r w:rsidR="00480420" w:rsidRPr="00B7305F">
        <w:rPr>
          <w:rFonts w:cs="Times New Roman"/>
          <w:color w:val="000000" w:themeColor="text1"/>
          <w:lang w:val="uk-UA"/>
        </w:rPr>
        <w:t xml:space="preserve"> </w:t>
      </w:r>
      <w:r w:rsidRPr="00B7305F">
        <w:rPr>
          <w:rFonts w:cs="Times New Roman"/>
          <w:color w:val="000000" w:themeColor="text1"/>
          <w:lang w:val="uk-UA"/>
        </w:rPr>
        <w:t>сприйняття</w:t>
      </w:r>
      <w:r w:rsidR="00480420" w:rsidRPr="00B7305F">
        <w:rPr>
          <w:rFonts w:cs="Times New Roman"/>
          <w:color w:val="000000" w:themeColor="text1"/>
          <w:lang w:val="uk-UA"/>
        </w:rPr>
        <w:t xml:space="preserve"> </w:t>
      </w:r>
      <w:r w:rsidRPr="00B7305F">
        <w:rPr>
          <w:rFonts w:cs="Times New Roman"/>
          <w:color w:val="000000" w:themeColor="text1"/>
          <w:lang w:val="uk-UA"/>
        </w:rPr>
        <w:t>міміки,</w:t>
      </w:r>
      <w:r w:rsidR="00480420" w:rsidRPr="00B7305F">
        <w:rPr>
          <w:rFonts w:cs="Times New Roman"/>
          <w:color w:val="000000" w:themeColor="text1"/>
          <w:lang w:val="uk-UA"/>
        </w:rPr>
        <w:t xml:space="preserve"> </w:t>
      </w:r>
      <w:r w:rsidRPr="00B7305F">
        <w:rPr>
          <w:rFonts w:cs="Times New Roman"/>
          <w:color w:val="000000" w:themeColor="text1"/>
          <w:lang w:val="uk-UA"/>
        </w:rPr>
        <w:t>пози,</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коригувати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звички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зменшити</w:t>
      </w:r>
      <w:r w:rsidR="00480420" w:rsidRPr="00B7305F">
        <w:rPr>
          <w:rFonts w:cs="Times New Roman"/>
          <w:color w:val="000000" w:themeColor="text1"/>
          <w:lang w:val="uk-UA"/>
        </w:rPr>
        <w:t xml:space="preserve"> </w:t>
      </w:r>
      <w:r w:rsidRPr="00B7305F">
        <w:rPr>
          <w:rFonts w:cs="Times New Roman"/>
          <w:color w:val="000000" w:themeColor="text1"/>
          <w:lang w:val="uk-UA"/>
        </w:rPr>
        <w:t>“надмірність”,</w:t>
      </w:r>
      <w:r w:rsidR="00480420" w:rsidRPr="00B7305F">
        <w:rPr>
          <w:rFonts w:cs="Times New Roman"/>
          <w:color w:val="000000" w:themeColor="text1"/>
          <w:lang w:val="uk-UA"/>
        </w:rPr>
        <w:t xml:space="preserve"> </w:t>
      </w:r>
      <w:r w:rsidRPr="00B7305F">
        <w:rPr>
          <w:rFonts w:cs="Times New Roman"/>
          <w:color w:val="000000" w:themeColor="text1"/>
          <w:lang w:val="uk-UA"/>
        </w:rPr>
        <w:t>узгодити</w:t>
      </w:r>
      <w:r w:rsidR="00480420" w:rsidRPr="00B7305F">
        <w:rPr>
          <w:rFonts w:cs="Times New Roman"/>
          <w:color w:val="000000" w:themeColor="text1"/>
          <w:lang w:val="uk-UA"/>
        </w:rPr>
        <w:t xml:space="preserve"> </w:t>
      </w:r>
      <w:r w:rsidRPr="00B7305F">
        <w:rPr>
          <w:rFonts w:cs="Times New Roman"/>
          <w:color w:val="000000" w:themeColor="text1"/>
          <w:lang w:val="uk-UA"/>
        </w:rPr>
        <w:t>тон</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камерним</w:t>
      </w:r>
      <w:r w:rsidR="00480420" w:rsidRPr="00B7305F">
        <w:rPr>
          <w:rFonts w:cs="Times New Roman"/>
          <w:color w:val="000000" w:themeColor="text1"/>
          <w:lang w:val="uk-UA"/>
        </w:rPr>
        <w:t xml:space="preserve"> </w:t>
      </w:r>
      <w:r w:rsidRPr="00B7305F">
        <w:rPr>
          <w:rFonts w:cs="Times New Roman"/>
          <w:color w:val="000000" w:themeColor="text1"/>
          <w:lang w:val="uk-UA"/>
        </w:rPr>
        <w:t>виміром.</w:t>
      </w:r>
      <w:r w:rsidR="00480420" w:rsidRPr="00B7305F">
        <w:rPr>
          <w:rFonts w:cs="Times New Roman"/>
          <w:color w:val="000000" w:themeColor="text1"/>
          <w:lang w:val="uk-UA"/>
        </w:rPr>
        <w:t xml:space="preserve"> </w:t>
      </w:r>
      <w:r w:rsidRPr="00B7305F">
        <w:rPr>
          <w:rFonts w:cs="Times New Roman"/>
          <w:color w:val="000000" w:themeColor="text1"/>
          <w:lang w:val="uk-UA"/>
        </w:rPr>
        <w:t>Конверсія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p>
    <w:p w14:paraId="2D7FD60C" w14:textId="6E10905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трансформуються</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10382C">
        <w:rPr>
          <w:rFonts w:cs="Times New Roman"/>
          <w:color w:val="000000" w:themeColor="text1"/>
          <w:lang w:val="uk-UA"/>
        </w:rPr>
        <w:t>вимоги</w:t>
      </w:r>
      <w:r w:rsidR="00480420" w:rsidRPr="0010382C">
        <w:rPr>
          <w:rFonts w:cs="Times New Roman"/>
          <w:color w:val="000000" w:themeColor="text1"/>
          <w:lang w:val="uk-UA"/>
        </w:rPr>
        <w:t xml:space="preserve"> </w:t>
      </w:r>
      <w:r w:rsidRPr="0010382C">
        <w:rPr>
          <w:rFonts w:cs="Times New Roman"/>
          <w:color w:val="000000" w:themeColor="text1"/>
          <w:lang w:val="uk-UA"/>
        </w:rPr>
        <w:t>екрану</w:t>
      </w:r>
      <w:r w:rsidR="00480420" w:rsidRPr="0010382C">
        <w:rPr>
          <w:rFonts w:cs="Times New Roman"/>
          <w:color w:val="000000" w:themeColor="text1"/>
          <w:lang w:val="uk-UA"/>
        </w:rPr>
        <w:t xml:space="preserve"> </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наприклад,</w:t>
      </w:r>
      <w:r w:rsidR="00480420" w:rsidRPr="0010382C">
        <w:rPr>
          <w:rFonts w:cs="Times New Roman"/>
          <w:color w:val="000000" w:themeColor="text1"/>
          <w:lang w:val="uk-UA"/>
        </w:rPr>
        <w:t xml:space="preserve"> </w:t>
      </w:r>
      <w:r w:rsidRPr="0010382C">
        <w:rPr>
          <w:rFonts w:cs="Times New Roman"/>
          <w:color w:val="000000" w:themeColor="text1"/>
          <w:lang w:val="uk-UA"/>
        </w:rPr>
        <w:t>використання</w:t>
      </w:r>
      <w:r w:rsidR="00480420" w:rsidRPr="0010382C">
        <w:rPr>
          <w:rFonts w:cs="Times New Roman"/>
          <w:color w:val="000000" w:themeColor="text1"/>
          <w:lang w:val="uk-UA"/>
        </w:rPr>
        <w:t xml:space="preserve"> </w:t>
      </w:r>
      <w:r w:rsidRPr="0010382C">
        <w:rPr>
          <w:rFonts w:cs="Times New Roman"/>
          <w:color w:val="000000" w:themeColor="text1"/>
          <w:lang w:val="uk-UA"/>
        </w:rPr>
        <w:t>«активного</w:t>
      </w:r>
      <w:r w:rsidR="00480420" w:rsidRPr="0010382C">
        <w:rPr>
          <w:rFonts w:cs="Times New Roman"/>
          <w:color w:val="000000" w:themeColor="text1"/>
          <w:lang w:val="uk-UA"/>
        </w:rPr>
        <w:t xml:space="preserve"> </w:t>
      </w:r>
      <w:r w:rsidRPr="0010382C">
        <w:rPr>
          <w:rFonts w:cs="Times New Roman"/>
          <w:color w:val="000000" w:themeColor="text1"/>
          <w:lang w:val="uk-UA"/>
        </w:rPr>
        <w:t>очікування</w:t>
      </w:r>
      <w:r w:rsidR="009E0C26" w:rsidRPr="0010382C">
        <w:rPr>
          <w:rFonts w:cs="Times New Roman"/>
          <w:color w:val="000000" w:themeColor="text1"/>
          <w:lang w:val="ru-RU"/>
        </w:rPr>
        <w:t xml:space="preserve"> [</w:t>
      </w:r>
      <w:r w:rsidR="00F60135" w:rsidRPr="0010382C">
        <w:rPr>
          <w:rFonts w:cs="Times New Roman"/>
          <w:color w:val="000000" w:themeColor="text1"/>
          <w:lang w:val="ru-RU"/>
        </w:rPr>
        <w:t>47</w:t>
      </w:r>
      <w:r w:rsidR="009E0C26" w:rsidRPr="0010382C">
        <w:rPr>
          <w:rFonts w:cs="Times New Roman"/>
          <w:color w:val="000000" w:themeColor="text1"/>
          <w:lang w:val="ru-RU"/>
        </w:rPr>
        <w:t xml:space="preserve">, </w:t>
      </w:r>
      <w:r w:rsidR="009E0C26" w:rsidRPr="0010382C">
        <w:rPr>
          <w:rFonts w:cs="Times New Roman"/>
          <w:color w:val="000000" w:themeColor="text1"/>
        </w:rPr>
        <w:t>c</w:t>
      </w:r>
      <w:r w:rsidR="009E0C26" w:rsidRPr="0010382C">
        <w:rPr>
          <w:rFonts w:cs="Times New Roman"/>
          <w:color w:val="000000" w:themeColor="text1"/>
          <w:lang w:val="ru-RU"/>
        </w:rPr>
        <w:t>.</w:t>
      </w:r>
      <w:r w:rsidR="00F60135" w:rsidRPr="0010382C">
        <w:rPr>
          <w:rFonts w:cs="Times New Roman"/>
          <w:color w:val="000000" w:themeColor="text1"/>
          <w:lang w:val="ru-RU"/>
        </w:rPr>
        <w:t>2</w:t>
      </w:r>
      <w:r w:rsidR="0010382C" w:rsidRPr="0010382C">
        <w:rPr>
          <w:rFonts w:cs="Times New Roman"/>
          <w:color w:val="000000" w:themeColor="text1"/>
          <w:lang w:val="ru-RU"/>
        </w:rPr>
        <w:t>40</w:t>
      </w:r>
      <w:r w:rsidR="009E0C26"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(методика,</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персонаж</w:t>
      </w:r>
      <w:r w:rsidR="00480420" w:rsidRPr="00B7305F">
        <w:rPr>
          <w:rFonts w:cs="Times New Roman"/>
          <w:color w:val="000000" w:themeColor="text1"/>
          <w:lang w:val="uk-UA"/>
        </w:rPr>
        <w:t xml:space="preserve"> </w:t>
      </w:r>
      <w:r w:rsidRPr="00B7305F">
        <w:rPr>
          <w:rFonts w:cs="Times New Roman"/>
          <w:color w:val="000000" w:themeColor="text1"/>
          <w:lang w:val="uk-UA"/>
        </w:rPr>
        <w:t>перебуває</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60229"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w:t>
      </w:r>
      <w:r w:rsidR="00480420" w:rsidRPr="00B7305F">
        <w:rPr>
          <w:rFonts w:cs="Times New Roman"/>
          <w:color w:val="000000" w:themeColor="text1"/>
          <w:lang w:val="uk-UA"/>
        </w:rPr>
        <w:t xml:space="preserve"> </w:t>
      </w:r>
      <w:r w:rsidRPr="00B7305F">
        <w:rPr>
          <w:rFonts w:cs="Times New Roman"/>
          <w:color w:val="000000" w:themeColor="text1"/>
          <w:lang w:val="uk-UA"/>
        </w:rPr>
        <w:t>рухається),</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великим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ледь</w:t>
      </w:r>
      <w:r w:rsidR="00480420" w:rsidRPr="00B7305F">
        <w:rPr>
          <w:rFonts w:cs="Times New Roman"/>
          <w:color w:val="000000" w:themeColor="text1"/>
          <w:lang w:val="uk-UA"/>
        </w:rPr>
        <w:t xml:space="preserve"> </w:t>
      </w:r>
      <w:r w:rsidRPr="00B7305F">
        <w:rPr>
          <w:rFonts w:cs="Times New Roman"/>
          <w:color w:val="000000" w:themeColor="text1"/>
          <w:lang w:val="uk-UA"/>
        </w:rPr>
        <w:t>виразним.</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вчить,</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“зменшувати”</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самі</w:t>
      </w:r>
      <w:r w:rsidR="00480420" w:rsidRPr="00B7305F">
        <w:rPr>
          <w:rFonts w:cs="Times New Roman"/>
          <w:color w:val="000000" w:themeColor="text1"/>
          <w:lang w:val="uk-UA"/>
        </w:rPr>
        <w:t xml:space="preserve"> </w:t>
      </w:r>
      <w:r w:rsidRPr="00B7305F">
        <w:rPr>
          <w:rFonts w:cs="Times New Roman"/>
          <w:color w:val="000000" w:themeColor="text1"/>
          <w:lang w:val="uk-UA"/>
        </w:rPr>
        <w:t>вправи,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працювали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камеру.</w:t>
      </w:r>
    </w:p>
    <w:p w14:paraId="1C43627A" w14:textId="60E3923F"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Зсув у методах контролю: від зовнішнього до внутрішнього</w:t>
      </w:r>
    </w:p>
    <w:p w14:paraId="6025AD2C" w14:textId="4E9BA6AC"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Зменшення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зовнішньої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“маски”</w:t>
      </w:r>
    </w:p>
    <w:p w14:paraId="20715C6F" w14:textId="4C185F1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класичному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вчили</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00905F39">
        <w:rPr>
          <w:rFonts w:cs="Times New Roman"/>
          <w:color w:val="000000" w:themeColor="text1"/>
          <w:lang w:val="uk-UA"/>
        </w:rPr>
        <w:t>«</w:t>
      </w:r>
      <w:r w:rsidRPr="00B7305F">
        <w:rPr>
          <w:rFonts w:cs="Times New Roman"/>
          <w:color w:val="000000" w:themeColor="text1"/>
          <w:lang w:val="uk-UA"/>
        </w:rPr>
        <w:t>зовнішню</w:t>
      </w:r>
      <w:r w:rsidR="00480420" w:rsidRPr="00B7305F">
        <w:rPr>
          <w:rFonts w:cs="Times New Roman"/>
          <w:color w:val="000000" w:themeColor="text1"/>
          <w:lang w:val="uk-UA"/>
        </w:rPr>
        <w:t xml:space="preserve"> </w:t>
      </w:r>
      <w:r w:rsidRPr="00B7305F">
        <w:rPr>
          <w:rFonts w:cs="Times New Roman"/>
          <w:color w:val="000000" w:themeColor="text1"/>
          <w:lang w:val="uk-UA"/>
        </w:rPr>
        <w:t>маску</w:t>
      </w:r>
      <w:r w:rsidR="00905F39">
        <w:rPr>
          <w:rFonts w:cs="Times New Roman"/>
          <w:color w:val="000000" w:themeColor="text1"/>
          <w:lang w:val="uk-UA"/>
        </w:rPr>
        <w:t xml:space="preserve"> </w:t>
      </w:r>
      <w:r w:rsidR="00905F39" w:rsidRPr="0010382C">
        <w:rPr>
          <w:rFonts w:cs="Times New Roman"/>
          <w:color w:val="000000" w:themeColor="text1"/>
          <w:lang w:val="uk-UA"/>
        </w:rPr>
        <w:t>[</w:t>
      </w:r>
      <w:r w:rsidR="00F60135" w:rsidRPr="0010382C">
        <w:rPr>
          <w:rFonts w:cs="Times New Roman"/>
          <w:color w:val="000000" w:themeColor="text1"/>
          <w:lang w:val="uk-UA"/>
        </w:rPr>
        <w:t>39</w:t>
      </w:r>
      <w:r w:rsidR="00905F39" w:rsidRPr="0010382C">
        <w:rPr>
          <w:rFonts w:cs="Times New Roman"/>
          <w:color w:val="000000" w:themeColor="text1"/>
          <w:lang w:val="uk-UA"/>
        </w:rPr>
        <w:t xml:space="preserve">, </w:t>
      </w:r>
      <w:r w:rsidR="00905F39" w:rsidRPr="0010382C">
        <w:rPr>
          <w:rFonts w:cs="Times New Roman"/>
          <w:color w:val="000000" w:themeColor="text1"/>
        </w:rPr>
        <w:t>c</w:t>
      </w:r>
      <w:r w:rsidR="00905F39" w:rsidRPr="0010382C">
        <w:rPr>
          <w:rFonts w:cs="Times New Roman"/>
          <w:color w:val="000000" w:themeColor="text1"/>
          <w:lang w:val="uk-UA"/>
        </w:rPr>
        <w:t>.</w:t>
      </w:r>
      <w:r w:rsidR="00F60135" w:rsidRPr="0010382C">
        <w:rPr>
          <w:rFonts w:cs="Times New Roman"/>
          <w:color w:val="000000" w:themeColor="text1"/>
          <w:lang w:val="uk-UA"/>
        </w:rPr>
        <w:t>219</w:t>
      </w:r>
      <w:r w:rsidR="00905F39"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F60135">
        <w:rPr>
          <w:rFonts w:cs="Times New Roman"/>
          <w:lang w:val="uk-UA"/>
        </w:rPr>
        <w:t>виразні</w:t>
      </w:r>
      <w:r w:rsidR="00480420" w:rsidRPr="00F60135">
        <w:rPr>
          <w:rFonts w:cs="Times New Roman"/>
          <w:lang w:val="uk-UA"/>
        </w:rPr>
        <w:t xml:space="preserve"> </w:t>
      </w:r>
      <w:r w:rsidRPr="00F60135">
        <w:rPr>
          <w:rFonts w:cs="Times New Roman"/>
          <w:lang w:val="uk-UA"/>
        </w:rPr>
        <w:t>пози,</w:t>
      </w:r>
      <w:r w:rsidR="00480420" w:rsidRPr="00F60135">
        <w:rPr>
          <w:rFonts w:cs="Times New Roman"/>
          <w:lang w:val="uk-UA"/>
        </w:rPr>
        <w:t xml:space="preserve"> </w:t>
      </w:r>
      <w:r w:rsidRPr="00F60135">
        <w:rPr>
          <w:rFonts w:cs="Times New Roman"/>
          <w:lang w:val="uk-UA"/>
        </w:rPr>
        <w:t>відкриті</w:t>
      </w:r>
      <w:r w:rsidR="00480420" w:rsidRPr="00F60135">
        <w:rPr>
          <w:rFonts w:cs="Times New Roman"/>
          <w:lang w:val="uk-UA"/>
        </w:rPr>
        <w:t xml:space="preserve"> </w:t>
      </w:r>
      <w:r w:rsidRPr="00F60135">
        <w:rPr>
          <w:rFonts w:cs="Times New Roman"/>
          <w:lang w:val="uk-UA"/>
        </w:rPr>
        <w:t>жести,</w:t>
      </w:r>
      <w:r w:rsidR="00480420" w:rsidRPr="00F60135">
        <w:rPr>
          <w:rFonts w:cs="Times New Roman"/>
          <w:lang w:val="uk-UA"/>
        </w:rPr>
        <w:t xml:space="preserve"> </w:t>
      </w:r>
      <w:r w:rsidRPr="00F60135">
        <w:rPr>
          <w:rFonts w:cs="Times New Roman"/>
          <w:lang w:val="uk-UA"/>
        </w:rPr>
        <w:t>виразну</w:t>
      </w:r>
      <w:r w:rsidR="00480420" w:rsidRPr="00F60135">
        <w:rPr>
          <w:rFonts w:cs="Times New Roman"/>
          <w:lang w:val="uk-UA"/>
        </w:rPr>
        <w:t xml:space="preserve"> </w:t>
      </w:r>
      <w:r w:rsidRPr="00F60135">
        <w:rPr>
          <w:rFonts w:cs="Times New Roman"/>
          <w:lang w:val="uk-UA"/>
        </w:rPr>
        <w:t>інтонацію.</w:t>
      </w:r>
      <w:r w:rsidR="00480420" w:rsidRPr="00F60135">
        <w:rPr>
          <w:rFonts w:cs="Times New Roman"/>
          <w:lang w:val="uk-UA"/>
        </w:rPr>
        <w:t xml:space="preserve"> </w:t>
      </w:r>
      <w:r w:rsidRPr="00F60135">
        <w:rPr>
          <w:rFonts w:cs="Times New Roman"/>
          <w:lang w:val="uk-UA"/>
        </w:rPr>
        <w:t>У</w:t>
      </w:r>
      <w:r w:rsidR="00480420" w:rsidRPr="00F60135">
        <w:rPr>
          <w:rFonts w:cs="Times New Roman"/>
          <w:lang w:val="uk-UA"/>
        </w:rPr>
        <w:t xml:space="preserve"> </w:t>
      </w:r>
      <w:r w:rsidRPr="00F60135">
        <w:rPr>
          <w:rFonts w:cs="Times New Roman"/>
          <w:lang w:val="uk-UA"/>
        </w:rPr>
        <w:t>сучасній</w:t>
      </w:r>
      <w:r w:rsidR="00480420" w:rsidRPr="00F60135">
        <w:rPr>
          <w:rFonts w:cs="Times New Roman"/>
          <w:lang w:val="uk-UA"/>
        </w:rPr>
        <w:t xml:space="preserve"> </w:t>
      </w:r>
      <w:r w:rsidRPr="00F60135">
        <w:rPr>
          <w:rFonts w:cs="Times New Roman"/>
          <w:lang w:val="uk-UA"/>
        </w:rPr>
        <w:t>театральній</w:t>
      </w:r>
      <w:r w:rsidR="00480420" w:rsidRPr="00F60135">
        <w:rPr>
          <w:rFonts w:cs="Times New Roman"/>
          <w:lang w:val="uk-UA"/>
        </w:rPr>
        <w:t xml:space="preserve"> </w:t>
      </w:r>
      <w:r w:rsidRPr="00F60135">
        <w:rPr>
          <w:rFonts w:cs="Times New Roman"/>
          <w:lang w:val="uk-UA"/>
        </w:rPr>
        <w:t>школі</w:t>
      </w:r>
      <w:r w:rsidR="00480420" w:rsidRPr="00F60135">
        <w:rPr>
          <w:rFonts w:cs="Times New Roman"/>
          <w:lang w:val="uk-UA"/>
        </w:rPr>
        <w:t xml:space="preserve"> </w:t>
      </w:r>
      <w:r w:rsidRPr="00F60135">
        <w:rPr>
          <w:rFonts w:cs="Times New Roman"/>
          <w:lang w:val="uk-UA"/>
        </w:rPr>
        <w:t>все</w:t>
      </w:r>
      <w:r w:rsidR="00480420" w:rsidRPr="00F60135">
        <w:rPr>
          <w:rFonts w:cs="Times New Roman"/>
          <w:lang w:val="uk-UA"/>
        </w:rPr>
        <w:t xml:space="preserve"> </w:t>
      </w:r>
      <w:r w:rsidRPr="00F60135">
        <w:rPr>
          <w:rFonts w:cs="Times New Roman"/>
          <w:lang w:val="uk-UA"/>
        </w:rPr>
        <w:t>частіше</w:t>
      </w:r>
      <w:r w:rsidR="00480420" w:rsidRPr="00F60135">
        <w:rPr>
          <w:rFonts w:cs="Times New Roman"/>
          <w:lang w:val="uk-UA"/>
        </w:rPr>
        <w:t xml:space="preserve"> </w:t>
      </w:r>
      <w:r w:rsidRPr="00F60135">
        <w:rPr>
          <w:rFonts w:cs="Times New Roman"/>
          <w:lang w:val="uk-UA"/>
        </w:rPr>
        <w:t>приділяють</w:t>
      </w:r>
      <w:r w:rsidR="00480420" w:rsidRPr="00F60135">
        <w:rPr>
          <w:rFonts w:cs="Times New Roman"/>
          <w:lang w:val="uk-UA"/>
        </w:rPr>
        <w:t xml:space="preserve"> </w:t>
      </w:r>
      <w:r w:rsidRPr="00F60135">
        <w:rPr>
          <w:rFonts w:cs="Times New Roman"/>
          <w:lang w:val="uk-UA"/>
        </w:rPr>
        <w:t>увагу</w:t>
      </w:r>
      <w:r w:rsidR="00480420" w:rsidRPr="00F60135">
        <w:rPr>
          <w:rFonts w:cs="Times New Roman"/>
          <w:lang w:val="uk-UA"/>
        </w:rPr>
        <w:t xml:space="preserve"> </w:t>
      </w:r>
      <w:r w:rsidRPr="00F60135">
        <w:rPr>
          <w:rFonts w:cs="Times New Roman"/>
          <w:lang w:val="uk-UA"/>
        </w:rPr>
        <w:t>розвитку</w:t>
      </w:r>
      <w:r w:rsidR="00480420" w:rsidRPr="00F60135">
        <w:rPr>
          <w:rFonts w:cs="Times New Roman"/>
          <w:lang w:val="uk-UA"/>
        </w:rPr>
        <w:t xml:space="preserve"> </w:t>
      </w:r>
      <w:r w:rsidRPr="00F60135">
        <w:rPr>
          <w:rFonts w:cs="Times New Roman"/>
          <w:lang w:val="uk-UA"/>
        </w:rPr>
        <w:t>тонких</w:t>
      </w:r>
      <w:r w:rsidR="00480420" w:rsidRPr="00F60135">
        <w:rPr>
          <w:rFonts w:cs="Times New Roman"/>
          <w:lang w:val="uk-UA"/>
        </w:rPr>
        <w:t xml:space="preserve"> </w:t>
      </w:r>
      <w:r w:rsidRPr="00F60135">
        <w:rPr>
          <w:rFonts w:cs="Times New Roman"/>
          <w:lang w:val="uk-UA"/>
        </w:rPr>
        <w:t>внутрішніх</w:t>
      </w:r>
      <w:r w:rsidR="00480420" w:rsidRPr="00F60135">
        <w:rPr>
          <w:rFonts w:cs="Times New Roman"/>
          <w:lang w:val="uk-UA"/>
        </w:rPr>
        <w:t xml:space="preserve"> </w:t>
      </w:r>
      <w:r w:rsidRPr="00F60135">
        <w:rPr>
          <w:rFonts w:cs="Times New Roman"/>
          <w:lang w:val="uk-UA"/>
        </w:rPr>
        <w:t>засобів</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контроль</w:t>
      </w:r>
      <w:r w:rsidR="00480420" w:rsidRPr="00B7305F">
        <w:rPr>
          <w:rFonts w:cs="Times New Roman"/>
          <w:color w:val="000000" w:themeColor="text1"/>
          <w:lang w:val="uk-UA"/>
        </w:rPr>
        <w:t xml:space="preserve"> </w:t>
      </w:r>
      <w:r w:rsidRPr="00B7305F">
        <w:rPr>
          <w:rFonts w:cs="Times New Roman"/>
          <w:color w:val="000000" w:themeColor="text1"/>
          <w:lang w:val="uk-UA"/>
        </w:rPr>
        <w:t>м’язового</w:t>
      </w:r>
      <w:r w:rsidR="00480420" w:rsidRPr="00B7305F">
        <w:rPr>
          <w:rFonts w:cs="Times New Roman"/>
          <w:color w:val="000000" w:themeColor="text1"/>
          <w:lang w:val="uk-UA"/>
        </w:rPr>
        <w:t xml:space="preserve"> </w:t>
      </w:r>
      <w:r w:rsidRPr="00B7305F">
        <w:rPr>
          <w:rFonts w:cs="Times New Roman"/>
          <w:color w:val="000000" w:themeColor="text1"/>
          <w:lang w:val="uk-UA"/>
        </w:rPr>
        <w:t>тонусу,</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свідомістю,</w:t>
      </w:r>
      <w:r w:rsidR="00480420" w:rsidRPr="00B7305F">
        <w:rPr>
          <w:rFonts w:cs="Times New Roman"/>
          <w:color w:val="000000" w:themeColor="text1"/>
          <w:lang w:val="uk-UA"/>
        </w:rPr>
        <w:t xml:space="preserve"> </w:t>
      </w:r>
      <w:r w:rsidRPr="00B7305F">
        <w:rPr>
          <w:rFonts w:cs="Times New Roman"/>
          <w:color w:val="000000" w:themeColor="text1"/>
          <w:lang w:val="uk-UA"/>
        </w:rPr>
        <w:t>міміка,</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мінімальні</w:t>
      </w:r>
      <w:r w:rsidR="00480420" w:rsidRPr="00B7305F">
        <w:rPr>
          <w:rFonts w:cs="Times New Roman"/>
          <w:color w:val="000000" w:themeColor="text1"/>
          <w:lang w:val="uk-UA"/>
        </w:rPr>
        <w:t xml:space="preserve"> </w:t>
      </w:r>
      <w:r w:rsidRPr="00B7305F">
        <w:rPr>
          <w:rFonts w:cs="Times New Roman"/>
          <w:color w:val="000000" w:themeColor="text1"/>
          <w:lang w:val="uk-UA"/>
        </w:rPr>
        <w:t>жести.</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продемонстрував,</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найменша</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обличчі</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передати</w:t>
      </w:r>
      <w:r w:rsidR="00480420" w:rsidRPr="00B7305F">
        <w:rPr>
          <w:rFonts w:cs="Times New Roman"/>
          <w:color w:val="000000" w:themeColor="text1"/>
          <w:lang w:val="uk-UA"/>
        </w:rPr>
        <w:t xml:space="preserve"> </w:t>
      </w:r>
      <w:r w:rsidRPr="00B7305F">
        <w:rPr>
          <w:rFonts w:cs="Times New Roman"/>
          <w:color w:val="000000" w:themeColor="text1"/>
          <w:lang w:val="uk-UA"/>
        </w:rPr>
        <w:t>глибоке</w:t>
      </w:r>
      <w:r w:rsidR="00480420" w:rsidRPr="00B7305F">
        <w:rPr>
          <w:rFonts w:cs="Times New Roman"/>
          <w:color w:val="000000" w:themeColor="text1"/>
          <w:lang w:val="uk-UA"/>
        </w:rPr>
        <w:t xml:space="preserve"> </w:t>
      </w:r>
      <w:r w:rsidRPr="00B7305F">
        <w:rPr>
          <w:rFonts w:cs="Times New Roman"/>
          <w:color w:val="000000" w:themeColor="text1"/>
          <w:lang w:val="uk-UA"/>
        </w:rPr>
        <w:t>почуття,</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враховують</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тренінгах.</w:t>
      </w:r>
    </w:p>
    <w:p w14:paraId="37F3D3EF" w14:textId="4367F544"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Самоспостереження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через</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запис</w:t>
      </w:r>
    </w:p>
    <w:p w14:paraId="201647DA" w14:textId="6FA4257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Введення</w:t>
      </w:r>
      <w:r w:rsidR="00480420" w:rsidRPr="00B7305F">
        <w:rPr>
          <w:rFonts w:cs="Times New Roman"/>
          <w:color w:val="000000" w:themeColor="text1"/>
          <w:lang w:val="uk-UA"/>
        </w:rPr>
        <w:t xml:space="preserve"> </w:t>
      </w:r>
      <w:r w:rsidRPr="00B7305F">
        <w:rPr>
          <w:rFonts w:cs="Times New Roman"/>
          <w:color w:val="000000" w:themeColor="text1"/>
          <w:lang w:val="uk-UA"/>
        </w:rPr>
        <w:t>відеофіксації</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навчання</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акторам</w:t>
      </w:r>
      <w:r w:rsidR="00480420" w:rsidRPr="00B7305F">
        <w:rPr>
          <w:rFonts w:cs="Times New Roman"/>
          <w:color w:val="000000" w:themeColor="text1"/>
          <w:lang w:val="uk-UA"/>
        </w:rPr>
        <w:t xml:space="preserve"> </w:t>
      </w:r>
      <w:r w:rsidRPr="00B7305F">
        <w:rPr>
          <w:rFonts w:cs="Times New Roman"/>
          <w:color w:val="000000" w:themeColor="text1"/>
          <w:lang w:val="uk-UA"/>
        </w:rPr>
        <w:t>самостійно</w:t>
      </w:r>
      <w:r w:rsidR="00480420" w:rsidRPr="00B7305F">
        <w:rPr>
          <w:rFonts w:cs="Times New Roman"/>
          <w:color w:val="000000" w:themeColor="text1"/>
          <w:lang w:val="uk-UA"/>
        </w:rPr>
        <w:t xml:space="preserve"> </w:t>
      </w:r>
      <w:r w:rsidRPr="00B7305F">
        <w:rPr>
          <w:rFonts w:cs="Times New Roman"/>
          <w:color w:val="000000" w:themeColor="text1"/>
          <w:lang w:val="uk-UA"/>
        </w:rPr>
        <w:t>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могло</w:t>
      </w:r>
      <w:r w:rsidR="00480420" w:rsidRPr="00B7305F">
        <w:rPr>
          <w:rFonts w:cs="Times New Roman"/>
          <w:color w:val="000000" w:themeColor="text1"/>
          <w:lang w:val="uk-UA"/>
        </w:rPr>
        <w:t xml:space="preserve"> </w:t>
      </w:r>
      <w:r w:rsidRPr="00B7305F">
        <w:rPr>
          <w:rFonts w:cs="Times New Roman"/>
          <w:color w:val="000000" w:themeColor="text1"/>
          <w:lang w:val="uk-UA"/>
        </w:rPr>
        <w:t>здаватися</w:t>
      </w:r>
      <w:r w:rsidR="00480420" w:rsidRPr="00B7305F">
        <w:rPr>
          <w:rFonts w:cs="Times New Roman"/>
          <w:color w:val="000000" w:themeColor="text1"/>
          <w:lang w:val="uk-UA"/>
        </w:rPr>
        <w:t xml:space="preserve"> </w:t>
      </w:r>
      <w:r w:rsidRPr="00B7305F">
        <w:rPr>
          <w:rFonts w:cs="Times New Roman"/>
          <w:color w:val="000000" w:themeColor="text1"/>
          <w:lang w:val="uk-UA"/>
        </w:rPr>
        <w:t>добре,</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виявляється</w:t>
      </w:r>
      <w:r w:rsidR="00480420" w:rsidRPr="00B7305F">
        <w:rPr>
          <w:rFonts w:cs="Times New Roman"/>
          <w:color w:val="000000" w:themeColor="text1"/>
          <w:lang w:val="uk-UA"/>
        </w:rPr>
        <w:t xml:space="preserve"> </w:t>
      </w:r>
      <w:r w:rsidRPr="00B7305F">
        <w:rPr>
          <w:rFonts w:cs="Times New Roman"/>
          <w:color w:val="000000" w:themeColor="text1"/>
          <w:lang w:val="uk-UA"/>
        </w:rPr>
        <w:t>“завеликим”</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“нечитабельним”.</w:t>
      </w:r>
      <w:r w:rsidR="00480420" w:rsidRPr="00B7305F">
        <w:rPr>
          <w:rFonts w:cs="Times New Roman"/>
          <w:color w:val="000000" w:themeColor="text1"/>
          <w:lang w:val="uk-UA"/>
        </w:rPr>
        <w:t xml:space="preserve"> </w:t>
      </w: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самоконтроль</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наслідок</w:t>
      </w:r>
      <w:r w:rsidR="00480420" w:rsidRPr="00B7305F">
        <w:rPr>
          <w:rFonts w:cs="Times New Roman"/>
          <w:color w:val="000000" w:themeColor="text1"/>
          <w:lang w:val="uk-UA"/>
        </w:rPr>
        <w:t xml:space="preserve"> </w:t>
      </w:r>
      <w:r w:rsidRPr="00B7305F">
        <w:rPr>
          <w:rFonts w:cs="Times New Roman"/>
          <w:color w:val="000000" w:themeColor="text1"/>
          <w:lang w:val="uk-UA"/>
        </w:rPr>
        <w:t>впливу</w:t>
      </w:r>
      <w:r w:rsidR="00480420" w:rsidRPr="00B7305F">
        <w:rPr>
          <w:rFonts w:cs="Times New Roman"/>
          <w:color w:val="000000" w:themeColor="text1"/>
          <w:lang w:val="uk-UA"/>
        </w:rPr>
        <w:t xml:space="preserve"> </w:t>
      </w:r>
      <w:r w:rsidRPr="00B7305F">
        <w:rPr>
          <w:rFonts w:cs="Times New Roman"/>
          <w:color w:val="000000" w:themeColor="text1"/>
          <w:lang w:val="uk-UA"/>
        </w:rPr>
        <w:t>кіноінструментів</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театральне</w:t>
      </w:r>
      <w:r w:rsidR="00480420" w:rsidRPr="00B7305F">
        <w:rPr>
          <w:rFonts w:cs="Times New Roman"/>
          <w:color w:val="000000" w:themeColor="text1"/>
          <w:lang w:val="uk-UA"/>
        </w:rPr>
        <w:t xml:space="preserve"> </w:t>
      </w:r>
      <w:r w:rsidRPr="00B7305F">
        <w:rPr>
          <w:rFonts w:cs="Times New Roman"/>
          <w:color w:val="000000" w:themeColor="text1"/>
          <w:lang w:val="uk-UA"/>
        </w:rPr>
        <w:t>навчання.</w:t>
      </w:r>
    </w:p>
    <w:p w14:paraId="11CF2960" w14:textId="14298D9F"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Зміна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естетичного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підходу: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“менше</w:t>
      </w:r>
      <w:r w:rsidR="00480420" w:rsidRPr="00B7305F">
        <w:rPr>
          <w:rFonts w:cs="Times New Roman"/>
          <w:b/>
          <w:bCs/>
          <w:color w:val="000000" w:themeColor="text1"/>
          <w:lang w:val="uk-UA"/>
        </w:rPr>
        <w:t xml:space="preserve"> </w:t>
      </w:r>
      <w:r w:rsidRPr="00B7305F">
        <w:rPr>
          <w:rFonts w:cs="Times New Roman"/>
          <w:b/>
          <w:bCs/>
          <w:color w:val="000000" w:themeColor="text1"/>
          <w:lang w:val="uk-UA"/>
        </w:rPr>
        <w:t>—</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більше”</w:t>
      </w:r>
    </w:p>
    <w:p w14:paraId="5372FDAC" w14:textId="30E9C2D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наполегливо</w:t>
      </w:r>
      <w:r w:rsidR="00480420" w:rsidRPr="00B7305F">
        <w:rPr>
          <w:rFonts w:cs="Times New Roman"/>
          <w:color w:val="000000" w:themeColor="text1"/>
          <w:lang w:val="uk-UA"/>
        </w:rPr>
        <w:t xml:space="preserve"> </w:t>
      </w:r>
      <w:r w:rsidRPr="00B7305F">
        <w:rPr>
          <w:rFonts w:cs="Times New Roman"/>
          <w:color w:val="000000" w:themeColor="text1"/>
          <w:lang w:val="uk-UA"/>
        </w:rPr>
        <w:t>доводить:</w:t>
      </w:r>
      <w:r w:rsidR="00480420" w:rsidRPr="00B7305F">
        <w:rPr>
          <w:rFonts w:cs="Times New Roman"/>
          <w:color w:val="000000" w:themeColor="text1"/>
          <w:lang w:val="uk-UA"/>
        </w:rPr>
        <w:t xml:space="preserve"> </w:t>
      </w:r>
      <w:r w:rsidRPr="00B7305F">
        <w:rPr>
          <w:rFonts w:cs="Times New Roman"/>
          <w:color w:val="000000" w:themeColor="text1"/>
          <w:lang w:val="uk-UA"/>
        </w:rPr>
        <w:t>економність</w:t>
      </w:r>
      <w:r w:rsidR="00480420" w:rsidRPr="00B7305F">
        <w:rPr>
          <w:rFonts w:cs="Times New Roman"/>
          <w:color w:val="000000" w:themeColor="text1"/>
          <w:lang w:val="uk-UA"/>
        </w:rPr>
        <w:t xml:space="preserve"> </w:t>
      </w:r>
      <w:r w:rsidRPr="00B7305F">
        <w:rPr>
          <w:rFonts w:cs="Times New Roman"/>
          <w:color w:val="000000" w:themeColor="text1"/>
          <w:lang w:val="uk-UA"/>
        </w:rPr>
        <w:t>засобів</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переконлива,</w:t>
      </w:r>
      <w:r w:rsidR="00480420" w:rsidRPr="00B7305F">
        <w:rPr>
          <w:rFonts w:cs="Times New Roman"/>
          <w:color w:val="000000" w:themeColor="text1"/>
          <w:lang w:val="uk-UA"/>
        </w:rPr>
        <w:t xml:space="preserve"> </w:t>
      </w:r>
      <w:r w:rsidRPr="00B7305F">
        <w:rPr>
          <w:rFonts w:cs="Times New Roman"/>
          <w:color w:val="000000" w:themeColor="text1"/>
          <w:lang w:val="uk-UA"/>
        </w:rPr>
        <w:t>ніж</w:t>
      </w:r>
      <w:r w:rsidR="00480420" w:rsidRPr="00B7305F">
        <w:rPr>
          <w:rFonts w:cs="Times New Roman"/>
          <w:color w:val="000000" w:themeColor="text1"/>
          <w:lang w:val="uk-UA"/>
        </w:rPr>
        <w:t xml:space="preserve"> </w:t>
      </w:r>
      <w:r w:rsidRPr="00B7305F">
        <w:rPr>
          <w:rFonts w:cs="Times New Roman"/>
          <w:color w:val="000000" w:themeColor="text1"/>
          <w:lang w:val="uk-UA"/>
        </w:rPr>
        <w:t>збільшування</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емоцій.</w:t>
      </w:r>
      <w:r w:rsidR="00480420" w:rsidRPr="00B7305F">
        <w:rPr>
          <w:rFonts w:cs="Times New Roman"/>
          <w:color w:val="000000" w:themeColor="text1"/>
          <w:lang w:val="uk-UA"/>
        </w:rPr>
        <w:t xml:space="preserve"> </w:t>
      </w:r>
      <w:r w:rsidRPr="00B7305F">
        <w:rPr>
          <w:rFonts w:cs="Times New Roman"/>
          <w:color w:val="000000" w:themeColor="text1"/>
          <w:lang w:val="uk-UA"/>
        </w:rPr>
        <w:t>Сучасна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все</w:t>
      </w:r>
      <w:r w:rsidR="00480420" w:rsidRPr="00B7305F">
        <w:rPr>
          <w:rFonts w:cs="Times New Roman"/>
          <w:color w:val="000000" w:themeColor="text1"/>
          <w:lang w:val="uk-UA"/>
        </w:rPr>
        <w:t xml:space="preserve"> </w:t>
      </w:r>
      <w:r w:rsidRPr="00B7305F">
        <w:rPr>
          <w:rFonts w:cs="Times New Roman"/>
          <w:color w:val="000000" w:themeColor="text1"/>
          <w:lang w:val="uk-UA"/>
        </w:rPr>
        <w:t>більше</w:t>
      </w:r>
      <w:r w:rsidR="00480420" w:rsidRPr="00B7305F">
        <w:rPr>
          <w:rFonts w:cs="Times New Roman"/>
          <w:color w:val="000000" w:themeColor="text1"/>
          <w:lang w:val="uk-UA"/>
        </w:rPr>
        <w:t xml:space="preserve"> </w:t>
      </w:r>
      <w:r w:rsidRPr="00B7305F">
        <w:rPr>
          <w:rFonts w:cs="Times New Roman"/>
          <w:color w:val="000000" w:themeColor="text1"/>
          <w:lang w:val="uk-UA"/>
        </w:rPr>
        <w:t>акцентує</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економії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засобів</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витримка,</w:t>
      </w:r>
      <w:r w:rsidR="00480420" w:rsidRPr="00B7305F">
        <w:rPr>
          <w:rFonts w:cs="Times New Roman"/>
          <w:color w:val="000000" w:themeColor="text1"/>
          <w:lang w:val="uk-UA"/>
        </w:rPr>
        <w:t xml:space="preserve"> </w:t>
      </w:r>
      <w:r w:rsidRPr="00B7305F">
        <w:rPr>
          <w:rFonts w:cs="Times New Roman"/>
          <w:color w:val="000000" w:themeColor="text1"/>
          <w:lang w:val="uk-UA"/>
        </w:rPr>
        <w:t>стриманість,</w:t>
      </w:r>
      <w:r w:rsidR="00480420" w:rsidRPr="00B7305F">
        <w:rPr>
          <w:rFonts w:cs="Times New Roman"/>
          <w:color w:val="000000" w:themeColor="text1"/>
          <w:lang w:val="uk-UA"/>
        </w:rPr>
        <w:t xml:space="preserve"> </w:t>
      </w:r>
      <w:r w:rsidRPr="00B7305F">
        <w:rPr>
          <w:rFonts w:cs="Times New Roman"/>
          <w:color w:val="000000" w:themeColor="text1"/>
          <w:lang w:val="uk-UA"/>
        </w:rPr>
        <w:t>підкреслена</w:t>
      </w:r>
      <w:r w:rsidR="00480420" w:rsidRPr="00B7305F">
        <w:rPr>
          <w:rFonts w:cs="Times New Roman"/>
          <w:color w:val="000000" w:themeColor="text1"/>
          <w:lang w:val="uk-UA"/>
        </w:rPr>
        <w:t xml:space="preserve"> </w:t>
      </w:r>
      <w:r w:rsidRPr="00B7305F">
        <w:rPr>
          <w:rFonts w:cs="Times New Roman"/>
          <w:color w:val="000000" w:themeColor="text1"/>
          <w:lang w:val="uk-UA"/>
        </w:rPr>
        <w:t>простота.</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здається</w:t>
      </w:r>
      <w:r w:rsidR="00480420" w:rsidRPr="00B7305F">
        <w:rPr>
          <w:rFonts w:cs="Times New Roman"/>
          <w:color w:val="000000" w:themeColor="text1"/>
          <w:lang w:val="uk-UA"/>
        </w:rPr>
        <w:t xml:space="preserve"> </w:t>
      </w:r>
      <w:r w:rsidRPr="00B7305F">
        <w:rPr>
          <w:rFonts w:cs="Times New Roman"/>
          <w:color w:val="000000" w:themeColor="text1"/>
          <w:lang w:val="uk-UA"/>
        </w:rPr>
        <w:t>«патетичним»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фільму</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сприйматися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перебільшення.</w:t>
      </w:r>
    </w:p>
    <w:p w14:paraId="7D7A995B" w14:textId="435A9ED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експериментального</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Україні</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мінімалістичну</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мову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близьку</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кіноестетики,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мало</w:t>
      </w:r>
      <w:r w:rsidR="00480420" w:rsidRPr="00B7305F">
        <w:rPr>
          <w:rFonts w:cs="Times New Roman"/>
          <w:color w:val="000000" w:themeColor="text1"/>
          <w:lang w:val="uk-UA"/>
        </w:rPr>
        <w:t xml:space="preserve"> </w:t>
      </w:r>
      <w:r w:rsidRPr="00B7305F">
        <w:rPr>
          <w:rFonts w:cs="Times New Roman"/>
          <w:color w:val="000000" w:themeColor="text1"/>
          <w:lang w:val="uk-UA"/>
        </w:rPr>
        <w:t>декорацій,</w:t>
      </w:r>
      <w:r w:rsidR="00480420" w:rsidRPr="00B7305F">
        <w:rPr>
          <w:rFonts w:cs="Times New Roman"/>
          <w:color w:val="000000" w:themeColor="text1"/>
          <w:lang w:val="uk-UA"/>
        </w:rPr>
        <w:t xml:space="preserve"> </w:t>
      </w:r>
      <w:r w:rsidRPr="00B7305F">
        <w:rPr>
          <w:rFonts w:cs="Times New Roman"/>
          <w:color w:val="000000" w:themeColor="text1"/>
          <w:lang w:val="uk-UA"/>
        </w:rPr>
        <w:t>мало</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усе,</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увага</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зосереджувалась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психології</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персонажів.</w:t>
      </w:r>
    </w:p>
    <w:p w14:paraId="635A2B26" w14:textId="5507BCBF"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Приклади з української театральної школи і практики</w:t>
      </w:r>
    </w:p>
    <w:p w14:paraId="15362AA6" w14:textId="6498F8F0"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Театр</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Україні: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пересічним</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досвідом</w:t>
      </w:r>
    </w:p>
    <w:p w14:paraId="5A0ECD9D" w14:textId="377FB2B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Багато</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українських</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починають</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отримують</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фундаментальну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театральну</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потім</w:t>
      </w:r>
      <w:r w:rsidR="00480420" w:rsidRPr="00B7305F">
        <w:rPr>
          <w:rFonts w:cs="Times New Roman"/>
          <w:color w:val="000000" w:themeColor="text1"/>
          <w:lang w:val="uk-UA"/>
        </w:rPr>
        <w:t xml:space="preserve"> </w:t>
      </w:r>
      <w:r w:rsidRPr="00B7305F">
        <w:rPr>
          <w:rFonts w:cs="Times New Roman"/>
          <w:color w:val="000000" w:themeColor="text1"/>
          <w:lang w:val="uk-UA"/>
        </w:rPr>
        <w:t>переходять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“місток”</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школою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практикою</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Стаття</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Україні</w:t>
      </w:r>
      <w:r w:rsidR="00480420" w:rsidRPr="00B7305F">
        <w:rPr>
          <w:rFonts w:cs="Times New Roman"/>
          <w:color w:val="000000" w:themeColor="text1"/>
          <w:lang w:val="uk-UA"/>
        </w:rPr>
        <w:t xml:space="preserve"> </w:t>
      </w:r>
      <w:r w:rsidRPr="00B7305F">
        <w:rPr>
          <w:rFonts w:cs="Times New Roman"/>
          <w:color w:val="000000" w:themeColor="text1"/>
          <w:lang w:val="uk-UA"/>
        </w:rPr>
        <w:t>продовжує</w:t>
      </w:r>
      <w:r w:rsidR="00480420" w:rsidRPr="00B7305F">
        <w:rPr>
          <w:rFonts w:cs="Times New Roman"/>
          <w:color w:val="000000" w:themeColor="text1"/>
          <w:lang w:val="uk-UA"/>
        </w:rPr>
        <w:t xml:space="preserve"> </w:t>
      </w:r>
      <w:r w:rsidRPr="00B7305F">
        <w:rPr>
          <w:rFonts w:cs="Times New Roman"/>
          <w:color w:val="000000" w:themeColor="text1"/>
          <w:lang w:val="uk-UA"/>
        </w:rPr>
        <w:t>відкривати</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таланти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10382C">
        <w:rPr>
          <w:rFonts w:cs="Times New Roman"/>
          <w:color w:val="000000" w:themeColor="text1"/>
          <w:lang w:val="uk-UA"/>
        </w:rPr>
        <w:t>кінематографа</w:t>
      </w:r>
      <w:r w:rsidR="00905F39" w:rsidRPr="0010382C">
        <w:rPr>
          <w:rFonts w:cs="Times New Roman"/>
          <w:color w:val="000000" w:themeColor="text1"/>
          <w:lang w:val="uk-UA"/>
        </w:rPr>
        <w:t xml:space="preserve"> [</w:t>
      </w:r>
      <w:r w:rsidR="00F60135" w:rsidRPr="0010382C">
        <w:rPr>
          <w:rFonts w:cs="Times New Roman"/>
          <w:color w:val="000000" w:themeColor="text1"/>
          <w:lang w:val="uk-UA"/>
        </w:rPr>
        <w:t>50</w:t>
      </w:r>
      <w:r w:rsidR="00905F39" w:rsidRPr="0010382C">
        <w:rPr>
          <w:rFonts w:cs="Times New Roman"/>
          <w:color w:val="000000" w:themeColor="text1"/>
          <w:lang w:val="uk-UA"/>
        </w:rPr>
        <w:t>,</w:t>
      </w:r>
      <w:r w:rsidR="00965E74" w:rsidRPr="0010382C">
        <w:rPr>
          <w:rFonts w:cs="Times New Roman"/>
          <w:color w:val="000000" w:themeColor="text1"/>
          <w:lang w:val="uk-UA"/>
        </w:rPr>
        <w:t xml:space="preserve"> </w:t>
      </w:r>
      <w:r w:rsidR="00905F39" w:rsidRPr="0010382C">
        <w:rPr>
          <w:rFonts w:cs="Times New Roman"/>
          <w:color w:val="000000" w:themeColor="text1"/>
        </w:rPr>
        <w:t>c</w:t>
      </w:r>
      <w:r w:rsidR="00905F39" w:rsidRPr="0010382C">
        <w:rPr>
          <w:rFonts w:cs="Times New Roman"/>
          <w:color w:val="000000" w:themeColor="text1"/>
          <w:lang w:val="uk-UA"/>
        </w:rPr>
        <w:t>.</w:t>
      </w:r>
      <w:r w:rsidR="00F60135" w:rsidRPr="0010382C">
        <w:rPr>
          <w:rFonts w:cs="Times New Roman"/>
          <w:color w:val="000000" w:themeColor="text1"/>
          <w:lang w:val="uk-UA"/>
        </w:rPr>
        <w:t>88</w:t>
      </w:r>
      <w:r w:rsidR="00905F39"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зазначає,</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база</w:t>
      </w:r>
      <w:r w:rsidR="00480420" w:rsidRPr="00B7305F">
        <w:rPr>
          <w:rFonts w:cs="Times New Roman"/>
          <w:color w:val="000000" w:themeColor="text1"/>
          <w:lang w:val="uk-UA"/>
        </w:rPr>
        <w:t xml:space="preserve"> </w:t>
      </w:r>
      <w:r w:rsidRPr="00B7305F">
        <w:rPr>
          <w:rFonts w:cs="Times New Roman"/>
          <w:color w:val="000000" w:themeColor="text1"/>
          <w:lang w:val="uk-UA"/>
        </w:rPr>
        <w:t>допомагає</w:t>
      </w:r>
      <w:r w:rsidR="00480420" w:rsidRPr="00B7305F">
        <w:rPr>
          <w:rFonts w:cs="Times New Roman"/>
          <w:color w:val="000000" w:themeColor="text1"/>
          <w:lang w:val="uk-UA"/>
        </w:rPr>
        <w:t xml:space="preserve"> </w:t>
      </w:r>
      <w:r w:rsidRPr="00B7305F">
        <w:rPr>
          <w:rFonts w:cs="Times New Roman"/>
          <w:color w:val="000000" w:themeColor="text1"/>
          <w:lang w:val="uk-UA"/>
        </w:rPr>
        <w:t>акторам</w:t>
      </w:r>
      <w:r w:rsidR="00480420" w:rsidRPr="00B7305F">
        <w:rPr>
          <w:rFonts w:cs="Times New Roman"/>
          <w:color w:val="000000" w:themeColor="text1"/>
          <w:lang w:val="uk-UA"/>
        </w:rPr>
        <w:t xml:space="preserve"> </w:t>
      </w:r>
      <w:r w:rsidRPr="00B7305F">
        <w:rPr>
          <w:rFonts w:cs="Times New Roman"/>
          <w:color w:val="000000" w:themeColor="text1"/>
          <w:lang w:val="uk-UA"/>
        </w:rPr>
        <w:t>вчитись</w:t>
      </w:r>
      <w:r w:rsidR="00480420" w:rsidRPr="00B7305F">
        <w:rPr>
          <w:rFonts w:cs="Times New Roman"/>
          <w:color w:val="000000" w:themeColor="text1"/>
          <w:lang w:val="uk-UA"/>
        </w:rPr>
        <w:t xml:space="preserve"> </w:t>
      </w:r>
      <w:r w:rsidRPr="00B7305F">
        <w:rPr>
          <w:rFonts w:cs="Times New Roman"/>
          <w:color w:val="000000" w:themeColor="text1"/>
          <w:lang w:val="uk-UA"/>
        </w:rPr>
        <w:t>екранізаціям,</w:t>
      </w:r>
      <w:r w:rsidR="00480420" w:rsidRPr="00B7305F">
        <w:rPr>
          <w:rFonts w:cs="Times New Roman"/>
          <w:color w:val="000000" w:themeColor="text1"/>
          <w:lang w:val="uk-UA"/>
        </w:rPr>
        <w:t xml:space="preserve"> </w:t>
      </w:r>
      <w:r w:rsidRPr="00B7305F">
        <w:rPr>
          <w:rFonts w:cs="Times New Roman"/>
          <w:color w:val="000000" w:themeColor="text1"/>
          <w:lang w:val="uk-UA"/>
        </w:rPr>
        <w:t>адаптуватись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тонкого</w:t>
      </w:r>
      <w:r w:rsidR="00480420" w:rsidRPr="00B7305F">
        <w:rPr>
          <w:rFonts w:cs="Times New Roman"/>
          <w:color w:val="000000" w:themeColor="text1"/>
          <w:lang w:val="uk-UA"/>
        </w:rPr>
        <w:t xml:space="preserve"> </w:t>
      </w:r>
      <w:r w:rsidRPr="00B7305F">
        <w:rPr>
          <w:rFonts w:cs="Times New Roman"/>
          <w:color w:val="000000" w:themeColor="text1"/>
          <w:lang w:val="uk-UA"/>
        </w:rPr>
        <w:t>виміру</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p>
    <w:p w14:paraId="04F2D96E" w14:textId="03C52381"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Екранізації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театральних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вистав</w:t>
      </w:r>
    </w:p>
    <w:p w14:paraId="738BF8D2" w14:textId="2C2184B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Україні</w:t>
      </w:r>
      <w:r w:rsidR="00480420" w:rsidRPr="00B7305F">
        <w:rPr>
          <w:rFonts w:cs="Times New Roman"/>
          <w:color w:val="000000" w:themeColor="text1"/>
          <w:lang w:val="uk-UA"/>
        </w:rPr>
        <w:t xml:space="preserve"> </w:t>
      </w:r>
      <w:r w:rsidRPr="00B7305F">
        <w:rPr>
          <w:rFonts w:cs="Times New Roman"/>
          <w:color w:val="000000" w:themeColor="text1"/>
          <w:lang w:val="uk-UA"/>
        </w:rPr>
        <w:t>існує</w:t>
      </w:r>
      <w:r w:rsidR="00480420" w:rsidRPr="00B7305F">
        <w:rPr>
          <w:rFonts w:cs="Times New Roman"/>
          <w:color w:val="000000" w:themeColor="text1"/>
          <w:lang w:val="uk-UA"/>
        </w:rPr>
        <w:t xml:space="preserve"> </w:t>
      </w:r>
      <w:r w:rsidRPr="00B7305F">
        <w:rPr>
          <w:rFonts w:cs="Times New Roman"/>
          <w:color w:val="000000" w:themeColor="text1"/>
          <w:lang w:val="uk-UA"/>
        </w:rPr>
        <w:t>традиція</w:t>
      </w:r>
      <w:r w:rsidR="00480420" w:rsidRPr="00B7305F">
        <w:rPr>
          <w:rFonts w:cs="Times New Roman"/>
          <w:color w:val="000000" w:themeColor="text1"/>
          <w:lang w:val="uk-UA"/>
        </w:rPr>
        <w:t xml:space="preserve"> </w:t>
      </w:r>
      <w:r w:rsidRPr="00B7305F">
        <w:rPr>
          <w:rFonts w:cs="Times New Roman"/>
          <w:color w:val="000000" w:themeColor="text1"/>
          <w:lang w:val="uk-UA"/>
        </w:rPr>
        <w:t>екранізацій</w:t>
      </w:r>
      <w:r w:rsidR="00480420" w:rsidRPr="00B7305F">
        <w:rPr>
          <w:rFonts w:cs="Times New Roman"/>
          <w:color w:val="000000" w:themeColor="text1"/>
          <w:lang w:val="uk-UA"/>
        </w:rPr>
        <w:t xml:space="preserve"> </w:t>
      </w:r>
      <w:r w:rsidRPr="00B7305F">
        <w:rPr>
          <w:rFonts w:cs="Times New Roman"/>
          <w:color w:val="000000" w:themeColor="text1"/>
          <w:lang w:val="uk-UA"/>
        </w:rPr>
        <w:t>вистав</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адаптують</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телебачення.</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дає</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театральним</w:t>
      </w:r>
      <w:r w:rsidR="00480420" w:rsidRPr="00B7305F">
        <w:rPr>
          <w:rFonts w:cs="Times New Roman"/>
          <w:color w:val="000000" w:themeColor="text1"/>
          <w:lang w:val="uk-UA"/>
        </w:rPr>
        <w:t xml:space="preserve"> </w:t>
      </w:r>
      <w:r w:rsidRPr="00B7305F">
        <w:rPr>
          <w:rFonts w:cs="Times New Roman"/>
          <w:color w:val="000000" w:themeColor="text1"/>
          <w:lang w:val="uk-UA"/>
        </w:rPr>
        <w:t>школам</w:t>
      </w:r>
      <w:r w:rsidR="00480420" w:rsidRPr="00B7305F">
        <w:rPr>
          <w:rFonts w:cs="Times New Roman"/>
          <w:color w:val="000000" w:themeColor="text1"/>
          <w:lang w:val="uk-UA"/>
        </w:rPr>
        <w:t xml:space="preserve"> </w:t>
      </w:r>
      <w:r w:rsidRPr="00B7305F">
        <w:rPr>
          <w:rFonts w:cs="Times New Roman"/>
          <w:color w:val="000000" w:themeColor="text1"/>
          <w:lang w:val="uk-UA"/>
        </w:rPr>
        <w:t>матеріал,</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вчити</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адаптацію</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руху,</w:t>
      </w:r>
      <w:r w:rsidR="00480420" w:rsidRPr="00B7305F">
        <w:rPr>
          <w:rFonts w:cs="Times New Roman"/>
          <w:color w:val="000000" w:themeColor="text1"/>
          <w:lang w:val="uk-UA"/>
        </w:rPr>
        <w:t xml:space="preserve"> </w:t>
      </w:r>
      <w:r w:rsidRPr="00B7305F">
        <w:rPr>
          <w:rFonts w:cs="Times New Roman"/>
          <w:color w:val="000000" w:themeColor="text1"/>
          <w:lang w:val="uk-UA"/>
        </w:rPr>
        <w:t>мови,</w:t>
      </w:r>
      <w:r w:rsidR="00480420" w:rsidRPr="00B7305F">
        <w:rPr>
          <w:rFonts w:cs="Times New Roman"/>
          <w:color w:val="000000" w:themeColor="text1"/>
          <w:lang w:val="uk-UA"/>
        </w:rPr>
        <w:t xml:space="preserve"> </w:t>
      </w:r>
      <w:r w:rsidRPr="00B7305F">
        <w:rPr>
          <w:rFonts w:cs="Times New Roman"/>
          <w:color w:val="000000" w:themeColor="text1"/>
          <w:lang w:val="uk-UA"/>
        </w:rPr>
        <w:t>темпу</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екранізації</w:t>
      </w:r>
      <w:r w:rsidR="00480420" w:rsidRPr="00B7305F">
        <w:rPr>
          <w:rFonts w:cs="Times New Roman"/>
          <w:color w:val="000000" w:themeColor="text1"/>
          <w:lang w:val="uk-UA"/>
        </w:rPr>
        <w:t xml:space="preserve"> </w:t>
      </w:r>
      <w:r w:rsidRPr="00B7305F">
        <w:rPr>
          <w:rFonts w:cs="Times New Roman"/>
          <w:color w:val="000000" w:themeColor="text1"/>
          <w:lang w:val="uk-UA"/>
        </w:rPr>
        <w:t>вистав</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радянський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пострадянський</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слугували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практика</w:t>
      </w:r>
      <w:r w:rsidR="00480420" w:rsidRPr="00B7305F">
        <w:rPr>
          <w:rFonts w:cs="Times New Roman"/>
          <w:color w:val="000000" w:themeColor="text1"/>
          <w:lang w:val="uk-UA"/>
        </w:rPr>
        <w:t xml:space="preserve"> </w:t>
      </w:r>
      <w:r w:rsidRPr="00B7305F">
        <w:rPr>
          <w:rFonts w:cs="Times New Roman"/>
          <w:color w:val="000000" w:themeColor="text1"/>
          <w:lang w:val="uk-UA"/>
        </w:rPr>
        <w:t>перенесення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кінематографію.</w:t>
      </w:r>
      <w:r w:rsidR="00480420" w:rsidRPr="00B7305F">
        <w:rPr>
          <w:rFonts w:cs="Times New Roman"/>
          <w:color w:val="000000" w:themeColor="text1"/>
          <w:lang w:val="uk-UA"/>
        </w:rPr>
        <w:t xml:space="preserve"> </w:t>
      </w:r>
    </w:p>
    <w:p w14:paraId="5BD58267" w14:textId="11A9E400"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Випадок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Валерії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Ходос</w:t>
      </w:r>
    </w:p>
    <w:p w14:paraId="28F89BD6" w14:textId="7EB4EBA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Валерія</w:t>
      </w:r>
      <w:r w:rsidR="00480420" w:rsidRPr="00B7305F">
        <w:rPr>
          <w:rFonts w:cs="Times New Roman"/>
          <w:color w:val="000000" w:themeColor="text1"/>
          <w:lang w:val="uk-UA"/>
        </w:rPr>
        <w:t xml:space="preserve"> </w:t>
      </w:r>
      <w:r w:rsidRPr="00B7305F">
        <w:rPr>
          <w:rFonts w:cs="Times New Roman"/>
          <w:color w:val="000000" w:themeColor="text1"/>
          <w:lang w:val="uk-UA"/>
        </w:rPr>
        <w:t>Ходос</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українська</w:t>
      </w:r>
      <w:r w:rsidR="00480420" w:rsidRPr="00B7305F">
        <w:rPr>
          <w:rFonts w:cs="Times New Roman"/>
          <w:color w:val="000000" w:themeColor="text1"/>
          <w:lang w:val="uk-UA"/>
        </w:rPr>
        <w:t xml:space="preserve"> </w:t>
      </w:r>
      <w:r w:rsidRPr="00B7305F">
        <w:rPr>
          <w:rFonts w:cs="Times New Roman"/>
          <w:color w:val="000000" w:themeColor="text1"/>
          <w:lang w:val="uk-UA"/>
        </w:rPr>
        <w:t>актриса,</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освіту</w:t>
      </w:r>
      <w:r w:rsidR="00480420" w:rsidRPr="00B7305F">
        <w:rPr>
          <w:rFonts w:cs="Times New Roman"/>
          <w:color w:val="000000" w:themeColor="text1"/>
          <w:lang w:val="uk-UA"/>
        </w:rPr>
        <w:t xml:space="preserve"> </w:t>
      </w:r>
      <w:r w:rsidRPr="00B7305F">
        <w:rPr>
          <w:rFonts w:cs="Times New Roman"/>
          <w:color w:val="000000" w:themeColor="text1"/>
          <w:lang w:val="uk-UA"/>
        </w:rPr>
        <w:t>(КНУ</w:t>
      </w:r>
      <w:r w:rsidR="00480420" w:rsidRPr="00B7305F">
        <w:rPr>
          <w:rFonts w:cs="Times New Roman"/>
          <w:color w:val="000000" w:themeColor="text1"/>
          <w:lang w:val="uk-UA"/>
        </w:rPr>
        <w:t xml:space="preserve"> </w:t>
      </w:r>
      <w:r w:rsidRPr="00B7305F">
        <w:rPr>
          <w:rFonts w:cs="Times New Roman"/>
          <w:color w:val="000000" w:themeColor="text1"/>
          <w:lang w:val="uk-UA"/>
        </w:rPr>
        <w:t>ім.</w:t>
      </w:r>
      <w:r w:rsidR="00480420" w:rsidRPr="00B7305F">
        <w:rPr>
          <w:rFonts w:cs="Times New Roman"/>
          <w:color w:val="000000" w:themeColor="text1"/>
          <w:lang w:val="uk-UA"/>
        </w:rPr>
        <w:t xml:space="preserve"> </w:t>
      </w:r>
      <w:r w:rsidRPr="00B7305F">
        <w:rPr>
          <w:rFonts w:cs="Times New Roman"/>
          <w:color w:val="000000" w:themeColor="text1"/>
          <w:lang w:val="uk-UA"/>
        </w:rPr>
        <w:t>Карпенка-Карого)</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кіно/телебаченні.</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приклад</w:t>
      </w:r>
      <w:r w:rsidR="00480420" w:rsidRPr="00B7305F">
        <w:rPr>
          <w:rFonts w:cs="Times New Roman"/>
          <w:color w:val="000000" w:themeColor="text1"/>
          <w:lang w:val="uk-UA"/>
        </w:rPr>
        <w:t xml:space="preserve"> </w:t>
      </w:r>
      <w:r w:rsidRPr="00B7305F">
        <w:rPr>
          <w:rFonts w:cs="Times New Roman"/>
          <w:color w:val="000000" w:themeColor="text1"/>
          <w:lang w:val="uk-UA"/>
        </w:rPr>
        <w:t>демонструє,</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навички</w:t>
      </w:r>
      <w:r w:rsidR="00480420" w:rsidRPr="00B7305F">
        <w:rPr>
          <w:rFonts w:cs="Times New Roman"/>
          <w:color w:val="000000" w:themeColor="text1"/>
          <w:lang w:val="uk-UA"/>
        </w:rPr>
        <w:t xml:space="preserve"> </w:t>
      </w:r>
      <w:r w:rsidRPr="00B7305F">
        <w:rPr>
          <w:rFonts w:cs="Times New Roman"/>
          <w:color w:val="000000" w:themeColor="text1"/>
          <w:lang w:val="uk-UA"/>
        </w:rPr>
        <w:t>допомагають</w:t>
      </w:r>
      <w:r w:rsidR="00480420" w:rsidRPr="00B7305F">
        <w:rPr>
          <w:rFonts w:cs="Times New Roman"/>
          <w:color w:val="000000" w:themeColor="text1"/>
          <w:lang w:val="uk-UA"/>
        </w:rPr>
        <w:t xml:space="preserve"> </w:t>
      </w:r>
      <w:r w:rsidRPr="00B7305F">
        <w:rPr>
          <w:rFonts w:cs="Times New Roman"/>
          <w:color w:val="000000" w:themeColor="text1"/>
          <w:lang w:val="uk-UA"/>
        </w:rPr>
        <w:t>їй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вміння</w:t>
      </w:r>
      <w:r w:rsidR="00480420" w:rsidRPr="00B7305F">
        <w:rPr>
          <w:rFonts w:cs="Times New Roman"/>
          <w:color w:val="000000" w:themeColor="text1"/>
          <w:lang w:val="uk-UA"/>
        </w:rPr>
        <w:t xml:space="preserve"> </w:t>
      </w:r>
      <w:r w:rsidRPr="00B7305F">
        <w:rPr>
          <w:rFonts w:cs="Times New Roman"/>
          <w:color w:val="000000" w:themeColor="text1"/>
          <w:lang w:val="uk-UA"/>
        </w:rPr>
        <w:t>тримати</w:t>
      </w:r>
      <w:r w:rsidR="00480420" w:rsidRPr="00B7305F">
        <w:rPr>
          <w:rFonts w:cs="Times New Roman"/>
          <w:color w:val="000000" w:themeColor="text1"/>
          <w:lang w:val="uk-UA"/>
        </w:rPr>
        <w:t xml:space="preserve"> </w:t>
      </w:r>
      <w:r w:rsidRPr="00B7305F">
        <w:rPr>
          <w:rFonts w:cs="Times New Roman"/>
          <w:color w:val="000000" w:themeColor="text1"/>
          <w:lang w:val="uk-UA"/>
        </w:rPr>
        <w:t>голос,</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поглядом,</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партнера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водночас</w:t>
      </w:r>
      <w:r w:rsidR="00480420" w:rsidRPr="00B7305F">
        <w:rPr>
          <w:rFonts w:cs="Times New Roman"/>
          <w:color w:val="000000" w:themeColor="text1"/>
          <w:lang w:val="uk-UA"/>
        </w:rPr>
        <w:t xml:space="preserve"> </w:t>
      </w:r>
      <w:r w:rsidRPr="00B7305F">
        <w:rPr>
          <w:rFonts w:cs="Times New Roman"/>
          <w:color w:val="000000" w:themeColor="text1"/>
          <w:lang w:val="uk-UA"/>
        </w:rPr>
        <w:t>доводиться</w:t>
      </w:r>
      <w:r w:rsidR="00480420" w:rsidRPr="00B7305F">
        <w:rPr>
          <w:rFonts w:cs="Times New Roman"/>
          <w:color w:val="000000" w:themeColor="text1"/>
          <w:lang w:val="uk-UA"/>
        </w:rPr>
        <w:t xml:space="preserve"> </w:t>
      </w:r>
      <w:r w:rsidRPr="00B7305F">
        <w:rPr>
          <w:rFonts w:cs="Times New Roman"/>
          <w:color w:val="000000" w:themeColor="text1"/>
          <w:lang w:val="uk-UA"/>
        </w:rPr>
        <w:t>коригувати</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працюючи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p>
    <w:p w14:paraId="647F223A" w14:textId="75F7F99C"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Проблеми та виклики</w:t>
      </w:r>
    </w:p>
    <w:p w14:paraId="7C5101D4" w14:textId="478D9B8D"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Перенасичення</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методикою</w:t>
      </w:r>
    </w:p>
    <w:p w14:paraId="4AC01E65" w14:textId="5B5150AD" w:rsidR="00692654" w:rsidRPr="0010382C"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Якщо</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додають</w:t>
      </w:r>
      <w:r w:rsidR="00480420" w:rsidRPr="00B7305F">
        <w:rPr>
          <w:rFonts w:cs="Times New Roman"/>
          <w:color w:val="000000" w:themeColor="text1"/>
          <w:lang w:val="uk-UA"/>
        </w:rPr>
        <w:t xml:space="preserve"> </w:t>
      </w:r>
      <w:r w:rsidRPr="00B7305F">
        <w:rPr>
          <w:rFonts w:cs="Times New Roman"/>
          <w:color w:val="000000" w:themeColor="text1"/>
          <w:lang w:val="uk-UA"/>
        </w:rPr>
        <w:t>багато</w:t>
      </w:r>
      <w:r w:rsidR="00480420" w:rsidRPr="00B7305F">
        <w:rPr>
          <w:rFonts w:cs="Times New Roman"/>
          <w:color w:val="000000" w:themeColor="text1"/>
          <w:lang w:val="uk-UA"/>
        </w:rPr>
        <w:t xml:space="preserve"> </w:t>
      </w:r>
      <w:r w:rsidRPr="0010382C">
        <w:rPr>
          <w:rFonts w:cs="Times New Roman"/>
          <w:color w:val="000000" w:themeColor="text1"/>
          <w:lang w:val="uk-UA"/>
        </w:rPr>
        <w:t>кінематографічних</w:t>
      </w:r>
      <w:r w:rsidR="00480420" w:rsidRPr="0010382C">
        <w:rPr>
          <w:rFonts w:cs="Times New Roman"/>
          <w:color w:val="000000" w:themeColor="text1"/>
          <w:lang w:val="uk-UA"/>
        </w:rPr>
        <w:t xml:space="preserve"> </w:t>
      </w:r>
      <w:r w:rsidRPr="0010382C">
        <w:rPr>
          <w:rFonts w:cs="Times New Roman"/>
          <w:color w:val="000000" w:themeColor="text1"/>
          <w:lang w:val="uk-UA"/>
        </w:rPr>
        <w:t>вправ,</w:t>
      </w:r>
      <w:r w:rsidR="00480420" w:rsidRPr="0010382C">
        <w:rPr>
          <w:rFonts w:cs="Times New Roman"/>
          <w:color w:val="000000" w:themeColor="text1"/>
          <w:lang w:val="uk-UA"/>
        </w:rPr>
        <w:t xml:space="preserve"> </w:t>
      </w:r>
      <w:r w:rsidRPr="0010382C">
        <w:rPr>
          <w:rFonts w:cs="Times New Roman"/>
          <w:color w:val="000000" w:themeColor="text1"/>
          <w:lang w:val="uk-UA"/>
        </w:rPr>
        <w:t>є</w:t>
      </w:r>
      <w:r w:rsidR="00480420" w:rsidRPr="0010382C">
        <w:rPr>
          <w:rFonts w:cs="Times New Roman"/>
          <w:color w:val="000000" w:themeColor="text1"/>
          <w:lang w:val="uk-UA"/>
        </w:rPr>
        <w:t xml:space="preserve"> </w:t>
      </w:r>
      <w:r w:rsidRPr="0010382C">
        <w:rPr>
          <w:rFonts w:cs="Times New Roman"/>
          <w:color w:val="000000" w:themeColor="text1"/>
          <w:lang w:val="uk-UA"/>
        </w:rPr>
        <w:t>ризик</w:t>
      </w:r>
      <w:r w:rsidR="00480420" w:rsidRPr="0010382C">
        <w:rPr>
          <w:rFonts w:cs="Times New Roman"/>
          <w:color w:val="000000" w:themeColor="text1"/>
          <w:lang w:val="uk-UA"/>
        </w:rPr>
        <w:t xml:space="preserve"> </w:t>
      </w:r>
      <w:r w:rsidRPr="0010382C">
        <w:rPr>
          <w:rFonts w:cs="Times New Roman"/>
          <w:color w:val="000000" w:themeColor="text1"/>
          <w:lang w:val="uk-UA"/>
        </w:rPr>
        <w:t>“розмити”</w:t>
      </w:r>
      <w:r w:rsidR="00480420" w:rsidRPr="0010382C">
        <w:rPr>
          <w:rFonts w:cs="Times New Roman"/>
          <w:color w:val="000000" w:themeColor="text1"/>
          <w:lang w:val="uk-UA"/>
        </w:rPr>
        <w:t xml:space="preserve"> </w:t>
      </w:r>
      <w:r w:rsidRPr="0010382C">
        <w:rPr>
          <w:rFonts w:cs="Times New Roman"/>
          <w:color w:val="000000" w:themeColor="text1"/>
          <w:lang w:val="uk-UA"/>
        </w:rPr>
        <w:t>театральний</w:t>
      </w:r>
      <w:r w:rsidR="00480420" w:rsidRPr="0010382C">
        <w:rPr>
          <w:rFonts w:cs="Times New Roman"/>
          <w:color w:val="000000" w:themeColor="text1"/>
          <w:lang w:val="uk-UA"/>
        </w:rPr>
        <w:t xml:space="preserve"> </w:t>
      </w:r>
      <w:r w:rsidRPr="0010382C">
        <w:rPr>
          <w:rFonts w:cs="Times New Roman"/>
          <w:color w:val="000000" w:themeColor="text1"/>
          <w:lang w:val="uk-UA"/>
        </w:rPr>
        <w:t>підхід</w:t>
      </w:r>
      <w:r w:rsidR="00480420" w:rsidRPr="0010382C">
        <w:rPr>
          <w:rFonts w:cs="Times New Roman"/>
          <w:color w:val="000000" w:themeColor="text1"/>
          <w:lang w:val="uk-UA"/>
        </w:rPr>
        <w:t xml:space="preserve"> </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навчати</w:t>
      </w:r>
      <w:r w:rsidR="00480420" w:rsidRPr="0010382C">
        <w:rPr>
          <w:rFonts w:cs="Times New Roman"/>
          <w:color w:val="000000" w:themeColor="text1"/>
          <w:lang w:val="uk-UA"/>
        </w:rPr>
        <w:t xml:space="preserve"> </w:t>
      </w:r>
      <w:r w:rsidR="00905F39" w:rsidRPr="0010382C">
        <w:rPr>
          <w:rFonts w:cs="Times New Roman"/>
          <w:color w:val="000000" w:themeColor="text1"/>
          <w:lang w:val="uk-UA"/>
        </w:rPr>
        <w:t>«</w:t>
      </w:r>
      <w:r w:rsidRPr="0010382C">
        <w:rPr>
          <w:rFonts w:cs="Times New Roman"/>
          <w:color w:val="000000" w:themeColor="text1"/>
          <w:lang w:val="uk-UA"/>
        </w:rPr>
        <w:t>все</w:t>
      </w:r>
      <w:r w:rsidR="00480420" w:rsidRPr="0010382C">
        <w:rPr>
          <w:rFonts w:cs="Times New Roman"/>
          <w:color w:val="000000" w:themeColor="text1"/>
          <w:lang w:val="uk-UA"/>
        </w:rPr>
        <w:t xml:space="preserve"> </w:t>
      </w:r>
      <w:r w:rsidRPr="0010382C">
        <w:rPr>
          <w:rFonts w:cs="Times New Roman"/>
          <w:color w:val="000000" w:themeColor="text1"/>
          <w:lang w:val="uk-UA"/>
        </w:rPr>
        <w:t>одразу</w:t>
      </w:r>
      <w:r w:rsidR="00905F39" w:rsidRPr="0010382C">
        <w:rPr>
          <w:rFonts w:cs="Times New Roman"/>
          <w:color w:val="000000" w:themeColor="text1"/>
          <w:lang w:val="ru-RU"/>
        </w:rPr>
        <w:t xml:space="preserve"> [</w:t>
      </w:r>
      <w:r w:rsidR="00F60135" w:rsidRPr="0010382C">
        <w:rPr>
          <w:rFonts w:cs="Times New Roman"/>
          <w:color w:val="000000" w:themeColor="text1"/>
          <w:lang w:val="ru-RU"/>
        </w:rPr>
        <w:t>46</w:t>
      </w:r>
      <w:r w:rsidR="00905F39" w:rsidRPr="0010382C">
        <w:rPr>
          <w:rFonts w:cs="Times New Roman"/>
          <w:color w:val="000000" w:themeColor="text1"/>
          <w:lang w:val="uk-UA"/>
        </w:rPr>
        <w:t xml:space="preserve">, </w:t>
      </w:r>
      <w:r w:rsidR="00905F39" w:rsidRPr="0010382C">
        <w:rPr>
          <w:rFonts w:cs="Times New Roman"/>
          <w:color w:val="000000" w:themeColor="text1"/>
        </w:rPr>
        <w:t>c</w:t>
      </w:r>
      <w:r w:rsidR="00905F39" w:rsidRPr="0010382C">
        <w:rPr>
          <w:rFonts w:cs="Times New Roman"/>
          <w:color w:val="000000" w:themeColor="text1"/>
          <w:lang w:val="uk-UA"/>
        </w:rPr>
        <w:t>.</w:t>
      </w:r>
      <w:r w:rsidR="00F60135" w:rsidRPr="0010382C">
        <w:rPr>
          <w:rFonts w:cs="Times New Roman"/>
          <w:color w:val="000000" w:themeColor="text1"/>
          <w:lang w:val="uk-UA"/>
        </w:rPr>
        <w:t>27</w:t>
      </w:r>
      <w:r w:rsidR="00965E74" w:rsidRPr="0010382C">
        <w:rPr>
          <w:rFonts w:cs="Times New Roman"/>
          <w:color w:val="000000" w:themeColor="text1"/>
          <w:lang w:val="ru-RU"/>
        </w:rPr>
        <w:t>7</w:t>
      </w:r>
      <w:r w:rsidR="00905F39" w:rsidRPr="0010382C">
        <w:rPr>
          <w:rFonts w:cs="Times New Roman"/>
          <w:color w:val="000000" w:themeColor="text1"/>
          <w:lang w:val="ru-RU"/>
        </w:rPr>
        <w:t>]</w:t>
      </w:r>
      <w:r w:rsidR="00905F39"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але</w:t>
      </w:r>
      <w:r w:rsidR="00480420" w:rsidRPr="0010382C">
        <w:rPr>
          <w:rFonts w:cs="Times New Roman"/>
          <w:color w:val="000000" w:themeColor="text1"/>
          <w:lang w:val="uk-UA"/>
        </w:rPr>
        <w:t xml:space="preserve"> </w:t>
      </w:r>
      <w:r w:rsidRPr="0010382C">
        <w:rPr>
          <w:rFonts w:cs="Times New Roman"/>
          <w:color w:val="000000" w:themeColor="text1"/>
          <w:lang w:val="uk-UA"/>
        </w:rPr>
        <w:t>ні</w:t>
      </w:r>
      <w:r w:rsidR="00480420" w:rsidRPr="0010382C">
        <w:rPr>
          <w:rFonts w:cs="Times New Roman"/>
          <w:color w:val="000000" w:themeColor="text1"/>
          <w:lang w:val="uk-UA"/>
        </w:rPr>
        <w:t xml:space="preserve"> </w:t>
      </w:r>
      <w:r w:rsidRPr="0010382C">
        <w:rPr>
          <w:rFonts w:cs="Times New Roman"/>
          <w:color w:val="000000" w:themeColor="text1"/>
          <w:lang w:val="uk-UA"/>
        </w:rPr>
        <w:t>театру,</w:t>
      </w:r>
      <w:r w:rsidR="00480420" w:rsidRPr="0010382C">
        <w:rPr>
          <w:rFonts w:cs="Times New Roman"/>
          <w:color w:val="000000" w:themeColor="text1"/>
          <w:lang w:val="uk-UA"/>
        </w:rPr>
        <w:t xml:space="preserve"> </w:t>
      </w:r>
      <w:r w:rsidRPr="0010382C">
        <w:rPr>
          <w:rFonts w:cs="Times New Roman"/>
          <w:color w:val="000000" w:themeColor="text1"/>
          <w:lang w:val="uk-UA"/>
        </w:rPr>
        <w:t>ні</w:t>
      </w:r>
      <w:r w:rsidR="00480420" w:rsidRPr="0010382C">
        <w:rPr>
          <w:rFonts w:cs="Times New Roman"/>
          <w:color w:val="000000" w:themeColor="text1"/>
          <w:lang w:val="uk-UA"/>
        </w:rPr>
        <w:t xml:space="preserve"> </w:t>
      </w:r>
      <w:r w:rsidRPr="0010382C">
        <w:rPr>
          <w:rFonts w:cs="Times New Roman"/>
          <w:color w:val="000000" w:themeColor="text1"/>
          <w:lang w:val="uk-UA"/>
        </w:rPr>
        <w:t>кіно</w:t>
      </w:r>
      <w:r w:rsidR="00480420" w:rsidRPr="0010382C">
        <w:rPr>
          <w:rFonts w:cs="Times New Roman"/>
          <w:color w:val="000000" w:themeColor="text1"/>
          <w:lang w:val="uk-UA"/>
        </w:rPr>
        <w:t xml:space="preserve"> </w:t>
      </w:r>
      <w:r w:rsidRPr="0010382C">
        <w:rPr>
          <w:rFonts w:cs="Times New Roman"/>
          <w:color w:val="000000" w:themeColor="text1"/>
          <w:lang w:val="uk-UA"/>
        </w:rPr>
        <w:t>достатньо</w:t>
      </w:r>
      <w:r w:rsidR="00480420" w:rsidRPr="0010382C">
        <w:rPr>
          <w:rFonts w:cs="Times New Roman"/>
          <w:color w:val="000000" w:themeColor="text1"/>
          <w:lang w:val="uk-UA"/>
        </w:rPr>
        <w:t xml:space="preserve"> </w:t>
      </w:r>
      <w:r w:rsidRPr="0010382C">
        <w:rPr>
          <w:rFonts w:cs="Times New Roman"/>
          <w:color w:val="000000" w:themeColor="text1"/>
          <w:lang w:val="uk-UA"/>
        </w:rPr>
        <w:t>глибоко.</w:t>
      </w:r>
      <w:r w:rsidR="00480420" w:rsidRPr="0010382C">
        <w:rPr>
          <w:rFonts w:cs="Times New Roman"/>
          <w:color w:val="000000" w:themeColor="text1"/>
          <w:lang w:val="uk-UA"/>
        </w:rPr>
        <w:t xml:space="preserve"> </w:t>
      </w:r>
      <w:r w:rsidRPr="0010382C">
        <w:rPr>
          <w:rFonts w:cs="Times New Roman"/>
          <w:color w:val="000000" w:themeColor="text1"/>
          <w:lang w:val="uk-UA"/>
        </w:rPr>
        <w:t>Важливо</w:t>
      </w:r>
      <w:r w:rsidR="00480420" w:rsidRPr="0010382C">
        <w:rPr>
          <w:rFonts w:cs="Times New Roman"/>
          <w:color w:val="000000" w:themeColor="text1"/>
          <w:lang w:val="uk-UA"/>
        </w:rPr>
        <w:t xml:space="preserve"> </w:t>
      </w:r>
      <w:r w:rsidRPr="0010382C">
        <w:rPr>
          <w:rFonts w:cs="Times New Roman"/>
          <w:color w:val="000000" w:themeColor="text1"/>
          <w:lang w:val="uk-UA"/>
        </w:rPr>
        <w:t>зберігати</w:t>
      </w:r>
      <w:r w:rsidR="00480420" w:rsidRPr="0010382C">
        <w:rPr>
          <w:rFonts w:cs="Times New Roman"/>
          <w:color w:val="000000" w:themeColor="text1"/>
          <w:lang w:val="uk-UA"/>
        </w:rPr>
        <w:t xml:space="preserve"> </w:t>
      </w:r>
      <w:r w:rsidRPr="0010382C">
        <w:rPr>
          <w:rFonts w:cs="Times New Roman"/>
          <w:color w:val="000000" w:themeColor="text1"/>
          <w:lang w:val="uk-UA"/>
        </w:rPr>
        <w:t>баланс.</w:t>
      </w:r>
    </w:p>
    <w:p w14:paraId="475AF69C" w14:textId="618AD297"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Конфлікт</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традиційної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школи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нових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вимог</w:t>
      </w:r>
    </w:p>
    <w:p w14:paraId="07B3AA6C" w14:textId="5F532F9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ґрунтується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традиціях</w:t>
      </w:r>
      <w:r w:rsidR="00480420" w:rsidRPr="00B7305F">
        <w:rPr>
          <w:rFonts w:cs="Times New Roman"/>
          <w:color w:val="000000" w:themeColor="text1"/>
          <w:lang w:val="uk-UA"/>
        </w:rPr>
        <w:t xml:space="preserve"> </w:t>
      </w:r>
      <w:r w:rsidRPr="00B7305F">
        <w:rPr>
          <w:rFonts w:cs="Times New Roman"/>
          <w:color w:val="000000" w:themeColor="text1"/>
          <w:lang w:val="uk-UA"/>
        </w:rPr>
        <w:t>(майстер-класи</w:t>
      </w:r>
      <w:r w:rsidR="00480420" w:rsidRPr="00B7305F">
        <w:rPr>
          <w:rFonts w:cs="Times New Roman"/>
          <w:color w:val="000000" w:themeColor="text1"/>
          <w:lang w:val="uk-UA"/>
        </w:rPr>
        <w:t xml:space="preserve"> </w:t>
      </w:r>
      <w:r w:rsidRPr="00B7305F">
        <w:rPr>
          <w:rFonts w:cs="Times New Roman"/>
          <w:color w:val="000000" w:themeColor="text1"/>
          <w:lang w:val="uk-UA"/>
        </w:rPr>
        <w:t>старих</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майстрів,</w:t>
      </w:r>
      <w:r w:rsidR="00480420" w:rsidRPr="00B7305F">
        <w:rPr>
          <w:rFonts w:cs="Times New Roman"/>
          <w:color w:val="000000" w:themeColor="text1"/>
          <w:lang w:val="uk-UA"/>
        </w:rPr>
        <w:t xml:space="preserve"> </w:t>
      </w:r>
      <w:r w:rsidRPr="00B7305F">
        <w:rPr>
          <w:rFonts w:cs="Times New Roman"/>
          <w:color w:val="000000" w:themeColor="text1"/>
          <w:lang w:val="uk-UA"/>
        </w:rPr>
        <w:t>класичні</w:t>
      </w:r>
      <w:r w:rsidR="00480420" w:rsidRPr="00B7305F">
        <w:rPr>
          <w:rFonts w:cs="Times New Roman"/>
          <w:color w:val="000000" w:themeColor="text1"/>
          <w:lang w:val="uk-UA"/>
        </w:rPr>
        <w:t xml:space="preserve"> </w:t>
      </w:r>
      <w:r w:rsidRPr="00B7305F">
        <w:rPr>
          <w:rFonts w:cs="Times New Roman"/>
          <w:color w:val="000000" w:themeColor="text1"/>
          <w:lang w:val="uk-UA"/>
        </w:rPr>
        <w:t>вправи),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гнучкості,</w:t>
      </w:r>
      <w:r w:rsidR="00480420" w:rsidRPr="00B7305F">
        <w:rPr>
          <w:rFonts w:cs="Times New Roman"/>
          <w:color w:val="000000" w:themeColor="text1"/>
          <w:lang w:val="uk-UA"/>
        </w:rPr>
        <w:t xml:space="preserve"> </w:t>
      </w:r>
      <w:r w:rsidRPr="00B7305F">
        <w:rPr>
          <w:rFonts w:cs="Times New Roman"/>
          <w:color w:val="000000" w:themeColor="text1"/>
          <w:lang w:val="uk-UA"/>
        </w:rPr>
        <w:t>новаторства.</w:t>
      </w:r>
      <w:r w:rsidR="00480420" w:rsidRPr="00B7305F">
        <w:rPr>
          <w:rFonts w:cs="Times New Roman"/>
          <w:color w:val="000000" w:themeColor="text1"/>
          <w:lang w:val="uk-UA"/>
        </w:rPr>
        <w:t xml:space="preserve"> </w:t>
      </w:r>
      <w:r w:rsidRPr="00B7305F">
        <w:rPr>
          <w:rFonts w:cs="Times New Roman"/>
          <w:color w:val="000000" w:themeColor="text1"/>
          <w:lang w:val="uk-UA"/>
        </w:rPr>
        <w:t>Іноді</w:t>
      </w:r>
      <w:r w:rsidR="00480420" w:rsidRPr="00B7305F">
        <w:rPr>
          <w:rFonts w:cs="Times New Roman"/>
          <w:color w:val="000000" w:themeColor="text1"/>
          <w:lang w:val="uk-UA"/>
        </w:rPr>
        <w:t xml:space="preserve"> </w:t>
      </w:r>
      <w:r w:rsidRPr="00B7305F">
        <w:rPr>
          <w:rFonts w:cs="Times New Roman"/>
          <w:color w:val="000000" w:themeColor="text1"/>
          <w:lang w:val="uk-UA"/>
        </w:rPr>
        <w:t>старі</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суперечать</w:t>
      </w:r>
      <w:r w:rsidR="00480420" w:rsidRPr="00B7305F">
        <w:rPr>
          <w:rFonts w:cs="Times New Roman"/>
          <w:color w:val="000000" w:themeColor="text1"/>
          <w:lang w:val="uk-UA"/>
        </w:rPr>
        <w:t xml:space="preserve"> </w:t>
      </w:r>
      <w:r w:rsidRPr="00B7305F">
        <w:rPr>
          <w:rFonts w:cs="Times New Roman"/>
          <w:color w:val="000000" w:themeColor="text1"/>
          <w:lang w:val="uk-UA"/>
        </w:rPr>
        <w:t>новим</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кінематографічним</w:t>
      </w:r>
      <w:r w:rsidR="00480420" w:rsidRPr="00B7305F">
        <w:rPr>
          <w:rFonts w:cs="Times New Roman"/>
          <w:color w:val="000000" w:themeColor="text1"/>
          <w:lang w:val="uk-UA"/>
        </w:rPr>
        <w:t xml:space="preserve"> </w:t>
      </w:r>
      <w:r w:rsidRPr="00B7305F">
        <w:rPr>
          <w:rFonts w:cs="Times New Roman"/>
          <w:color w:val="000000" w:themeColor="text1"/>
          <w:lang w:val="uk-UA"/>
        </w:rPr>
        <w:t>стандартам.</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інтонаційна</w:t>
      </w:r>
      <w:r w:rsidR="00480420" w:rsidRPr="00B7305F">
        <w:rPr>
          <w:rFonts w:cs="Times New Roman"/>
          <w:color w:val="000000" w:themeColor="text1"/>
          <w:lang w:val="uk-UA"/>
        </w:rPr>
        <w:t xml:space="preserve"> </w:t>
      </w:r>
      <w:r w:rsidRPr="00B7305F">
        <w:rPr>
          <w:rFonts w:cs="Times New Roman"/>
          <w:color w:val="000000" w:themeColor="text1"/>
          <w:lang w:val="uk-UA"/>
        </w:rPr>
        <w:t>“велика</w:t>
      </w:r>
      <w:r w:rsidR="00480420" w:rsidRPr="00B7305F">
        <w:rPr>
          <w:rFonts w:cs="Times New Roman"/>
          <w:color w:val="000000" w:themeColor="text1"/>
          <w:lang w:val="uk-UA"/>
        </w:rPr>
        <w:t xml:space="preserve"> </w:t>
      </w:r>
      <w:r w:rsidRPr="00B7305F">
        <w:rPr>
          <w:rFonts w:cs="Times New Roman"/>
          <w:color w:val="000000" w:themeColor="text1"/>
          <w:lang w:val="uk-UA"/>
        </w:rPr>
        <w:t>мова”</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конфліктувати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камерною</w:t>
      </w:r>
      <w:r w:rsidR="00480420" w:rsidRPr="00B7305F">
        <w:rPr>
          <w:rFonts w:cs="Times New Roman"/>
          <w:color w:val="000000" w:themeColor="text1"/>
          <w:lang w:val="uk-UA"/>
        </w:rPr>
        <w:t xml:space="preserve"> </w:t>
      </w:r>
      <w:r w:rsidRPr="00B7305F">
        <w:rPr>
          <w:rFonts w:cs="Times New Roman"/>
          <w:color w:val="000000" w:themeColor="text1"/>
          <w:lang w:val="uk-UA"/>
        </w:rPr>
        <w:t>етикою.</w:t>
      </w:r>
    </w:p>
    <w:p w14:paraId="129DAC5B" w14:textId="06935E14"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Неоднозначність</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оцінки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“кращості”</w:t>
      </w:r>
    </w:p>
    <w:p w14:paraId="45E9DE99" w14:textId="20EE1A0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навчає</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камерної</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виникає</w:t>
      </w:r>
      <w:r w:rsidR="00480420" w:rsidRPr="00B7305F">
        <w:rPr>
          <w:rFonts w:cs="Times New Roman"/>
          <w:color w:val="000000" w:themeColor="text1"/>
          <w:lang w:val="uk-UA"/>
        </w:rPr>
        <w:t xml:space="preserve"> </w:t>
      </w:r>
      <w:r w:rsidRPr="00B7305F">
        <w:rPr>
          <w:rFonts w:cs="Times New Roman"/>
          <w:color w:val="000000" w:themeColor="text1"/>
          <w:lang w:val="uk-UA"/>
        </w:rPr>
        <w:t>питання:</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втратить</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здатність</w:t>
      </w:r>
      <w:r w:rsidR="00480420" w:rsidRPr="00B7305F">
        <w:rPr>
          <w:rFonts w:cs="Times New Roman"/>
          <w:color w:val="000000" w:themeColor="text1"/>
          <w:lang w:val="uk-UA"/>
        </w:rPr>
        <w:t xml:space="preserve"> </w:t>
      </w:r>
      <w:r w:rsidRPr="00B7305F">
        <w:rPr>
          <w:rFonts w:cs="Times New Roman"/>
          <w:color w:val="000000" w:themeColor="text1"/>
          <w:lang w:val="uk-UA"/>
        </w:rPr>
        <w:t>“носити”</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яскравим</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великому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керівники</w:t>
      </w:r>
      <w:r w:rsidR="00480420" w:rsidRPr="00B7305F">
        <w:rPr>
          <w:rFonts w:cs="Times New Roman"/>
          <w:color w:val="000000" w:themeColor="text1"/>
          <w:lang w:val="uk-UA"/>
        </w:rPr>
        <w:t xml:space="preserve"> </w:t>
      </w:r>
      <w:r w:rsidRPr="00B7305F">
        <w:rPr>
          <w:rFonts w:cs="Times New Roman"/>
          <w:color w:val="000000" w:themeColor="text1"/>
          <w:lang w:val="uk-UA"/>
        </w:rPr>
        <w:t>критикують</w:t>
      </w:r>
      <w:r w:rsidR="00480420" w:rsidRPr="00B7305F">
        <w:rPr>
          <w:rFonts w:cs="Times New Roman"/>
          <w:color w:val="000000" w:themeColor="text1"/>
          <w:lang w:val="uk-UA"/>
        </w:rPr>
        <w:t xml:space="preserve"> </w:t>
      </w:r>
      <w:r w:rsidRPr="00B7305F">
        <w:rPr>
          <w:rFonts w:cs="Times New Roman"/>
          <w:color w:val="000000" w:themeColor="text1"/>
          <w:lang w:val="uk-UA"/>
        </w:rPr>
        <w:t>цю</w:t>
      </w:r>
      <w:r w:rsidR="00480420" w:rsidRPr="00B7305F">
        <w:rPr>
          <w:rFonts w:cs="Times New Roman"/>
          <w:color w:val="000000" w:themeColor="text1"/>
          <w:lang w:val="uk-UA"/>
        </w:rPr>
        <w:t xml:space="preserve"> </w:t>
      </w:r>
      <w:r w:rsidRPr="00B7305F">
        <w:rPr>
          <w:rFonts w:cs="Times New Roman"/>
          <w:color w:val="000000" w:themeColor="text1"/>
          <w:lang w:val="uk-UA"/>
        </w:rPr>
        <w:t>“екранізацію”</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втрату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інстинкту.</w:t>
      </w:r>
    </w:p>
    <w:p w14:paraId="380D6E9F" w14:textId="612EBCB4"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Прогнози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тенденції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розвитку</w:t>
      </w:r>
    </w:p>
    <w:p w14:paraId="765997D6" w14:textId="426CDCD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все</w:t>
      </w:r>
      <w:r w:rsidR="00480420" w:rsidRPr="00B7305F">
        <w:rPr>
          <w:rFonts w:cs="Times New Roman"/>
          <w:color w:val="000000" w:themeColor="text1"/>
          <w:lang w:val="uk-UA"/>
        </w:rPr>
        <w:t xml:space="preserve"> </w:t>
      </w:r>
      <w:r w:rsidRPr="00B7305F">
        <w:rPr>
          <w:rFonts w:cs="Times New Roman"/>
          <w:color w:val="000000" w:themeColor="text1"/>
          <w:lang w:val="uk-UA"/>
        </w:rPr>
        <w:t>більше</w:t>
      </w:r>
      <w:r w:rsidR="00480420" w:rsidRPr="00B7305F">
        <w:rPr>
          <w:rFonts w:cs="Times New Roman"/>
          <w:color w:val="000000" w:themeColor="text1"/>
          <w:lang w:val="uk-UA"/>
        </w:rPr>
        <w:t xml:space="preserve"> </w:t>
      </w:r>
      <w:r w:rsidRPr="00B7305F">
        <w:rPr>
          <w:rFonts w:cs="Times New Roman"/>
          <w:color w:val="000000" w:themeColor="text1"/>
          <w:lang w:val="uk-UA"/>
        </w:rPr>
        <w:t>орієнтуватиметься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гібридні</w:t>
      </w:r>
      <w:r w:rsidR="00480420" w:rsidRPr="00B7305F">
        <w:rPr>
          <w:rFonts w:cs="Times New Roman"/>
          <w:color w:val="000000" w:themeColor="text1"/>
          <w:lang w:val="uk-UA"/>
        </w:rPr>
        <w:t xml:space="preserve"> </w:t>
      </w:r>
      <w:r w:rsidRPr="00B7305F">
        <w:rPr>
          <w:rFonts w:cs="Times New Roman"/>
          <w:color w:val="000000" w:themeColor="text1"/>
          <w:lang w:val="uk-UA"/>
        </w:rPr>
        <w:t>програми,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навчається</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сценічному,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кіноформату.</w:t>
      </w:r>
    </w:p>
    <w:p w14:paraId="6622D0EB" w14:textId="30ACDBC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Поява</w:t>
      </w:r>
      <w:r w:rsidR="00480420" w:rsidRPr="00B7305F">
        <w:rPr>
          <w:rFonts w:cs="Times New Roman"/>
          <w:color w:val="000000" w:themeColor="text1"/>
          <w:lang w:val="uk-UA"/>
        </w:rPr>
        <w:t xml:space="preserve"> </w:t>
      </w:r>
      <w:r w:rsidRPr="00B7305F">
        <w:rPr>
          <w:rFonts w:cs="Times New Roman"/>
          <w:color w:val="000000" w:themeColor="text1"/>
          <w:lang w:val="uk-UA"/>
        </w:rPr>
        <w:t>студій</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інтегрованим</w:t>
      </w:r>
      <w:r w:rsidR="00480420" w:rsidRPr="00B7305F">
        <w:rPr>
          <w:rFonts w:cs="Times New Roman"/>
          <w:color w:val="000000" w:themeColor="text1"/>
          <w:lang w:val="uk-UA"/>
        </w:rPr>
        <w:t xml:space="preserve"> </w:t>
      </w:r>
      <w:r w:rsidRPr="00B7305F">
        <w:rPr>
          <w:rFonts w:cs="Times New Roman"/>
          <w:color w:val="000000" w:themeColor="text1"/>
          <w:lang w:val="uk-UA"/>
        </w:rPr>
        <w:t>навчанням:</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театрально-кіно</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лабораторії,</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змішуються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кінозйомками.</w:t>
      </w:r>
    </w:p>
    <w:p w14:paraId="60B5C207" w14:textId="6C2E906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Зростання</w:t>
      </w:r>
      <w:r w:rsidR="00480420" w:rsidRPr="00B7305F">
        <w:rPr>
          <w:rFonts w:cs="Times New Roman"/>
          <w:color w:val="000000" w:themeColor="text1"/>
          <w:lang w:val="uk-UA"/>
        </w:rPr>
        <w:t xml:space="preserve"> </w:t>
      </w:r>
      <w:r w:rsidRPr="00B7305F">
        <w:rPr>
          <w:rFonts w:cs="Times New Roman"/>
          <w:color w:val="000000" w:themeColor="text1"/>
          <w:lang w:val="uk-UA"/>
        </w:rPr>
        <w:t>ролі</w:t>
      </w:r>
      <w:r w:rsidR="00480420" w:rsidRPr="00B7305F">
        <w:rPr>
          <w:rFonts w:cs="Times New Roman"/>
          <w:color w:val="000000" w:themeColor="text1"/>
          <w:lang w:val="uk-UA"/>
        </w:rPr>
        <w:t xml:space="preserve"> </w:t>
      </w:r>
      <w:r w:rsidRPr="00B7305F">
        <w:rPr>
          <w:rFonts w:cs="Times New Roman"/>
          <w:color w:val="000000" w:themeColor="text1"/>
          <w:lang w:val="uk-UA"/>
        </w:rPr>
        <w:t>цифрових</w:t>
      </w:r>
      <w:r w:rsidR="00480420" w:rsidRPr="00B7305F">
        <w:rPr>
          <w:rFonts w:cs="Times New Roman"/>
          <w:color w:val="000000" w:themeColor="text1"/>
          <w:lang w:val="uk-UA"/>
        </w:rPr>
        <w:t xml:space="preserve"> </w:t>
      </w:r>
      <w:r w:rsidRPr="00B7305F">
        <w:rPr>
          <w:rFonts w:cs="Times New Roman"/>
          <w:color w:val="000000" w:themeColor="text1"/>
          <w:lang w:val="uk-UA"/>
        </w:rPr>
        <w:t>медіа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VR/AR</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театральному</w:t>
      </w:r>
      <w:r w:rsidR="00480420" w:rsidRPr="00B7305F">
        <w:rPr>
          <w:rFonts w:cs="Times New Roman"/>
          <w:color w:val="000000" w:themeColor="text1"/>
          <w:lang w:val="uk-UA"/>
        </w:rPr>
        <w:t xml:space="preserve"> </w:t>
      </w:r>
      <w:r w:rsidRPr="00B7305F">
        <w:rPr>
          <w:rFonts w:cs="Times New Roman"/>
          <w:color w:val="000000" w:themeColor="text1"/>
          <w:lang w:val="uk-UA"/>
        </w:rPr>
        <w:t>навчанні,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взаємодіє</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сценічним</w:t>
      </w:r>
      <w:r w:rsidR="00480420" w:rsidRPr="00B7305F">
        <w:rPr>
          <w:rFonts w:cs="Times New Roman"/>
          <w:color w:val="000000" w:themeColor="text1"/>
          <w:lang w:val="uk-UA"/>
        </w:rPr>
        <w:t xml:space="preserve"> </w:t>
      </w:r>
      <w:r w:rsidRPr="00B7305F">
        <w:rPr>
          <w:rFonts w:cs="Times New Roman"/>
          <w:color w:val="000000" w:themeColor="text1"/>
          <w:lang w:val="uk-UA"/>
        </w:rPr>
        <w:t>простором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цифровим</w:t>
      </w:r>
      <w:r w:rsidR="00480420" w:rsidRPr="00B7305F">
        <w:rPr>
          <w:rFonts w:cs="Times New Roman"/>
          <w:color w:val="000000" w:themeColor="text1"/>
          <w:lang w:val="uk-UA"/>
        </w:rPr>
        <w:t xml:space="preserve"> </w:t>
      </w:r>
      <w:r w:rsidRPr="00B7305F">
        <w:rPr>
          <w:rFonts w:cs="Times New Roman"/>
          <w:color w:val="000000" w:themeColor="text1"/>
          <w:lang w:val="uk-UA"/>
        </w:rPr>
        <w:t>образом</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вплив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медіатехнологій</w:t>
      </w:r>
      <w:r w:rsidR="00480420" w:rsidRPr="00B7305F">
        <w:rPr>
          <w:rFonts w:cs="Times New Roman"/>
          <w:color w:val="000000" w:themeColor="text1"/>
          <w:lang w:val="uk-UA"/>
        </w:rPr>
        <w:t xml:space="preserve"> </w:t>
      </w:r>
      <w:r w:rsidRPr="00B7305F">
        <w:rPr>
          <w:rFonts w:cs="Times New Roman"/>
          <w:color w:val="000000" w:themeColor="text1"/>
          <w:lang w:val="uk-UA"/>
        </w:rPr>
        <w:t>змушує</w:t>
      </w:r>
      <w:r w:rsidR="00480420" w:rsidRPr="00B7305F">
        <w:rPr>
          <w:rFonts w:cs="Times New Roman"/>
          <w:color w:val="000000" w:themeColor="text1"/>
          <w:lang w:val="uk-UA"/>
        </w:rPr>
        <w:t xml:space="preserve"> </w:t>
      </w:r>
      <w:r w:rsidRPr="00B7305F">
        <w:rPr>
          <w:rFonts w:cs="Times New Roman"/>
          <w:color w:val="000000" w:themeColor="text1"/>
          <w:lang w:val="uk-UA"/>
        </w:rPr>
        <w:t>переглядати</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традиційні</w:t>
      </w:r>
      <w:r w:rsidR="00480420" w:rsidRPr="00B7305F">
        <w:rPr>
          <w:rFonts w:cs="Times New Roman"/>
          <w:color w:val="000000" w:themeColor="text1"/>
          <w:lang w:val="uk-UA"/>
        </w:rPr>
        <w:t xml:space="preserve"> </w:t>
      </w:r>
      <w:r w:rsidRPr="00B7305F">
        <w:rPr>
          <w:rFonts w:cs="Times New Roman"/>
          <w:color w:val="000000" w:themeColor="text1"/>
          <w:lang w:val="uk-UA"/>
        </w:rPr>
        <w:t>межі</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p>
    <w:p w14:paraId="37E16DA5" w14:textId="6700B68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Більше</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досліджень</w:t>
      </w:r>
      <w:r w:rsidR="00480420" w:rsidRPr="00B7305F">
        <w:rPr>
          <w:rFonts w:cs="Times New Roman"/>
          <w:color w:val="000000" w:themeColor="text1"/>
          <w:lang w:val="uk-UA"/>
        </w:rPr>
        <w:t xml:space="preserve"> </w:t>
      </w:r>
      <w:r w:rsidRPr="00B7305F">
        <w:rPr>
          <w:rFonts w:cs="Times New Roman"/>
          <w:color w:val="000000" w:themeColor="text1"/>
          <w:lang w:val="uk-UA"/>
        </w:rPr>
        <w:t>зі</w:t>
      </w:r>
      <w:r w:rsidR="00480420" w:rsidRPr="00B7305F">
        <w:rPr>
          <w:rFonts w:cs="Times New Roman"/>
          <w:color w:val="000000" w:themeColor="text1"/>
          <w:lang w:val="uk-UA"/>
        </w:rPr>
        <w:t xml:space="preserve"> </w:t>
      </w:r>
      <w:r w:rsidRPr="00B7305F">
        <w:rPr>
          <w:rFonts w:cs="Times New Roman"/>
          <w:color w:val="000000" w:themeColor="text1"/>
          <w:lang w:val="uk-UA"/>
        </w:rPr>
        <w:t>сфери</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60229" w:rsidRPr="00B7305F">
        <w:rPr>
          <w:rFonts w:cs="Times New Roman"/>
          <w:color w:val="000000" w:themeColor="text1"/>
          <w:lang w:val="uk-UA"/>
        </w:rPr>
        <w:t>у</w:t>
      </w:r>
      <w:r w:rsidR="00480420" w:rsidRPr="00B7305F">
        <w:rPr>
          <w:rFonts w:cs="Times New Roman"/>
          <w:color w:val="000000" w:themeColor="text1"/>
          <w:lang w:val="uk-UA"/>
        </w:rPr>
        <w:t xml:space="preserve"> </w:t>
      </w:r>
      <w:r w:rsidR="00F377AD"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методики</w:t>
      </w:r>
      <w:r w:rsidR="00480420" w:rsidRPr="00B7305F">
        <w:rPr>
          <w:rFonts w:cs="Times New Roman"/>
          <w:color w:val="000000" w:themeColor="text1"/>
          <w:lang w:val="uk-UA"/>
        </w:rPr>
        <w:t xml:space="preserve"> </w:t>
      </w:r>
      <w:r w:rsidRPr="00B7305F">
        <w:rPr>
          <w:rFonts w:cs="Times New Roman"/>
          <w:color w:val="000000" w:themeColor="text1"/>
          <w:lang w:val="uk-UA"/>
        </w:rPr>
        <w:t>точніше</w:t>
      </w:r>
      <w:r w:rsidR="00480420" w:rsidRPr="00B7305F">
        <w:rPr>
          <w:rFonts w:cs="Times New Roman"/>
          <w:color w:val="000000" w:themeColor="text1"/>
          <w:lang w:val="uk-UA"/>
        </w:rPr>
        <w:t xml:space="preserve"> </w:t>
      </w:r>
      <w:r w:rsidRPr="00B7305F">
        <w:rPr>
          <w:rFonts w:cs="Times New Roman"/>
          <w:color w:val="000000" w:themeColor="text1"/>
          <w:lang w:val="uk-UA"/>
        </w:rPr>
        <w:t>відповідали</w:t>
      </w:r>
      <w:r w:rsidR="00480420" w:rsidRPr="00B7305F">
        <w:rPr>
          <w:rFonts w:cs="Times New Roman"/>
          <w:color w:val="000000" w:themeColor="text1"/>
          <w:lang w:val="uk-UA"/>
        </w:rPr>
        <w:t xml:space="preserve"> </w:t>
      </w:r>
      <w:r w:rsidRPr="00B7305F">
        <w:rPr>
          <w:rFonts w:cs="Times New Roman"/>
          <w:color w:val="000000" w:themeColor="text1"/>
          <w:lang w:val="uk-UA"/>
        </w:rPr>
        <w:t>сучасним</w:t>
      </w:r>
      <w:r w:rsidR="00480420" w:rsidRPr="00B7305F">
        <w:rPr>
          <w:rFonts w:cs="Times New Roman"/>
          <w:color w:val="000000" w:themeColor="text1"/>
          <w:lang w:val="uk-UA"/>
        </w:rPr>
        <w:t xml:space="preserve"> </w:t>
      </w:r>
      <w:r w:rsidRPr="00B7305F">
        <w:rPr>
          <w:rFonts w:cs="Times New Roman"/>
          <w:color w:val="000000" w:themeColor="text1"/>
          <w:lang w:val="uk-UA"/>
        </w:rPr>
        <w:t>умовам.</w:t>
      </w:r>
    </w:p>
    <w:p w14:paraId="2BBECA78" w14:textId="1616F3F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Розділ</w:t>
      </w:r>
      <w:r w:rsidR="00480420" w:rsidRPr="00B7305F">
        <w:rPr>
          <w:rFonts w:cs="Times New Roman"/>
          <w:color w:val="000000" w:themeColor="text1"/>
          <w:lang w:val="uk-UA"/>
        </w:rPr>
        <w:t xml:space="preserve"> </w:t>
      </w:r>
      <w:r w:rsidRPr="00B7305F">
        <w:rPr>
          <w:rFonts w:cs="Times New Roman"/>
          <w:color w:val="000000" w:themeColor="text1"/>
          <w:lang w:val="uk-UA"/>
        </w:rPr>
        <w:t>2</w:t>
      </w:r>
      <w:r w:rsidR="00480420" w:rsidRPr="00B7305F">
        <w:rPr>
          <w:rFonts w:cs="Times New Roman"/>
          <w:color w:val="000000" w:themeColor="text1"/>
          <w:lang w:val="uk-UA"/>
        </w:rPr>
        <w:t xml:space="preserve"> </w:t>
      </w:r>
      <w:r w:rsidRPr="00B7305F">
        <w:rPr>
          <w:rFonts w:cs="Times New Roman"/>
          <w:color w:val="000000" w:themeColor="text1"/>
          <w:lang w:val="uk-UA"/>
        </w:rPr>
        <w:t>був</w:t>
      </w:r>
      <w:r w:rsidR="00480420" w:rsidRPr="00B7305F">
        <w:rPr>
          <w:rFonts w:cs="Times New Roman"/>
          <w:color w:val="000000" w:themeColor="text1"/>
          <w:lang w:val="uk-UA"/>
        </w:rPr>
        <w:t xml:space="preserve"> </w:t>
      </w:r>
      <w:r w:rsidRPr="00B7305F">
        <w:rPr>
          <w:rFonts w:cs="Times New Roman"/>
          <w:color w:val="000000" w:themeColor="text1"/>
          <w:lang w:val="uk-UA"/>
        </w:rPr>
        <w:t>присвячений</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дослідженню</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практичних</w:t>
      </w:r>
      <w:r w:rsidR="00480420" w:rsidRPr="00B7305F">
        <w:rPr>
          <w:rFonts w:cs="Times New Roman"/>
          <w:color w:val="000000" w:themeColor="text1"/>
          <w:lang w:val="uk-UA"/>
        </w:rPr>
        <w:t xml:space="preserve"> </w:t>
      </w:r>
      <w:r w:rsidRPr="00B7305F">
        <w:rPr>
          <w:rFonts w:cs="Times New Roman"/>
          <w:color w:val="000000" w:themeColor="text1"/>
          <w:lang w:val="uk-UA"/>
        </w:rPr>
        <w:t>аспектів</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дозволило</w:t>
      </w:r>
      <w:r w:rsidR="00480420" w:rsidRPr="00B7305F">
        <w:rPr>
          <w:rFonts w:cs="Times New Roman"/>
          <w:color w:val="000000" w:themeColor="text1"/>
          <w:lang w:val="uk-UA"/>
        </w:rPr>
        <w:t xml:space="preserve"> </w:t>
      </w:r>
      <w:r w:rsidRPr="00B7305F">
        <w:rPr>
          <w:rFonts w:cs="Times New Roman"/>
          <w:color w:val="000000" w:themeColor="text1"/>
          <w:lang w:val="uk-UA"/>
        </w:rPr>
        <w:t>виявити</w:t>
      </w:r>
      <w:r w:rsidR="00480420" w:rsidRPr="00B7305F">
        <w:rPr>
          <w:rFonts w:cs="Times New Roman"/>
          <w:color w:val="000000" w:themeColor="text1"/>
          <w:lang w:val="uk-UA"/>
        </w:rPr>
        <w:t xml:space="preserve"> </w:t>
      </w:r>
      <w:r w:rsidRPr="00B7305F">
        <w:rPr>
          <w:rFonts w:cs="Times New Roman"/>
          <w:color w:val="000000" w:themeColor="text1"/>
          <w:lang w:val="uk-UA"/>
        </w:rPr>
        <w:t>специфіку</w:t>
      </w:r>
      <w:r w:rsidR="00480420" w:rsidRPr="00B7305F">
        <w:rPr>
          <w:rFonts w:cs="Times New Roman"/>
          <w:color w:val="000000" w:themeColor="text1"/>
          <w:lang w:val="uk-UA"/>
        </w:rPr>
        <w:t xml:space="preserve"> </w:t>
      </w:r>
      <w:r w:rsidRPr="00B7305F">
        <w:rPr>
          <w:rFonts w:cs="Times New Roman"/>
          <w:color w:val="000000" w:themeColor="text1"/>
          <w:lang w:val="uk-UA"/>
        </w:rPr>
        <w:t>професійної</w:t>
      </w:r>
      <w:r w:rsidR="00480420" w:rsidRPr="00B7305F">
        <w:rPr>
          <w:rFonts w:cs="Times New Roman"/>
          <w:color w:val="000000" w:themeColor="text1"/>
          <w:lang w:val="uk-UA"/>
        </w:rPr>
        <w:t xml:space="preserve"> </w:t>
      </w:r>
      <w:r w:rsidRPr="00B7305F">
        <w:rPr>
          <w:rFonts w:cs="Times New Roman"/>
          <w:color w:val="000000" w:themeColor="text1"/>
          <w:lang w:val="uk-UA"/>
        </w:rPr>
        <w:t>діяльності</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обох</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мистецьких</w:t>
      </w:r>
      <w:r w:rsidR="00480420" w:rsidRPr="00B7305F">
        <w:rPr>
          <w:rFonts w:cs="Times New Roman"/>
          <w:color w:val="000000" w:themeColor="text1"/>
          <w:lang w:val="uk-UA"/>
        </w:rPr>
        <w:t xml:space="preserve"> </w:t>
      </w:r>
      <w:r w:rsidRPr="00B7305F">
        <w:rPr>
          <w:rFonts w:cs="Times New Roman"/>
          <w:color w:val="000000" w:themeColor="text1"/>
          <w:lang w:val="uk-UA"/>
        </w:rPr>
        <w:t>просторах,</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окреслити</w:t>
      </w:r>
      <w:r w:rsidR="00480420" w:rsidRPr="00B7305F">
        <w:rPr>
          <w:rFonts w:cs="Times New Roman"/>
          <w:color w:val="000000" w:themeColor="text1"/>
          <w:lang w:val="uk-UA"/>
        </w:rPr>
        <w:t xml:space="preserve"> </w:t>
      </w:r>
      <w:r w:rsidRPr="00B7305F">
        <w:rPr>
          <w:rFonts w:cs="Times New Roman"/>
          <w:color w:val="000000" w:themeColor="text1"/>
          <w:lang w:val="uk-UA"/>
        </w:rPr>
        <w:t>міжсередовищні</w:t>
      </w:r>
      <w:r w:rsidR="00480420" w:rsidRPr="00B7305F">
        <w:rPr>
          <w:rFonts w:cs="Times New Roman"/>
          <w:color w:val="000000" w:themeColor="text1"/>
          <w:lang w:val="uk-UA"/>
        </w:rPr>
        <w:t xml:space="preserve"> </w:t>
      </w:r>
      <w:r w:rsidRPr="00B7305F">
        <w:rPr>
          <w:rFonts w:cs="Times New Roman"/>
          <w:color w:val="000000" w:themeColor="text1"/>
          <w:lang w:val="uk-UA"/>
        </w:rPr>
        <w:t>впливи,</w:t>
      </w:r>
      <w:r w:rsidR="00480420" w:rsidRPr="00B7305F">
        <w:rPr>
          <w:rFonts w:cs="Times New Roman"/>
          <w:color w:val="000000" w:themeColor="text1"/>
          <w:lang w:val="uk-UA"/>
        </w:rPr>
        <w:t xml:space="preserve"> </w:t>
      </w:r>
      <w:r w:rsidRPr="00B7305F">
        <w:rPr>
          <w:rFonts w:cs="Times New Roman"/>
          <w:color w:val="000000" w:themeColor="text1"/>
          <w:lang w:val="uk-UA"/>
        </w:rPr>
        <w:t>адаптації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відбуваються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сучасній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акторській</w:t>
      </w:r>
      <w:r w:rsidR="00480420" w:rsidRPr="00B7305F">
        <w:rPr>
          <w:rFonts w:cs="Times New Roman"/>
          <w:color w:val="000000" w:themeColor="text1"/>
          <w:lang w:val="uk-UA"/>
        </w:rPr>
        <w:t xml:space="preserve"> </w:t>
      </w:r>
      <w:r w:rsidRPr="00B7305F">
        <w:rPr>
          <w:rFonts w:cs="Times New Roman"/>
          <w:color w:val="000000" w:themeColor="text1"/>
          <w:lang w:val="uk-UA"/>
        </w:rPr>
        <w:t>школі.</w:t>
      </w:r>
    </w:p>
    <w:p w14:paraId="516A2167" w14:textId="7FAC335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По-перше,</w:t>
      </w:r>
      <w:r w:rsidR="00480420" w:rsidRPr="00B7305F">
        <w:rPr>
          <w:rFonts w:cs="Times New Roman"/>
          <w:color w:val="000000" w:themeColor="text1"/>
          <w:lang w:val="uk-UA"/>
        </w:rPr>
        <w:t xml:space="preserve"> </w:t>
      </w:r>
      <w:r w:rsidRPr="00B7305F">
        <w:rPr>
          <w:rFonts w:cs="Times New Roman"/>
          <w:color w:val="000000" w:themeColor="text1"/>
          <w:lang w:val="uk-UA"/>
        </w:rPr>
        <w:t>вивчення</w:t>
      </w:r>
      <w:r w:rsidR="00480420" w:rsidRPr="00B7305F">
        <w:rPr>
          <w:rFonts w:cs="Times New Roman"/>
          <w:color w:val="000000" w:themeColor="text1"/>
          <w:lang w:val="uk-UA"/>
        </w:rPr>
        <w:t xml:space="preserve"> </w:t>
      </w:r>
      <w:r w:rsidRPr="00B7305F">
        <w:rPr>
          <w:rFonts w:cs="Times New Roman"/>
          <w:color w:val="000000" w:themeColor="text1"/>
          <w:lang w:val="uk-UA"/>
        </w:rPr>
        <w:t>особливостей</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знімальному</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майданчику</w:t>
      </w:r>
      <w:r w:rsidR="00480420" w:rsidRPr="00B7305F">
        <w:rPr>
          <w:rFonts w:cs="Times New Roman"/>
          <w:color w:val="000000" w:themeColor="text1"/>
          <w:lang w:val="uk-UA"/>
        </w:rPr>
        <w:t xml:space="preserve"> </w:t>
      </w:r>
      <w:r w:rsidRPr="00B7305F">
        <w:rPr>
          <w:rFonts w:cs="Times New Roman"/>
          <w:color w:val="000000" w:themeColor="text1"/>
          <w:lang w:val="uk-UA"/>
        </w:rPr>
        <w:t>(підрозділ</w:t>
      </w:r>
      <w:r w:rsidR="00480420" w:rsidRPr="00B7305F">
        <w:rPr>
          <w:rFonts w:cs="Times New Roman"/>
          <w:color w:val="000000" w:themeColor="text1"/>
          <w:lang w:val="uk-UA"/>
        </w:rPr>
        <w:t xml:space="preserve"> </w:t>
      </w:r>
      <w:r w:rsidRPr="00B7305F">
        <w:rPr>
          <w:rFonts w:cs="Times New Roman"/>
          <w:color w:val="000000" w:themeColor="text1"/>
          <w:lang w:val="uk-UA"/>
        </w:rPr>
        <w:t>2.1)</w:t>
      </w:r>
      <w:r w:rsidR="00480420" w:rsidRPr="00B7305F">
        <w:rPr>
          <w:rFonts w:cs="Times New Roman"/>
          <w:color w:val="000000" w:themeColor="text1"/>
          <w:lang w:val="uk-UA"/>
        </w:rPr>
        <w:t xml:space="preserve"> </w:t>
      </w:r>
      <w:r w:rsidRPr="00B7305F">
        <w:rPr>
          <w:rFonts w:cs="Times New Roman"/>
          <w:color w:val="000000" w:themeColor="text1"/>
          <w:lang w:val="uk-UA"/>
        </w:rPr>
        <w:t>дозволило</w:t>
      </w:r>
      <w:r w:rsidR="00480420" w:rsidRPr="00B7305F">
        <w:rPr>
          <w:rFonts w:cs="Times New Roman"/>
          <w:color w:val="000000" w:themeColor="text1"/>
          <w:lang w:val="uk-UA"/>
        </w:rPr>
        <w:t xml:space="preserve"> </w:t>
      </w:r>
      <w:r w:rsidRPr="00B7305F">
        <w:rPr>
          <w:rFonts w:cs="Times New Roman"/>
          <w:color w:val="000000" w:themeColor="text1"/>
          <w:lang w:val="uk-UA"/>
        </w:rPr>
        <w:t>виокремити</w:t>
      </w:r>
      <w:r w:rsidR="00480420" w:rsidRPr="00B7305F">
        <w:rPr>
          <w:rFonts w:cs="Times New Roman"/>
          <w:color w:val="000000" w:themeColor="text1"/>
          <w:lang w:val="uk-UA"/>
        </w:rPr>
        <w:t xml:space="preserve"> </w:t>
      </w:r>
      <w:r w:rsidRPr="00B7305F">
        <w:rPr>
          <w:rFonts w:cs="Times New Roman"/>
          <w:color w:val="000000" w:themeColor="text1"/>
          <w:lang w:val="uk-UA"/>
        </w:rPr>
        <w:t>низку</w:t>
      </w:r>
      <w:r w:rsidR="00480420" w:rsidRPr="00B7305F">
        <w:rPr>
          <w:rFonts w:cs="Times New Roman"/>
          <w:color w:val="000000" w:themeColor="text1"/>
          <w:lang w:val="uk-UA"/>
        </w:rPr>
        <w:t xml:space="preserve"> </w:t>
      </w:r>
      <w:r w:rsidRPr="00B7305F">
        <w:rPr>
          <w:rFonts w:cs="Times New Roman"/>
          <w:color w:val="000000" w:themeColor="text1"/>
          <w:lang w:val="uk-UA"/>
        </w:rPr>
        <w:t>фундаментальних</w:t>
      </w:r>
      <w:r w:rsidR="00480420" w:rsidRPr="00B7305F">
        <w:rPr>
          <w:rFonts w:cs="Times New Roman"/>
          <w:color w:val="000000" w:themeColor="text1"/>
          <w:lang w:val="uk-UA"/>
        </w:rPr>
        <w:t xml:space="preserve"> </w:t>
      </w:r>
      <w:r w:rsidRPr="00B7305F">
        <w:rPr>
          <w:rFonts w:cs="Times New Roman"/>
          <w:color w:val="000000" w:themeColor="text1"/>
          <w:lang w:val="uk-UA"/>
        </w:rPr>
        <w:t>відмінностей</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цими</w:t>
      </w:r>
      <w:r w:rsidR="00480420" w:rsidRPr="00B7305F">
        <w:rPr>
          <w:rFonts w:cs="Times New Roman"/>
          <w:color w:val="000000" w:themeColor="text1"/>
          <w:lang w:val="uk-UA"/>
        </w:rPr>
        <w:t xml:space="preserve"> </w:t>
      </w:r>
      <w:r w:rsidRPr="00B7305F">
        <w:rPr>
          <w:rFonts w:cs="Times New Roman"/>
          <w:color w:val="000000" w:themeColor="text1"/>
          <w:lang w:val="uk-UA"/>
        </w:rPr>
        <w:t>середовищами.</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мистецтво</w:t>
      </w:r>
      <w:r w:rsidR="00480420" w:rsidRPr="00B7305F">
        <w:rPr>
          <w:rFonts w:cs="Times New Roman"/>
          <w:color w:val="000000" w:themeColor="text1"/>
          <w:lang w:val="uk-UA"/>
        </w:rPr>
        <w:t xml:space="preserve"> </w:t>
      </w:r>
      <w:r w:rsidRPr="00B7305F">
        <w:rPr>
          <w:rFonts w:cs="Times New Roman"/>
          <w:color w:val="000000" w:themeColor="text1"/>
          <w:lang w:val="uk-UA"/>
        </w:rPr>
        <w:t>безперервного</w:t>
      </w:r>
      <w:r w:rsidR="00480420" w:rsidRPr="00B7305F">
        <w:rPr>
          <w:rFonts w:cs="Times New Roman"/>
          <w:color w:val="000000" w:themeColor="text1"/>
          <w:lang w:val="uk-UA"/>
        </w:rPr>
        <w:t xml:space="preserve"> </w:t>
      </w:r>
      <w:r w:rsidRPr="00B7305F">
        <w:rPr>
          <w:rFonts w:cs="Times New Roman"/>
          <w:color w:val="000000" w:themeColor="text1"/>
          <w:lang w:val="uk-UA"/>
        </w:rPr>
        <w:t>живого</w:t>
      </w:r>
      <w:r w:rsidR="00480420" w:rsidRPr="00B7305F">
        <w:rPr>
          <w:rFonts w:cs="Times New Roman"/>
          <w:color w:val="000000" w:themeColor="text1"/>
          <w:lang w:val="uk-UA"/>
        </w:rPr>
        <w:t xml:space="preserve"> </w:t>
      </w:r>
      <w:r w:rsidRPr="00B7305F">
        <w:rPr>
          <w:rFonts w:cs="Times New Roman"/>
          <w:color w:val="000000" w:themeColor="text1"/>
          <w:lang w:val="uk-UA"/>
        </w:rPr>
        <w:t>потоку,</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високого</w:t>
      </w:r>
      <w:r w:rsidR="00480420" w:rsidRPr="00B7305F">
        <w:rPr>
          <w:rFonts w:cs="Times New Roman"/>
          <w:color w:val="000000" w:themeColor="text1"/>
          <w:lang w:val="uk-UA"/>
        </w:rPr>
        <w:t xml:space="preserve"> </w:t>
      </w:r>
      <w:r w:rsidRPr="00B7305F">
        <w:rPr>
          <w:rFonts w:cs="Times New Roman"/>
          <w:color w:val="000000" w:themeColor="text1"/>
          <w:lang w:val="uk-UA"/>
        </w:rPr>
        <w:t>рівня</w:t>
      </w:r>
      <w:r w:rsidR="00480420" w:rsidRPr="00B7305F">
        <w:rPr>
          <w:rFonts w:cs="Times New Roman"/>
          <w:color w:val="000000" w:themeColor="text1"/>
          <w:lang w:val="uk-UA"/>
        </w:rPr>
        <w:t xml:space="preserve"> </w:t>
      </w:r>
      <w:r w:rsidRPr="00B7305F">
        <w:rPr>
          <w:rFonts w:cs="Times New Roman"/>
          <w:color w:val="000000" w:themeColor="text1"/>
          <w:lang w:val="uk-UA"/>
        </w:rPr>
        <w:t>енергетичної</w:t>
      </w:r>
      <w:r w:rsidR="00480420" w:rsidRPr="00B7305F">
        <w:rPr>
          <w:rFonts w:cs="Times New Roman"/>
          <w:color w:val="000000" w:themeColor="text1"/>
          <w:lang w:val="uk-UA"/>
        </w:rPr>
        <w:t xml:space="preserve"> </w:t>
      </w:r>
      <w:r w:rsidRPr="00B7305F">
        <w:rPr>
          <w:rFonts w:cs="Times New Roman"/>
          <w:color w:val="000000" w:themeColor="text1"/>
          <w:lang w:val="uk-UA"/>
        </w:rPr>
        <w:t>концентрації,</w:t>
      </w:r>
      <w:r w:rsidR="00480420" w:rsidRPr="00B7305F">
        <w:rPr>
          <w:rFonts w:cs="Times New Roman"/>
          <w:color w:val="000000" w:themeColor="text1"/>
          <w:lang w:val="uk-UA"/>
        </w:rPr>
        <w:t xml:space="preserve"> </w:t>
      </w:r>
      <w:r w:rsidRPr="00B7305F">
        <w:rPr>
          <w:rFonts w:cs="Times New Roman"/>
          <w:color w:val="000000" w:themeColor="text1"/>
          <w:lang w:val="uk-UA"/>
        </w:rPr>
        <w:t>широкої</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зовнішньої</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володіння</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великий</w:t>
      </w:r>
      <w:r w:rsidR="00480420" w:rsidRPr="00B7305F">
        <w:rPr>
          <w:rFonts w:cs="Times New Roman"/>
          <w:color w:val="000000" w:themeColor="text1"/>
          <w:lang w:val="uk-UA"/>
        </w:rPr>
        <w:t xml:space="preserve"> </w:t>
      </w:r>
      <w:r w:rsidRPr="00B7305F">
        <w:rPr>
          <w:rFonts w:cs="Times New Roman"/>
          <w:color w:val="000000" w:themeColor="text1"/>
          <w:lang w:val="uk-UA"/>
        </w:rPr>
        <w:t>зал.</w:t>
      </w:r>
      <w:r w:rsidR="00480420" w:rsidRPr="00B7305F">
        <w:rPr>
          <w:rFonts w:cs="Times New Roman"/>
          <w:color w:val="000000" w:themeColor="text1"/>
          <w:lang w:val="uk-UA"/>
        </w:rPr>
        <w:t xml:space="preserve"> </w:t>
      </w:r>
      <w:r w:rsidRPr="00B7305F">
        <w:rPr>
          <w:rFonts w:cs="Times New Roman"/>
          <w:color w:val="000000" w:themeColor="text1"/>
          <w:lang w:val="uk-UA"/>
        </w:rPr>
        <w:t>Натомість</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фокусується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внутрішній</w:t>
      </w:r>
      <w:r w:rsidR="00480420" w:rsidRPr="00B7305F">
        <w:rPr>
          <w:rFonts w:cs="Times New Roman"/>
          <w:color w:val="000000" w:themeColor="text1"/>
          <w:lang w:val="uk-UA"/>
        </w:rPr>
        <w:t xml:space="preserve"> </w:t>
      </w:r>
      <w:r w:rsidRPr="00B7305F">
        <w:rPr>
          <w:rFonts w:cs="Times New Roman"/>
          <w:color w:val="000000" w:themeColor="text1"/>
          <w:lang w:val="uk-UA"/>
        </w:rPr>
        <w:t>правді,</w:t>
      </w:r>
      <w:r w:rsidR="00480420" w:rsidRPr="00B7305F">
        <w:rPr>
          <w:rFonts w:cs="Times New Roman"/>
          <w:color w:val="000000" w:themeColor="text1"/>
          <w:lang w:val="uk-UA"/>
        </w:rPr>
        <w:t xml:space="preserve"> </w:t>
      </w:r>
      <w:r w:rsidRPr="00B7305F">
        <w:rPr>
          <w:rFonts w:cs="Times New Roman"/>
          <w:color w:val="000000" w:themeColor="text1"/>
          <w:lang w:val="uk-UA"/>
        </w:rPr>
        <w:t>мікроекспресії,</w:t>
      </w:r>
      <w:r w:rsidR="00480420" w:rsidRPr="00B7305F">
        <w:rPr>
          <w:rFonts w:cs="Times New Roman"/>
          <w:color w:val="000000" w:themeColor="text1"/>
          <w:lang w:val="uk-UA"/>
        </w:rPr>
        <w:t xml:space="preserve"> </w:t>
      </w:r>
      <w:r w:rsidRPr="00B7305F">
        <w:rPr>
          <w:rFonts w:cs="Times New Roman"/>
          <w:color w:val="000000" w:themeColor="text1"/>
          <w:lang w:val="uk-UA"/>
        </w:rPr>
        <w:t>природності,</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ньому</w:t>
      </w:r>
      <w:r w:rsidR="00480420" w:rsidRPr="00B7305F">
        <w:rPr>
          <w:rFonts w:cs="Times New Roman"/>
          <w:color w:val="000000" w:themeColor="text1"/>
          <w:lang w:val="uk-UA"/>
        </w:rPr>
        <w:t xml:space="preserve"> </w:t>
      </w:r>
      <w:r w:rsidRPr="00B7305F">
        <w:rPr>
          <w:rFonts w:cs="Times New Roman"/>
          <w:color w:val="000000" w:themeColor="text1"/>
          <w:lang w:val="uk-UA"/>
        </w:rPr>
        <w:t>подається</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монтажну</w:t>
      </w:r>
      <w:r w:rsidR="00480420" w:rsidRPr="00B7305F">
        <w:rPr>
          <w:rFonts w:cs="Times New Roman"/>
          <w:color w:val="000000" w:themeColor="text1"/>
          <w:lang w:val="uk-UA"/>
        </w:rPr>
        <w:t xml:space="preserve"> </w:t>
      </w:r>
      <w:r w:rsidRPr="00B7305F">
        <w:rPr>
          <w:rFonts w:cs="Times New Roman"/>
          <w:color w:val="000000" w:themeColor="text1"/>
          <w:lang w:val="uk-UA"/>
        </w:rPr>
        <w:t>структуру,</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«розриває»</w:t>
      </w:r>
      <w:r w:rsidR="00480420" w:rsidRPr="00B7305F">
        <w:rPr>
          <w:rFonts w:cs="Times New Roman"/>
          <w:color w:val="000000" w:themeColor="text1"/>
          <w:lang w:val="uk-UA"/>
        </w:rPr>
        <w:t xml:space="preserve"> </w:t>
      </w:r>
      <w:r w:rsidRPr="00B7305F">
        <w:rPr>
          <w:rFonts w:cs="Times New Roman"/>
          <w:color w:val="000000" w:themeColor="text1"/>
          <w:lang w:val="uk-UA"/>
        </w:rPr>
        <w:t>послідовність</w:t>
      </w:r>
      <w:r w:rsidR="00480420" w:rsidRPr="00B7305F">
        <w:rPr>
          <w:rFonts w:cs="Times New Roman"/>
          <w:color w:val="000000" w:themeColor="text1"/>
          <w:lang w:val="uk-UA"/>
        </w:rPr>
        <w:t xml:space="preserve"> </w:t>
      </w:r>
      <w:r w:rsidRPr="00B7305F">
        <w:rPr>
          <w:rFonts w:cs="Times New Roman"/>
          <w:color w:val="000000" w:themeColor="text1"/>
          <w:lang w:val="uk-UA"/>
        </w:rPr>
        <w:t>подій,</w:t>
      </w:r>
      <w:r w:rsidR="00480420" w:rsidRPr="00B7305F">
        <w:rPr>
          <w:rFonts w:cs="Times New Roman"/>
          <w:color w:val="000000" w:themeColor="text1"/>
          <w:lang w:val="uk-UA"/>
        </w:rPr>
        <w:t xml:space="preserve"> </w:t>
      </w:r>
      <w:r w:rsidRPr="00B7305F">
        <w:rPr>
          <w:rFonts w:cs="Times New Roman"/>
          <w:color w:val="000000" w:themeColor="text1"/>
          <w:lang w:val="uk-UA"/>
        </w:rPr>
        <w:t>вимагаючи</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r w:rsidR="00480420" w:rsidRPr="00B7305F">
        <w:rPr>
          <w:rFonts w:cs="Times New Roman"/>
          <w:color w:val="000000" w:themeColor="text1"/>
          <w:lang w:val="uk-UA"/>
        </w:rPr>
        <w:t xml:space="preserve"> </w:t>
      </w:r>
      <w:r w:rsidRPr="00B7305F">
        <w:rPr>
          <w:rFonts w:cs="Times New Roman"/>
          <w:color w:val="000000" w:themeColor="text1"/>
          <w:lang w:val="uk-UA"/>
        </w:rPr>
        <w:t>здатності</w:t>
      </w:r>
      <w:r w:rsidR="00480420" w:rsidRPr="00B7305F">
        <w:rPr>
          <w:rFonts w:cs="Times New Roman"/>
          <w:color w:val="000000" w:themeColor="text1"/>
          <w:lang w:val="uk-UA"/>
        </w:rPr>
        <w:t xml:space="preserve"> </w:t>
      </w:r>
      <w:r w:rsidRPr="00B7305F">
        <w:rPr>
          <w:rFonts w:cs="Times New Roman"/>
          <w:color w:val="000000" w:themeColor="text1"/>
          <w:lang w:val="uk-UA"/>
        </w:rPr>
        <w:t>емоційно</w:t>
      </w:r>
      <w:r w:rsidR="00480420" w:rsidRPr="00B7305F">
        <w:rPr>
          <w:rFonts w:cs="Times New Roman"/>
          <w:color w:val="000000" w:themeColor="text1"/>
          <w:lang w:val="uk-UA"/>
        </w:rPr>
        <w:t xml:space="preserve"> </w:t>
      </w:r>
      <w:r w:rsidRPr="00B7305F">
        <w:rPr>
          <w:rFonts w:cs="Times New Roman"/>
          <w:color w:val="000000" w:themeColor="text1"/>
          <w:lang w:val="uk-UA"/>
        </w:rPr>
        <w:t>перемикатись.</w:t>
      </w:r>
    </w:p>
    <w:p w14:paraId="6F905504" w14:textId="67C4A24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результаті</w:t>
      </w:r>
      <w:r w:rsidR="00480420" w:rsidRPr="00B7305F">
        <w:rPr>
          <w:rFonts w:cs="Times New Roman"/>
          <w:color w:val="000000" w:themeColor="text1"/>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встановлено,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техніка</w:t>
      </w:r>
      <w:r w:rsidR="00480420" w:rsidRPr="00B7305F">
        <w:rPr>
          <w:rFonts w:cs="Times New Roman"/>
          <w:color w:val="000000" w:themeColor="text1"/>
          <w:lang w:val="uk-UA"/>
        </w:rPr>
        <w:t xml:space="preserve"> </w:t>
      </w:r>
      <w:r w:rsidRPr="00B7305F">
        <w:rPr>
          <w:rFonts w:cs="Times New Roman"/>
          <w:color w:val="000000" w:themeColor="text1"/>
          <w:lang w:val="uk-UA"/>
        </w:rPr>
        <w:t>базується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лінійній</w:t>
      </w:r>
      <w:r w:rsidR="00480420" w:rsidRPr="00B7305F">
        <w:rPr>
          <w:rFonts w:cs="Times New Roman"/>
          <w:color w:val="000000" w:themeColor="text1"/>
          <w:lang w:val="uk-UA"/>
        </w:rPr>
        <w:t xml:space="preserve"> </w:t>
      </w:r>
      <w:r w:rsidRPr="00B7305F">
        <w:rPr>
          <w:rFonts w:cs="Times New Roman"/>
          <w:color w:val="000000" w:themeColor="text1"/>
          <w:lang w:val="uk-UA"/>
        </w:rPr>
        <w:t>драматургії,</w:t>
      </w:r>
      <w:r w:rsidR="00480420" w:rsidRPr="00B7305F">
        <w:rPr>
          <w:rFonts w:cs="Times New Roman"/>
          <w:color w:val="000000" w:themeColor="text1"/>
          <w:lang w:val="uk-UA"/>
        </w:rPr>
        <w:t xml:space="preserve"> </w:t>
      </w:r>
      <w:r w:rsidRPr="00B7305F">
        <w:rPr>
          <w:rFonts w:cs="Times New Roman"/>
          <w:color w:val="000000" w:themeColor="text1"/>
          <w:lang w:val="uk-UA"/>
        </w:rPr>
        <w:t>великому</w:t>
      </w:r>
      <w:r w:rsidR="00480420" w:rsidRPr="00B7305F">
        <w:rPr>
          <w:rFonts w:cs="Times New Roman"/>
          <w:color w:val="000000" w:themeColor="text1"/>
          <w:lang w:val="uk-UA"/>
        </w:rPr>
        <w:t xml:space="preserve"> </w:t>
      </w:r>
      <w:r w:rsidRPr="00B7305F">
        <w:rPr>
          <w:rFonts w:cs="Times New Roman"/>
          <w:color w:val="000000" w:themeColor="text1"/>
          <w:lang w:val="uk-UA"/>
        </w:rPr>
        <w:t>жесті,</w:t>
      </w:r>
      <w:r w:rsidR="00480420" w:rsidRPr="00B7305F">
        <w:rPr>
          <w:rFonts w:cs="Times New Roman"/>
          <w:color w:val="000000" w:themeColor="text1"/>
          <w:lang w:val="uk-UA"/>
        </w:rPr>
        <w:t xml:space="preserve"> </w:t>
      </w:r>
      <w:r w:rsidRPr="00B7305F">
        <w:rPr>
          <w:rFonts w:cs="Times New Roman"/>
          <w:color w:val="000000" w:themeColor="text1"/>
          <w:lang w:val="uk-UA"/>
        </w:rPr>
        <w:t>голосовій</w:t>
      </w:r>
      <w:r w:rsidR="00480420" w:rsidRPr="00B7305F">
        <w:rPr>
          <w:rFonts w:cs="Times New Roman"/>
          <w:color w:val="000000" w:themeColor="text1"/>
          <w:lang w:val="uk-UA"/>
        </w:rPr>
        <w:t xml:space="preserve"> </w:t>
      </w:r>
      <w:r w:rsidRPr="00B7305F">
        <w:rPr>
          <w:rFonts w:cs="Times New Roman"/>
          <w:color w:val="000000" w:themeColor="text1"/>
          <w:lang w:val="uk-UA"/>
        </w:rPr>
        <w:t>проєкції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контактній</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глядачем,</w:t>
      </w:r>
      <w:r w:rsidR="00480420" w:rsidRPr="00B7305F">
        <w:rPr>
          <w:rFonts w:cs="Times New Roman"/>
          <w:color w:val="000000" w:themeColor="text1"/>
          <w:lang w:val="uk-UA"/>
        </w:rPr>
        <w:t xml:space="preserve"> </w:t>
      </w:r>
      <w:r w:rsidRPr="00B7305F">
        <w:rPr>
          <w:rFonts w:cs="Times New Roman"/>
          <w:color w:val="000000" w:themeColor="text1"/>
          <w:lang w:val="uk-UA"/>
        </w:rPr>
        <w:t>тоді</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кінематографічна</w:t>
      </w:r>
      <w:r w:rsidR="00480420" w:rsidRPr="00B7305F">
        <w:rPr>
          <w:rFonts w:cs="Times New Roman"/>
          <w:color w:val="000000" w:themeColor="text1"/>
          <w:lang w:val="uk-UA"/>
        </w:rPr>
        <w:t xml:space="preserve"> </w:t>
      </w:r>
      <w:r w:rsidRPr="00B7305F">
        <w:rPr>
          <w:rFonts w:cs="Times New Roman"/>
          <w:color w:val="000000" w:themeColor="text1"/>
          <w:lang w:val="uk-UA"/>
        </w:rPr>
        <w:t>техніка</w:t>
      </w:r>
      <w:r w:rsidR="00480420" w:rsidRPr="00B7305F">
        <w:rPr>
          <w:rFonts w:cs="Times New Roman"/>
          <w:color w:val="000000" w:themeColor="text1"/>
          <w:lang w:val="uk-UA"/>
        </w:rPr>
        <w:t xml:space="preserve"> </w:t>
      </w:r>
      <w:r w:rsidRPr="00B7305F">
        <w:rPr>
          <w:rFonts w:cs="Times New Roman"/>
          <w:color w:val="000000" w:themeColor="text1"/>
          <w:lang w:val="uk-UA"/>
        </w:rPr>
        <w:t>передбачає</w:t>
      </w:r>
      <w:r w:rsidR="00480420" w:rsidRPr="00B7305F">
        <w:rPr>
          <w:rFonts w:cs="Times New Roman"/>
          <w:color w:val="000000" w:themeColor="text1"/>
          <w:lang w:val="uk-UA"/>
        </w:rPr>
        <w:t xml:space="preserve"> </w:t>
      </w:r>
      <w:r w:rsidRPr="00B7305F">
        <w:rPr>
          <w:rFonts w:cs="Times New Roman"/>
          <w:color w:val="000000" w:themeColor="text1"/>
          <w:lang w:val="uk-UA"/>
        </w:rPr>
        <w:t>пластичну</w:t>
      </w:r>
      <w:r w:rsidR="00480420" w:rsidRPr="00B7305F">
        <w:rPr>
          <w:rFonts w:cs="Times New Roman"/>
          <w:color w:val="000000" w:themeColor="text1"/>
          <w:lang w:val="uk-UA"/>
        </w:rPr>
        <w:t xml:space="preserve"> </w:t>
      </w:r>
      <w:r w:rsidRPr="00B7305F">
        <w:rPr>
          <w:rFonts w:cs="Times New Roman"/>
          <w:color w:val="000000" w:themeColor="text1"/>
          <w:lang w:val="uk-UA"/>
        </w:rPr>
        <w:t>міміку,</w:t>
      </w:r>
      <w:r w:rsidR="00480420" w:rsidRPr="00B7305F">
        <w:rPr>
          <w:rFonts w:cs="Times New Roman"/>
          <w:color w:val="000000" w:themeColor="text1"/>
          <w:lang w:val="uk-UA"/>
        </w:rPr>
        <w:t xml:space="preserve"> </w:t>
      </w:r>
      <w:r w:rsidRPr="00B7305F">
        <w:rPr>
          <w:rFonts w:cs="Times New Roman"/>
          <w:color w:val="000000" w:themeColor="text1"/>
          <w:lang w:val="uk-UA"/>
        </w:rPr>
        <w:t>гнучкість,</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фрагментарність</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імпровізаційну</w:t>
      </w:r>
      <w:r w:rsidR="00480420" w:rsidRPr="00B7305F">
        <w:rPr>
          <w:rFonts w:cs="Times New Roman"/>
          <w:color w:val="000000" w:themeColor="text1"/>
          <w:lang w:val="uk-UA"/>
        </w:rPr>
        <w:t xml:space="preserve"> </w:t>
      </w:r>
      <w:r w:rsidRPr="00B7305F">
        <w:rPr>
          <w:rFonts w:cs="Times New Roman"/>
          <w:color w:val="000000" w:themeColor="text1"/>
          <w:lang w:val="uk-UA"/>
        </w:rPr>
        <w:t>чутливість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p>
    <w:p w14:paraId="0F1A6A2D" w14:textId="2980459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По-друге,</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підрозділі</w:t>
      </w:r>
      <w:r w:rsidR="00480420" w:rsidRPr="00B7305F">
        <w:rPr>
          <w:rFonts w:cs="Times New Roman"/>
          <w:color w:val="000000" w:themeColor="text1"/>
          <w:lang w:val="uk-UA"/>
        </w:rPr>
        <w:t xml:space="preserve"> </w:t>
      </w:r>
      <w:r w:rsidRPr="00B7305F">
        <w:rPr>
          <w:rFonts w:cs="Times New Roman"/>
          <w:color w:val="000000" w:themeColor="text1"/>
          <w:lang w:val="uk-UA"/>
        </w:rPr>
        <w:t>2.2</w:t>
      </w:r>
      <w:r w:rsidR="00480420" w:rsidRPr="00B7305F">
        <w:rPr>
          <w:rFonts w:cs="Times New Roman"/>
          <w:color w:val="000000" w:themeColor="text1"/>
          <w:lang w:val="uk-UA"/>
        </w:rPr>
        <w:t xml:space="preserve"> </w:t>
      </w:r>
      <w:r w:rsidRPr="00B7305F">
        <w:rPr>
          <w:rFonts w:cs="Times New Roman"/>
          <w:color w:val="000000" w:themeColor="text1"/>
          <w:lang w:val="uk-UA"/>
        </w:rPr>
        <w:t>було</w:t>
      </w:r>
      <w:r w:rsidR="00480420" w:rsidRPr="00B7305F">
        <w:rPr>
          <w:rFonts w:cs="Times New Roman"/>
          <w:color w:val="000000" w:themeColor="text1"/>
          <w:lang w:val="uk-UA"/>
        </w:rPr>
        <w:t xml:space="preserve"> </w:t>
      </w:r>
      <w:r w:rsidRPr="00B7305F">
        <w:rPr>
          <w:rFonts w:cs="Times New Roman"/>
          <w:color w:val="000000" w:themeColor="text1"/>
          <w:lang w:val="uk-UA"/>
        </w:rPr>
        <w:t>проаналізовано</w:t>
      </w:r>
      <w:r w:rsidR="00480420" w:rsidRPr="00B7305F">
        <w:rPr>
          <w:rFonts w:cs="Times New Roman"/>
          <w:color w:val="000000" w:themeColor="text1"/>
          <w:lang w:val="uk-UA"/>
        </w:rPr>
        <w:t xml:space="preserve"> </w:t>
      </w:r>
      <w:r w:rsidRPr="00B7305F">
        <w:rPr>
          <w:rFonts w:cs="Times New Roman"/>
          <w:color w:val="000000" w:themeColor="text1"/>
          <w:lang w:val="uk-UA"/>
        </w:rPr>
        <w:t>способи</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сценічних</w:t>
      </w:r>
      <w:r w:rsidR="00480420" w:rsidRPr="00B7305F">
        <w:rPr>
          <w:rFonts w:cs="Times New Roman"/>
          <w:color w:val="000000" w:themeColor="text1"/>
          <w:lang w:val="uk-UA"/>
        </w:rPr>
        <w:t xml:space="preserve"> </w:t>
      </w:r>
      <w:r w:rsidRPr="00B7305F">
        <w:rPr>
          <w:rFonts w:cs="Times New Roman"/>
          <w:color w:val="000000" w:themeColor="text1"/>
          <w:lang w:val="uk-UA"/>
        </w:rPr>
        <w:t>методик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кінематографічній</w:t>
      </w:r>
      <w:r w:rsidR="00480420" w:rsidRPr="00B7305F">
        <w:rPr>
          <w:rFonts w:cs="Times New Roman"/>
          <w:color w:val="000000" w:themeColor="text1"/>
          <w:lang w:val="uk-UA"/>
        </w:rPr>
        <w:t xml:space="preserve"> </w:t>
      </w:r>
      <w:r w:rsidRPr="00B7305F">
        <w:rPr>
          <w:rFonts w:cs="Times New Roman"/>
          <w:color w:val="000000" w:themeColor="text1"/>
          <w:lang w:val="uk-UA"/>
        </w:rPr>
        <w:t>практиці,</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підтвердило</w:t>
      </w:r>
      <w:r w:rsidR="00480420" w:rsidRPr="00B7305F">
        <w:rPr>
          <w:rFonts w:cs="Times New Roman"/>
          <w:color w:val="000000" w:themeColor="text1"/>
          <w:lang w:val="uk-UA"/>
        </w:rPr>
        <w:t xml:space="preserve"> </w:t>
      </w:r>
      <w:r w:rsidRPr="00B7305F">
        <w:rPr>
          <w:rFonts w:cs="Times New Roman"/>
          <w:color w:val="000000" w:themeColor="text1"/>
          <w:lang w:val="uk-UA"/>
        </w:rPr>
        <w:t>адаптивність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гнучкість</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школи.</w:t>
      </w:r>
      <w:r w:rsidR="00480420" w:rsidRPr="00B7305F">
        <w:rPr>
          <w:rFonts w:cs="Times New Roman"/>
          <w:color w:val="000000" w:themeColor="text1"/>
          <w:lang w:val="uk-UA"/>
        </w:rPr>
        <w:t xml:space="preserve"> </w:t>
      </w:r>
      <w:r w:rsidRPr="00B7305F">
        <w:rPr>
          <w:rFonts w:cs="Times New Roman"/>
          <w:color w:val="000000" w:themeColor="text1"/>
          <w:lang w:val="uk-UA"/>
        </w:rPr>
        <w:t>Методика</w:t>
      </w:r>
      <w:r w:rsidR="00480420" w:rsidRPr="00B7305F">
        <w:rPr>
          <w:rFonts w:cs="Times New Roman"/>
          <w:color w:val="000000" w:themeColor="text1"/>
          <w:lang w:val="uk-UA"/>
        </w:rPr>
        <w:t xml:space="preserve"> </w:t>
      </w:r>
      <w:r w:rsidRPr="00B7305F">
        <w:rPr>
          <w:rFonts w:cs="Times New Roman"/>
          <w:color w:val="000000" w:themeColor="text1"/>
          <w:lang w:val="uk-UA"/>
        </w:rPr>
        <w:t>Станіславського,</w:t>
      </w:r>
      <w:r w:rsidR="00480420" w:rsidRPr="00B7305F">
        <w:rPr>
          <w:rFonts w:cs="Times New Roman"/>
          <w:color w:val="000000" w:themeColor="text1"/>
          <w:lang w:val="uk-UA"/>
        </w:rPr>
        <w:t xml:space="preserve"> </w:t>
      </w:r>
      <w:r w:rsidRPr="00B7305F">
        <w:rPr>
          <w:rFonts w:cs="Times New Roman"/>
          <w:color w:val="000000" w:themeColor="text1"/>
          <w:lang w:val="uk-UA"/>
        </w:rPr>
        <w:t>тілесні</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(Лабана,</w:t>
      </w:r>
      <w:r w:rsidR="00480420" w:rsidRPr="00B7305F">
        <w:rPr>
          <w:rFonts w:cs="Times New Roman"/>
          <w:color w:val="000000" w:themeColor="text1"/>
          <w:lang w:val="uk-UA"/>
        </w:rPr>
        <w:t xml:space="preserve"> </w:t>
      </w:r>
      <w:r w:rsidRPr="00B7305F">
        <w:rPr>
          <w:rFonts w:cs="Times New Roman"/>
          <w:color w:val="000000" w:themeColor="text1"/>
          <w:lang w:val="uk-UA"/>
        </w:rPr>
        <w:t>Фельденкрайза),</w:t>
      </w:r>
      <w:r w:rsidR="00480420" w:rsidRPr="00B7305F">
        <w:rPr>
          <w:rFonts w:cs="Times New Roman"/>
          <w:color w:val="000000" w:themeColor="text1"/>
          <w:lang w:val="uk-UA"/>
        </w:rPr>
        <w:t xml:space="preserve"> </w:t>
      </w:r>
      <w:r w:rsidRPr="00B7305F">
        <w:rPr>
          <w:rFonts w:cs="Times New Roman"/>
          <w:color w:val="000000" w:themeColor="text1"/>
          <w:lang w:val="uk-UA"/>
        </w:rPr>
        <w:t>система</w:t>
      </w:r>
      <w:r w:rsidR="00480420" w:rsidRPr="00B7305F">
        <w:rPr>
          <w:rFonts w:cs="Times New Roman"/>
          <w:color w:val="000000" w:themeColor="text1"/>
          <w:lang w:val="uk-UA"/>
        </w:rPr>
        <w:t xml:space="preserve"> </w:t>
      </w:r>
      <w:r w:rsidRPr="00B7305F">
        <w:rPr>
          <w:rFonts w:cs="Times New Roman"/>
          <w:color w:val="000000" w:themeColor="text1"/>
          <w:lang w:val="uk-UA"/>
        </w:rPr>
        <w:t>уявних</w:t>
      </w:r>
      <w:r w:rsidR="00480420" w:rsidRPr="00B7305F">
        <w:rPr>
          <w:rFonts w:cs="Times New Roman"/>
          <w:color w:val="000000" w:themeColor="text1"/>
          <w:lang w:val="uk-UA"/>
        </w:rPr>
        <w:t xml:space="preserve"> </w:t>
      </w:r>
      <w:r w:rsidRPr="00B7305F">
        <w:rPr>
          <w:rFonts w:cs="Times New Roman"/>
          <w:color w:val="000000" w:themeColor="text1"/>
          <w:lang w:val="uk-UA"/>
        </w:rPr>
        <w:t>обставин,</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психофізикою</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усі</w:t>
      </w:r>
      <w:r w:rsidR="00480420" w:rsidRPr="00B7305F">
        <w:rPr>
          <w:rFonts w:cs="Times New Roman"/>
          <w:color w:val="000000" w:themeColor="text1"/>
          <w:lang w:val="uk-UA"/>
        </w:rPr>
        <w:t xml:space="preserve"> </w:t>
      </w: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трансформуються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урахуванням</w:t>
      </w:r>
      <w:r w:rsidR="00480420" w:rsidRPr="00B7305F">
        <w:rPr>
          <w:rFonts w:cs="Times New Roman"/>
          <w:color w:val="000000" w:themeColor="text1"/>
          <w:lang w:val="uk-UA"/>
        </w:rPr>
        <w:t xml:space="preserve"> </w:t>
      </w:r>
      <w:r w:rsidRPr="00B7305F">
        <w:rPr>
          <w:rFonts w:cs="Times New Roman"/>
          <w:color w:val="000000" w:themeColor="text1"/>
          <w:lang w:val="uk-UA"/>
        </w:rPr>
        <w:t>технічних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художніх</w:t>
      </w:r>
      <w:r w:rsidR="00480420" w:rsidRPr="00B7305F">
        <w:rPr>
          <w:rFonts w:cs="Times New Roman"/>
          <w:color w:val="000000" w:themeColor="text1"/>
          <w:lang w:val="uk-UA"/>
        </w:rPr>
        <w:t xml:space="preserve"> </w:t>
      </w:r>
      <w:r w:rsidRPr="00B7305F">
        <w:rPr>
          <w:rFonts w:cs="Times New Roman"/>
          <w:color w:val="000000" w:themeColor="text1"/>
          <w:lang w:val="uk-UA"/>
        </w:rPr>
        <w:t>умов</w:t>
      </w:r>
      <w:r w:rsidR="00480420" w:rsidRPr="00B7305F">
        <w:rPr>
          <w:rFonts w:cs="Times New Roman"/>
          <w:color w:val="000000" w:themeColor="text1"/>
          <w:lang w:val="uk-UA"/>
        </w:rPr>
        <w:t xml:space="preserve"> </w:t>
      </w:r>
      <w:r w:rsidRPr="00B7305F">
        <w:rPr>
          <w:rFonts w:cs="Times New Roman"/>
          <w:color w:val="000000" w:themeColor="text1"/>
          <w:lang w:val="uk-UA"/>
        </w:rPr>
        <w:t>екранного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p>
    <w:p w14:paraId="0367ED3C" w14:textId="4410A20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Цікавою</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поява</w:t>
      </w:r>
      <w:r w:rsidR="00480420" w:rsidRPr="00B7305F">
        <w:rPr>
          <w:rFonts w:cs="Times New Roman"/>
          <w:color w:val="000000" w:themeColor="text1"/>
          <w:lang w:val="uk-UA"/>
        </w:rPr>
        <w:t xml:space="preserve"> </w:t>
      </w:r>
      <w:r w:rsidRPr="00B7305F">
        <w:rPr>
          <w:rFonts w:cs="Times New Roman"/>
          <w:color w:val="000000" w:themeColor="text1"/>
          <w:lang w:val="uk-UA"/>
        </w:rPr>
        <w:t>гібридних</w:t>
      </w:r>
      <w:r w:rsidR="00480420" w:rsidRPr="00B7305F">
        <w:rPr>
          <w:rFonts w:cs="Times New Roman"/>
          <w:color w:val="000000" w:themeColor="text1"/>
          <w:lang w:val="uk-UA"/>
        </w:rPr>
        <w:t xml:space="preserve"> </w:t>
      </w:r>
      <w:r w:rsidRPr="00B7305F">
        <w:rPr>
          <w:rFonts w:cs="Times New Roman"/>
          <w:color w:val="000000" w:themeColor="text1"/>
          <w:lang w:val="uk-UA"/>
        </w:rPr>
        <w:t>практик:</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00F377AD" w:rsidRPr="006E27B3">
        <w:rPr>
          <w:rFonts w:cs="Times New Roman"/>
          <w:lang w:val="ru-RU"/>
        </w:rPr>
        <w:t>довгий</w:t>
      </w:r>
      <w:r w:rsidR="00480420" w:rsidRPr="006E27B3">
        <w:rPr>
          <w:rFonts w:cs="Times New Roman"/>
          <w:lang w:val="ru-RU"/>
        </w:rPr>
        <w:t xml:space="preserve"> </w:t>
      </w:r>
      <w:r w:rsidR="00F377AD" w:rsidRPr="006E27B3">
        <w:rPr>
          <w:rFonts w:cs="Times New Roman"/>
          <w:lang w:val="ru-RU"/>
        </w:rPr>
        <w:t>кадр</w:t>
      </w:r>
      <w:r w:rsidR="00480420" w:rsidRPr="006E27B3">
        <w:rPr>
          <w:rFonts w:cs="Times New Roman"/>
          <w:lang w:val="uk-UA"/>
        </w:rPr>
        <w:t xml:space="preserve"> </w:t>
      </w:r>
      <w:r w:rsidRPr="006E27B3">
        <w:rPr>
          <w:rFonts w:cs="Times New Roman"/>
          <w:lang w:val="uk-UA"/>
        </w:rPr>
        <w:t>сцен</w:t>
      </w:r>
      <w:r w:rsidR="00480420" w:rsidRPr="006E27B3">
        <w:rPr>
          <w:rFonts w:cs="Times New Roman"/>
          <w:lang w:val="uk-UA"/>
        </w:rPr>
        <w:t xml:space="preserve"> </w:t>
      </w:r>
      <w:r w:rsidRPr="006E27B3">
        <w:rPr>
          <w:rFonts w:cs="Times New Roman"/>
          <w:lang w:val="uk-UA"/>
        </w:rPr>
        <w:t>у</w:t>
      </w:r>
      <w:r w:rsidR="00480420" w:rsidRPr="006E27B3">
        <w:rPr>
          <w:rFonts w:cs="Times New Roman"/>
          <w:lang w:val="uk-UA"/>
        </w:rPr>
        <w:t xml:space="preserve"> </w:t>
      </w:r>
      <w:r w:rsidRPr="006E27B3">
        <w:rPr>
          <w:rFonts w:cs="Times New Roman"/>
          <w:lang w:val="uk-UA"/>
        </w:rPr>
        <w:t>фільмах,</w:t>
      </w:r>
      <w:r w:rsidR="00480420" w:rsidRPr="006E27B3">
        <w:rPr>
          <w:rFonts w:cs="Times New Roman"/>
          <w:lang w:val="uk-UA"/>
        </w:rPr>
        <w:t xml:space="preserve"> </w:t>
      </w:r>
      <w:r w:rsidRPr="006E27B3">
        <w:rPr>
          <w:rFonts w:cs="Times New Roman"/>
          <w:lang w:val="uk-UA"/>
        </w:rPr>
        <w:t>де</w:t>
      </w:r>
      <w:r w:rsidR="00480420" w:rsidRPr="006E27B3">
        <w:rPr>
          <w:rFonts w:cs="Times New Roman"/>
          <w:lang w:val="uk-UA"/>
        </w:rPr>
        <w:t xml:space="preserve"> </w:t>
      </w:r>
      <w:r w:rsidRPr="006E27B3">
        <w:rPr>
          <w:rFonts w:cs="Times New Roman"/>
          <w:lang w:val="uk-UA"/>
        </w:rPr>
        <w:t>актори</w:t>
      </w:r>
      <w:r w:rsidR="00480420" w:rsidRPr="006E27B3">
        <w:rPr>
          <w:rFonts w:cs="Times New Roman"/>
          <w:lang w:val="uk-UA"/>
        </w:rPr>
        <w:t xml:space="preserve"> </w:t>
      </w:r>
      <w:r w:rsidRPr="006E27B3">
        <w:rPr>
          <w:rFonts w:cs="Times New Roman"/>
          <w:lang w:val="uk-UA"/>
        </w:rPr>
        <w:t>повинні</w:t>
      </w:r>
      <w:r w:rsidR="00480420" w:rsidRPr="006E27B3">
        <w:rPr>
          <w:rFonts w:cs="Times New Roman"/>
          <w:lang w:val="uk-UA"/>
        </w:rPr>
        <w:t xml:space="preserve"> </w:t>
      </w:r>
      <w:r w:rsidRPr="006E27B3">
        <w:rPr>
          <w:rFonts w:cs="Times New Roman"/>
          <w:lang w:val="uk-UA"/>
        </w:rPr>
        <w:t>витримувати</w:t>
      </w:r>
      <w:r w:rsidR="00480420" w:rsidRPr="006E27B3">
        <w:rPr>
          <w:rFonts w:cs="Times New Roman"/>
          <w:lang w:val="uk-UA"/>
        </w:rPr>
        <w:t xml:space="preserve"> </w:t>
      </w:r>
      <w:r w:rsidRPr="006E27B3">
        <w:rPr>
          <w:rFonts w:cs="Times New Roman"/>
          <w:lang w:val="uk-UA"/>
        </w:rPr>
        <w:t>«театральну</w:t>
      </w:r>
      <w:r w:rsidR="00480420" w:rsidRPr="006E27B3">
        <w:rPr>
          <w:rFonts w:cs="Times New Roman"/>
          <w:lang w:val="uk-UA"/>
        </w:rPr>
        <w:t xml:space="preserve"> </w:t>
      </w:r>
      <w:r w:rsidRPr="006E27B3">
        <w:rPr>
          <w:rFonts w:cs="Times New Roman"/>
          <w:lang w:val="uk-UA"/>
        </w:rPr>
        <w:t>напругу</w:t>
      </w:r>
      <w:r w:rsidR="00905F39" w:rsidRPr="006E27B3">
        <w:rPr>
          <w:rFonts w:cs="Times New Roman"/>
          <w:lang w:val="ru-RU"/>
        </w:rPr>
        <w:t xml:space="preserve"> [</w:t>
      </w:r>
      <w:r w:rsidR="006E27B3" w:rsidRPr="006E27B3">
        <w:rPr>
          <w:rFonts w:cs="Times New Roman"/>
          <w:lang w:val="ru-RU"/>
        </w:rPr>
        <w:t>45</w:t>
      </w:r>
      <w:r w:rsidR="00905F39" w:rsidRPr="0010382C">
        <w:rPr>
          <w:rFonts w:cs="Times New Roman"/>
          <w:color w:val="000000" w:themeColor="text1"/>
          <w:lang w:val="ru-RU"/>
        </w:rPr>
        <w:t xml:space="preserve">, </w:t>
      </w:r>
      <w:r w:rsidR="00905F39" w:rsidRPr="0010382C">
        <w:rPr>
          <w:rFonts w:cs="Times New Roman"/>
          <w:color w:val="000000" w:themeColor="text1"/>
        </w:rPr>
        <w:t>c</w:t>
      </w:r>
      <w:r w:rsidR="00905F39" w:rsidRPr="0010382C">
        <w:rPr>
          <w:rFonts w:cs="Times New Roman"/>
          <w:color w:val="000000" w:themeColor="text1"/>
          <w:lang w:val="ru-RU"/>
        </w:rPr>
        <w:t>.</w:t>
      </w:r>
      <w:r w:rsidR="006E27B3" w:rsidRPr="0010382C">
        <w:rPr>
          <w:rFonts w:cs="Times New Roman"/>
          <w:color w:val="000000" w:themeColor="text1"/>
          <w:lang w:val="ru-RU"/>
        </w:rPr>
        <w:t>52</w:t>
      </w:r>
      <w:r w:rsidR="00905F39"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10382C">
        <w:rPr>
          <w:rFonts w:cs="Times New Roman"/>
          <w:color w:val="000000" w:themeColor="text1"/>
          <w:lang w:val="uk-UA"/>
        </w:rPr>
        <w:t>протягом</w:t>
      </w:r>
      <w:r w:rsidR="00480420" w:rsidRPr="0010382C">
        <w:rPr>
          <w:rFonts w:cs="Times New Roman"/>
          <w:color w:val="000000" w:themeColor="text1"/>
          <w:lang w:val="uk-UA"/>
        </w:rPr>
        <w:t xml:space="preserve"> </w:t>
      </w:r>
      <w:r w:rsidRPr="00B7305F">
        <w:rPr>
          <w:rFonts w:cs="Times New Roman"/>
          <w:color w:val="000000" w:themeColor="text1"/>
          <w:lang w:val="uk-UA"/>
        </w:rPr>
        <w:t>довгого</w:t>
      </w:r>
      <w:r w:rsidR="00480420" w:rsidRPr="00B7305F">
        <w:rPr>
          <w:rFonts w:cs="Times New Roman"/>
          <w:color w:val="000000" w:themeColor="text1"/>
          <w:lang w:val="uk-UA"/>
        </w:rPr>
        <w:t xml:space="preserve"> </w:t>
      </w:r>
      <w:r w:rsidRPr="00B7305F">
        <w:rPr>
          <w:rFonts w:cs="Times New Roman"/>
          <w:color w:val="000000" w:themeColor="text1"/>
          <w:lang w:val="uk-UA"/>
        </w:rPr>
        <w:t>дублю,</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«зйомки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повертають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логіки</w:t>
      </w:r>
      <w:r w:rsidR="00480420" w:rsidRPr="00B7305F">
        <w:rPr>
          <w:rFonts w:cs="Times New Roman"/>
          <w:color w:val="000000" w:themeColor="text1"/>
          <w:lang w:val="uk-UA"/>
        </w:rPr>
        <w:t xml:space="preserve"> </w:t>
      </w:r>
      <w:r w:rsidRPr="00B7305F">
        <w:rPr>
          <w:rFonts w:cs="Times New Roman"/>
          <w:color w:val="000000" w:themeColor="text1"/>
          <w:lang w:val="uk-UA"/>
        </w:rPr>
        <w:t>цілісного</w:t>
      </w:r>
      <w:r w:rsidR="00480420" w:rsidRPr="00B7305F">
        <w:rPr>
          <w:rFonts w:cs="Times New Roman"/>
          <w:color w:val="000000" w:themeColor="text1"/>
          <w:lang w:val="uk-UA"/>
        </w:rPr>
        <w:t xml:space="preserve"> </w:t>
      </w:r>
      <w:r w:rsidRPr="00B7305F">
        <w:rPr>
          <w:rFonts w:cs="Times New Roman"/>
          <w:color w:val="000000" w:themeColor="text1"/>
          <w:lang w:val="uk-UA"/>
        </w:rPr>
        <w:t>існування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образі.</w:t>
      </w:r>
      <w:r w:rsidR="00480420" w:rsidRPr="00B7305F">
        <w:rPr>
          <w:rFonts w:cs="Times New Roman"/>
          <w:color w:val="000000" w:themeColor="text1"/>
          <w:lang w:val="uk-UA"/>
        </w:rPr>
        <w:t xml:space="preserve"> </w:t>
      </w:r>
      <w:r w:rsidRPr="00B7305F">
        <w:rPr>
          <w:rFonts w:cs="Times New Roman"/>
          <w:color w:val="000000" w:themeColor="text1"/>
          <w:lang w:val="uk-UA"/>
        </w:rPr>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стала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підготовкою</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повноцінною</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лабораторією</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p>
    <w:p w14:paraId="4504C2B4" w14:textId="4C59597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По-третє,</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підрозділі</w:t>
      </w:r>
      <w:r w:rsidR="00480420" w:rsidRPr="00B7305F">
        <w:rPr>
          <w:rFonts w:cs="Times New Roman"/>
          <w:color w:val="000000" w:themeColor="text1"/>
          <w:lang w:val="uk-UA"/>
        </w:rPr>
        <w:t xml:space="preserve"> </w:t>
      </w:r>
      <w:r w:rsidRPr="00B7305F">
        <w:rPr>
          <w:rFonts w:cs="Times New Roman"/>
          <w:color w:val="000000" w:themeColor="text1"/>
          <w:lang w:val="uk-UA"/>
        </w:rPr>
        <w:t>2.3</w:t>
      </w:r>
      <w:r w:rsidR="00480420" w:rsidRPr="00B7305F">
        <w:rPr>
          <w:rFonts w:cs="Times New Roman"/>
          <w:color w:val="000000" w:themeColor="text1"/>
          <w:lang w:val="uk-UA"/>
        </w:rPr>
        <w:t xml:space="preserve"> </w:t>
      </w:r>
      <w:r w:rsidRPr="00B7305F">
        <w:rPr>
          <w:rFonts w:cs="Times New Roman"/>
          <w:color w:val="000000" w:themeColor="text1"/>
          <w:lang w:val="uk-UA"/>
        </w:rPr>
        <w:t>розглянуто</w:t>
      </w:r>
      <w:r w:rsidR="00480420" w:rsidRPr="00B7305F">
        <w:rPr>
          <w:rFonts w:cs="Times New Roman"/>
          <w:color w:val="000000" w:themeColor="text1"/>
          <w:lang w:val="uk-UA"/>
        </w:rPr>
        <w:t xml:space="preserve"> </w:t>
      </w:r>
      <w:r w:rsidRPr="00B7305F">
        <w:rPr>
          <w:rFonts w:cs="Times New Roman"/>
          <w:color w:val="000000" w:themeColor="text1"/>
          <w:lang w:val="uk-UA"/>
        </w:rPr>
        <w:t>зворотний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вплив</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кінематографу</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сучасну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школу.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результаті</w:t>
      </w:r>
      <w:r w:rsidR="00480420" w:rsidRPr="00B7305F">
        <w:rPr>
          <w:rFonts w:cs="Times New Roman"/>
          <w:color w:val="000000" w:themeColor="text1"/>
          <w:lang w:val="uk-UA"/>
        </w:rPr>
        <w:t xml:space="preserve"> </w:t>
      </w:r>
      <w:r w:rsidRPr="00B7305F">
        <w:rPr>
          <w:rFonts w:cs="Times New Roman"/>
          <w:color w:val="000000" w:themeColor="text1"/>
          <w:lang w:val="uk-UA"/>
        </w:rPr>
        <w:t>дослідження</w:t>
      </w:r>
      <w:r w:rsidR="00480420" w:rsidRPr="00B7305F">
        <w:rPr>
          <w:rFonts w:cs="Times New Roman"/>
          <w:color w:val="000000" w:themeColor="text1"/>
          <w:lang w:val="uk-UA"/>
        </w:rPr>
        <w:t xml:space="preserve"> </w:t>
      </w:r>
      <w:r w:rsidRPr="00B7305F">
        <w:rPr>
          <w:rFonts w:cs="Times New Roman"/>
          <w:color w:val="000000" w:themeColor="text1"/>
          <w:lang w:val="uk-UA"/>
        </w:rPr>
        <w:t>встановлено,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радикально</w:t>
      </w:r>
      <w:r w:rsidR="00480420" w:rsidRPr="00B7305F">
        <w:rPr>
          <w:rFonts w:cs="Times New Roman"/>
          <w:color w:val="000000" w:themeColor="text1"/>
          <w:lang w:val="uk-UA"/>
        </w:rPr>
        <w:t xml:space="preserve"> </w:t>
      </w:r>
      <w:r w:rsidRPr="00B7305F">
        <w:rPr>
          <w:rFonts w:cs="Times New Roman"/>
          <w:color w:val="000000" w:themeColor="text1"/>
          <w:lang w:val="uk-UA"/>
        </w:rPr>
        <w:t>змінило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методи</w:t>
      </w:r>
      <w:r w:rsidR="00480420" w:rsidRPr="00B7305F">
        <w:rPr>
          <w:rFonts w:cs="Times New Roman"/>
          <w:color w:val="000000" w:themeColor="text1"/>
          <w:lang w:val="uk-UA"/>
        </w:rPr>
        <w:t xml:space="preserve"> </w:t>
      </w:r>
      <w:r w:rsidRPr="00B7305F">
        <w:rPr>
          <w:rFonts w:cs="Times New Roman"/>
          <w:color w:val="000000" w:themeColor="text1"/>
          <w:lang w:val="uk-UA"/>
        </w:rPr>
        <w:t>навчання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Сучасна</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театральна</w:t>
      </w:r>
      <w:r w:rsidR="00480420" w:rsidRPr="00B7305F">
        <w:rPr>
          <w:rFonts w:cs="Times New Roman"/>
          <w:color w:val="000000" w:themeColor="text1"/>
          <w:lang w:val="uk-UA"/>
        </w:rPr>
        <w:t xml:space="preserve"> </w:t>
      </w:r>
      <w:r w:rsidRPr="00B7305F">
        <w:rPr>
          <w:rFonts w:cs="Times New Roman"/>
          <w:color w:val="000000" w:themeColor="text1"/>
          <w:lang w:val="uk-UA"/>
        </w:rPr>
        <w:t>школа</w:t>
      </w:r>
      <w:r w:rsidR="00480420" w:rsidRPr="00B7305F">
        <w:rPr>
          <w:rFonts w:cs="Times New Roman"/>
          <w:color w:val="000000" w:themeColor="text1"/>
          <w:lang w:val="uk-UA"/>
        </w:rPr>
        <w:t xml:space="preserve"> </w:t>
      </w:r>
      <w:r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включає</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програми</w:t>
      </w:r>
      <w:r w:rsidR="00480420" w:rsidRPr="00B7305F">
        <w:rPr>
          <w:rFonts w:cs="Times New Roman"/>
          <w:color w:val="000000" w:themeColor="text1"/>
          <w:lang w:val="uk-UA"/>
        </w:rPr>
        <w:t xml:space="preserve"> </w:t>
      </w:r>
      <w:r w:rsidRPr="00B7305F">
        <w:rPr>
          <w:rFonts w:cs="Times New Roman"/>
          <w:color w:val="000000" w:themeColor="text1"/>
          <w:lang w:val="uk-UA"/>
        </w:rPr>
        <w:t>дисципліни,</w:t>
      </w:r>
      <w:r w:rsidR="00480420" w:rsidRPr="00B7305F">
        <w:rPr>
          <w:rFonts w:cs="Times New Roman"/>
          <w:color w:val="000000" w:themeColor="text1"/>
          <w:lang w:val="uk-UA"/>
        </w:rPr>
        <w:t xml:space="preserve"> </w:t>
      </w:r>
      <w:r w:rsidRPr="00B7305F">
        <w:rPr>
          <w:rFonts w:cs="Times New Roman"/>
          <w:color w:val="000000" w:themeColor="text1"/>
          <w:lang w:val="uk-UA"/>
        </w:rPr>
        <w:t>пов’язані</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присутністю:</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мінімізація</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точність</w:t>
      </w:r>
      <w:r w:rsidR="00480420" w:rsidRPr="00B7305F">
        <w:rPr>
          <w:rFonts w:cs="Times New Roman"/>
          <w:color w:val="000000" w:themeColor="text1"/>
          <w:lang w:val="uk-UA"/>
        </w:rPr>
        <w:t xml:space="preserve"> </w:t>
      </w:r>
      <w:r w:rsidRPr="00B7305F">
        <w:rPr>
          <w:rFonts w:cs="Times New Roman"/>
          <w:color w:val="000000" w:themeColor="text1"/>
          <w:lang w:val="uk-UA"/>
        </w:rPr>
        <w:t>міміки,</w:t>
      </w:r>
      <w:r w:rsidR="00480420" w:rsidRPr="00B7305F">
        <w:rPr>
          <w:rFonts w:cs="Times New Roman"/>
          <w:color w:val="000000" w:themeColor="text1"/>
          <w:lang w:val="uk-UA"/>
        </w:rPr>
        <w:t xml:space="preserve"> </w:t>
      </w:r>
      <w:r w:rsidRPr="00B7305F">
        <w:rPr>
          <w:rFonts w:cs="Times New Roman"/>
          <w:color w:val="000000" w:themeColor="text1"/>
          <w:lang w:val="uk-UA"/>
        </w:rPr>
        <w:t>економність</w:t>
      </w:r>
      <w:r w:rsidR="00480420" w:rsidRPr="00B7305F">
        <w:rPr>
          <w:rFonts w:cs="Times New Roman"/>
          <w:color w:val="000000" w:themeColor="text1"/>
          <w:lang w:val="uk-UA"/>
        </w:rPr>
        <w:t xml:space="preserve"> </w:t>
      </w:r>
      <w:r w:rsidRPr="00B7305F">
        <w:rPr>
          <w:rFonts w:cs="Times New Roman"/>
          <w:color w:val="000000" w:themeColor="text1"/>
          <w:lang w:val="uk-UA"/>
        </w:rPr>
        <w:t>засобів</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p>
    <w:p w14:paraId="62AE5E29" w14:textId="6F46B84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сприяє</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формуванню</w:t>
      </w:r>
      <w:r w:rsidR="00480420" w:rsidRPr="00B7305F">
        <w:rPr>
          <w:rFonts w:cs="Times New Roman"/>
          <w:color w:val="000000" w:themeColor="text1"/>
          <w:lang w:val="uk-UA"/>
        </w:rPr>
        <w:t xml:space="preserve"> </w:t>
      </w:r>
      <w:r w:rsidRPr="00B7305F">
        <w:rPr>
          <w:rFonts w:cs="Times New Roman"/>
          <w:color w:val="000000" w:themeColor="text1"/>
          <w:lang w:val="uk-UA"/>
        </w:rPr>
        <w:t>нового</w:t>
      </w:r>
      <w:r w:rsidR="00480420" w:rsidRPr="00B7305F">
        <w:rPr>
          <w:rFonts w:cs="Times New Roman"/>
          <w:color w:val="000000" w:themeColor="text1"/>
          <w:lang w:val="uk-UA"/>
        </w:rPr>
        <w:t xml:space="preserve"> </w:t>
      </w:r>
      <w:r w:rsidRPr="00B7305F">
        <w:rPr>
          <w:rFonts w:cs="Times New Roman"/>
          <w:color w:val="000000" w:themeColor="text1"/>
          <w:lang w:val="uk-UA"/>
        </w:rPr>
        <w:t>типу</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універсального</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однаково</w:t>
      </w:r>
      <w:r w:rsidR="00480420" w:rsidRPr="00B7305F">
        <w:rPr>
          <w:rFonts w:cs="Times New Roman"/>
          <w:color w:val="000000" w:themeColor="text1"/>
          <w:lang w:val="uk-UA"/>
        </w:rPr>
        <w:t xml:space="preserve"> </w:t>
      </w:r>
      <w:r w:rsidRPr="00B7305F">
        <w:rPr>
          <w:rFonts w:cs="Times New Roman"/>
          <w:color w:val="000000" w:themeColor="text1"/>
          <w:lang w:val="uk-UA"/>
        </w:rPr>
        <w:t>ефективно</w:t>
      </w:r>
      <w:r w:rsidR="00480420" w:rsidRPr="00B7305F">
        <w:rPr>
          <w:rFonts w:cs="Times New Roman"/>
          <w:color w:val="000000" w:themeColor="text1"/>
          <w:lang w:val="uk-UA"/>
        </w:rPr>
        <w:t xml:space="preserve"> </w:t>
      </w:r>
      <w:r w:rsidRPr="00B7305F">
        <w:rPr>
          <w:rFonts w:cs="Times New Roman"/>
          <w:color w:val="000000" w:themeColor="text1"/>
          <w:lang w:val="uk-UA"/>
        </w:rPr>
        <w:t>функціонує</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Однак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той</w:t>
      </w:r>
      <w:r w:rsidR="00480420" w:rsidRPr="00B7305F">
        <w:rPr>
          <w:rFonts w:cs="Times New Roman"/>
          <w:color w:val="000000" w:themeColor="text1"/>
          <w:lang w:val="uk-UA"/>
        </w:rPr>
        <w:t xml:space="preserve"> </w:t>
      </w:r>
      <w:r w:rsidRPr="00B7305F">
        <w:rPr>
          <w:rFonts w:cs="Times New Roman"/>
          <w:color w:val="000000" w:themeColor="text1"/>
          <w:lang w:val="uk-UA"/>
        </w:rPr>
        <w:t>же</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виникають</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ризики:</w:t>
      </w:r>
      <w:r w:rsidR="00480420" w:rsidRPr="00B7305F">
        <w:rPr>
          <w:rFonts w:cs="Times New Roman"/>
          <w:color w:val="000000" w:themeColor="text1"/>
          <w:lang w:val="uk-UA"/>
        </w:rPr>
        <w:t xml:space="preserve"> </w:t>
      </w:r>
      <w:r w:rsidRPr="00B7305F">
        <w:rPr>
          <w:rFonts w:cs="Times New Roman"/>
          <w:color w:val="000000" w:themeColor="text1"/>
          <w:lang w:val="uk-UA"/>
        </w:rPr>
        <w:t>перенасичення</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технікою</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призвести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втрати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енергії,</w:t>
      </w:r>
      <w:r w:rsidR="00480420" w:rsidRPr="00B7305F">
        <w:rPr>
          <w:rFonts w:cs="Times New Roman"/>
          <w:color w:val="000000" w:themeColor="text1"/>
          <w:lang w:val="uk-UA"/>
        </w:rPr>
        <w:t xml:space="preserve"> </w:t>
      </w:r>
      <w:r w:rsidRPr="00B7305F">
        <w:rPr>
          <w:rFonts w:cs="Times New Roman"/>
          <w:color w:val="000000" w:themeColor="text1"/>
          <w:lang w:val="uk-UA"/>
        </w:rPr>
        <w:t>надмірної</w:t>
      </w:r>
      <w:r w:rsidR="00480420" w:rsidRPr="00B7305F">
        <w:rPr>
          <w:rFonts w:cs="Times New Roman"/>
          <w:color w:val="000000" w:themeColor="text1"/>
          <w:lang w:val="uk-UA"/>
        </w:rPr>
        <w:t xml:space="preserve"> </w:t>
      </w:r>
      <w:r w:rsidRPr="00B7305F">
        <w:rPr>
          <w:rFonts w:cs="Times New Roman"/>
          <w:color w:val="000000" w:themeColor="text1"/>
          <w:lang w:val="uk-UA"/>
        </w:rPr>
        <w:t>камерності,</w:t>
      </w:r>
      <w:r w:rsidR="00480420" w:rsidRPr="00B7305F">
        <w:rPr>
          <w:rFonts w:cs="Times New Roman"/>
          <w:color w:val="000000" w:themeColor="text1"/>
          <w:lang w:val="uk-UA"/>
        </w:rPr>
        <w:t xml:space="preserve"> </w:t>
      </w:r>
      <w:r w:rsidRPr="00B7305F">
        <w:rPr>
          <w:rFonts w:cs="Times New Roman"/>
          <w:color w:val="000000" w:themeColor="text1"/>
          <w:lang w:val="uk-UA"/>
        </w:rPr>
        <w:t>відсутності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масштабної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серцевиною</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p>
    <w:p w14:paraId="1FE23A7D" w14:textId="22D45CF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Таким</w:t>
      </w:r>
      <w:r w:rsidR="00480420" w:rsidRPr="00B7305F">
        <w:rPr>
          <w:rFonts w:cs="Times New Roman"/>
          <w:color w:val="000000" w:themeColor="text1"/>
          <w:lang w:val="uk-UA"/>
        </w:rPr>
        <w:t xml:space="preserve"> </w:t>
      </w:r>
      <w:r w:rsidRPr="00B7305F">
        <w:rPr>
          <w:rFonts w:cs="Times New Roman"/>
          <w:color w:val="000000" w:themeColor="text1"/>
          <w:lang w:val="uk-UA"/>
        </w:rPr>
        <w:t>чином,</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показав,</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вороги,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співрозмовники,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навчають</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гнучкості,</w:t>
      </w:r>
      <w:r w:rsidR="00480420" w:rsidRPr="00B7305F">
        <w:rPr>
          <w:rFonts w:cs="Times New Roman"/>
          <w:color w:val="000000" w:themeColor="text1"/>
          <w:lang w:val="uk-UA"/>
        </w:rPr>
        <w:t xml:space="preserve"> </w:t>
      </w:r>
      <w:r w:rsidRPr="00B7305F">
        <w:rPr>
          <w:rFonts w:cs="Times New Roman"/>
          <w:color w:val="000000" w:themeColor="text1"/>
          <w:lang w:val="uk-UA"/>
        </w:rPr>
        <w:t>багатоплановості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багатоканальної</w:t>
      </w:r>
      <w:r w:rsidR="00480420" w:rsidRPr="00B7305F">
        <w:rPr>
          <w:rFonts w:cs="Times New Roman"/>
          <w:color w:val="000000" w:themeColor="text1"/>
          <w:lang w:val="uk-UA"/>
        </w:rPr>
        <w:t xml:space="preserve"> </w:t>
      </w:r>
      <w:r w:rsidRPr="00B7305F">
        <w:rPr>
          <w:rFonts w:cs="Times New Roman"/>
          <w:color w:val="000000" w:themeColor="text1"/>
          <w:lang w:val="uk-UA"/>
        </w:rPr>
        <w:t>комунікації.</w:t>
      </w:r>
      <w:r w:rsidR="00480420" w:rsidRPr="00B7305F">
        <w:rPr>
          <w:rFonts w:cs="Times New Roman"/>
          <w:color w:val="000000" w:themeColor="text1"/>
          <w:lang w:val="uk-UA"/>
        </w:rPr>
        <w:t xml:space="preserve"> </w:t>
      </w:r>
      <w:r w:rsidRPr="00B7305F">
        <w:rPr>
          <w:rFonts w:cs="Times New Roman"/>
          <w:color w:val="000000" w:themeColor="text1"/>
          <w:lang w:val="uk-UA"/>
        </w:rPr>
        <w:t>Сценічна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екранна</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конкуруючі</w:t>
      </w:r>
      <w:r w:rsidR="00480420" w:rsidRPr="00B7305F">
        <w:rPr>
          <w:rFonts w:cs="Times New Roman"/>
          <w:color w:val="000000" w:themeColor="text1"/>
          <w:lang w:val="uk-UA"/>
        </w:rPr>
        <w:t xml:space="preserve"> </w:t>
      </w:r>
      <w:r w:rsidRPr="00B7305F">
        <w:rPr>
          <w:rFonts w:cs="Times New Roman"/>
          <w:color w:val="000000" w:themeColor="text1"/>
          <w:lang w:val="uk-UA"/>
        </w:rPr>
        <w:t>системи,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взаємодоповнюючі</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інструменти,</w:t>
      </w:r>
      <w:r w:rsidR="00480420" w:rsidRPr="00B7305F">
        <w:rPr>
          <w:rFonts w:cs="Times New Roman"/>
          <w:color w:val="000000" w:themeColor="text1"/>
          <w:lang w:val="uk-UA"/>
        </w:rPr>
        <w:t xml:space="preserve"> </w:t>
      </w:r>
      <w:r w:rsidRPr="00B7305F">
        <w:rPr>
          <w:rFonts w:cs="Times New Roman"/>
          <w:color w:val="000000" w:themeColor="text1"/>
          <w:lang w:val="uk-UA"/>
        </w:rPr>
        <w:t>здатні</w:t>
      </w:r>
      <w:r w:rsidR="00480420" w:rsidRPr="00B7305F">
        <w:rPr>
          <w:rFonts w:cs="Times New Roman"/>
          <w:color w:val="000000" w:themeColor="text1"/>
          <w:lang w:val="uk-UA"/>
        </w:rPr>
        <w:t xml:space="preserve"> </w:t>
      </w:r>
      <w:r w:rsidRPr="00B7305F">
        <w:rPr>
          <w:rFonts w:cs="Times New Roman"/>
          <w:color w:val="000000" w:themeColor="text1"/>
          <w:lang w:val="uk-UA"/>
        </w:rPr>
        <w:t>гармонійно</w:t>
      </w:r>
      <w:r w:rsidR="00480420" w:rsidRPr="00B7305F">
        <w:rPr>
          <w:rFonts w:cs="Times New Roman"/>
          <w:color w:val="000000" w:themeColor="text1"/>
          <w:lang w:val="uk-UA"/>
        </w:rPr>
        <w:t xml:space="preserve"> </w:t>
      </w:r>
      <w:r w:rsidRPr="00B7305F">
        <w:rPr>
          <w:rFonts w:cs="Times New Roman"/>
          <w:color w:val="000000" w:themeColor="text1"/>
          <w:lang w:val="uk-UA"/>
        </w:rPr>
        <w:t>зливатися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руках</w:t>
      </w:r>
      <w:r w:rsidR="00480420" w:rsidRPr="00B7305F">
        <w:rPr>
          <w:rFonts w:cs="Times New Roman"/>
          <w:color w:val="000000" w:themeColor="text1"/>
          <w:lang w:val="uk-UA"/>
        </w:rPr>
        <w:t xml:space="preserve"> </w:t>
      </w:r>
      <w:r w:rsidRPr="00B7305F">
        <w:rPr>
          <w:rFonts w:cs="Times New Roman"/>
          <w:color w:val="000000" w:themeColor="text1"/>
          <w:lang w:val="uk-UA"/>
        </w:rPr>
        <w:t>майстра.</w:t>
      </w:r>
    </w:p>
    <w:p w14:paraId="44EAA394" w14:textId="408A023E" w:rsidR="0010444F"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Сучасний</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мультиформатним</w:t>
      </w:r>
      <w:r w:rsidR="00480420" w:rsidRPr="00B7305F">
        <w:rPr>
          <w:rFonts w:cs="Times New Roman"/>
          <w:color w:val="000000" w:themeColor="text1"/>
          <w:lang w:val="uk-UA"/>
        </w:rPr>
        <w:t xml:space="preserve"> </w:t>
      </w:r>
      <w:r w:rsidRPr="00B7305F">
        <w:rPr>
          <w:rFonts w:cs="Times New Roman"/>
          <w:color w:val="000000" w:themeColor="text1"/>
          <w:lang w:val="uk-UA"/>
        </w:rPr>
        <w:t>артистом,</w:t>
      </w:r>
      <w:r w:rsidR="00480420" w:rsidRPr="00B7305F">
        <w:rPr>
          <w:rFonts w:cs="Times New Roman"/>
          <w:color w:val="000000" w:themeColor="text1"/>
          <w:lang w:val="uk-UA"/>
        </w:rPr>
        <w:t xml:space="preserve"> </w:t>
      </w:r>
      <w:r w:rsidRPr="00B7305F">
        <w:rPr>
          <w:rFonts w:cs="Times New Roman"/>
          <w:color w:val="000000" w:themeColor="text1"/>
          <w:lang w:val="uk-UA"/>
        </w:rPr>
        <w:t>здатним</w:t>
      </w:r>
      <w:r w:rsidR="00480420" w:rsidRPr="00B7305F">
        <w:rPr>
          <w:rFonts w:cs="Times New Roman"/>
          <w:color w:val="000000" w:themeColor="text1"/>
          <w:lang w:val="uk-UA"/>
        </w:rPr>
        <w:t xml:space="preserve"> </w:t>
      </w:r>
      <w:r w:rsidRPr="00B7305F">
        <w:rPr>
          <w:rFonts w:cs="Times New Roman"/>
          <w:color w:val="000000" w:themeColor="text1"/>
          <w:lang w:val="uk-UA"/>
        </w:rPr>
        <w:t>мислити</w:t>
      </w:r>
      <w:r w:rsidR="00480420" w:rsidRPr="00B7305F">
        <w:rPr>
          <w:rFonts w:cs="Times New Roman"/>
          <w:color w:val="000000" w:themeColor="text1"/>
          <w:lang w:val="uk-UA"/>
        </w:rPr>
        <w:t xml:space="preserve"> </w:t>
      </w:r>
      <w:r w:rsidRPr="00B7305F">
        <w:rPr>
          <w:rFonts w:cs="Times New Roman"/>
          <w:color w:val="000000" w:themeColor="text1"/>
          <w:lang w:val="uk-UA"/>
        </w:rPr>
        <w:t>монтажно,</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грати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внутрішньою</w:t>
      </w:r>
      <w:r w:rsidR="00480420" w:rsidRPr="00B7305F">
        <w:rPr>
          <w:rFonts w:cs="Times New Roman"/>
          <w:color w:val="000000" w:themeColor="text1"/>
          <w:lang w:val="uk-UA"/>
        </w:rPr>
        <w:t xml:space="preserve"> </w:t>
      </w:r>
      <w:r w:rsidRPr="00B7305F">
        <w:rPr>
          <w:rFonts w:cs="Times New Roman"/>
          <w:color w:val="000000" w:themeColor="text1"/>
          <w:lang w:val="uk-UA"/>
        </w:rPr>
        <w:t>логікою,</w:t>
      </w:r>
      <w:r w:rsidR="00480420" w:rsidRPr="00B7305F">
        <w:rPr>
          <w:rFonts w:cs="Times New Roman"/>
          <w:color w:val="000000" w:themeColor="text1"/>
          <w:lang w:val="uk-UA"/>
        </w:rPr>
        <w:t xml:space="preserve"> </w:t>
      </w:r>
      <w:r w:rsidRPr="00B7305F">
        <w:rPr>
          <w:rFonts w:cs="Times New Roman"/>
          <w:color w:val="000000" w:themeColor="text1"/>
          <w:lang w:val="uk-UA"/>
        </w:rPr>
        <w:t>відчувати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живий</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водночас</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об’єктив</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фіксує</w:t>
      </w:r>
      <w:r w:rsidR="00480420" w:rsidRPr="00B7305F">
        <w:rPr>
          <w:rFonts w:cs="Times New Roman"/>
          <w:color w:val="000000" w:themeColor="text1"/>
          <w:lang w:val="uk-UA"/>
        </w:rPr>
        <w:t xml:space="preserve"> </w:t>
      </w:r>
      <w:r w:rsidRPr="00B7305F">
        <w:rPr>
          <w:rFonts w:cs="Times New Roman"/>
          <w:color w:val="000000" w:themeColor="text1"/>
          <w:lang w:val="uk-UA"/>
        </w:rPr>
        <w:t>найменший</w:t>
      </w:r>
      <w:r w:rsidR="00480420" w:rsidRPr="00B7305F">
        <w:rPr>
          <w:rFonts w:cs="Times New Roman"/>
          <w:color w:val="000000" w:themeColor="text1"/>
          <w:lang w:val="uk-UA"/>
        </w:rPr>
        <w:t xml:space="preserve"> </w:t>
      </w:r>
      <w:r w:rsidRPr="00B7305F">
        <w:rPr>
          <w:rFonts w:cs="Times New Roman"/>
          <w:color w:val="000000" w:themeColor="text1"/>
          <w:lang w:val="uk-UA"/>
        </w:rPr>
        <w:t>нюанс.</w:t>
      </w:r>
      <w:r w:rsidR="00480420" w:rsidRPr="00B7305F">
        <w:rPr>
          <w:rFonts w:cs="Times New Roman"/>
          <w:color w:val="000000" w:themeColor="text1"/>
          <w:lang w:val="uk-UA"/>
        </w:rPr>
        <w:t xml:space="preserve"> </w:t>
      </w:r>
      <w:r w:rsidRPr="00B7305F">
        <w:rPr>
          <w:rFonts w:cs="Times New Roman"/>
          <w:color w:val="000000" w:themeColor="text1"/>
          <w:lang w:val="uk-UA"/>
        </w:rPr>
        <w:t>Усе</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вимагає</w:t>
      </w:r>
      <w:r w:rsidR="00480420" w:rsidRPr="00B7305F">
        <w:rPr>
          <w:rFonts w:cs="Times New Roman"/>
          <w:color w:val="000000" w:themeColor="text1"/>
          <w:lang w:val="uk-UA"/>
        </w:rPr>
        <w:t xml:space="preserve"> </w:t>
      </w:r>
      <w:r w:rsidRPr="00B7305F">
        <w:rPr>
          <w:rFonts w:cs="Times New Roman"/>
          <w:color w:val="000000" w:themeColor="text1"/>
          <w:lang w:val="uk-UA"/>
        </w:rPr>
        <w:t>оновлення</w:t>
      </w:r>
      <w:r w:rsidR="00480420" w:rsidRPr="00B7305F">
        <w:rPr>
          <w:rFonts w:cs="Times New Roman"/>
          <w:color w:val="000000" w:themeColor="text1"/>
          <w:lang w:val="uk-UA"/>
        </w:rPr>
        <w:t xml:space="preserve"> </w:t>
      </w:r>
      <w:r w:rsidRPr="00B7305F">
        <w:rPr>
          <w:rFonts w:cs="Times New Roman"/>
          <w:color w:val="000000" w:themeColor="text1"/>
          <w:lang w:val="uk-UA"/>
        </w:rPr>
        <w:t>навчальних</w:t>
      </w:r>
      <w:r w:rsidR="00480420" w:rsidRPr="00B7305F">
        <w:rPr>
          <w:rFonts w:cs="Times New Roman"/>
          <w:color w:val="000000" w:themeColor="text1"/>
          <w:lang w:val="uk-UA"/>
        </w:rPr>
        <w:t xml:space="preserve"> </w:t>
      </w:r>
      <w:r w:rsidRPr="00B7305F">
        <w:rPr>
          <w:rFonts w:cs="Times New Roman"/>
          <w:color w:val="000000" w:themeColor="text1"/>
          <w:lang w:val="uk-UA"/>
        </w:rPr>
        <w:t>програм,</w:t>
      </w:r>
      <w:r w:rsidR="00480420" w:rsidRPr="00B7305F">
        <w:rPr>
          <w:rFonts w:cs="Times New Roman"/>
          <w:color w:val="000000" w:themeColor="text1"/>
          <w:lang w:val="uk-UA"/>
        </w:rPr>
        <w:t xml:space="preserve"> </w:t>
      </w:r>
      <w:r w:rsidRPr="00B7305F">
        <w:rPr>
          <w:rFonts w:cs="Times New Roman"/>
          <w:color w:val="000000" w:themeColor="text1"/>
          <w:lang w:val="uk-UA"/>
        </w:rPr>
        <w:t>педагогічних</w:t>
      </w:r>
      <w:r w:rsidR="00480420" w:rsidRPr="00B7305F">
        <w:rPr>
          <w:rFonts w:cs="Times New Roman"/>
          <w:color w:val="000000" w:themeColor="text1"/>
          <w:lang w:val="uk-UA"/>
        </w:rPr>
        <w:t xml:space="preserve"> </w:t>
      </w:r>
      <w:r w:rsidRPr="00B7305F">
        <w:rPr>
          <w:rFonts w:cs="Times New Roman"/>
          <w:color w:val="000000" w:themeColor="text1"/>
          <w:lang w:val="uk-UA"/>
        </w:rPr>
        <w:t>стратегій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практичної</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r w:rsidR="00480420" w:rsidRPr="00B7305F">
        <w:rPr>
          <w:rFonts w:cs="Times New Roman"/>
          <w:color w:val="000000" w:themeColor="text1"/>
          <w:lang w:val="uk-UA"/>
        </w:rPr>
        <w:t xml:space="preserve"> </w:t>
      </w:r>
      <w:r w:rsidRPr="00B7305F">
        <w:rPr>
          <w:rFonts w:cs="Times New Roman"/>
          <w:color w:val="000000" w:themeColor="text1"/>
          <w:lang w:val="uk-UA"/>
        </w:rPr>
        <w:t>орієнтованої</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гібридну</w:t>
      </w:r>
      <w:r w:rsidR="00480420" w:rsidRPr="00B7305F">
        <w:rPr>
          <w:rFonts w:cs="Times New Roman"/>
          <w:color w:val="000000" w:themeColor="text1"/>
          <w:lang w:val="uk-UA"/>
        </w:rPr>
        <w:t xml:space="preserve"> </w:t>
      </w:r>
      <w:r w:rsidRPr="00B7305F">
        <w:rPr>
          <w:rFonts w:cs="Times New Roman"/>
          <w:color w:val="000000" w:themeColor="text1"/>
          <w:lang w:val="uk-UA"/>
        </w:rPr>
        <w:t>мистецьку</w:t>
      </w:r>
      <w:r w:rsidR="00480420" w:rsidRPr="00B7305F">
        <w:rPr>
          <w:rFonts w:cs="Times New Roman"/>
          <w:color w:val="000000" w:themeColor="text1"/>
          <w:lang w:val="uk-UA"/>
        </w:rPr>
        <w:t xml:space="preserve"> </w:t>
      </w:r>
      <w:r w:rsidRPr="00B7305F">
        <w:rPr>
          <w:rFonts w:cs="Times New Roman"/>
          <w:color w:val="000000" w:themeColor="text1"/>
          <w:lang w:val="uk-UA"/>
        </w:rPr>
        <w:t>реальність</w:t>
      </w:r>
      <w:r w:rsidR="00480420" w:rsidRPr="00B7305F">
        <w:rPr>
          <w:rFonts w:cs="Times New Roman"/>
          <w:color w:val="000000" w:themeColor="text1"/>
          <w:lang w:val="uk-UA"/>
        </w:rPr>
        <w:t xml:space="preserve"> </w:t>
      </w:r>
      <w:r w:rsidRPr="00B7305F">
        <w:rPr>
          <w:rFonts w:cs="Times New Roman"/>
          <w:color w:val="000000" w:themeColor="text1"/>
          <w:lang w:val="uk-UA"/>
        </w:rPr>
        <w:t>XXI</w:t>
      </w:r>
      <w:r w:rsidR="00480420" w:rsidRPr="00B7305F">
        <w:rPr>
          <w:rFonts w:cs="Times New Roman"/>
          <w:color w:val="000000" w:themeColor="text1"/>
          <w:lang w:val="uk-UA"/>
        </w:rPr>
        <w:t xml:space="preserve"> </w:t>
      </w:r>
      <w:r w:rsidRPr="00B7305F">
        <w:rPr>
          <w:rFonts w:cs="Times New Roman"/>
          <w:color w:val="000000" w:themeColor="text1"/>
          <w:lang w:val="uk-UA"/>
        </w:rPr>
        <w:t>століття.</w:t>
      </w:r>
    </w:p>
    <w:p w14:paraId="69A86677" w14:textId="77777777" w:rsidR="0010444F" w:rsidRPr="00B7305F" w:rsidRDefault="0010444F"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130D0E12" w14:textId="73967430" w:rsidR="0010444F" w:rsidRPr="00B7305F" w:rsidRDefault="0010444F"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РОЗДІЛ</w:t>
      </w:r>
      <w:r w:rsidR="00480420" w:rsidRPr="00B7305F">
        <w:rPr>
          <w:rFonts w:cs="Times New Roman"/>
          <w:b/>
          <w:bCs/>
          <w:color w:val="000000" w:themeColor="text1"/>
          <w:lang w:val="uk-UA"/>
        </w:rPr>
        <w:t xml:space="preserve"> </w:t>
      </w:r>
      <w:r w:rsidRPr="00B7305F">
        <w:rPr>
          <w:rFonts w:cs="Times New Roman"/>
          <w:b/>
          <w:bCs/>
          <w:color w:val="000000" w:themeColor="text1"/>
          <w:lang w:val="uk-UA"/>
        </w:rPr>
        <w:t>3.</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СУЧАСНІ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ТЕНДЕНЦІЇ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СИНТЕЗУ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МИСТЕЦЬКОМУ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ПРОЦЕСІ</w:t>
      </w:r>
      <w:r w:rsidR="00480420" w:rsidRPr="00B7305F">
        <w:rPr>
          <w:rFonts w:cs="Times New Roman"/>
          <w:b/>
          <w:bCs/>
          <w:color w:val="000000" w:themeColor="text1"/>
          <w:lang w:val="uk-UA"/>
        </w:rPr>
        <w:t xml:space="preserve"> </w:t>
      </w:r>
    </w:p>
    <w:p w14:paraId="78923A41" w14:textId="65514715"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3.1.</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Кінематографічні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технології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театральній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практиці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ХХІ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століття</w:t>
      </w:r>
    </w:p>
    <w:p w14:paraId="1CD1D97C" w14:textId="1B0679FB"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Вступ:</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приходить</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сцену</w:t>
      </w:r>
    </w:p>
    <w:p w14:paraId="7A494FB3" w14:textId="77777777" w:rsidR="0088316A" w:rsidRPr="00B7305F" w:rsidRDefault="0088316A" w:rsidP="00051784">
      <w:pPr>
        <w:spacing w:after="0"/>
        <w:ind w:left="0" w:firstLine="709"/>
        <w:jc w:val="both"/>
        <w:rPr>
          <w:rFonts w:cs="Times New Roman"/>
          <w:b/>
          <w:bCs/>
          <w:color w:val="000000" w:themeColor="text1"/>
          <w:lang w:val="uk-UA"/>
        </w:rPr>
      </w:pPr>
    </w:p>
    <w:p w14:paraId="399125EA" w14:textId="238E2D5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ХХІ</w:t>
      </w:r>
      <w:r w:rsidR="00480420" w:rsidRPr="00B7305F">
        <w:rPr>
          <w:rFonts w:cs="Times New Roman"/>
          <w:color w:val="000000" w:themeColor="text1"/>
          <w:lang w:val="uk-UA"/>
        </w:rPr>
        <w:t xml:space="preserve"> </w:t>
      </w:r>
      <w:r w:rsidRPr="00B7305F">
        <w:rPr>
          <w:rFonts w:cs="Times New Roman"/>
          <w:color w:val="000000" w:themeColor="text1"/>
          <w:lang w:val="uk-UA"/>
        </w:rPr>
        <w:t>сторіччі</w:t>
      </w:r>
      <w:r w:rsidR="00480420" w:rsidRPr="00B7305F">
        <w:rPr>
          <w:rFonts w:cs="Times New Roman"/>
          <w:color w:val="000000" w:themeColor="text1"/>
          <w:lang w:val="uk-UA"/>
        </w:rPr>
        <w:t xml:space="preserve"> </w:t>
      </w:r>
      <w:r w:rsidRPr="00B7305F">
        <w:rPr>
          <w:rFonts w:cs="Times New Roman"/>
          <w:color w:val="000000" w:themeColor="text1"/>
          <w:lang w:val="uk-UA"/>
        </w:rPr>
        <w:t>кордони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стають</w:t>
      </w:r>
      <w:r w:rsidR="00480420" w:rsidRPr="00B7305F">
        <w:rPr>
          <w:rFonts w:cs="Times New Roman"/>
          <w:color w:val="000000" w:themeColor="text1"/>
          <w:lang w:val="uk-UA"/>
        </w:rPr>
        <w:t xml:space="preserve"> </w:t>
      </w:r>
      <w:r w:rsidRPr="00B7305F">
        <w:rPr>
          <w:rFonts w:cs="Times New Roman"/>
          <w:color w:val="000000" w:themeColor="text1"/>
          <w:lang w:val="uk-UA"/>
        </w:rPr>
        <w:t>все</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прозорими.</w:t>
      </w:r>
      <w:r w:rsidR="00480420" w:rsidRPr="00B7305F">
        <w:rPr>
          <w:rFonts w:cs="Times New Roman"/>
          <w:color w:val="000000" w:themeColor="text1"/>
          <w:lang w:val="uk-UA"/>
        </w:rPr>
        <w:t xml:space="preserve"> </w:t>
      </w:r>
      <w:r w:rsidRPr="00B7305F">
        <w:rPr>
          <w:rFonts w:cs="Times New Roman"/>
          <w:color w:val="000000" w:themeColor="text1"/>
          <w:lang w:val="uk-UA"/>
        </w:rPr>
        <w:t>Те,</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колись</w:t>
      </w:r>
      <w:r w:rsidR="00480420" w:rsidRPr="00B7305F">
        <w:rPr>
          <w:rFonts w:cs="Times New Roman"/>
          <w:color w:val="000000" w:themeColor="text1"/>
          <w:lang w:val="uk-UA"/>
        </w:rPr>
        <w:t xml:space="preserve"> </w:t>
      </w:r>
      <w:r w:rsidRPr="00B7305F">
        <w:rPr>
          <w:rFonts w:cs="Times New Roman"/>
          <w:color w:val="000000" w:themeColor="text1"/>
          <w:lang w:val="uk-UA"/>
        </w:rPr>
        <w:t>належало</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екранного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візуальні</w:t>
      </w:r>
      <w:r w:rsidR="00480420" w:rsidRPr="00B7305F">
        <w:rPr>
          <w:rFonts w:cs="Times New Roman"/>
          <w:color w:val="000000" w:themeColor="text1"/>
          <w:lang w:val="uk-UA"/>
        </w:rPr>
        <w:t xml:space="preserve"> </w:t>
      </w:r>
      <w:r w:rsidRPr="00B7305F">
        <w:rPr>
          <w:rFonts w:cs="Times New Roman"/>
          <w:color w:val="000000" w:themeColor="text1"/>
          <w:lang w:val="uk-UA"/>
        </w:rPr>
        <w:t>спецефекти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зараз</w:t>
      </w:r>
      <w:r w:rsidR="00480420" w:rsidRPr="00B7305F">
        <w:rPr>
          <w:rFonts w:cs="Times New Roman"/>
          <w:color w:val="000000" w:themeColor="text1"/>
          <w:lang w:val="uk-UA"/>
        </w:rPr>
        <w:t xml:space="preserve"> </w:t>
      </w:r>
      <w:r w:rsidRPr="00B7305F">
        <w:rPr>
          <w:rFonts w:cs="Times New Roman"/>
          <w:color w:val="000000" w:themeColor="text1"/>
          <w:lang w:val="uk-UA"/>
        </w:rPr>
        <w:t>активно</w:t>
      </w:r>
      <w:r w:rsidR="00480420" w:rsidRPr="00B7305F">
        <w:rPr>
          <w:rFonts w:cs="Times New Roman"/>
          <w:color w:val="000000" w:themeColor="text1"/>
          <w:lang w:val="uk-UA"/>
        </w:rPr>
        <w:t xml:space="preserve"> </w:t>
      </w:r>
      <w:r w:rsidRPr="00B7305F">
        <w:rPr>
          <w:rFonts w:cs="Times New Roman"/>
          <w:color w:val="000000" w:themeColor="text1"/>
          <w:lang w:val="uk-UA"/>
        </w:rPr>
        <w:t>проникає</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технічне</w:t>
      </w:r>
      <w:r w:rsidR="00480420" w:rsidRPr="00B7305F">
        <w:rPr>
          <w:rFonts w:cs="Times New Roman"/>
          <w:color w:val="000000" w:themeColor="text1"/>
          <w:lang w:val="uk-UA"/>
        </w:rPr>
        <w:t xml:space="preserve"> </w:t>
      </w:r>
      <w:r w:rsidRPr="00B7305F">
        <w:rPr>
          <w:rFonts w:cs="Times New Roman"/>
          <w:color w:val="000000" w:themeColor="text1"/>
          <w:lang w:val="uk-UA"/>
        </w:rPr>
        <w:t>доповнення,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спосіб</w:t>
      </w:r>
      <w:r w:rsidR="00480420" w:rsidRPr="00B7305F">
        <w:rPr>
          <w:rFonts w:cs="Times New Roman"/>
          <w:color w:val="000000" w:themeColor="text1"/>
          <w:lang w:val="uk-UA"/>
        </w:rPr>
        <w:t xml:space="preserve"> </w:t>
      </w:r>
      <w:r w:rsidRPr="00B7305F">
        <w:rPr>
          <w:rFonts w:cs="Times New Roman"/>
          <w:color w:val="000000" w:themeColor="text1"/>
          <w:lang w:val="uk-UA"/>
        </w:rPr>
        <w:t>переосмислення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підсилення</w:t>
      </w:r>
      <w:r w:rsidR="00480420" w:rsidRPr="00B7305F">
        <w:rPr>
          <w:rFonts w:cs="Times New Roman"/>
          <w:color w:val="000000" w:themeColor="text1"/>
          <w:lang w:val="uk-UA"/>
        </w:rPr>
        <w:t xml:space="preserve"> </w:t>
      </w:r>
      <w:r w:rsidRPr="00B7305F">
        <w:rPr>
          <w:rFonts w:cs="Times New Roman"/>
          <w:color w:val="000000" w:themeColor="text1"/>
          <w:lang w:val="uk-UA"/>
        </w:rPr>
        <w:t>емоційної</w:t>
      </w:r>
      <w:r w:rsidR="00480420" w:rsidRPr="00B7305F">
        <w:rPr>
          <w:rFonts w:cs="Times New Roman"/>
          <w:color w:val="000000" w:themeColor="text1"/>
          <w:lang w:val="uk-UA"/>
        </w:rPr>
        <w:t xml:space="preserve"> </w:t>
      </w:r>
      <w:r w:rsidRPr="00B7305F">
        <w:rPr>
          <w:rFonts w:cs="Times New Roman"/>
          <w:color w:val="000000" w:themeColor="text1"/>
          <w:lang w:val="uk-UA"/>
        </w:rPr>
        <w:t>сили,</w:t>
      </w:r>
      <w:r w:rsidR="00480420" w:rsidRPr="00B7305F">
        <w:rPr>
          <w:rFonts w:cs="Times New Roman"/>
          <w:color w:val="000000" w:themeColor="text1"/>
          <w:lang w:val="uk-UA"/>
        </w:rPr>
        <w:t xml:space="preserve"> </w:t>
      </w:r>
      <w:r w:rsidRPr="00B7305F">
        <w:rPr>
          <w:rFonts w:cs="Times New Roman"/>
          <w:color w:val="000000" w:themeColor="text1"/>
          <w:lang w:val="uk-UA"/>
        </w:rPr>
        <w:t>створення</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оповіді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глядачем.</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переходження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безболісне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воно</w:t>
      </w:r>
      <w:r w:rsidR="00480420" w:rsidRPr="00B7305F">
        <w:rPr>
          <w:rFonts w:cs="Times New Roman"/>
          <w:color w:val="000000" w:themeColor="text1"/>
          <w:lang w:val="uk-UA"/>
        </w:rPr>
        <w:t xml:space="preserve"> </w:t>
      </w:r>
      <w:r w:rsidRPr="00B7305F">
        <w:rPr>
          <w:rFonts w:cs="Times New Roman"/>
          <w:color w:val="000000" w:themeColor="text1"/>
          <w:lang w:val="uk-UA"/>
        </w:rPr>
        <w:t>приносить</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художні</w:t>
      </w:r>
      <w:r w:rsidR="00480420" w:rsidRPr="00B7305F">
        <w:rPr>
          <w:rFonts w:cs="Times New Roman"/>
          <w:color w:val="000000" w:themeColor="text1"/>
          <w:lang w:val="uk-UA"/>
        </w:rPr>
        <w:t xml:space="preserve"> </w:t>
      </w:r>
      <w:r w:rsidRPr="00B7305F">
        <w:rPr>
          <w:rFonts w:cs="Times New Roman"/>
          <w:color w:val="000000" w:themeColor="text1"/>
          <w:lang w:val="uk-UA"/>
        </w:rPr>
        <w:t>можливості,</w:t>
      </w:r>
      <w:r w:rsidR="00480420" w:rsidRPr="00B7305F">
        <w:rPr>
          <w:rFonts w:cs="Times New Roman"/>
          <w:color w:val="000000" w:themeColor="text1"/>
          <w:lang w:val="uk-UA"/>
        </w:rPr>
        <w:t xml:space="preserve"> </w:t>
      </w:r>
      <w:r w:rsidRPr="00B7305F">
        <w:rPr>
          <w:rFonts w:cs="Times New Roman"/>
          <w:color w:val="000000" w:themeColor="text1"/>
          <w:lang w:val="uk-UA"/>
        </w:rPr>
        <w:t>так</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виклики.</w:t>
      </w:r>
    </w:p>
    <w:p w14:paraId="106860DF" w14:textId="3441A3A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Нижче</w:t>
      </w:r>
      <w:r w:rsidR="00480420" w:rsidRPr="00B7305F">
        <w:rPr>
          <w:rFonts w:cs="Times New Roman"/>
          <w:color w:val="000000" w:themeColor="text1"/>
          <w:lang w:val="uk-UA"/>
        </w:rPr>
        <w:t xml:space="preserve"> </w:t>
      </w:r>
      <w:r w:rsidRPr="00B7305F">
        <w:rPr>
          <w:rFonts w:cs="Times New Roman"/>
          <w:color w:val="000000" w:themeColor="text1"/>
          <w:lang w:val="uk-UA"/>
        </w:rPr>
        <w:t>я</w:t>
      </w:r>
      <w:r w:rsidR="00480420" w:rsidRPr="00B7305F">
        <w:rPr>
          <w:rFonts w:cs="Times New Roman"/>
          <w:color w:val="000000" w:themeColor="text1"/>
          <w:lang w:val="uk-UA"/>
        </w:rPr>
        <w:t xml:space="preserve"> </w:t>
      </w:r>
      <w:r w:rsidRPr="00B7305F">
        <w:rPr>
          <w:rFonts w:cs="Times New Roman"/>
          <w:color w:val="000000" w:themeColor="text1"/>
          <w:lang w:val="uk-UA"/>
        </w:rPr>
        <w:t>розгляну</w:t>
      </w:r>
      <w:r w:rsidR="00480420" w:rsidRPr="00B7305F">
        <w:rPr>
          <w:rFonts w:cs="Times New Roman"/>
          <w:color w:val="000000" w:themeColor="text1"/>
          <w:lang w:val="uk-UA"/>
        </w:rPr>
        <w:t xml:space="preserve"> </w:t>
      </w:r>
      <w:r w:rsidRPr="00B7305F">
        <w:rPr>
          <w:rFonts w:cs="Times New Roman"/>
          <w:color w:val="000000" w:themeColor="text1"/>
          <w:lang w:val="uk-UA"/>
        </w:rPr>
        <w:t>основні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проникли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трансформації</w:t>
      </w:r>
      <w:r w:rsidR="00480420" w:rsidRPr="00B7305F">
        <w:rPr>
          <w:rFonts w:cs="Times New Roman"/>
          <w:color w:val="000000" w:themeColor="text1"/>
          <w:lang w:val="uk-UA"/>
        </w:rPr>
        <w:t xml:space="preserve"> </w:t>
      </w:r>
      <w:r w:rsidRPr="00B7305F">
        <w:rPr>
          <w:rFonts w:cs="Times New Roman"/>
          <w:color w:val="000000" w:themeColor="text1"/>
          <w:lang w:val="uk-UA"/>
        </w:rPr>
        <w:t>відбуваються</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змінюють</w:t>
      </w:r>
      <w:r w:rsidR="00480420" w:rsidRPr="00B7305F">
        <w:rPr>
          <w:rFonts w:cs="Times New Roman"/>
          <w:color w:val="000000" w:themeColor="text1"/>
          <w:lang w:val="uk-UA"/>
        </w:rPr>
        <w:t xml:space="preserve"> </w:t>
      </w:r>
      <w:r w:rsidRPr="00B7305F">
        <w:rPr>
          <w:rFonts w:cs="Times New Roman"/>
          <w:color w:val="000000" w:themeColor="text1"/>
          <w:lang w:val="uk-UA"/>
        </w:rPr>
        <w:t>саму</w:t>
      </w:r>
      <w:r w:rsidR="00480420" w:rsidRPr="00B7305F">
        <w:rPr>
          <w:rFonts w:cs="Times New Roman"/>
          <w:color w:val="000000" w:themeColor="text1"/>
          <w:lang w:val="uk-UA"/>
        </w:rPr>
        <w:t xml:space="preserve"> </w:t>
      </w:r>
      <w:r w:rsidRPr="00B7305F">
        <w:rPr>
          <w:rFonts w:cs="Times New Roman"/>
          <w:color w:val="000000" w:themeColor="text1"/>
          <w:lang w:val="uk-UA"/>
        </w:rPr>
        <w:t>природу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дійства.</w:t>
      </w:r>
    </w:p>
    <w:p w14:paraId="0F58FCD8" w14:textId="2352E6C6"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1.</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Проєкції,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відео-екрани,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відеомапінг</w:t>
      </w:r>
    </w:p>
    <w:p w14:paraId="63E895ED" w14:textId="47E1D45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найпомітніших</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технологій</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«оселяється»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проєкційні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p>
    <w:p w14:paraId="6CCC8C6C" w14:textId="3C03C75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Відеоекрани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частина</w:t>
      </w:r>
      <w:r w:rsidR="00480420" w:rsidRPr="00B7305F">
        <w:rPr>
          <w:rFonts w:cs="Times New Roman"/>
          <w:color w:val="000000" w:themeColor="text1"/>
          <w:lang w:val="uk-UA"/>
        </w:rPr>
        <w:t xml:space="preserve"> </w:t>
      </w:r>
      <w:r w:rsidRPr="00B7305F">
        <w:rPr>
          <w:rFonts w:cs="Times New Roman"/>
          <w:color w:val="000000" w:themeColor="text1"/>
          <w:lang w:val="uk-UA"/>
        </w:rPr>
        <w:t>декорації.</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ставлять</w:t>
      </w:r>
      <w:r w:rsidR="00480420" w:rsidRPr="00B7305F">
        <w:rPr>
          <w:rFonts w:cs="Times New Roman"/>
          <w:color w:val="000000" w:themeColor="text1"/>
          <w:lang w:val="uk-UA"/>
        </w:rPr>
        <w:t xml:space="preserve"> </w:t>
      </w:r>
      <w:r w:rsidRPr="00B7305F">
        <w:rPr>
          <w:rFonts w:cs="Times New Roman"/>
          <w:color w:val="000000" w:themeColor="text1"/>
          <w:lang w:val="uk-UA"/>
        </w:rPr>
        <w:t>великі</w:t>
      </w:r>
      <w:r w:rsidR="00480420" w:rsidRPr="00B7305F">
        <w:rPr>
          <w:rFonts w:cs="Times New Roman"/>
          <w:color w:val="000000" w:themeColor="text1"/>
          <w:lang w:val="uk-UA"/>
        </w:rPr>
        <w:t xml:space="preserve"> </w:t>
      </w:r>
      <w:r w:rsidRPr="00B7305F">
        <w:rPr>
          <w:rFonts w:cs="Times New Roman"/>
          <w:color w:val="000000" w:themeColor="text1"/>
          <w:lang w:val="uk-UA"/>
        </w:rPr>
        <w:t>LED-екрани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проєкційні</w:t>
      </w:r>
      <w:r w:rsidR="00480420" w:rsidRPr="00B7305F">
        <w:rPr>
          <w:rFonts w:cs="Times New Roman"/>
          <w:color w:val="000000" w:themeColor="text1"/>
          <w:lang w:val="uk-UA"/>
        </w:rPr>
        <w:t xml:space="preserve"> </w:t>
      </w:r>
      <w:r w:rsidRPr="00B7305F">
        <w:rPr>
          <w:rFonts w:cs="Times New Roman"/>
          <w:color w:val="000000" w:themeColor="text1"/>
          <w:lang w:val="uk-UA"/>
        </w:rPr>
        <w:t>полотна,</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яких</w:t>
      </w:r>
      <w:r w:rsidR="00480420" w:rsidRPr="00B7305F">
        <w:rPr>
          <w:rFonts w:cs="Times New Roman"/>
          <w:color w:val="000000" w:themeColor="text1"/>
          <w:lang w:val="uk-UA"/>
        </w:rPr>
        <w:t xml:space="preserve"> </w:t>
      </w:r>
      <w:r w:rsidRPr="00B7305F">
        <w:rPr>
          <w:rFonts w:cs="Times New Roman"/>
          <w:color w:val="000000" w:themeColor="text1"/>
          <w:lang w:val="uk-UA"/>
        </w:rPr>
        <w:t>транслюють</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графіку,</w:t>
      </w:r>
      <w:r w:rsidR="00480420" w:rsidRPr="00B7305F">
        <w:rPr>
          <w:rFonts w:cs="Times New Roman"/>
          <w:color w:val="000000" w:themeColor="text1"/>
          <w:lang w:val="uk-UA"/>
        </w:rPr>
        <w:t xml:space="preserve"> </w:t>
      </w:r>
      <w:r w:rsidRPr="00B7305F">
        <w:rPr>
          <w:rFonts w:cs="Times New Roman"/>
          <w:color w:val="000000" w:themeColor="text1"/>
          <w:lang w:val="uk-UA"/>
        </w:rPr>
        <w:t>кліпи,</w:t>
      </w:r>
      <w:r w:rsidR="00480420" w:rsidRPr="00B7305F">
        <w:rPr>
          <w:rFonts w:cs="Times New Roman"/>
          <w:color w:val="000000" w:themeColor="text1"/>
          <w:lang w:val="uk-UA"/>
        </w:rPr>
        <w:t xml:space="preserve"> </w:t>
      </w:r>
      <w:r w:rsidRPr="00B7305F">
        <w:rPr>
          <w:rFonts w:cs="Times New Roman"/>
          <w:color w:val="000000" w:themeColor="text1"/>
          <w:lang w:val="uk-UA"/>
        </w:rPr>
        <w:t>живі</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камерами.</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дає</w:t>
      </w:r>
      <w:r w:rsidR="00480420" w:rsidRPr="00B7305F">
        <w:rPr>
          <w:rFonts w:cs="Times New Roman"/>
          <w:color w:val="000000" w:themeColor="text1"/>
          <w:lang w:val="uk-UA"/>
        </w:rPr>
        <w:t xml:space="preserve"> </w:t>
      </w:r>
      <w:r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фізичної</w:t>
      </w:r>
      <w:r w:rsidR="00480420" w:rsidRPr="00B7305F">
        <w:rPr>
          <w:rFonts w:cs="Times New Roman"/>
          <w:color w:val="000000" w:themeColor="text1"/>
          <w:lang w:val="uk-UA"/>
        </w:rPr>
        <w:t xml:space="preserve"> </w:t>
      </w:r>
      <w:r w:rsidRPr="00B7305F">
        <w:rPr>
          <w:rFonts w:cs="Times New Roman"/>
          <w:color w:val="000000" w:themeColor="text1"/>
          <w:lang w:val="uk-UA"/>
        </w:rPr>
        <w:t>декорації,</w:t>
      </w:r>
      <w:r w:rsidR="00480420" w:rsidRPr="00B7305F">
        <w:rPr>
          <w:rFonts w:cs="Times New Roman"/>
          <w:color w:val="000000" w:themeColor="text1"/>
          <w:lang w:val="uk-UA"/>
        </w:rPr>
        <w:t xml:space="preserve"> </w:t>
      </w:r>
      <w:r w:rsidRPr="00B7305F">
        <w:rPr>
          <w:rFonts w:cs="Times New Roman"/>
          <w:color w:val="000000" w:themeColor="text1"/>
          <w:lang w:val="uk-UA"/>
        </w:rPr>
        <w:t>«розширювати»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глибину</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p>
    <w:p w14:paraId="7E33F794" w14:textId="449B501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Відеомапінг.</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допомогою</w:t>
      </w:r>
      <w:r w:rsidR="00480420" w:rsidRPr="00B7305F">
        <w:rPr>
          <w:rFonts w:cs="Times New Roman"/>
          <w:color w:val="000000" w:themeColor="text1"/>
          <w:lang w:val="uk-UA"/>
        </w:rPr>
        <w:t xml:space="preserve"> </w:t>
      </w:r>
      <w:r w:rsidRPr="00B7305F">
        <w:rPr>
          <w:rFonts w:cs="Times New Roman"/>
          <w:color w:val="000000" w:themeColor="text1"/>
          <w:lang w:val="uk-UA"/>
        </w:rPr>
        <w:t>проєкцій</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мапінгу</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«оживляти»</w:t>
      </w:r>
      <w:r w:rsidR="00480420" w:rsidRPr="00B7305F">
        <w:rPr>
          <w:rFonts w:cs="Times New Roman"/>
          <w:color w:val="000000" w:themeColor="text1"/>
          <w:lang w:val="uk-UA"/>
        </w:rPr>
        <w:t xml:space="preserve"> </w:t>
      </w:r>
      <w:r w:rsidRPr="00B7305F">
        <w:rPr>
          <w:rFonts w:cs="Times New Roman"/>
          <w:color w:val="000000" w:themeColor="text1"/>
          <w:lang w:val="uk-UA"/>
        </w:rPr>
        <w:t>фасади,</w:t>
      </w:r>
      <w:r w:rsidR="00480420" w:rsidRPr="00B7305F">
        <w:rPr>
          <w:rFonts w:cs="Times New Roman"/>
          <w:color w:val="000000" w:themeColor="text1"/>
          <w:lang w:val="uk-UA"/>
        </w:rPr>
        <w:t xml:space="preserve"> </w:t>
      </w:r>
      <w:r w:rsidRPr="00B7305F">
        <w:rPr>
          <w:rFonts w:cs="Times New Roman"/>
          <w:color w:val="000000" w:themeColor="text1"/>
          <w:lang w:val="uk-UA"/>
        </w:rPr>
        <w:t>поверхні,</w:t>
      </w:r>
      <w:r w:rsidR="00480420" w:rsidRPr="00B7305F">
        <w:rPr>
          <w:rFonts w:cs="Times New Roman"/>
          <w:color w:val="000000" w:themeColor="text1"/>
          <w:lang w:val="uk-UA"/>
        </w:rPr>
        <w:t xml:space="preserve"> </w:t>
      </w:r>
      <w:r w:rsidRPr="00B7305F">
        <w:rPr>
          <w:rFonts w:cs="Times New Roman"/>
          <w:color w:val="000000" w:themeColor="text1"/>
          <w:lang w:val="uk-UA"/>
        </w:rPr>
        <w:t>стіни,</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ілюзії,</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трансформації</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театрах</w:t>
      </w:r>
      <w:r w:rsidR="00480420" w:rsidRPr="00B7305F">
        <w:rPr>
          <w:rFonts w:cs="Times New Roman"/>
          <w:color w:val="000000" w:themeColor="text1"/>
          <w:lang w:val="uk-UA"/>
        </w:rPr>
        <w:t xml:space="preserve"> </w:t>
      </w:r>
      <w:r w:rsidRPr="00B7305F">
        <w:rPr>
          <w:rFonts w:cs="Times New Roman"/>
          <w:color w:val="000000" w:themeColor="text1"/>
          <w:lang w:val="uk-UA"/>
        </w:rPr>
        <w:t>України</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мапінг,</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будівля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«оживала»</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виставою</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«розросталася»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фантастичні</w:t>
      </w:r>
      <w:r w:rsidR="00480420" w:rsidRPr="00B7305F">
        <w:rPr>
          <w:rFonts w:cs="Times New Roman"/>
          <w:color w:val="000000" w:themeColor="text1"/>
          <w:lang w:val="uk-UA"/>
        </w:rPr>
        <w:t xml:space="preserve"> </w:t>
      </w:r>
      <w:r w:rsidRPr="00B7305F">
        <w:rPr>
          <w:rFonts w:cs="Times New Roman"/>
          <w:color w:val="000000" w:themeColor="text1"/>
          <w:lang w:val="uk-UA"/>
        </w:rPr>
        <w:t>простори.</w:t>
      </w:r>
    </w:p>
    <w:p w14:paraId="2AADDBC8" w14:textId="5F289E6B"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Живий</w:t>
      </w:r>
      <w:r w:rsidR="00480420" w:rsidRPr="00B7305F">
        <w:rPr>
          <w:rFonts w:cs="Times New Roman"/>
          <w:color w:val="000000" w:themeColor="text1"/>
          <w:lang w:val="uk-UA"/>
        </w:rPr>
        <w:t xml:space="preserve"> </w:t>
      </w:r>
      <w:r w:rsidRPr="00B7305F">
        <w:rPr>
          <w:rFonts w:cs="Times New Roman"/>
          <w:color w:val="000000" w:themeColor="text1"/>
          <w:lang w:val="uk-UA"/>
        </w:rPr>
        <w:t>відео-мікс.</w:t>
      </w:r>
      <w:r w:rsidR="00480420" w:rsidRPr="00B7305F">
        <w:rPr>
          <w:rFonts w:cs="Times New Roman"/>
          <w:color w:val="000000" w:themeColor="text1"/>
          <w:lang w:val="uk-UA"/>
        </w:rPr>
        <w:t xml:space="preserve"> </w:t>
      </w: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підключають</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транслюють</w:t>
      </w:r>
      <w:r w:rsidR="00480420" w:rsidRPr="00B7305F">
        <w:rPr>
          <w:rFonts w:cs="Times New Roman"/>
          <w:color w:val="000000" w:themeColor="text1"/>
          <w:lang w:val="uk-UA"/>
        </w:rPr>
        <w:t xml:space="preserve"> </w:t>
      </w:r>
      <w:r w:rsidRPr="00B7305F">
        <w:rPr>
          <w:rFonts w:cs="Times New Roman"/>
          <w:color w:val="000000" w:themeColor="text1"/>
          <w:lang w:val="uk-UA"/>
        </w:rPr>
        <w:t>дійство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великі</w:t>
      </w:r>
      <w:r w:rsidR="00480420" w:rsidRPr="00B7305F">
        <w:rPr>
          <w:rFonts w:cs="Times New Roman"/>
          <w:color w:val="000000" w:themeColor="text1"/>
          <w:lang w:val="uk-UA"/>
        </w:rPr>
        <w:t xml:space="preserve"> </w:t>
      </w:r>
      <w:r w:rsidRPr="00B7305F">
        <w:rPr>
          <w:rFonts w:cs="Times New Roman"/>
          <w:color w:val="000000" w:themeColor="text1"/>
          <w:lang w:val="uk-UA"/>
        </w:rPr>
        <w:t>екрани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глядачам</w:t>
      </w:r>
      <w:r w:rsidR="00480420" w:rsidRPr="00B7305F">
        <w:rPr>
          <w:rFonts w:cs="Times New Roman"/>
          <w:color w:val="000000" w:themeColor="text1"/>
          <w:lang w:val="uk-UA"/>
        </w:rPr>
        <w:t xml:space="preserve"> </w:t>
      </w:r>
      <w:r w:rsidRPr="00B7305F">
        <w:rPr>
          <w:rFonts w:cs="Times New Roman"/>
          <w:color w:val="000000" w:themeColor="text1"/>
          <w:lang w:val="uk-UA"/>
        </w:rPr>
        <w:t>бачити</w:t>
      </w:r>
      <w:r w:rsidR="00480420" w:rsidRPr="00B7305F">
        <w:rPr>
          <w:rFonts w:cs="Times New Roman"/>
          <w:color w:val="000000" w:themeColor="text1"/>
          <w:lang w:val="uk-UA"/>
        </w:rPr>
        <w:t xml:space="preserve"> </w:t>
      </w:r>
      <w:r w:rsidRPr="00B7305F">
        <w:rPr>
          <w:rFonts w:cs="Times New Roman"/>
          <w:color w:val="000000" w:themeColor="text1"/>
          <w:lang w:val="uk-UA"/>
        </w:rPr>
        <w:t>крупні</w:t>
      </w:r>
      <w:r w:rsidR="00480420" w:rsidRPr="00B7305F">
        <w:rPr>
          <w:rFonts w:cs="Times New Roman"/>
          <w:color w:val="000000" w:themeColor="text1"/>
          <w:lang w:val="uk-UA"/>
        </w:rPr>
        <w:t xml:space="preserve"> </w:t>
      </w:r>
      <w:r w:rsidRPr="00B7305F">
        <w:rPr>
          <w:rFonts w:cs="Times New Roman"/>
          <w:color w:val="000000" w:themeColor="text1"/>
          <w:lang w:val="uk-UA"/>
        </w:rPr>
        <w:t>плани,</w:t>
      </w:r>
      <w:r w:rsidR="00480420" w:rsidRPr="00B7305F">
        <w:rPr>
          <w:rFonts w:cs="Times New Roman"/>
          <w:color w:val="000000" w:themeColor="text1"/>
          <w:lang w:val="uk-UA"/>
        </w:rPr>
        <w:t xml:space="preserve"> </w:t>
      </w:r>
      <w:r w:rsidRPr="00B7305F">
        <w:rPr>
          <w:rFonts w:cs="Times New Roman"/>
          <w:color w:val="000000" w:themeColor="text1"/>
          <w:lang w:val="uk-UA"/>
        </w:rPr>
        <w:t>мікронюанси,</w:t>
      </w:r>
      <w:r w:rsidR="00480420" w:rsidRPr="00B7305F">
        <w:rPr>
          <w:rFonts w:cs="Times New Roman"/>
          <w:color w:val="000000" w:themeColor="text1"/>
          <w:lang w:val="uk-UA"/>
        </w:rPr>
        <w:t xml:space="preserve"> </w:t>
      </w:r>
      <w:r w:rsidRPr="00B7305F">
        <w:rPr>
          <w:rFonts w:cs="Times New Roman"/>
          <w:color w:val="000000" w:themeColor="text1"/>
          <w:lang w:val="uk-UA"/>
        </w:rPr>
        <w:t>яких</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видно</w:t>
      </w:r>
      <w:r w:rsidR="00480420" w:rsidRPr="00B7305F">
        <w:rPr>
          <w:rFonts w:cs="Times New Roman"/>
          <w:color w:val="000000" w:themeColor="text1"/>
          <w:lang w:val="uk-UA"/>
        </w:rPr>
        <w:t xml:space="preserve"> </w:t>
      </w:r>
      <w:r w:rsidRPr="00B7305F">
        <w:rPr>
          <w:rFonts w:cs="Times New Roman"/>
          <w:color w:val="000000" w:themeColor="text1"/>
          <w:lang w:val="uk-UA"/>
        </w:rPr>
        <w:t>здалеку.</w:t>
      </w:r>
      <w:r w:rsidR="00480420" w:rsidRPr="00B7305F">
        <w:rPr>
          <w:rFonts w:cs="Times New Roman"/>
          <w:color w:val="000000" w:themeColor="text1"/>
          <w:lang w:val="uk-UA"/>
        </w:rPr>
        <w:t xml:space="preserve"> </w:t>
      </w: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метод</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про</w:t>
      </w:r>
      <w:r w:rsidR="0088316A" w:rsidRPr="00B7305F">
        <w:rPr>
          <w:rFonts w:cs="Times New Roman"/>
          <w:color w:val="000000" w:themeColor="text1"/>
          <w:lang w:val="uk-UA"/>
        </w:rPr>
        <w:t>є</w:t>
      </w:r>
      <w:r w:rsidRPr="00B7305F">
        <w:rPr>
          <w:rFonts w:cs="Times New Roman"/>
          <w:color w:val="000000" w:themeColor="text1"/>
          <w:lang w:val="uk-UA"/>
        </w:rPr>
        <w:t>ктах</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великою</w:t>
      </w:r>
      <w:r w:rsidR="00480420" w:rsidRPr="00B7305F">
        <w:rPr>
          <w:rFonts w:cs="Times New Roman"/>
          <w:color w:val="000000" w:themeColor="text1"/>
          <w:lang w:val="uk-UA"/>
        </w:rPr>
        <w:t xml:space="preserve"> </w:t>
      </w:r>
      <w:r w:rsidRPr="00B7305F">
        <w:rPr>
          <w:rFonts w:cs="Times New Roman"/>
          <w:color w:val="000000" w:themeColor="text1"/>
          <w:lang w:val="uk-UA"/>
        </w:rPr>
        <w:t>сценою,</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далекого</w:t>
      </w:r>
      <w:r w:rsidR="00480420" w:rsidRPr="00B7305F">
        <w:rPr>
          <w:rFonts w:cs="Times New Roman"/>
          <w:color w:val="000000" w:themeColor="text1"/>
          <w:lang w:val="uk-UA"/>
        </w:rPr>
        <w:t xml:space="preserve"> </w:t>
      </w:r>
      <w:r w:rsidRPr="00B7305F">
        <w:rPr>
          <w:rFonts w:cs="Times New Roman"/>
          <w:color w:val="000000" w:themeColor="text1"/>
          <w:lang w:val="uk-UA"/>
        </w:rPr>
        <w:t>ряду</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побачити</w:t>
      </w:r>
      <w:r w:rsidR="00480420" w:rsidRPr="00B7305F">
        <w:rPr>
          <w:rFonts w:cs="Times New Roman"/>
          <w:color w:val="000000" w:themeColor="text1"/>
          <w:lang w:val="uk-UA"/>
        </w:rPr>
        <w:t xml:space="preserve"> </w:t>
      </w:r>
      <w:r w:rsidRPr="00B7305F">
        <w:rPr>
          <w:rFonts w:cs="Times New Roman"/>
          <w:color w:val="000000" w:themeColor="text1"/>
          <w:lang w:val="uk-UA"/>
        </w:rPr>
        <w:t>вираз</w:t>
      </w:r>
      <w:r w:rsidR="00480420" w:rsidRPr="00B7305F">
        <w:rPr>
          <w:rFonts w:cs="Times New Roman"/>
          <w:color w:val="000000" w:themeColor="text1"/>
          <w:lang w:val="uk-UA"/>
        </w:rPr>
        <w:t xml:space="preserve"> </w:t>
      </w:r>
      <w:r w:rsidRPr="00B7305F">
        <w:rPr>
          <w:rFonts w:cs="Times New Roman"/>
          <w:color w:val="000000" w:themeColor="text1"/>
          <w:lang w:val="uk-UA"/>
        </w:rPr>
        <w:t>обличчя,</w:t>
      </w:r>
      <w:r w:rsidR="00480420" w:rsidRPr="00B7305F">
        <w:rPr>
          <w:rFonts w:cs="Times New Roman"/>
          <w:color w:val="000000" w:themeColor="text1"/>
          <w:lang w:val="uk-UA"/>
        </w:rPr>
        <w:t xml:space="preserve"> </w:t>
      </w:r>
      <w:r w:rsidRPr="00B7305F">
        <w:rPr>
          <w:rFonts w:cs="Times New Roman"/>
          <w:color w:val="000000" w:themeColor="text1"/>
          <w:lang w:val="uk-UA"/>
        </w:rPr>
        <w:t>погляд,</w:t>
      </w:r>
      <w:r w:rsidR="00480420" w:rsidRPr="00B7305F">
        <w:rPr>
          <w:rFonts w:cs="Times New Roman"/>
          <w:color w:val="000000" w:themeColor="text1"/>
          <w:lang w:val="uk-UA"/>
        </w:rPr>
        <w:t xml:space="preserve"> </w:t>
      </w:r>
      <w:r w:rsidRPr="00B7305F">
        <w:rPr>
          <w:rFonts w:cs="Times New Roman"/>
          <w:color w:val="000000" w:themeColor="text1"/>
          <w:lang w:val="uk-UA"/>
        </w:rPr>
        <w:t>деталі</w:t>
      </w:r>
      <w:r w:rsidR="00480420" w:rsidRPr="00B7305F">
        <w:rPr>
          <w:rFonts w:cs="Times New Roman"/>
          <w:color w:val="000000" w:themeColor="text1"/>
          <w:lang w:val="uk-UA"/>
        </w:rPr>
        <w:t xml:space="preserve"> </w:t>
      </w:r>
      <w:r w:rsidRPr="00B7305F">
        <w:rPr>
          <w:rFonts w:cs="Times New Roman"/>
          <w:color w:val="000000" w:themeColor="text1"/>
          <w:lang w:val="uk-UA"/>
        </w:rPr>
        <w:t>костюма.</w:t>
      </w:r>
    </w:p>
    <w:p w14:paraId="6AD55A99" w14:textId="3C87439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деяких</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київських</w:t>
      </w:r>
      <w:r w:rsidR="00480420" w:rsidRPr="00B7305F">
        <w:rPr>
          <w:rFonts w:cs="Times New Roman"/>
          <w:color w:val="000000" w:themeColor="text1"/>
          <w:lang w:val="uk-UA"/>
        </w:rPr>
        <w:t xml:space="preserve"> </w:t>
      </w:r>
      <w:r w:rsidRPr="00B7305F">
        <w:rPr>
          <w:rFonts w:cs="Times New Roman"/>
          <w:color w:val="000000" w:themeColor="text1"/>
          <w:lang w:val="uk-UA"/>
        </w:rPr>
        <w:t>театрів</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використовували</w:t>
      </w:r>
      <w:r w:rsidR="00480420" w:rsidRPr="00B7305F">
        <w:rPr>
          <w:rFonts w:cs="Times New Roman"/>
          <w:color w:val="000000" w:themeColor="text1"/>
          <w:lang w:val="uk-UA"/>
        </w:rPr>
        <w:t xml:space="preserve"> </w:t>
      </w:r>
      <w:r w:rsidRPr="00B7305F">
        <w:rPr>
          <w:rFonts w:cs="Times New Roman"/>
          <w:color w:val="000000" w:themeColor="text1"/>
          <w:lang w:val="uk-UA"/>
        </w:rPr>
        <w:t>проєкції</w:t>
      </w:r>
      <w:r w:rsidR="00480420" w:rsidRPr="00B7305F">
        <w:rPr>
          <w:rFonts w:cs="Times New Roman"/>
          <w:color w:val="000000" w:themeColor="text1"/>
          <w:lang w:val="uk-UA"/>
        </w:rPr>
        <w:t xml:space="preserve"> </w:t>
      </w:r>
      <w:r w:rsidRPr="00B7305F">
        <w:rPr>
          <w:rFonts w:cs="Times New Roman"/>
          <w:color w:val="000000" w:themeColor="text1"/>
          <w:lang w:val="uk-UA"/>
        </w:rPr>
        <w:t>міських</w:t>
      </w:r>
      <w:r w:rsidR="00480420" w:rsidRPr="00B7305F">
        <w:rPr>
          <w:rFonts w:cs="Times New Roman"/>
          <w:color w:val="000000" w:themeColor="text1"/>
          <w:lang w:val="uk-UA"/>
        </w:rPr>
        <w:t xml:space="preserve"> </w:t>
      </w:r>
      <w:r w:rsidRPr="00B7305F">
        <w:rPr>
          <w:rFonts w:cs="Times New Roman"/>
          <w:color w:val="000000" w:themeColor="text1"/>
          <w:lang w:val="uk-UA"/>
        </w:rPr>
        <w:t>пейзажів,</w:t>
      </w:r>
      <w:r w:rsidR="00480420" w:rsidRPr="00B7305F">
        <w:rPr>
          <w:rFonts w:cs="Times New Roman"/>
          <w:color w:val="000000" w:themeColor="text1"/>
          <w:lang w:val="uk-UA"/>
        </w:rPr>
        <w:t xml:space="preserve"> </w:t>
      </w:r>
      <w:r w:rsidRPr="00B7305F">
        <w:rPr>
          <w:rFonts w:cs="Times New Roman"/>
          <w:color w:val="000000" w:themeColor="text1"/>
          <w:lang w:val="uk-UA"/>
        </w:rPr>
        <w:t>відеоархівів,</w:t>
      </w:r>
      <w:r w:rsidR="00480420" w:rsidRPr="00B7305F">
        <w:rPr>
          <w:rFonts w:cs="Times New Roman"/>
          <w:color w:val="000000" w:themeColor="text1"/>
          <w:lang w:val="uk-UA"/>
        </w:rPr>
        <w:t xml:space="preserve"> </w:t>
      </w:r>
      <w:r w:rsidRPr="00B7305F">
        <w:rPr>
          <w:rFonts w:cs="Times New Roman"/>
          <w:color w:val="000000" w:themeColor="text1"/>
          <w:lang w:val="uk-UA"/>
        </w:rPr>
        <w:t>змінюючи</w:t>
      </w:r>
      <w:r w:rsidR="00480420" w:rsidRPr="00B7305F">
        <w:rPr>
          <w:rFonts w:cs="Times New Roman"/>
          <w:color w:val="000000" w:themeColor="text1"/>
          <w:lang w:val="uk-UA"/>
        </w:rPr>
        <w:t xml:space="preserve"> </w:t>
      </w:r>
      <w:r w:rsidRPr="00B7305F">
        <w:rPr>
          <w:rFonts w:cs="Times New Roman"/>
          <w:color w:val="000000" w:themeColor="text1"/>
          <w:lang w:val="uk-UA"/>
        </w:rPr>
        <w:t>«фон»</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залежно</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внутрішнього</w:t>
      </w:r>
      <w:r w:rsidR="00480420" w:rsidRPr="00B7305F">
        <w:rPr>
          <w:rFonts w:cs="Times New Roman"/>
          <w:color w:val="000000" w:themeColor="text1"/>
          <w:lang w:val="uk-UA"/>
        </w:rPr>
        <w:t xml:space="preserve"> </w:t>
      </w:r>
      <w:r w:rsidRPr="00B7305F">
        <w:rPr>
          <w:rFonts w:cs="Times New Roman"/>
          <w:color w:val="000000" w:themeColor="text1"/>
          <w:lang w:val="uk-UA"/>
        </w:rPr>
        <w:t>стану</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персонажів.</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додає</w:t>
      </w:r>
      <w:r w:rsidR="00480420" w:rsidRPr="00B7305F">
        <w:rPr>
          <w:rFonts w:cs="Times New Roman"/>
          <w:color w:val="000000" w:themeColor="text1"/>
          <w:lang w:val="uk-UA"/>
        </w:rPr>
        <w:t xml:space="preserve"> </w:t>
      </w:r>
      <w:r w:rsidRPr="00B7305F">
        <w:rPr>
          <w:rFonts w:cs="Times New Roman"/>
          <w:color w:val="000000" w:themeColor="text1"/>
          <w:lang w:val="uk-UA"/>
        </w:rPr>
        <w:t>глибину</w:t>
      </w:r>
      <w:r w:rsidR="00480420" w:rsidRPr="00B7305F">
        <w:rPr>
          <w:rFonts w:cs="Times New Roman"/>
          <w:color w:val="000000" w:themeColor="text1"/>
          <w:lang w:val="uk-UA"/>
        </w:rPr>
        <w:t xml:space="preserve"> </w:t>
      </w:r>
      <w:r w:rsidRPr="00B7305F">
        <w:rPr>
          <w:rFonts w:cs="Times New Roman"/>
          <w:color w:val="000000" w:themeColor="text1"/>
          <w:lang w:val="uk-UA"/>
        </w:rPr>
        <w:t>психологічному</w:t>
      </w:r>
      <w:r w:rsidR="00480420" w:rsidRPr="00B7305F">
        <w:rPr>
          <w:rFonts w:cs="Times New Roman"/>
          <w:color w:val="000000" w:themeColor="text1"/>
          <w:lang w:val="uk-UA"/>
        </w:rPr>
        <w:t xml:space="preserve"> </w:t>
      </w:r>
      <w:r w:rsidRPr="00B7305F">
        <w:rPr>
          <w:rFonts w:cs="Times New Roman"/>
          <w:color w:val="000000" w:themeColor="text1"/>
          <w:lang w:val="uk-UA"/>
        </w:rPr>
        <w:t>рівню,</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контрасти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«реальним»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«внутрішнім»</w:t>
      </w:r>
      <w:r w:rsidR="00480420" w:rsidRPr="00B7305F">
        <w:rPr>
          <w:rFonts w:cs="Times New Roman"/>
          <w:color w:val="000000" w:themeColor="text1"/>
          <w:lang w:val="uk-UA"/>
        </w:rPr>
        <w:t xml:space="preserve"> </w:t>
      </w:r>
      <w:r w:rsidRPr="00B7305F">
        <w:rPr>
          <w:rFonts w:cs="Times New Roman"/>
          <w:color w:val="000000" w:themeColor="text1"/>
          <w:lang w:val="uk-UA"/>
        </w:rPr>
        <w:t>просторами.</w:t>
      </w:r>
    </w:p>
    <w:p w14:paraId="1601A2B6" w14:textId="03DD5B1A"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2.</w:t>
      </w:r>
      <w:r w:rsidR="00F377AD" w:rsidRPr="00B7305F">
        <w:rPr>
          <w:rFonts w:cs="Times New Roman"/>
          <w:b/>
          <w:bCs/>
          <w:color w:val="000000" w:themeColor="text1"/>
          <w:lang w:val="uk-UA"/>
        </w:rPr>
        <w:t>З</w:t>
      </w:r>
      <w:r w:rsidR="00F377AD" w:rsidRPr="00B7305F">
        <w:rPr>
          <w:rFonts w:cs="Times New Roman"/>
          <w:b/>
          <w:bCs/>
          <w:color w:val="000000" w:themeColor="text1"/>
          <w:lang w:val="ru-RU"/>
        </w:rPr>
        <w:t>апис</w:t>
      </w:r>
      <w:r w:rsidR="00460229" w:rsidRPr="00B7305F">
        <w:rPr>
          <w:rFonts w:cs="Times New Roman"/>
          <w:b/>
          <w:bCs/>
          <w:color w:val="000000" w:themeColor="text1"/>
          <w:lang w:val="ru-RU"/>
        </w:rPr>
        <w:t xml:space="preserve"> </w:t>
      </w:r>
      <w:r w:rsidRPr="00B7305F">
        <w:rPr>
          <w:rFonts w:cs="Times New Roman"/>
          <w:b/>
          <w:bCs/>
          <w:color w:val="000000" w:themeColor="text1"/>
          <w:lang w:val="uk-UA"/>
        </w:rPr>
        <w:t>відео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реальному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часі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(live</w:t>
      </w:r>
      <w:r w:rsidR="00480420" w:rsidRPr="00B7305F">
        <w:rPr>
          <w:rFonts w:cs="Times New Roman"/>
          <w:b/>
          <w:bCs/>
          <w:color w:val="000000" w:themeColor="text1"/>
          <w:lang w:val="uk-UA"/>
        </w:rPr>
        <w:t xml:space="preserve"> </w:t>
      </w:r>
      <w:r w:rsidRPr="00B7305F">
        <w:rPr>
          <w:rFonts w:cs="Times New Roman"/>
          <w:b/>
          <w:bCs/>
          <w:color w:val="000000" w:themeColor="text1"/>
          <w:lang w:val="uk-UA"/>
        </w:rPr>
        <w:t>capture)</w:t>
      </w:r>
    </w:p>
    <w:p w14:paraId="57CBCECC" w14:textId="7B745AE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Інша</w:t>
      </w:r>
      <w:r w:rsidR="00480420" w:rsidRPr="00B7305F">
        <w:rPr>
          <w:rFonts w:cs="Times New Roman"/>
          <w:color w:val="000000" w:themeColor="text1"/>
          <w:lang w:val="uk-UA"/>
        </w:rPr>
        <w:t xml:space="preserve"> </w:t>
      </w:r>
      <w:r w:rsidRPr="00B7305F">
        <w:rPr>
          <w:rFonts w:cs="Times New Roman"/>
          <w:color w:val="000000" w:themeColor="text1"/>
          <w:lang w:val="uk-UA"/>
        </w:rPr>
        <w:t>техніка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камер</w:t>
      </w:r>
      <w:r w:rsidR="00480420" w:rsidRPr="00B7305F">
        <w:rPr>
          <w:rFonts w:cs="Times New Roman"/>
          <w:color w:val="000000" w:themeColor="text1"/>
          <w:lang w:val="uk-UA"/>
        </w:rPr>
        <w:t xml:space="preserve"> </w:t>
      </w:r>
      <w:r w:rsidRPr="00B7305F">
        <w:rPr>
          <w:rFonts w:cs="Times New Roman"/>
          <w:color w:val="000000" w:themeColor="text1"/>
          <w:lang w:val="uk-UA"/>
        </w:rPr>
        <w:t>прямо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p>
    <w:p w14:paraId="40C9482B" w14:textId="1454FE79" w:rsidR="00692654" w:rsidRPr="00B7305F" w:rsidRDefault="00F377AD"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live</w:t>
      </w:r>
      <w:r w:rsidR="00480420" w:rsidRPr="00B7305F">
        <w:rPr>
          <w:rFonts w:cs="Times New Roman"/>
          <w:b/>
          <w:bCs/>
          <w:color w:val="000000" w:themeColor="text1"/>
          <w:lang w:val="uk-UA"/>
        </w:rPr>
        <w:t xml:space="preserve"> </w:t>
      </w:r>
      <w:r w:rsidRPr="00B7305F">
        <w:rPr>
          <w:rFonts w:cs="Times New Roman"/>
          <w:b/>
          <w:bCs/>
          <w:color w:val="000000" w:themeColor="text1"/>
          <w:lang w:val="uk-UA"/>
        </w:rPr>
        <w:t>capture</w:t>
      </w:r>
      <w:r w:rsidR="00480420" w:rsidRPr="00B7305F">
        <w:rPr>
          <w:rFonts w:cs="Times New Roman"/>
          <w:color w:val="000000" w:themeColor="text1"/>
          <w:lang w:val="uk-UA"/>
        </w:rPr>
        <w:t xml:space="preserve"> </w:t>
      </w:r>
      <w:r w:rsidRPr="00B7305F">
        <w:rPr>
          <w:rFonts w:cs="Times New Roman"/>
          <w:color w:val="000000" w:themeColor="text1"/>
          <w:lang w:val="uk-UA"/>
        </w:rPr>
        <w:t>(прямий</w:t>
      </w:r>
      <w:r w:rsidR="00480420" w:rsidRPr="00B7305F">
        <w:rPr>
          <w:rFonts w:cs="Times New Roman"/>
          <w:color w:val="000000" w:themeColor="text1"/>
          <w:lang w:val="uk-UA"/>
        </w:rPr>
        <w:t xml:space="preserve"> </w:t>
      </w:r>
      <w:r w:rsidRPr="00B7305F">
        <w:rPr>
          <w:rFonts w:cs="Times New Roman"/>
          <w:color w:val="000000" w:themeColor="text1"/>
          <w:lang w:val="uk-UA"/>
        </w:rPr>
        <w:t>запис</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акторські</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фрагменти</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фільмують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миттєво</w:t>
      </w:r>
      <w:r w:rsidR="00480420" w:rsidRPr="00B7305F">
        <w:rPr>
          <w:rFonts w:cs="Times New Roman"/>
          <w:color w:val="000000" w:themeColor="text1"/>
          <w:lang w:val="uk-UA"/>
        </w:rPr>
        <w:t xml:space="preserve"> </w:t>
      </w:r>
      <w:r w:rsidRPr="00B7305F">
        <w:rPr>
          <w:rFonts w:cs="Times New Roman"/>
          <w:color w:val="000000" w:themeColor="text1"/>
          <w:lang w:val="uk-UA"/>
        </w:rPr>
        <w:t>подається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«мікрокадр»</w:t>
      </w:r>
      <w:r w:rsidR="00480420" w:rsidRPr="00B7305F">
        <w:rPr>
          <w:rFonts w:cs="Times New Roman"/>
          <w:color w:val="000000" w:themeColor="text1"/>
          <w:lang w:val="uk-UA"/>
        </w:rPr>
        <w:t xml:space="preserve"> </w:t>
      </w:r>
      <w:r w:rsidRPr="00B7305F">
        <w:rPr>
          <w:rFonts w:cs="Times New Roman"/>
          <w:color w:val="000000" w:themeColor="text1"/>
          <w:lang w:val="uk-UA"/>
        </w:rPr>
        <w:t>серед</w:t>
      </w:r>
      <w:r w:rsidR="00480420" w:rsidRPr="00B7305F">
        <w:rPr>
          <w:rFonts w:cs="Times New Roman"/>
          <w:color w:val="000000" w:themeColor="text1"/>
          <w:lang w:val="uk-UA"/>
        </w:rPr>
        <w:t xml:space="preserve"> </w:t>
      </w:r>
      <w:r w:rsidRPr="00B7305F">
        <w:rPr>
          <w:rFonts w:cs="Times New Roman"/>
          <w:color w:val="000000" w:themeColor="text1"/>
          <w:lang w:val="uk-UA"/>
        </w:rPr>
        <w:t>загального</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увага</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переключатися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камерним</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зображенням.</w:t>
      </w:r>
    </w:p>
    <w:p w14:paraId="04E26E38" w14:textId="5D9992B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Синхронізація</w:t>
      </w:r>
      <w:r w:rsidR="00480420" w:rsidRPr="00B7305F">
        <w:rPr>
          <w:rFonts w:cs="Times New Roman"/>
          <w:color w:val="000000" w:themeColor="text1"/>
          <w:lang w:val="uk-UA"/>
        </w:rPr>
        <w:t xml:space="preserve"> </w:t>
      </w:r>
      <w:r w:rsidRPr="00B7305F">
        <w:rPr>
          <w:rFonts w:cs="Times New Roman"/>
          <w:color w:val="000000" w:themeColor="text1"/>
          <w:lang w:val="uk-UA"/>
        </w:rPr>
        <w:t>дій</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кадром,</w:t>
      </w:r>
      <w:r w:rsidR="00480420" w:rsidRPr="00B7305F">
        <w:rPr>
          <w:rFonts w:cs="Times New Roman"/>
          <w:color w:val="000000" w:themeColor="text1"/>
          <w:lang w:val="uk-UA"/>
        </w:rPr>
        <w:t xml:space="preserve"> </w:t>
      </w:r>
      <w:r w:rsidRPr="00B7305F">
        <w:rPr>
          <w:rFonts w:cs="Times New Roman"/>
          <w:color w:val="000000" w:themeColor="text1"/>
          <w:lang w:val="uk-UA"/>
        </w:rPr>
        <w:t>реагувати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екрані,</w:t>
      </w:r>
      <w:r w:rsidR="00480420" w:rsidRPr="00B7305F">
        <w:rPr>
          <w:rFonts w:cs="Times New Roman"/>
          <w:color w:val="000000" w:themeColor="text1"/>
          <w:lang w:val="uk-UA"/>
        </w:rPr>
        <w:t xml:space="preserve"> </w:t>
      </w:r>
      <w:r w:rsidRPr="00B7305F">
        <w:rPr>
          <w:rFonts w:cs="Times New Roman"/>
          <w:color w:val="000000" w:themeColor="text1"/>
          <w:lang w:val="uk-UA"/>
        </w:rPr>
        <w:t>змішувати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відео-частину.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вживано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перформансах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мультимедійних</w:t>
      </w:r>
      <w:r w:rsidR="00480420" w:rsidRPr="00B7305F">
        <w:rPr>
          <w:rFonts w:cs="Times New Roman"/>
          <w:color w:val="000000" w:themeColor="text1"/>
          <w:lang w:val="uk-UA"/>
        </w:rPr>
        <w:t xml:space="preserve"> </w:t>
      </w:r>
      <w:r w:rsidR="00AF6019" w:rsidRPr="00B7305F">
        <w:rPr>
          <w:rFonts w:cs="Times New Roman"/>
          <w:color w:val="000000" w:themeColor="text1"/>
          <w:lang w:val="uk-UA"/>
        </w:rPr>
        <w:t>проєктах</w:t>
      </w:r>
      <w:r w:rsidRPr="00B7305F">
        <w:rPr>
          <w:rFonts w:cs="Times New Roman"/>
          <w:color w:val="000000" w:themeColor="text1"/>
          <w:lang w:val="uk-UA"/>
        </w:rPr>
        <w:t>.</w:t>
      </w:r>
    </w:p>
    <w:p w14:paraId="7DAB1097" w14:textId="2353BBF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Мультикамерна</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w:t>
      </w:r>
      <w:r w:rsidR="00480420" w:rsidRPr="00B7305F">
        <w:rPr>
          <w:rFonts w:cs="Times New Roman"/>
          <w:color w:val="000000" w:themeColor="text1"/>
          <w:lang w:val="uk-UA"/>
        </w:rPr>
        <w:t xml:space="preserve"> </w:t>
      </w:r>
      <w:r w:rsidRPr="00B7305F">
        <w:rPr>
          <w:rFonts w:cs="Times New Roman"/>
          <w:color w:val="000000" w:themeColor="text1"/>
          <w:lang w:val="uk-UA"/>
        </w:rPr>
        <w:t>кілька</w:t>
      </w:r>
      <w:r w:rsidR="00480420" w:rsidRPr="00B7305F">
        <w:rPr>
          <w:rFonts w:cs="Times New Roman"/>
          <w:color w:val="000000" w:themeColor="text1"/>
          <w:lang w:val="uk-UA"/>
        </w:rPr>
        <w:t xml:space="preserve"> </w:t>
      </w:r>
      <w:r w:rsidRPr="00B7305F">
        <w:rPr>
          <w:rFonts w:cs="Times New Roman"/>
          <w:color w:val="000000" w:themeColor="text1"/>
          <w:lang w:val="uk-UA"/>
        </w:rPr>
        <w:t>камер</w:t>
      </w:r>
      <w:r w:rsidR="00480420" w:rsidRPr="00B7305F">
        <w:rPr>
          <w:rFonts w:cs="Times New Roman"/>
          <w:color w:val="000000" w:themeColor="text1"/>
          <w:lang w:val="uk-UA"/>
        </w:rPr>
        <w:t xml:space="preserve"> </w:t>
      </w:r>
      <w:r w:rsidRPr="00B7305F">
        <w:rPr>
          <w:rFonts w:cs="Times New Roman"/>
          <w:color w:val="000000" w:themeColor="text1"/>
          <w:lang w:val="uk-UA"/>
        </w:rPr>
        <w:t>фіксують</w:t>
      </w:r>
      <w:r w:rsidR="00480420" w:rsidRPr="00B7305F">
        <w:rPr>
          <w:rFonts w:cs="Times New Roman"/>
          <w:color w:val="000000" w:themeColor="text1"/>
          <w:lang w:val="uk-UA"/>
        </w:rPr>
        <w:t xml:space="preserve"> </w:t>
      </w:r>
      <w:r w:rsidRPr="00B7305F">
        <w:rPr>
          <w:rFonts w:cs="Times New Roman"/>
          <w:color w:val="000000" w:themeColor="text1"/>
          <w:lang w:val="uk-UA"/>
        </w:rPr>
        <w:t>різні</w:t>
      </w:r>
      <w:r w:rsidR="00480420" w:rsidRPr="00B7305F">
        <w:rPr>
          <w:rFonts w:cs="Times New Roman"/>
          <w:color w:val="000000" w:themeColor="text1"/>
          <w:lang w:val="uk-UA"/>
        </w:rPr>
        <w:t xml:space="preserve"> </w:t>
      </w:r>
      <w:r w:rsidRPr="00B7305F">
        <w:rPr>
          <w:rFonts w:cs="Times New Roman"/>
          <w:color w:val="000000" w:themeColor="text1"/>
          <w:lang w:val="uk-UA"/>
        </w:rPr>
        <w:t>кути</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образи</w:t>
      </w:r>
      <w:r w:rsidR="00480420" w:rsidRPr="00B7305F">
        <w:rPr>
          <w:rFonts w:cs="Times New Roman"/>
          <w:color w:val="000000" w:themeColor="text1"/>
          <w:lang w:val="uk-UA"/>
        </w:rPr>
        <w:t xml:space="preserve"> </w:t>
      </w:r>
      <w:r w:rsidRPr="00B7305F">
        <w:rPr>
          <w:rFonts w:cs="Times New Roman"/>
          <w:color w:val="000000" w:themeColor="text1"/>
          <w:lang w:val="uk-UA"/>
        </w:rPr>
        <w:t>миттєво</w:t>
      </w:r>
      <w:r w:rsidR="00480420" w:rsidRPr="00B7305F">
        <w:rPr>
          <w:rFonts w:cs="Times New Roman"/>
          <w:color w:val="000000" w:themeColor="text1"/>
          <w:lang w:val="uk-UA"/>
        </w:rPr>
        <w:t xml:space="preserve"> </w:t>
      </w:r>
      <w:r w:rsidRPr="00B7305F">
        <w:rPr>
          <w:rFonts w:cs="Times New Roman"/>
          <w:color w:val="000000" w:themeColor="text1"/>
          <w:lang w:val="uk-UA"/>
        </w:rPr>
        <w:t>переходять</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екранами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створюючи</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«наживо».</w:t>
      </w:r>
    </w:p>
    <w:p w14:paraId="26A85E2D" w14:textId="3309364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Ця</w:t>
      </w:r>
      <w:r w:rsidR="00480420" w:rsidRPr="00B7305F">
        <w:rPr>
          <w:rFonts w:cs="Times New Roman"/>
          <w:color w:val="000000" w:themeColor="text1"/>
          <w:lang w:val="uk-UA"/>
        </w:rPr>
        <w:t xml:space="preserve"> </w:t>
      </w:r>
      <w:r w:rsidRPr="00B7305F">
        <w:rPr>
          <w:rFonts w:cs="Times New Roman"/>
          <w:color w:val="000000" w:themeColor="text1"/>
          <w:lang w:val="uk-UA"/>
        </w:rPr>
        <w:t>техніка</w:t>
      </w:r>
      <w:r w:rsidR="00480420" w:rsidRPr="00B7305F">
        <w:rPr>
          <w:rFonts w:cs="Times New Roman"/>
          <w:color w:val="000000" w:themeColor="text1"/>
          <w:lang w:val="uk-UA"/>
        </w:rPr>
        <w:t xml:space="preserve"> </w:t>
      </w:r>
      <w:r w:rsidRPr="00B7305F">
        <w:rPr>
          <w:rFonts w:cs="Times New Roman"/>
          <w:color w:val="000000" w:themeColor="text1"/>
          <w:lang w:val="uk-UA"/>
        </w:rPr>
        <w:t>допомагає</w:t>
      </w:r>
      <w:r w:rsidR="00480420" w:rsidRPr="00B7305F">
        <w:rPr>
          <w:rFonts w:cs="Times New Roman"/>
          <w:color w:val="000000" w:themeColor="text1"/>
          <w:lang w:val="uk-UA"/>
        </w:rPr>
        <w:t xml:space="preserve"> </w:t>
      </w:r>
      <w:r w:rsidRPr="00B7305F">
        <w:rPr>
          <w:rFonts w:cs="Times New Roman"/>
          <w:color w:val="000000" w:themeColor="text1"/>
          <w:lang w:val="uk-UA"/>
        </w:rPr>
        <w:t>розвивати</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тип</w:t>
      </w:r>
      <w:r w:rsidR="00480420" w:rsidRPr="00B7305F">
        <w:rPr>
          <w:rFonts w:cs="Times New Roman"/>
          <w:color w:val="000000" w:themeColor="text1"/>
          <w:lang w:val="uk-UA"/>
        </w:rPr>
        <w:t xml:space="preserve"> </w:t>
      </w:r>
      <w:r w:rsidRPr="00B7305F">
        <w:rPr>
          <w:rFonts w:cs="Times New Roman"/>
          <w:color w:val="000000" w:themeColor="text1"/>
          <w:lang w:val="uk-UA"/>
        </w:rPr>
        <w:t>сприйняття:</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бачить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масштабну</w:t>
      </w:r>
      <w:r w:rsidR="00480420" w:rsidRPr="00B7305F">
        <w:rPr>
          <w:rFonts w:cs="Times New Roman"/>
          <w:color w:val="000000" w:themeColor="text1"/>
          <w:lang w:val="uk-UA"/>
        </w:rPr>
        <w:t xml:space="preserve"> </w:t>
      </w:r>
      <w:r w:rsidRPr="00B7305F">
        <w:rPr>
          <w:rFonts w:cs="Times New Roman"/>
          <w:color w:val="000000" w:themeColor="text1"/>
          <w:lang w:val="uk-UA"/>
        </w:rPr>
        <w:t>картину</w:t>
      </w:r>
      <w:r w:rsidR="00480420" w:rsidRPr="00B7305F">
        <w:rPr>
          <w:rFonts w:cs="Times New Roman"/>
          <w:color w:val="000000" w:themeColor="text1"/>
          <w:lang w:val="uk-UA"/>
        </w:rPr>
        <w:t xml:space="preserve"> </w:t>
      </w:r>
      <w:r w:rsidRPr="00B7305F">
        <w:rPr>
          <w:rFonts w:cs="Times New Roman"/>
          <w:color w:val="000000" w:themeColor="text1"/>
          <w:lang w:val="uk-UA"/>
        </w:rPr>
        <w:t>(всю</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деталізоване</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отримуючи</w:t>
      </w:r>
      <w:r w:rsidR="00480420" w:rsidRPr="00B7305F">
        <w:rPr>
          <w:rFonts w:cs="Times New Roman"/>
          <w:color w:val="000000" w:themeColor="text1"/>
          <w:lang w:val="uk-UA"/>
        </w:rPr>
        <w:t xml:space="preserve"> </w:t>
      </w:r>
      <w:r w:rsidRPr="00B7305F">
        <w:rPr>
          <w:rFonts w:cs="Times New Roman"/>
          <w:color w:val="000000" w:themeColor="text1"/>
          <w:lang w:val="uk-UA"/>
        </w:rPr>
        <w:t>дволінійне</w:t>
      </w:r>
      <w:r w:rsidR="00480420" w:rsidRPr="00B7305F">
        <w:rPr>
          <w:rFonts w:cs="Times New Roman"/>
          <w:color w:val="000000" w:themeColor="text1"/>
          <w:lang w:val="uk-UA"/>
        </w:rPr>
        <w:t xml:space="preserve"> </w:t>
      </w:r>
      <w:r w:rsidRPr="00B7305F">
        <w:rPr>
          <w:rFonts w:cs="Times New Roman"/>
          <w:color w:val="000000" w:themeColor="text1"/>
          <w:lang w:val="uk-UA"/>
        </w:rPr>
        <w:t>враження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схоже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2431BECA" w14:textId="08C75CCA"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3.</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Віртуальна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реальність</w:t>
      </w:r>
      <w:r w:rsidR="00480420" w:rsidRPr="00B7305F">
        <w:rPr>
          <w:rFonts w:cs="Times New Roman"/>
          <w:b/>
          <w:bCs/>
          <w:color w:val="000000" w:themeColor="text1"/>
          <w:lang w:val="uk-UA"/>
        </w:rPr>
        <w:t xml:space="preserve"> </w:t>
      </w:r>
      <w:r w:rsidRPr="00B7305F">
        <w:rPr>
          <w:rFonts w:cs="Times New Roman"/>
          <w:b/>
          <w:bCs/>
          <w:color w:val="000000" w:themeColor="text1"/>
          <w:lang w:val="uk-UA"/>
        </w:rPr>
        <w:t>(VR)</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доповнена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(AR)</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реальність</w:t>
      </w:r>
    </w:p>
    <w:p w14:paraId="23710814" w14:textId="780A6752"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ще</w:t>
      </w:r>
      <w:r w:rsidR="00480420" w:rsidRPr="00B7305F">
        <w:rPr>
          <w:rFonts w:cs="Times New Roman"/>
          <w:color w:val="000000" w:themeColor="text1"/>
          <w:lang w:val="uk-UA"/>
        </w:rPr>
        <w:t xml:space="preserve"> </w:t>
      </w:r>
      <w:r w:rsidRPr="00B7305F">
        <w:rPr>
          <w:rFonts w:cs="Times New Roman"/>
          <w:color w:val="000000" w:themeColor="text1"/>
          <w:lang w:val="uk-UA"/>
        </w:rPr>
        <w:t>більше</w:t>
      </w:r>
      <w:r w:rsidR="00480420" w:rsidRPr="00B7305F">
        <w:rPr>
          <w:rFonts w:cs="Times New Roman"/>
          <w:color w:val="000000" w:themeColor="text1"/>
          <w:lang w:val="uk-UA"/>
        </w:rPr>
        <w:t xml:space="preserve"> </w:t>
      </w:r>
      <w:r w:rsidRPr="00B7305F">
        <w:rPr>
          <w:rFonts w:cs="Times New Roman"/>
          <w:color w:val="000000" w:themeColor="text1"/>
          <w:lang w:val="uk-UA"/>
        </w:rPr>
        <w:t>стирають</w:t>
      </w:r>
      <w:r w:rsidR="00480420" w:rsidRPr="00B7305F">
        <w:rPr>
          <w:rFonts w:cs="Times New Roman"/>
          <w:color w:val="000000" w:themeColor="text1"/>
          <w:lang w:val="uk-UA"/>
        </w:rPr>
        <w:t xml:space="preserve"> </w:t>
      </w:r>
      <w:r w:rsidRPr="00B7305F">
        <w:rPr>
          <w:rFonts w:cs="Times New Roman"/>
          <w:color w:val="000000" w:themeColor="text1"/>
          <w:lang w:val="uk-UA"/>
        </w:rPr>
        <w:t>межі</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VR</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AR.</w:t>
      </w:r>
    </w:p>
    <w:p w14:paraId="424F9FB0" w14:textId="237640E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Доповнена</w:t>
      </w:r>
      <w:r w:rsidR="00480420" w:rsidRPr="00B7305F">
        <w:rPr>
          <w:rFonts w:cs="Times New Roman"/>
          <w:color w:val="000000" w:themeColor="text1"/>
          <w:lang w:val="uk-UA"/>
        </w:rPr>
        <w:t xml:space="preserve"> </w:t>
      </w:r>
      <w:r w:rsidRPr="00B7305F">
        <w:rPr>
          <w:rFonts w:cs="Times New Roman"/>
          <w:color w:val="000000" w:themeColor="text1"/>
          <w:lang w:val="uk-UA"/>
        </w:rPr>
        <w:t>реальність</w:t>
      </w:r>
      <w:r w:rsidR="00480420" w:rsidRPr="00B7305F">
        <w:rPr>
          <w:rFonts w:cs="Times New Roman"/>
          <w:color w:val="000000" w:themeColor="text1"/>
          <w:lang w:val="uk-UA"/>
        </w:rPr>
        <w:t xml:space="preserve"> </w:t>
      </w:r>
      <w:r w:rsidRPr="00B7305F">
        <w:rPr>
          <w:rFonts w:cs="Times New Roman"/>
          <w:color w:val="000000" w:themeColor="text1"/>
          <w:lang w:val="uk-UA"/>
        </w:rPr>
        <w:t>(AR):</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w:t>
      </w:r>
      <w:r w:rsidR="00480420" w:rsidRPr="00B7305F">
        <w:rPr>
          <w:rFonts w:cs="Times New Roman"/>
          <w:color w:val="000000" w:themeColor="text1"/>
          <w:lang w:val="uk-UA"/>
        </w:rPr>
        <w:t xml:space="preserve"> </w:t>
      </w:r>
      <w:r w:rsidRPr="00B7305F">
        <w:rPr>
          <w:rFonts w:cs="Times New Roman"/>
          <w:color w:val="000000" w:themeColor="text1"/>
          <w:lang w:val="uk-UA"/>
        </w:rPr>
        <w:t>планшети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смартфони,</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бачить</w:t>
      </w:r>
      <w:r w:rsidR="00480420" w:rsidRPr="00B7305F">
        <w:rPr>
          <w:rFonts w:cs="Times New Roman"/>
          <w:color w:val="000000" w:themeColor="text1"/>
          <w:lang w:val="uk-UA"/>
        </w:rPr>
        <w:t xml:space="preserve"> </w:t>
      </w:r>
      <w:r w:rsidRPr="00B7305F">
        <w:rPr>
          <w:rFonts w:cs="Times New Roman"/>
          <w:color w:val="000000" w:themeColor="text1"/>
          <w:lang w:val="uk-UA"/>
        </w:rPr>
        <w:t>додаткові</w:t>
      </w:r>
      <w:r w:rsidR="00480420" w:rsidRPr="00B7305F">
        <w:rPr>
          <w:rFonts w:cs="Times New Roman"/>
          <w:color w:val="000000" w:themeColor="text1"/>
          <w:lang w:val="uk-UA"/>
        </w:rPr>
        <w:t xml:space="preserve"> </w:t>
      </w:r>
      <w:r w:rsidRPr="00B7305F">
        <w:rPr>
          <w:rFonts w:cs="Times New Roman"/>
          <w:color w:val="000000" w:themeColor="text1"/>
          <w:lang w:val="uk-UA"/>
        </w:rPr>
        <w:t>шари</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графіку,</w:t>
      </w:r>
      <w:r w:rsidR="00480420" w:rsidRPr="00B7305F">
        <w:rPr>
          <w:rFonts w:cs="Times New Roman"/>
          <w:color w:val="000000" w:themeColor="text1"/>
          <w:lang w:val="uk-UA"/>
        </w:rPr>
        <w:t xml:space="preserve"> </w:t>
      </w:r>
      <w:r w:rsidRPr="00B7305F">
        <w:rPr>
          <w:rFonts w:cs="Times New Roman"/>
          <w:color w:val="000000" w:themeColor="text1"/>
          <w:lang w:val="uk-UA"/>
        </w:rPr>
        <w:t>персонажів,</w:t>
      </w:r>
      <w:r w:rsidR="00480420" w:rsidRPr="00B7305F">
        <w:rPr>
          <w:rFonts w:cs="Times New Roman"/>
          <w:color w:val="000000" w:themeColor="text1"/>
          <w:lang w:val="uk-UA"/>
        </w:rPr>
        <w:t xml:space="preserve"> </w:t>
      </w:r>
      <w:r w:rsidRPr="00B7305F">
        <w:rPr>
          <w:rFonts w:cs="Times New Roman"/>
          <w:color w:val="000000" w:themeColor="text1"/>
          <w:lang w:val="uk-UA"/>
        </w:rPr>
        <w:t>ефекти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накладені</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«розшарувати»</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додавати</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існують»</w:t>
      </w:r>
      <w:r w:rsidR="00480420" w:rsidRPr="00B7305F">
        <w:rPr>
          <w:rFonts w:cs="Times New Roman"/>
          <w:color w:val="000000" w:themeColor="text1"/>
          <w:lang w:val="uk-UA"/>
        </w:rPr>
        <w:t xml:space="preserve"> </w:t>
      </w:r>
      <w:r w:rsidRPr="00B7305F">
        <w:rPr>
          <w:rFonts w:cs="Times New Roman"/>
          <w:color w:val="000000" w:themeColor="text1"/>
          <w:lang w:val="uk-UA"/>
        </w:rPr>
        <w:t>фізично.</w:t>
      </w:r>
    </w:p>
    <w:p w14:paraId="437C9ED6" w14:textId="06DAE98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Віртуальна</w:t>
      </w:r>
      <w:r w:rsidR="00480420" w:rsidRPr="00B7305F">
        <w:rPr>
          <w:rFonts w:cs="Times New Roman"/>
          <w:color w:val="000000" w:themeColor="text1"/>
          <w:lang w:val="uk-UA"/>
        </w:rPr>
        <w:t xml:space="preserve"> </w:t>
      </w:r>
      <w:r w:rsidRPr="00B7305F">
        <w:rPr>
          <w:rFonts w:cs="Times New Roman"/>
          <w:color w:val="000000" w:themeColor="text1"/>
          <w:lang w:val="uk-UA"/>
        </w:rPr>
        <w:t>реальність</w:t>
      </w:r>
      <w:r w:rsidR="00480420" w:rsidRPr="00B7305F">
        <w:rPr>
          <w:rFonts w:cs="Times New Roman"/>
          <w:color w:val="000000" w:themeColor="text1"/>
          <w:lang w:val="uk-UA"/>
        </w:rPr>
        <w:t xml:space="preserve"> </w:t>
      </w:r>
      <w:r w:rsidRPr="00B7305F">
        <w:rPr>
          <w:rFonts w:cs="Times New Roman"/>
          <w:color w:val="000000" w:themeColor="text1"/>
          <w:lang w:val="uk-UA"/>
        </w:rPr>
        <w:t>(VR):</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деяких</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експериментальних</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глядачеві</w:t>
      </w:r>
      <w:r w:rsidR="00480420" w:rsidRPr="00B7305F">
        <w:rPr>
          <w:rFonts w:cs="Times New Roman"/>
          <w:color w:val="000000" w:themeColor="text1"/>
          <w:lang w:val="uk-UA"/>
        </w:rPr>
        <w:t xml:space="preserve"> </w:t>
      </w:r>
      <w:r w:rsidRPr="00B7305F">
        <w:rPr>
          <w:rFonts w:cs="Times New Roman"/>
          <w:color w:val="000000" w:themeColor="text1"/>
          <w:lang w:val="uk-UA"/>
        </w:rPr>
        <w:t>пропонують</w:t>
      </w:r>
      <w:r w:rsidR="00480420" w:rsidRPr="00B7305F">
        <w:rPr>
          <w:rFonts w:cs="Times New Roman"/>
          <w:color w:val="000000" w:themeColor="text1"/>
          <w:lang w:val="uk-UA"/>
        </w:rPr>
        <w:t xml:space="preserve"> </w:t>
      </w:r>
      <w:r w:rsidRPr="00B7305F">
        <w:rPr>
          <w:rFonts w:cs="Times New Roman"/>
          <w:color w:val="000000" w:themeColor="text1"/>
          <w:lang w:val="uk-UA"/>
        </w:rPr>
        <w:t>VR-окуляри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інші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«зануритися»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сценічний</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Він</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спостерігач,</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учасник:</w:t>
      </w:r>
      <w:r w:rsidR="00480420" w:rsidRPr="00B7305F">
        <w:rPr>
          <w:rFonts w:cs="Times New Roman"/>
          <w:color w:val="000000" w:themeColor="text1"/>
          <w:lang w:val="uk-UA"/>
        </w:rPr>
        <w:t xml:space="preserve"> </w:t>
      </w:r>
      <w:r w:rsidRPr="00B7305F">
        <w:rPr>
          <w:rFonts w:cs="Times New Roman"/>
          <w:color w:val="000000" w:themeColor="text1"/>
          <w:lang w:val="uk-UA"/>
        </w:rPr>
        <w:t>пересувається,</w:t>
      </w:r>
      <w:r w:rsidR="00480420" w:rsidRPr="00B7305F">
        <w:rPr>
          <w:rFonts w:cs="Times New Roman"/>
          <w:color w:val="000000" w:themeColor="text1"/>
          <w:lang w:val="uk-UA"/>
        </w:rPr>
        <w:t xml:space="preserve"> </w:t>
      </w:r>
      <w:r w:rsidRPr="00B7305F">
        <w:rPr>
          <w:rFonts w:cs="Times New Roman"/>
          <w:color w:val="000000" w:themeColor="text1"/>
          <w:lang w:val="uk-UA"/>
        </w:rPr>
        <w:t>вибирає</w:t>
      </w:r>
      <w:r w:rsidR="00480420" w:rsidRPr="00B7305F">
        <w:rPr>
          <w:rFonts w:cs="Times New Roman"/>
          <w:color w:val="000000" w:themeColor="text1"/>
          <w:lang w:val="uk-UA"/>
        </w:rPr>
        <w:t xml:space="preserve"> </w:t>
      </w:r>
      <w:r w:rsidRPr="00B7305F">
        <w:rPr>
          <w:rFonts w:cs="Times New Roman"/>
          <w:color w:val="000000" w:themeColor="text1"/>
          <w:lang w:val="uk-UA"/>
        </w:rPr>
        <w:t>точки</w:t>
      </w:r>
      <w:r w:rsidR="00480420" w:rsidRPr="00B7305F">
        <w:rPr>
          <w:rFonts w:cs="Times New Roman"/>
          <w:color w:val="000000" w:themeColor="text1"/>
          <w:lang w:val="uk-UA"/>
        </w:rPr>
        <w:t xml:space="preserve"> </w:t>
      </w:r>
      <w:r w:rsidRPr="00B7305F">
        <w:rPr>
          <w:rFonts w:cs="Times New Roman"/>
          <w:color w:val="000000" w:themeColor="text1"/>
          <w:lang w:val="uk-UA"/>
        </w:rPr>
        <w:t>огляду,</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взаємодіє</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віртуальними</w:t>
      </w:r>
      <w:r w:rsidR="00480420" w:rsidRPr="00B7305F">
        <w:rPr>
          <w:rFonts w:cs="Times New Roman"/>
          <w:color w:val="000000" w:themeColor="text1"/>
          <w:lang w:val="uk-UA"/>
        </w:rPr>
        <w:t xml:space="preserve"> </w:t>
      </w:r>
      <w:r w:rsidRPr="00B7305F">
        <w:rPr>
          <w:rFonts w:cs="Times New Roman"/>
          <w:color w:val="000000" w:themeColor="text1"/>
          <w:lang w:val="uk-UA"/>
        </w:rPr>
        <w:t>елементами.</w:t>
      </w:r>
      <w:r w:rsidR="00480420" w:rsidRPr="00B7305F">
        <w:rPr>
          <w:rFonts w:cs="Times New Roman"/>
          <w:color w:val="000000" w:themeColor="text1"/>
          <w:lang w:val="uk-UA"/>
        </w:rPr>
        <w:t xml:space="preserve"> </w:t>
      </w:r>
      <w:r w:rsidRPr="00B7305F">
        <w:rPr>
          <w:rFonts w:cs="Times New Roman"/>
          <w:color w:val="000000" w:themeColor="text1"/>
          <w:lang w:val="uk-UA"/>
        </w:rPr>
        <w:t>Гібриди</w:t>
      </w:r>
      <w:r w:rsidR="00480420" w:rsidRPr="00B7305F">
        <w:rPr>
          <w:rFonts w:cs="Times New Roman"/>
          <w:color w:val="000000" w:themeColor="text1"/>
          <w:lang w:val="uk-UA"/>
        </w:rPr>
        <w:t xml:space="preserve"> </w:t>
      </w:r>
      <w:r w:rsidRPr="00B7305F">
        <w:rPr>
          <w:rFonts w:cs="Times New Roman"/>
          <w:color w:val="000000" w:themeColor="text1"/>
          <w:lang w:val="uk-UA"/>
        </w:rPr>
        <w:t>театр–відеоігри:</w:t>
      </w:r>
      <w:r w:rsidR="00480420" w:rsidRPr="00B7305F">
        <w:rPr>
          <w:rFonts w:cs="Times New Roman"/>
          <w:color w:val="000000" w:themeColor="text1"/>
          <w:lang w:val="uk-UA"/>
        </w:rPr>
        <w:t xml:space="preserve"> </w:t>
      </w:r>
      <w:r w:rsidRPr="00B7305F">
        <w:rPr>
          <w:rFonts w:cs="Times New Roman"/>
          <w:color w:val="000000" w:themeColor="text1"/>
          <w:lang w:val="uk-UA"/>
        </w:rPr>
        <w:t>створення</w:t>
      </w:r>
      <w:r w:rsidR="00480420" w:rsidRPr="00B7305F">
        <w:rPr>
          <w:rFonts w:cs="Times New Roman"/>
          <w:color w:val="000000" w:themeColor="text1"/>
          <w:lang w:val="uk-UA"/>
        </w:rPr>
        <w:t xml:space="preserve"> </w:t>
      </w:r>
      <w:r w:rsidRPr="00B7305F">
        <w:rPr>
          <w:rFonts w:cs="Times New Roman"/>
          <w:color w:val="000000" w:themeColor="text1"/>
          <w:lang w:val="uk-UA"/>
        </w:rPr>
        <w:t>нелінійних</w:t>
      </w:r>
      <w:r w:rsidR="00480420" w:rsidRPr="00B7305F">
        <w:rPr>
          <w:rFonts w:cs="Times New Roman"/>
          <w:color w:val="000000" w:themeColor="text1"/>
          <w:lang w:val="uk-UA"/>
        </w:rPr>
        <w:t xml:space="preserve"> </w:t>
      </w:r>
      <w:r w:rsidRPr="00B7305F">
        <w:rPr>
          <w:rFonts w:cs="Times New Roman"/>
          <w:color w:val="000000" w:themeColor="text1"/>
          <w:lang w:val="uk-UA"/>
        </w:rPr>
        <w:t>сцен,</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впливає</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розвиток</w:t>
      </w:r>
      <w:r w:rsidR="00480420" w:rsidRPr="00B7305F">
        <w:rPr>
          <w:rFonts w:cs="Times New Roman"/>
          <w:color w:val="000000" w:themeColor="text1"/>
          <w:lang w:val="uk-UA"/>
        </w:rPr>
        <w:t xml:space="preserve"> </w:t>
      </w:r>
      <w:r w:rsidRPr="00B7305F">
        <w:rPr>
          <w:rFonts w:cs="Times New Roman"/>
          <w:color w:val="000000" w:themeColor="text1"/>
          <w:lang w:val="uk-UA"/>
        </w:rPr>
        <w:t>сюжету,</w:t>
      </w:r>
      <w:r w:rsidR="00480420" w:rsidRPr="00B7305F">
        <w:rPr>
          <w:rFonts w:cs="Times New Roman"/>
          <w:color w:val="000000" w:themeColor="text1"/>
          <w:lang w:val="uk-UA"/>
        </w:rPr>
        <w:t xml:space="preserve"> </w:t>
      </w:r>
      <w:r w:rsidRPr="00B7305F">
        <w:rPr>
          <w:rFonts w:cs="Times New Roman"/>
          <w:color w:val="000000" w:themeColor="text1"/>
          <w:lang w:val="uk-UA"/>
        </w:rPr>
        <w:t>робить</w:t>
      </w:r>
      <w:r w:rsidR="00480420" w:rsidRPr="00B7305F">
        <w:rPr>
          <w:rFonts w:cs="Times New Roman"/>
          <w:color w:val="000000" w:themeColor="text1"/>
          <w:lang w:val="uk-UA"/>
        </w:rPr>
        <w:t xml:space="preserve"> </w:t>
      </w:r>
      <w:r w:rsidRPr="00B7305F">
        <w:rPr>
          <w:rFonts w:cs="Times New Roman"/>
          <w:color w:val="000000" w:themeColor="text1"/>
          <w:lang w:val="uk-UA"/>
        </w:rPr>
        <w:t>вибір,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подія</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свій</w:t>
      </w:r>
      <w:r w:rsidR="00480420" w:rsidRPr="00B7305F">
        <w:rPr>
          <w:rFonts w:cs="Times New Roman"/>
          <w:color w:val="000000" w:themeColor="text1"/>
          <w:lang w:val="uk-UA"/>
        </w:rPr>
        <w:t xml:space="preserve"> </w:t>
      </w:r>
      <w:r w:rsidRPr="00B7305F">
        <w:rPr>
          <w:rFonts w:cs="Times New Roman"/>
          <w:color w:val="000000" w:themeColor="text1"/>
          <w:lang w:val="uk-UA"/>
        </w:rPr>
        <w:t>хід.</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форма</w:t>
      </w:r>
      <w:r w:rsidR="00480420" w:rsidRPr="00B7305F">
        <w:rPr>
          <w:rFonts w:cs="Times New Roman"/>
          <w:color w:val="000000" w:themeColor="text1"/>
          <w:lang w:val="uk-UA"/>
        </w:rPr>
        <w:t xml:space="preserve"> </w:t>
      </w:r>
      <w:r w:rsidRPr="00B7305F">
        <w:rPr>
          <w:rFonts w:cs="Times New Roman"/>
          <w:color w:val="000000" w:themeColor="text1"/>
          <w:lang w:val="uk-UA"/>
        </w:rPr>
        <w:t>інтерактивного</w:t>
      </w:r>
      <w:r w:rsidR="00480420" w:rsidRPr="00B7305F">
        <w:rPr>
          <w:rFonts w:cs="Times New Roman"/>
          <w:color w:val="000000" w:themeColor="text1"/>
          <w:lang w:val="uk-UA"/>
        </w:rPr>
        <w:t xml:space="preserve"> </w:t>
      </w:r>
      <w:r w:rsidRPr="00B7305F">
        <w:rPr>
          <w:rFonts w:cs="Times New Roman"/>
          <w:color w:val="000000" w:themeColor="text1"/>
          <w:lang w:val="uk-UA"/>
        </w:rPr>
        <w:t>кіно/театру.</w:t>
      </w:r>
      <w:r w:rsidR="00480420" w:rsidRPr="00B7305F">
        <w:rPr>
          <w:rFonts w:cs="Times New Roman"/>
          <w:color w:val="000000" w:themeColor="text1"/>
          <w:lang w:val="uk-UA"/>
        </w:rPr>
        <w:t xml:space="preserve"> </w:t>
      </w:r>
    </w:p>
    <w:p w14:paraId="1EE65EB2" w14:textId="3532EB6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світі</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експериментальний</w:t>
      </w:r>
      <w:r w:rsidR="00480420" w:rsidRPr="00B7305F">
        <w:rPr>
          <w:rFonts w:cs="Times New Roman"/>
          <w:color w:val="000000" w:themeColor="text1"/>
          <w:lang w:val="uk-UA"/>
        </w:rPr>
        <w:t xml:space="preserve"> </w:t>
      </w:r>
      <w:r w:rsidR="0088316A"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0088316A" w:rsidRPr="00B7305F">
        <w:rPr>
          <w:rFonts w:cs="Times New Roman"/>
          <w:color w:val="000000" w:themeColor="text1"/>
          <w:lang w:val="uk-UA"/>
        </w:rPr>
        <w:t>використовує</w:t>
      </w:r>
      <w:r w:rsidR="00480420" w:rsidRPr="00B7305F">
        <w:rPr>
          <w:rFonts w:cs="Times New Roman"/>
          <w:color w:val="000000" w:themeColor="text1"/>
          <w:lang w:val="uk-UA"/>
        </w:rPr>
        <w:t xml:space="preserve"> </w:t>
      </w:r>
      <w:r w:rsidRPr="00B7305F">
        <w:rPr>
          <w:rFonts w:cs="Times New Roman"/>
          <w:color w:val="000000" w:themeColor="text1"/>
          <w:lang w:val="uk-UA"/>
        </w:rPr>
        <w:t>VR-версії</w:t>
      </w:r>
      <w:r w:rsidR="00480420" w:rsidRPr="00B7305F">
        <w:rPr>
          <w:rFonts w:cs="Times New Roman"/>
          <w:color w:val="000000" w:themeColor="text1"/>
          <w:lang w:val="uk-UA"/>
        </w:rPr>
        <w:t xml:space="preserve"> </w:t>
      </w:r>
      <w:r w:rsidRPr="00B7305F">
        <w:rPr>
          <w:rFonts w:cs="Times New Roman"/>
          <w:color w:val="000000" w:themeColor="text1"/>
          <w:lang w:val="uk-UA"/>
        </w:rPr>
        <w:t>вистав,</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переміщується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сценами,</w:t>
      </w:r>
      <w:r w:rsidR="00480420" w:rsidRPr="00B7305F">
        <w:rPr>
          <w:rFonts w:cs="Times New Roman"/>
          <w:color w:val="000000" w:themeColor="text1"/>
          <w:lang w:val="uk-UA"/>
        </w:rPr>
        <w:t xml:space="preserve"> </w:t>
      </w:r>
      <w:r w:rsidRPr="00B7305F">
        <w:rPr>
          <w:rFonts w:cs="Times New Roman"/>
          <w:color w:val="000000" w:themeColor="text1"/>
          <w:lang w:val="uk-UA"/>
        </w:rPr>
        <w:t>сам</w:t>
      </w:r>
      <w:r w:rsidR="00480420" w:rsidRPr="00B7305F">
        <w:rPr>
          <w:rFonts w:cs="Times New Roman"/>
          <w:color w:val="000000" w:themeColor="text1"/>
          <w:lang w:val="uk-UA"/>
        </w:rPr>
        <w:t xml:space="preserve"> </w:t>
      </w:r>
      <w:r w:rsidRPr="00B7305F">
        <w:rPr>
          <w:rFonts w:cs="Times New Roman"/>
          <w:color w:val="000000" w:themeColor="text1"/>
          <w:lang w:val="uk-UA"/>
        </w:rPr>
        <w:t>знаходить</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сюжетний</w:t>
      </w:r>
      <w:r w:rsidR="00480420" w:rsidRPr="00B7305F">
        <w:rPr>
          <w:rFonts w:cs="Times New Roman"/>
          <w:color w:val="000000" w:themeColor="text1"/>
          <w:lang w:val="uk-UA"/>
        </w:rPr>
        <w:t xml:space="preserve"> </w:t>
      </w:r>
      <w:r w:rsidRPr="00B7305F">
        <w:rPr>
          <w:rFonts w:cs="Times New Roman"/>
          <w:color w:val="000000" w:themeColor="text1"/>
          <w:lang w:val="uk-UA"/>
        </w:rPr>
        <w:t>вузол.</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Україні</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досліди</w:t>
      </w:r>
      <w:r w:rsidR="00480420" w:rsidRPr="00B7305F">
        <w:rPr>
          <w:rFonts w:cs="Times New Roman"/>
          <w:color w:val="000000" w:themeColor="text1"/>
          <w:lang w:val="uk-UA"/>
        </w:rPr>
        <w:t xml:space="preserve"> </w:t>
      </w:r>
      <w:r w:rsidRPr="00B7305F">
        <w:rPr>
          <w:rFonts w:cs="Times New Roman"/>
          <w:color w:val="000000" w:themeColor="text1"/>
          <w:lang w:val="uk-UA"/>
        </w:rPr>
        <w:t>ще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ранніх</w:t>
      </w:r>
      <w:r w:rsidR="00480420" w:rsidRPr="00B7305F">
        <w:rPr>
          <w:rFonts w:cs="Times New Roman"/>
          <w:color w:val="000000" w:themeColor="text1"/>
          <w:lang w:val="uk-UA"/>
        </w:rPr>
        <w:t xml:space="preserve"> </w:t>
      </w:r>
      <w:r w:rsidRPr="00B7305F">
        <w:rPr>
          <w:rFonts w:cs="Times New Roman"/>
          <w:color w:val="000000" w:themeColor="text1"/>
          <w:lang w:val="uk-UA"/>
        </w:rPr>
        <w:t>стадіях,</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з’являються</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лабораторії,</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працюють</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доповненою</w:t>
      </w:r>
      <w:r w:rsidR="00480420" w:rsidRPr="00B7305F">
        <w:rPr>
          <w:rFonts w:cs="Times New Roman"/>
          <w:color w:val="000000" w:themeColor="text1"/>
          <w:lang w:val="uk-UA"/>
        </w:rPr>
        <w:t xml:space="preserve"> </w:t>
      </w:r>
      <w:r w:rsidRPr="00B7305F">
        <w:rPr>
          <w:rFonts w:cs="Times New Roman"/>
          <w:color w:val="000000" w:themeColor="text1"/>
          <w:lang w:val="uk-UA"/>
        </w:rPr>
        <w:t>реальністю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виставах.</w:t>
      </w:r>
    </w:p>
    <w:p w14:paraId="06CB9C2C" w14:textId="3B6AADCB"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4.</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Інтерактивні,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ім</w:t>
      </w:r>
      <w:r w:rsidR="00460229" w:rsidRPr="00B7305F">
        <w:rPr>
          <w:rFonts w:cs="Times New Roman"/>
          <w:b/>
          <w:bCs/>
          <w:color w:val="000000" w:themeColor="text1"/>
          <w:lang w:val="uk-UA"/>
        </w:rPr>
        <w:t>е</w:t>
      </w:r>
      <w:r w:rsidRPr="00B7305F">
        <w:rPr>
          <w:rFonts w:cs="Times New Roman"/>
          <w:b/>
          <w:bCs/>
          <w:color w:val="000000" w:themeColor="text1"/>
          <w:lang w:val="uk-UA"/>
        </w:rPr>
        <w:t>рсивні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формати</w:t>
      </w:r>
    </w:p>
    <w:p w14:paraId="4C32FEBA" w14:textId="3917B18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дав</w:t>
      </w:r>
      <w:r w:rsidR="00480420" w:rsidRPr="00B7305F">
        <w:rPr>
          <w:rFonts w:cs="Times New Roman"/>
          <w:color w:val="000000" w:themeColor="text1"/>
          <w:lang w:val="uk-UA"/>
        </w:rPr>
        <w:t xml:space="preserve"> </w:t>
      </w:r>
      <w:r w:rsidRPr="00B7305F">
        <w:rPr>
          <w:rFonts w:cs="Times New Roman"/>
          <w:color w:val="000000" w:themeColor="text1"/>
          <w:lang w:val="uk-UA"/>
        </w:rPr>
        <w:t>нам</w:t>
      </w:r>
      <w:r w:rsidR="00480420" w:rsidRPr="00B7305F">
        <w:rPr>
          <w:rFonts w:cs="Times New Roman"/>
          <w:color w:val="000000" w:themeColor="text1"/>
          <w:lang w:val="uk-UA"/>
        </w:rPr>
        <w:t xml:space="preserve"> </w:t>
      </w:r>
      <w:r w:rsidRPr="00B7305F">
        <w:rPr>
          <w:rFonts w:cs="Times New Roman"/>
          <w:color w:val="000000" w:themeColor="text1"/>
          <w:lang w:val="uk-UA"/>
        </w:rPr>
        <w:t>досвід</w:t>
      </w:r>
      <w:r w:rsidR="00480420" w:rsidRPr="00B7305F">
        <w:rPr>
          <w:rFonts w:cs="Times New Roman"/>
          <w:color w:val="000000" w:themeColor="text1"/>
          <w:lang w:val="uk-UA"/>
        </w:rPr>
        <w:t xml:space="preserve"> </w:t>
      </w:r>
      <w:r w:rsidRPr="00B7305F">
        <w:rPr>
          <w:rFonts w:cs="Times New Roman"/>
          <w:color w:val="000000" w:themeColor="text1"/>
          <w:lang w:val="uk-UA"/>
        </w:rPr>
        <w:t>інтерактивності</w:t>
      </w:r>
      <w:r w:rsidR="00480420" w:rsidRPr="00B7305F">
        <w:rPr>
          <w:rFonts w:cs="Times New Roman"/>
          <w:color w:val="000000" w:themeColor="text1"/>
          <w:lang w:val="uk-UA"/>
        </w:rPr>
        <w:t xml:space="preserve"> </w:t>
      </w:r>
      <w:r w:rsidRPr="00B7305F">
        <w:rPr>
          <w:rFonts w:cs="Times New Roman"/>
          <w:color w:val="000000" w:themeColor="text1"/>
          <w:lang w:val="uk-UA"/>
        </w:rPr>
        <w:t>(вибір</w:t>
      </w:r>
      <w:r w:rsidR="00480420" w:rsidRPr="00B7305F">
        <w:rPr>
          <w:rFonts w:cs="Times New Roman"/>
          <w:color w:val="000000" w:themeColor="text1"/>
          <w:lang w:val="uk-UA"/>
        </w:rPr>
        <w:t xml:space="preserve"> </w:t>
      </w:r>
      <w:r w:rsidRPr="00B7305F">
        <w:rPr>
          <w:rFonts w:cs="Times New Roman"/>
          <w:color w:val="000000" w:themeColor="text1"/>
          <w:lang w:val="uk-UA"/>
        </w:rPr>
        <w:t>шляху,</w:t>
      </w:r>
      <w:r w:rsidR="00480420" w:rsidRPr="00B7305F">
        <w:rPr>
          <w:rFonts w:cs="Times New Roman"/>
          <w:color w:val="000000" w:themeColor="text1"/>
          <w:lang w:val="uk-UA"/>
        </w:rPr>
        <w:t xml:space="preserve"> </w:t>
      </w:r>
      <w:r w:rsidRPr="00B7305F">
        <w:rPr>
          <w:rFonts w:cs="Times New Roman"/>
          <w:color w:val="000000" w:themeColor="text1"/>
          <w:lang w:val="uk-UA"/>
        </w:rPr>
        <w:t>нелінійні</w:t>
      </w:r>
      <w:r w:rsidR="00480420" w:rsidRPr="00B7305F">
        <w:rPr>
          <w:rFonts w:cs="Times New Roman"/>
          <w:color w:val="000000" w:themeColor="text1"/>
          <w:lang w:val="uk-UA"/>
        </w:rPr>
        <w:t xml:space="preserve"> </w:t>
      </w:r>
      <w:r w:rsidRPr="00B7305F">
        <w:rPr>
          <w:rFonts w:cs="Times New Roman"/>
          <w:color w:val="000000" w:themeColor="text1"/>
          <w:lang w:val="uk-UA"/>
        </w:rPr>
        <w:t>сюжети).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театрі</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теж</w:t>
      </w:r>
      <w:r w:rsidR="00480420" w:rsidRPr="00B7305F">
        <w:rPr>
          <w:rFonts w:cs="Times New Roman"/>
          <w:color w:val="000000" w:themeColor="text1"/>
          <w:lang w:val="uk-UA"/>
        </w:rPr>
        <w:t xml:space="preserve"> </w:t>
      </w:r>
      <w:r w:rsidRPr="00B7305F">
        <w:rPr>
          <w:rFonts w:cs="Times New Roman"/>
          <w:color w:val="000000" w:themeColor="text1"/>
          <w:lang w:val="uk-UA"/>
        </w:rPr>
        <w:t>починає</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p>
    <w:p w14:paraId="5B630EFE" w14:textId="02D0111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Імерсивний</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форма,</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занурений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подію,</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пересуватись</w:t>
      </w:r>
      <w:r w:rsidR="00480420" w:rsidRPr="00B7305F">
        <w:rPr>
          <w:rFonts w:cs="Times New Roman"/>
          <w:color w:val="000000" w:themeColor="text1"/>
          <w:lang w:val="uk-UA"/>
        </w:rPr>
        <w:t xml:space="preserve"> </w:t>
      </w:r>
      <w:r w:rsidR="00460229"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ними,</w:t>
      </w:r>
      <w:r w:rsidR="00480420" w:rsidRPr="00B7305F">
        <w:rPr>
          <w:rFonts w:cs="Times New Roman"/>
          <w:color w:val="000000" w:themeColor="text1"/>
          <w:lang w:val="uk-UA"/>
        </w:rPr>
        <w:t xml:space="preserve"> </w:t>
      </w:r>
      <w:r w:rsidRPr="00B7305F">
        <w:rPr>
          <w:rFonts w:cs="Times New Roman"/>
          <w:color w:val="000000" w:themeColor="text1"/>
          <w:lang w:val="uk-UA"/>
        </w:rPr>
        <w:t>впливати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чітко</w:t>
      </w:r>
      <w:r w:rsidR="00480420" w:rsidRPr="00B7305F">
        <w:rPr>
          <w:rFonts w:cs="Times New Roman"/>
          <w:color w:val="000000" w:themeColor="text1"/>
          <w:lang w:val="uk-UA"/>
        </w:rPr>
        <w:t xml:space="preserve"> </w:t>
      </w:r>
      <w:r w:rsidRPr="00B7305F">
        <w:rPr>
          <w:rFonts w:cs="Times New Roman"/>
          <w:color w:val="000000" w:themeColor="text1"/>
          <w:lang w:val="uk-UA"/>
        </w:rPr>
        <w:t>виділеної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йти</w:t>
      </w:r>
      <w:r w:rsidR="00480420" w:rsidRPr="00B7305F">
        <w:rPr>
          <w:rFonts w:cs="Times New Roman"/>
          <w:color w:val="000000" w:themeColor="text1"/>
          <w:lang w:val="uk-UA"/>
        </w:rPr>
        <w:t xml:space="preserve"> </w:t>
      </w:r>
      <w:r w:rsidRPr="00B7305F">
        <w:rPr>
          <w:rFonts w:cs="Times New Roman"/>
          <w:color w:val="000000" w:themeColor="text1"/>
          <w:lang w:val="uk-UA"/>
        </w:rPr>
        <w:t>навколо</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p>
    <w:p w14:paraId="024315EC" w14:textId="4779501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Інтерактивні</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вибірковим</w:t>
      </w:r>
      <w:r w:rsidR="00480420" w:rsidRPr="00B7305F">
        <w:rPr>
          <w:rFonts w:cs="Times New Roman"/>
          <w:color w:val="000000" w:themeColor="text1"/>
          <w:lang w:val="uk-UA"/>
        </w:rPr>
        <w:t xml:space="preserve"> </w:t>
      </w:r>
      <w:r w:rsidRPr="00B7305F">
        <w:rPr>
          <w:rFonts w:cs="Times New Roman"/>
          <w:color w:val="000000" w:themeColor="text1"/>
          <w:lang w:val="uk-UA"/>
        </w:rPr>
        <w:t>сюжетом:</w:t>
      </w:r>
      <w:r w:rsidR="00480420" w:rsidRPr="00B7305F">
        <w:rPr>
          <w:rFonts w:cs="Times New Roman"/>
          <w:color w:val="000000" w:themeColor="text1"/>
          <w:lang w:val="uk-UA"/>
        </w:rPr>
        <w:t xml:space="preserve"> </w:t>
      </w:r>
      <w:r w:rsidRPr="00B7305F">
        <w:rPr>
          <w:rFonts w:cs="Times New Roman"/>
          <w:color w:val="000000" w:themeColor="text1"/>
          <w:lang w:val="uk-UA"/>
        </w:rPr>
        <w:t>глядачі</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обирати,</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хід</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буде</w:t>
      </w:r>
      <w:r w:rsidR="00480420" w:rsidRPr="00B7305F">
        <w:rPr>
          <w:rFonts w:cs="Times New Roman"/>
          <w:color w:val="000000" w:themeColor="text1"/>
          <w:lang w:val="uk-UA"/>
        </w:rPr>
        <w:t xml:space="preserve"> </w:t>
      </w:r>
      <w:r w:rsidRPr="00B7305F">
        <w:rPr>
          <w:rFonts w:cs="Times New Roman"/>
          <w:color w:val="000000" w:themeColor="text1"/>
          <w:lang w:val="uk-UA"/>
        </w:rPr>
        <w:t>далі,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реагує.</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нагадує</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кінематографічну</w:t>
      </w:r>
      <w:r w:rsidR="00480420" w:rsidRPr="00B7305F">
        <w:rPr>
          <w:rFonts w:cs="Times New Roman"/>
          <w:color w:val="000000" w:themeColor="text1"/>
          <w:lang w:val="uk-UA"/>
        </w:rPr>
        <w:t xml:space="preserve"> </w:t>
      </w:r>
      <w:r w:rsidRPr="00B7305F">
        <w:rPr>
          <w:rFonts w:cs="Times New Roman"/>
          <w:color w:val="000000" w:themeColor="text1"/>
          <w:lang w:val="uk-UA"/>
        </w:rPr>
        <w:t>структуру</w:t>
      </w:r>
      <w:r w:rsidR="00480420" w:rsidRPr="00B7305F">
        <w:rPr>
          <w:rFonts w:cs="Times New Roman"/>
          <w:color w:val="000000" w:themeColor="text1"/>
          <w:lang w:val="uk-UA"/>
        </w:rPr>
        <w:t xml:space="preserve"> </w:t>
      </w:r>
      <w:r w:rsidRPr="00B7305F">
        <w:rPr>
          <w:rFonts w:cs="Times New Roman"/>
          <w:color w:val="000000" w:themeColor="text1"/>
          <w:lang w:val="uk-UA"/>
        </w:rPr>
        <w:t>фільмів</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вибором</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розгалужені сюжети</w:t>
      </w:r>
      <w:r w:rsidRPr="00B7305F">
        <w:rPr>
          <w:rFonts w:cs="Times New Roman"/>
          <w:color w:val="000000" w:themeColor="text1"/>
          <w:lang w:val="uk-UA"/>
        </w:rPr>
        <w:t>).</w:t>
      </w:r>
      <w:r w:rsidR="00480420" w:rsidRPr="00B7305F">
        <w:rPr>
          <w:rFonts w:cs="Times New Roman"/>
          <w:color w:val="000000" w:themeColor="text1"/>
          <w:lang w:val="uk-UA"/>
        </w:rPr>
        <w:t xml:space="preserve"> </w:t>
      </w:r>
    </w:p>
    <w:p w14:paraId="62ACA492" w14:textId="4982A65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Гібридні</w:t>
      </w:r>
      <w:r w:rsidR="00480420" w:rsidRPr="00B7305F">
        <w:rPr>
          <w:rFonts w:cs="Times New Roman"/>
          <w:color w:val="000000" w:themeColor="text1"/>
          <w:lang w:val="uk-UA"/>
        </w:rPr>
        <w:t xml:space="preserve"> </w:t>
      </w:r>
      <w:r w:rsidRPr="00B7305F">
        <w:rPr>
          <w:rFonts w:cs="Times New Roman"/>
          <w:color w:val="000000" w:themeColor="text1"/>
          <w:lang w:val="uk-UA"/>
        </w:rPr>
        <w:t>формати</w:t>
      </w:r>
      <w:r w:rsidR="00480420" w:rsidRPr="00B7305F">
        <w:rPr>
          <w:rFonts w:cs="Times New Roman"/>
          <w:color w:val="000000" w:themeColor="text1"/>
          <w:lang w:val="uk-UA"/>
        </w:rPr>
        <w:t xml:space="preserve"> </w:t>
      </w:r>
      <w:r w:rsidR="00905F39">
        <w:rPr>
          <w:rFonts w:cs="Times New Roman"/>
          <w:color w:val="000000" w:themeColor="text1"/>
          <w:lang w:val="uk-UA"/>
        </w:rPr>
        <w:t>«</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ігрова</w:t>
      </w:r>
      <w:r w:rsidR="00480420" w:rsidRPr="00B7305F">
        <w:rPr>
          <w:rFonts w:cs="Times New Roman"/>
          <w:color w:val="000000" w:themeColor="text1"/>
          <w:lang w:val="uk-UA"/>
        </w:rPr>
        <w:t xml:space="preserve"> </w:t>
      </w:r>
      <w:r w:rsidRPr="00B7305F">
        <w:rPr>
          <w:rFonts w:cs="Times New Roman"/>
          <w:color w:val="000000" w:themeColor="text1"/>
          <w:lang w:val="uk-UA"/>
        </w:rPr>
        <w:t>механіка</w:t>
      </w:r>
      <w:r w:rsidR="00905F39" w:rsidRPr="00905F39">
        <w:rPr>
          <w:rFonts w:cs="Times New Roman"/>
          <w:color w:val="000000" w:themeColor="text1"/>
          <w:lang w:val="uk-UA"/>
        </w:rPr>
        <w:t xml:space="preserve"> </w:t>
      </w:r>
      <w:r w:rsidR="00905F39" w:rsidRPr="006E27B3">
        <w:rPr>
          <w:rFonts w:cs="Times New Roman"/>
          <w:lang w:val="uk-UA"/>
        </w:rPr>
        <w:t>[</w:t>
      </w:r>
      <w:r w:rsidR="006E27B3" w:rsidRPr="0010382C">
        <w:rPr>
          <w:rFonts w:cs="Times New Roman"/>
          <w:color w:val="000000" w:themeColor="text1"/>
          <w:lang w:val="uk-UA"/>
        </w:rPr>
        <w:t>30</w:t>
      </w:r>
      <w:r w:rsidR="00905F39" w:rsidRPr="0010382C">
        <w:rPr>
          <w:rFonts w:cs="Times New Roman"/>
          <w:color w:val="000000" w:themeColor="text1"/>
          <w:lang w:val="uk-UA"/>
        </w:rPr>
        <w:t xml:space="preserve">, </w:t>
      </w:r>
      <w:r w:rsidR="00905F39" w:rsidRPr="0010382C">
        <w:rPr>
          <w:rFonts w:cs="Times New Roman"/>
          <w:color w:val="000000" w:themeColor="text1"/>
        </w:rPr>
        <w:t>c</w:t>
      </w:r>
      <w:r w:rsidR="00905F39" w:rsidRPr="0010382C">
        <w:rPr>
          <w:rFonts w:cs="Times New Roman"/>
          <w:color w:val="000000" w:themeColor="text1"/>
          <w:lang w:val="uk-UA"/>
        </w:rPr>
        <w:t>.</w:t>
      </w:r>
      <w:r w:rsidR="006E27B3" w:rsidRPr="0010382C">
        <w:rPr>
          <w:rFonts w:cs="Times New Roman"/>
          <w:color w:val="000000" w:themeColor="text1"/>
          <w:lang w:val="uk-UA"/>
        </w:rPr>
        <w:t>78</w:t>
      </w:r>
      <w:r w:rsidR="00905F39"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перформансу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елементів</w:t>
      </w:r>
      <w:r w:rsidR="00480420" w:rsidRPr="00B7305F">
        <w:rPr>
          <w:rFonts w:cs="Times New Roman"/>
          <w:color w:val="000000" w:themeColor="text1"/>
          <w:lang w:val="uk-UA"/>
        </w:rPr>
        <w:t xml:space="preserve"> </w:t>
      </w:r>
      <w:r w:rsidRPr="00B7305F">
        <w:rPr>
          <w:rFonts w:cs="Times New Roman"/>
          <w:color w:val="000000" w:themeColor="text1"/>
          <w:lang w:val="uk-UA"/>
        </w:rPr>
        <w:t>відеоігри,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частково</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учасником.</w:t>
      </w:r>
    </w:p>
    <w:p w14:paraId="14326AD5" w14:textId="6CDB44A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роблять</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гнучким,</w:t>
      </w:r>
      <w:r w:rsidR="00480420" w:rsidRPr="00B7305F">
        <w:rPr>
          <w:rFonts w:cs="Times New Roman"/>
          <w:color w:val="000000" w:themeColor="text1"/>
          <w:lang w:val="uk-UA"/>
        </w:rPr>
        <w:t xml:space="preserve"> </w:t>
      </w:r>
      <w:r w:rsidRPr="00B7305F">
        <w:rPr>
          <w:rFonts w:cs="Times New Roman"/>
          <w:color w:val="000000" w:themeColor="text1"/>
          <w:lang w:val="uk-UA"/>
        </w:rPr>
        <w:t>соціально</w:t>
      </w:r>
      <w:r w:rsidR="00480420" w:rsidRPr="00B7305F">
        <w:rPr>
          <w:rFonts w:cs="Times New Roman"/>
          <w:color w:val="000000" w:themeColor="text1"/>
          <w:lang w:val="uk-UA"/>
        </w:rPr>
        <w:t xml:space="preserve"> </w:t>
      </w:r>
      <w:r w:rsidRPr="00B7305F">
        <w:rPr>
          <w:rFonts w:cs="Times New Roman"/>
          <w:color w:val="000000" w:themeColor="text1"/>
          <w:lang w:val="uk-UA"/>
        </w:rPr>
        <w:t>відкритим,</w:t>
      </w:r>
      <w:r w:rsidR="00480420" w:rsidRPr="00B7305F">
        <w:rPr>
          <w:rFonts w:cs="Times New Roman"/>
          <w:color w:val="000000" w:themeColor="text1"/>
          <w:lang w:val="uk-UA"/>
        </w:rPr>
        <w:t xml:space="preserve"> </w:t>
      </w:r>
      <w:r w:rsidRPr="00B7305F">
        <w:rPr>
          <w:rFonts w:cs="Times New Roman"/>
          <w:color w:val="000000" w:themeColor="text1"/>
          <w:lang w:val="uk-UA"/>
        </w:rPr>
        <w:t>змінюють</w:t>
      </w:r>
      <w:r w:rsidR="00480420" w:rsidRPr="00B7305F">
        <w:rPr>
          <w:rFonts w:cs="Times New Roman"/>
          <w:color w:val="000000" w:themeColor="text1"/>
          <w:lang w:val="uk-UA"/>
        </w:rPr>
        <w:t xml:space="preserve"> </w:t>
      </w:r>
      <w:r w:rsidRPr="00B7305F">
        <w:rPr>
          <w:rFonts w:cs="Times New Roman"/>
          <w:color w:val="000000" w:themeColor="text1"/>
          <w:lang w:val="uk-UA"/>
        </w:rPr>
        <w:t>ролі</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p>
    <w:p w14:paraId="6D39262C" w14:textId="435BA68A"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5.</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Світлові,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звукові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аудіовізуальні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технології</w:t>
      </w:r>
    </w:p>
    <w:p w14:paraId="447A5A0C" w14:textId="53C50C1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Кіно</w:t>
      </w:r>
      <w:r w:rsidR="00480420" w:rsidRPr="00B7305F">
        <w:rPr>
          <w:rFonts w:cs="Times New Roman"/>
          <w:color w:val="000000" w:themeColor="text1"/>
          <w:lang w:val="uk-UA"/>
        </w:rPr>
        <w:t xml:space="preserve"> </w:t>
      </w:r>
      <w:r w:rsidRPr="00B7305F">
        <w:rPr>
          <w:rFonts w:cs="Times New Roman"/>
          <w:color w:val="000000" w:themeColor="text1"/>
          <w:lang w:val="uk-UA"/>
        </w:rPr>
        <w:t>приносить</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рівень</w:t>
      </w:r>
      <w:r w:rsidR="00480420" w:rsidRPr="00B7305F">
        <w:rPr>
          <w:rFonts w:cs="Times New Roman"/>
          <w:color w:val="000000" w:themeColor="text1"/>
          <w:lang w:val="uk-UA"/>
        </w:rPr>
        <w:t xml:space="preserve"> </w:t>
      </w:r>
      <w:r w:rsidRPr="00B7305F">
        <w:rPr>
          <w:rFonts w:cs="Times New Roman"/>
          <w:color w:val="000000" w:themeColor="text1"/>
          <w:lang w:val="uk-UA"/>
        </w:rPr>
        <w:t>контролю</w:t>
      </w:r>
      <w:r w:rsidR="00480420" w:rsidRPr="00B7305F">
        <w:rPr>
          <w:rFonts w:cs="Times New Roman"/>
          <w:color w:val="000000" w:themeColor="text1"/>
          <w:lang w:val="uk-UA"/>
        </w:rPr>
        <w:t xml:space="preserve"> </w:t>
      </w:r>
      <w:r w:rsidRPr="00B7305F">
        <w:rPr>
          <w:rFonts w:cs="Times New Roman"/>
          <w:color w:val="000000" w:themeColor="text1"/>
          <w:lang w:val="uk-UA"/>
        </w:rPr>
        <w:t>над</w:t>
      </w:r>
      <w:r w:rsidR="00480420" w:rsidRPr="00B7305F">
        <w:rPr>
          <w:rFonts w:cs="Times New Roman"/>
          <w:color w:val="000000" w:themeColor="text1"/>
          <w:lang w:val="uk-UA"/>
        </w:rPr>
        <w:t xml:space="preserve"> </w:t>
      </w:r>
      <w:r w:rsidRPr="00B7305F">
        <w:rPr>
          <w:rFonts w:cs="Times New Roman"/>
          <w:color w:val="000000" w:themeColor="text1"/>
          <w:lang w:val="uk-UA"/>
        </w:rPr>
        <w:t>світлом,</w:t>
      </w:r>
      <w:r w:rsidR="00480420" w:rsidRPr="00B7305F">
        <w:rPr>
          <w:rFonts w:cs="Times New Roman"/>
          <w:color w:val="000000" w:themeColor="text1"/>
          <w:lang w:val="uk-UA"/>
        </w:rPr>
        <w:t xml:space="preserve"> </w:t>
      </w:r>
      <w:r w:rsidRPr="00B7305F">
        <w:rPr>
          <w:rFonts w:cs="Times New Roman"/>
          <w:color w:val="000000" w:themeColor="text1"/>
          <w:lang w:val="uk-UA"/>
        </w:rPr>
        <w:t>звуком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взаємодією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образом:</w:t>
      </w:r>
    </w:p>
    <w:p w14:paraId="24DD6623" w14:textId="4FD74122"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Світловий</w:t>
      </w:r>
      <w:r w:rsidR="00480420" w:rsidRPr="00B7305F">
        <w:rPr>
          <w:rFonts w:cs="Times New Roman"/>
          <w:color w:val="000000" w:themeColor="text1"/>
          <w:lang w:val="uk-UA"/>
        </w:rPr>
        <w:t xml:space="preserve"> </w:t>
      </w:r>
      <w:r w:rsidRPr="00B7305F">
        <w:rPr>
          <w:rFonts w:cs="Times New Roman"/>
          <w:color w:val="000000" w:themeColor="text1"/>
          <w:lang w:val="uk-UA"/>
        </w:rPr>
        <w:t>дизайн</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кіношним</w:t>
      </w:r>
      <w:r w:rsidR="00480420" w:rsidRPr="00B7305F">
        <w:rPr>
          <w:rFonts w:cs="Times New Roman"/>
          <w:color w:val="000000" w:themeColor="text1"/>
          <w:lang w:val="uk-UA"/>
        </w:rPr>
        <w:t xml:space="preserve"> </w:t>
      </w:r>
      <w:r w:rsidRPr="00B7305F">
        <w:rPr>
          <w:rFonts w:cs="Times New Roman"/>
          <w:color w:val="000000" w:themeColor="text1"/>
          <w:lang w:val="uk-UA"/>
        </w:rPr>
        <w:t>підходом:</w:t>
      </w:r>
      <w:r w:rsidR="00480420" w:rsidRPr="00B7305F">
        <w:rPr>
          <w:rFonts w:cs="Times New Roman"/>
          <w:color w:val="000000" w:themeColor="text1"/>
          <w:lang w:val="uk-UA"/>
        </w:rPr>
        <w:t xml:space="preserve"> </w:t>
      </w:r>
      <w:r w:rsidRPr="00B7305F">
        <w:rPr>
          <w:rFonts w:cs="Times New Roman"/>
          <w:color w:val="000000" w:themeColor="text1"/>
          <w:lang w:val="uk-UA"/>
        </w:rPr>
        <w:t>підсвічування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динамічні</w:t>
      </w:r>
      <w:r w:rsidR="00480420" w:rsidRPr="00B7305F">
        <w:rPr>
          <w:rFonts w:cs="Times New Roman"/>
          <w:color w:val="000000" w:themeColor="text1"/>
          <w:lang w:val="uk-UA"/>
        </w:rPr>
        <w:t xml:space="preserve"> </w:t>
      </w:r>
      <w:r w:rsidRPr="00B7305F">
        <w:rPr>
          <w:rFonts w:cs="Times New Roman"/>
          <w:color w:val="000000" w:themeColor="text1"/>
          <w:lang w:val="uk-UA"/>
        </w:rPr>
        <w:t>переходи,</w:t>
      </w:r>
      <w:r w:rsidR="00480420" w:rsidRPr="00B7305F">
        <w:rPr>
          <w:rFonts w:cs="Times New Roman"/>
          <w:color w:val="000000" w:themeColor="text1"/>
          <w:lang w:val="uk-UA"/>
        </w:rPr>
        <w:t xml:space="preserve"> </w:t>
      </w:r>
      <w:r w:rsidRPr="00B7305F">
        <w:rPr>
          <w:rFonts w:cs="Times New Roman"/>
          <w:color w:val="000000" w:themeColor="text1"/>
          <w:lang w:val="uk-UA"/>
        </w:rPr>
        <w:t>світло</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образний</w:t>
      </w:r>
      <w:r w:rsidR="00480420" w:rsidRPr="00B7305F">
        <w:rPr>
          <w:rFonts w:cs="Times New Roman"/>
          <w:color w:val="000000" w:themeColor="text1"/>
          <w:lang w:val="uk-UA"/>
        </w:rPr>
        <w:t xml:space="preserve"> </w:t>
      </w:r>
      <w:r w:rsidRPr="00B7305F">
        <w:rPr>
          <w:rFonts w:cs="Times New Roman"/>
          <w:color w:val="000000" w:themeColor="text1"/>
          <w:lang w:val="uk-UA"/>
        </w:rPr>
        <w:t>засіб,</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вводить</w:t>
      </w:r>
      <w:r w:rsidR="00480420" w:rsidRPr="00B7305F">
        <w:rPr>
          <w:rFonts w:cs="Times New Roman"/>
          <w:color w:val="000000" w:themeColor="text1"/>
          <w:lang w:val="uk-UA"/>
        </w:rPr>
        <w:t xml:space="preserve"> </w:t>
      </w:r>
      <w:r w:rsidRPr="00B7305F">
        <w:rPr>
          <w:rFonts w:cs="Times New Roman"/>
          <w:color w:val="000000" w:themeColor="text1"/>
          <w:lang w:val="uk-UA"/>
        </w:rPr>
        <w:t>символіку,</w:t>
      </w:r>
      <w:r w:rsidR="00480420" w:rsidRPr="00B7305F">
        <w:rPr>
          <w:rFonts w:cs="Times New Roman"/>
          <w:color w:val="000000" w:themeColor="text1"/>
          <w:lang w:val="uk-UA"/>
        </w:rPr>
        <w:t xml:space="preserve"> </w:t>
      </w:r>
      <w:r w:rsidRPr="00B7305F">
        <w:rPr>
          <w:rFonts w:cs="Times New Roman"/>
          <w:color w:val="000000" w:themeColor="text1"/>
          <w:lang w:val="uk-UA"/>
        </w:rPr>
        <w:t>акцентує</w:t>
      </w:r>
      <w:r w:rsidR="00480420" w:rsidRPr="00B7305F">
        <w:rPr>
          <w:rFonts w:cs="Times New Roman"/>
          <w:color w:val="000000" w:themeColor="text1"/>
          <w:lang w:val="uk-UA"/>
        </w:rPr>
        <w:t xml:space="preserve"> </w:t>
      </w:r>
      <w:r w:rsidRPr="00B7305F">
        <w:rPr>
          <w:rFonts w:cs="Times New Roman"/>
          <w:color w:val="000000" w:themeColor="text1"/>
          <w:lang w:val="uk-UA"/>
        </w:rPr>
        <w:t>важливі</w:t>
      </w:r>
      <w:r w:rsidR="00480420" w:rsidRPr="00B7305F">
        <w:rPr>
          <w:rFonts w:cs="Times New Roman"/>
          <w:color w:val="000000" w:themeColor="text1"/>
          <w:lang w:val="uk-UA"/>
        </w:rPr>
        <w:t xml:space="preserve"> </w:t>
      </w:r>
      <w:r w:rsidRPr="00B7305F">
        <w:rPr>
          <w:rFonts w:cs="Times New Roman"/>
          <w:color w:val="000000" w:themeColor="text1"/>
          <w:lang w:val="uk-UA"/>
        </w:rPr>
        <w:t>моменти.</w:t>
      </w:r>
    </w:p>
    <w:p w14:paraId="5CA41625" w14:textId="1BE4565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Звуковий</w:t>
      </w:r>
      <w:r w:rsidR="00480420" w:rsidRPr="00B7305F">
        <w:rPr>
          <w:rFonts w:cs="Times New Roman"/>
          <w:color w:val="000000" w:themeColor="text1"/>
          <w:lang w:val="uk-UA"/>
        </w:rPr>
        <w:t xml:space="preserve"> </w:t>
      </w:r>
      <w:r w:rsidRPr="00B7305F">
        <w:rPr>
          <w:rFonts w:cs="Times New Roman"/>
          <w:color w:val="000000" w:themeColor="text1"/>
          <w:lang w:val="uk-UA"/>
        </w:rPr>
        <w:t>дизайн,</w:t>
      </w:r>
      <w:r w:rsidR="00480420" w:rsidRPr="00B7305F">
        <w:rPr>
          <w:rFonts w:cs="Times New Roman"/>
          <w:color w:val="000000" w:themeColor="text1"/>
          <w:lang w:val="uk-UA"/>
        </w:rPr>
        <w:t xml:space="preserve"> </w:t>
      </w:r>
      <w:r w:rsidR="00480420" w:rsidRPr="00B7305F">
        <w:rPr>
          <w:rFonts w:cs="Times New Roman"/>
          <w:color w:val="000000" w:themeColor="text1"/>
          <w:lang w:val="ru-RU"/>
        </w:rPr>
        <w:t>атмосферний звук</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звуку,</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змінюються</w:t>
      </w:r>
      <w:r w:rsidR="00480420" w:rsidRPr="00B7305F">
        <w:rPr>
          <w:rFonts w:cs="Times New Roman"/>
          <w:color w:val="000000" w:themeColor="text1"/>
          <w:lang w:val="uk-UA"/>
        </w:rPr>
        <w:t xml:space="preserve"> </w:t>
      </w:r>
      <w:r w:rsidRPr="00B7305F">
        <w:rPr>
          <w:rFonts w:cs="Times New Roman"/>
          <w:color w:val="000000" w:themeColor="text1"/>
          <w:lang w:val="uk-UA"/>
        </w:rPr>
        <w:t>по</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створення</w:t>
      </w:r>
      <w:r w:rsidR="00480420" w:rsidRPr="00B7305F">
        <w:rPr>
          <w:rFonts w:cs="Times New Roman"/>
          <w:color w:val="000000" w:themeColor="text1"/>
          <w:lang w:val="uk-UA"/>
        </w:rPr>
        <w:t xml:space="preserve"> </w:t>
      </w:r>
      <w:r w:rsidRPr="00B7305F">
        <w:rPr>
          <w:rFonts w:cs="Times New Roman"/>
          <w:color w:val="000000" w:themeColor="text1"/>
          <w:lang w:val="uk-UA"/>
        </w:rPr>
        <w:t>атмосфери,</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фонових</w:t>
      </w:r>
      <w:r w:rsidR="00480420" w:rsidRPr="00B7305F">
        <w:rPr>
          <w:rFonts w:cs="Times New Roman"/>
          <w:color w:val="000000" w:themeColor="text1"/>
          <w:lang w:val="uk-UA"/>
        </w:rPr>
        <w:t xml:space="preserve"> </w:t>
      </w:r>
      <w:r w:rsidRPr="00B7305F">
        <w:rPr>
          <w:rFonts w:cs="Times New Roman"/>
          <w:color w:val="000000" w:themeColor="text1"/>
          <w:lang w:val="uk-UA"/>
        </w:rPr>
        <w:t>записів,</w:t>
      </w:r>
      <w:r w:rsidR="00480420" w:rsidRPr="00B7305F">
        <w:rPr>
          <w:rFonts w:cs="Times New Roman"/>
          <w:color w:val="000000" w:themeColor="text1"/>
          <w:lang w:val="uk-UA"/>
        </w:rPr>
        <w:t xml:space="preserve"> </w:t>
      </w:r>
      <w:r w:rsidRPr="00B7305F">
        <w:rPr>
          <w:rFonts w:cs="Times New Roman"/>
          <w:color w:val="000000" w:themeColor="text1"/>
          <w:lang w:val="uk-UA"/>
        </w:rPr>
        <w:t>шумів,</w:t>
      </w:r>
      <w:r w:rsidR="00480420" w:rsidRPr="00B7305F">
        <w:rPr>
          <w:rFonts w:cs="Times New Roman"/>
          <w:color w:val="000000" w:themeColor="text1"/>
          <w:lang w:val="uk-UA"/>
        </w:rPr>
        <w:t xml:space="preserve"> </w:t>
      </w:r>
      <w:r w:rsidRPr="00B7305F">
        <w:rPr>
          <w:rFonts w:cs="Times New Roman"/>
          <w:color w:val="000000" w:themeColor="text1"/>
          <w:lang w:val="uk-UA"/>
        </w:rPr>
        <w:t>музики,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приходить</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джерел,</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1DF26395" w14:textId="1BEC390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Синхронізація</w:t>
      </w:r>
      <w:r w:rsidR="00480420" w:rsidRPr="00B7305F">
        <w:rPr>
          <w:rFonts w:cs="Times New Roman"/>
          <w:color w:val="000000" w:themeColor="text1"/>
          <w:lang w:val="uk-UA"/>
        </w:rPr>
        <w:t xml:space="preserve"> </w:t>
      </w:r>
      <w:r w:rsidRPr="00B7305F">
        <w:rPr>
          <w:rFonts w:cs="Times New Roman"/>
          <w:color w:val="000000" w:themeColor="text1"/>
          <w:lang w:val="uk-UA"/>
        </w:rPr>
        <w:t>світла,</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звуку</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зміна</w:t>
      </w:r>
      <w:r w:rsidR="00480420" w:rsidRPr="00B7305F">
        <w:rPr>
          <w:rFonts w:cs="Times New Roman"/>
          <w:color w:val="000000" w:themeColor="text1"/>
          <w:lang w:val="uk-UA"/>
        </w:rPr>
        <w:t xml:space="preserve"> </w:t>
      </w:r>
      <w:r w:rsidRPr="00B7305F">
        <w:rPr>
          <w:rFonts w:cs="Times New Roman"/>
          <w:color w:val="000000" w:themeColor="text1"/>
          <w:lang w:val="uk-UA"/>
        </w:rPr>
        <w:t>світла</w:t>
      </w:r>
      <w:r w:rsidR="00480420" w:rsidRPr="00B7305F">
        <w:rPr>
          <w:rFonts w:cs="Times New Roman"/>
          <w:color w:val="000000" w:themeColor="text1"/>
          <w:lang w:val="uk-UA"/>
        </w:rPr>
        <w:t xml:space="preserve"> </w:t>
      </w:r>
      <w:r w:rsidRPr="00B7305F">
        <w:rPr>
          <w:rFonts w:cs="Times New Roman"/>
          <w:color w:val="000000" w:themeColor="text1"/>
          <w:lang w:val="uk-UA"/>
        </w:rPr>
        <w:t>разом</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зміною</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екрані,</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звук,</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слідує</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p>
    <w:p w14:paraId="76E3124F" w14:textId="4138200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інтегрований</w:t>
      </w:r>
      <w:r w:rsidR="00480420" w:rsidRPr="00B7305F">
        <w:rPr>
          <w:rFonts w:cs="Times New Roman"/>
          <w:color w:val="000000" w:themeColor="text1"/>
          <w:lang w:val="uk-UA"/>
        </w:rPr>
        <w:t xml:space="preserve"> </w:t>
      </w:r>
      <w:r w:rsidRPr="00B7305F">
        <w:rPr>
          <w:rFonts w:cs="Times New Roman"/>
          <w:color w:val="000000" w:themeColor="text1"/>
          <w:lang w:val="uk-UA"/>
        </w:rPr>
        <w:t>підхід</w:t>
      </w:r>
      <w:r w:rsidR="00480420" w:rsidRPr="00B7305F">
        <w:rPr>
          <w:rFonts w:cs="Times New Roman"/>
          <w:color w:val="000000" w:themeColor="text1"/>
          <w:lang w:val="uk-UA"/>
        </w:rPr>
        <w:t xml:space="preserve"> </w:t>
      </w:r>
      <w:r w:rsidRPr="00B7305F">
        <w:rPr>
          <w:rFonts w:cs="Times New Roman"/>
          <w:color w:val="000000" w:themeColor="text1"/>
          <w:lang w:val="uk-UA"/>
        </w:rPr>
        <w:t>дає</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кіношний</w:t>
      </w:r>
      <w:r w:rsidR="00480420" w:rsidRPr="00B7305F">
        <w:rPr>
          <w:rFonts w:cs="Times New Roman"/>
          <w:color w:val="000000" w:themeColor="text1"/>
          <w:lang w:val="uk-UA"/>
        </w:rPr>
        <w:t xml:space="preserve"> </w:t>
      </w:r>
      <w:r w:rsidRPr="00B7305F">
        <w:rPr>
          <w:rFonts w:cs="Times New Roman"/>
          <w:color w:val="000000" w:themeColor="text1"/>
          <w:lang w:val="uk-UA"/>
        </w:rPr>
        <w:t>імпульс:</w:t>
      </w:r>
      <w:r w:rsidR="00480420" w:rsidRPr="00B7305F">
        <w:rPr>
          <w:rFonts w:cs="Times New Roman"/>
          <w:color w:val="000000" w:themeColor="text1"/>
          <w:lang w:val="uk-UA"/>
        </w:rPr>
        <w:t xml:space="preserve"> </w:t>
      </w:r>
      <w:r w:rsidRPr="00B7305F">
        <w:rPr>
          <w:rFonts w:cs="Times New Roman"/>
          <w:color w:val="000000" w:themeColor="text1"/>
          <w:lang w:val="uk-UA"/>
        </w:rPr>
        <w:t>подія</w:t>
      </w:r>
      <w:r w:rsidR="00480420" w:rsidRPr="00B7305F">
        <w:rPr>
          <w:rFonts w:cs="Times New Roman"/>
          <w:color w:val="000000" w:themeColor="text1"/>
          <w:lang w:val="uk-UA"/>
        </w:rPr>
        <w:t xml:space="preserve"> </w:t>
      </w:r>
      <w:r w:rsidRPr="00B7305F">
        <w:rPr>
          <w:rFonts w:cs="Times New Roman"/>
          <w:color w:val="000000" w:themeColor="text1"/>
          <w:lang w:val="uk-UA"/>
        </w:rPr>
        <w:t>починає</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мультисенсорному</w:t>
      </w:r>
      <w:r w:rsidR="00480420" w:rsidRPr="00B7305F">
        <w:rPr>
          <w:rFonts w:cs="Times New Roman"/>
          <w:color w:val="000000" w:themeColor="text1"/>
          <w:lang w:val="uk-UA"/>
        </w:rPr>
        <w:t xml:space="preserve"> </w:t>
      </w:r>
      <w:r w:rsidRPr="00B7305F">
        <w:rPr>
          <w:rFonts w:cs="Times New Roman"/>
          <w:color w:val="000000" w:themeColor="text1"/>
          <w:lang w:val="uk-UA"/>
        </w:rPr>
        <w:t>режимі,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візуальні,</w:t>
      </w:r>
      <w:r w:rsidR="00480420" w:rsidRPr="00B7305F">
        <w:rPr>
          <w:rFonts w:cs="Times New Roman"/>
          <w:color w:val="000000" w:themeColor="text1"/>
          <w:lang w:val="uk-UA"/>
        </w:rPr>
        <w:t xml:space="preserve"> </w:t>
      </w:r>
      <w:r w:rsidRPr="00B7305F">
        <w:rPr>
          <w:rFonts w:cs="Times New Roman"/>
          <w:color w:val="000000" w:themeColor="text1"/>
          <w:lang w:val="uk-UA"/>
        </w:rPr>
        <w:t>аудіо</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рухові</w:t>
      </w:r>
      <w:r w:rsidR="00480420" w:rsidRPr="00B7305F">
        <w:rPr>
          <w:rFonts w:cs="Times New Roman"/>
          <w:color w:val="000000" w:themeColor="text1"/>
          <w:lang w:val="uk-UA"/>
        </w:rPr>
        <w:t xml:space="preserve"> </w:t>
      </w:r>
      <w:r w:rsidRPr="00B7305F">
        <w:rPr>
          <w:rFonts w:cs="Times New Roman"/>
          <w:color w:val="000000" w:themeColor="text1"/>
          <w:lang w:val="uk-UA"/>
        </w:rPr>
        <w:t>шари</w:t>
      </w:r>
      <w:r w:rsidR="00480420" w:rsidRPr="00B7305F">
        <w:rPr>
          <w:rFonts w:cs="Times New Roman"/>
          <w:color w:val="000000" w:themeColor="text1"/>
          <w:lang w:val="uk-UA"/>
        </w:rPr>
        <w:t xml:space="preserve"> </w:t>
      </w:r>
      <w:r w:rsidRPr="00B7305F">
        <w:rPr>
          <w:rFonts w:cs="Times New Roman"/>
          <w:color w:val="000000" w:themeColor="text1"/>
          <w:lang w:val="uk-UA"/>
        </w:rPr>
        <w:t>переплітаються.</w:t>
      </w:r>
    </w:p>
    <w:p w14:paraId="00424FF9" w14:textId="4DA9906F"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6.</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Вплив</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технологій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мову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підготовку</w:t>
      </w:r>
    </w:p>
    <w:p w14:paraId="0B02ACE5" w14:textId="55FDA78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Впровадження</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технологій</w:t>
      </w:r>
      <w:r w:rsidR="00480420" w:rsidRPr="00B7305F">
        <w:rPr>
          <w:rFonts w:cs="Times New Roman"/>
          <w:color w:val="000000" w:themeColor="text1"/>
          <w:lang w:val="uk-UA"/>
        </w:rPr>
        <w:t xml:space="preserve"> </w:t>
      </w:r>
      <w:r w:rsidRPr="00B7305F">
        <w:rPr>
          <w:rFonts w:cs="Times New Roman"/>
          <w:color w:val="000000" w:themeColor="text1"/>
          <w:lang w:val="uk-UA"/>
        </w:rPr>
        <w:t>змушує</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сценічні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підготовки:</w:t>
      </w:r>
    </w:p>
    <w:p w14:paraId="00AF91D5" w14:textId="43D1994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учать</w:t>
      </w:r>
      <w:r w:rsidR="00480420" w:rsidRPr="00B7305F">
        <w:rPr>
          <w:rFonts w:cs="Times New Roman"/>
          <w:color w:val="000000" w:themeColor="text1"/>
          <w:lang w:val="uk-UA"/>
        </w:rPr>
        <w:t xml:space="preserve"> </w:t>
      </w:r>
      <w:r w:rsidRPr="00B7305F">
        <w:rPr>
          <w:rFonts w:cs="Times New Roman"/>
          <w:color w:val="000000" w:themeColor="text1"/>
          <w:lang w:val="uk-UA"/>
        </w:rPr>
        <w:t>грати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камер,</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використовувати</w:t>
      </w:r>
      <w:r w:rsidR="00480420" w:rsidRPr="00B7305F">
        <w:rPr>
          <w:rFonts w:cs="Times New Roman"/>
          <w:color w:val="000000" w:themeColor="text1"/>
          <w:lang w:val="uk-UA"/>
        </w:rPr>
        <w:t xml:space="preserve"> </w:t>
      </w:r>
      <w:r w:rsidRPr="00B7305F">
        <w:rPr>
          <w:rFonts w:cs="Times New Roman"/>
          <w:color w:val="000000" w:themeColor="text1"/>
          <w:lang w:val="uk-UA"/>
        </w:rPr>
        <w:t>мікроміміку,</w:t>
      </w:r>
      <w:r w:rsidR="00480420" w:rsidRPr="00B7305F">
        <w:rPr>
          <w:rFonts w:cs="Times New Roman"/>
          <w:color w:val="000000" w:themeColor="text1"/>
          <w:lang w:val="uk-UA"/>
        </w:rPr>
        <w:t xml:space="preserve"> </w:t>
      </w:r>
      <w:r w:rsidRPr="00B7305F">
        <w:rPr>
          <w:rFonts w:cs="Times New Roman"/>
          <w:color w:val="000000" w:themeColor="text1"/>
          <w:lang w:val="uk-UA"/>
        </w:rPr>
        <w:t>контролювати</w:t>
      </w:r>
      <w:r w:rsidR="00480420" w:rsidRPr="00B7305F">
        <w:rPr>
          <w:rFonts w:cs="Times New Roman"/>
          <w:color w:val="000000" w:themeColor="text1"/>
          <w:lang w:val="uk-UA"/>
        </w:rPr>
        <w:t xml:space="preserve"> </w:t>
      </w:r>
      <w:r w:rsidRPr="00B7305F">
        <w:rPr>
          <w:rFonts w:cs="Times New Roman"/>
          <w:color w:val="000000" w:themeColor="text1"/>
          <w:lang w:val="uk-UA"/>
        </w:rPr>
        <w:t>м’язи</w:t>
      </w:r>
      <w:r w:rsidR="00480420" w:rsidRPr="00B7305F">
        <w:rPr>
          <w:rFonts w:cs="Times New Roman"/>
          <w:color w:val="000000" w:themeColor="text1"/>
          <w:lang w:val="uk-UA"/>
        </w:rPr>
        <w:t xml:space="preserve"> </w:t>
      </w:r>
      <w:r w:rsidRPr="00B7305F">
        <w:rPr>
          <w:rFonts w:cs="Times New Roman"/>
          <w:color w:val="000000" w:themeColor="text1"/>
          <w:lang w:val="uk-UA"/>
        </w:rPr>
        <w:t>обличчя,</w:t>
      </w:r>
      <w:r w:rsidR="00480420" w:rsidRPr="00B7305F">
        <w:rPr>
          <w:rFonts w:cs="Times New Roman"/>
          <w:color w:val="000000" w:themeColor="text1"/>
          <w:lang w:val="uk-UA"/>
        </w:rPr>
        <w:t xml:space="preserve"> </w:t>
      </w:r>
      <w:r w:rsidRPr="00B7305F">
        <w:rPr>
          <w:rFonts w:cs="Times New Roman"/>
          <w:color w:val="000000" w:themeColor="text1"/>
          <w:lang w:val="uk-UA"/>
        </w:rPr>
        <w:t>витримувати</w:t>
      </w:r>
      <w:r w:rsidR="00480420" w:rsidRPr="00B7305F">
        <w:rPr>
          <w:rFonts w:cs="Times New Roman"/>
          <w:color w:val="000000" w:themeColor="text1"/>
          <w:lang w:val="uk-UA"/>
        </w:rPr>
        <w:t xml:space="preserve"> </w:t>
      </w:r>
      <w:r w:rsidRPr="00B7305F">
        <w:rPr>
          <w:rFonts w:cs="Times New Roman"/>
          <w:color w:val="000000" w:themeColor="text1"/>
          <w:lang w:val="uk-UA"/>
        </w:rPr>
        <w:t>паузи,</w:t>
      </w:r>
      <w:r w:rsidR="00480420" w:rsidRPr="00B7305F">
        <w:rPr>
          <w:rFonts w:cs="Times New Roman"/>
          <w:color w:val="000000" w:themeColor="text1"/>
          <w:lang w:val="uk-UA"/>
        </w:rPr>
        <w:t xml:space="preserve"> </w:t>
      </w:r>
      <w:r w:rsidRPr="00B7305F">
        <w:rPr>
          <w:rFonts w:cs="Times New Roman"/>
          <w:color w:val="000000" w:themeColor="text1"/>
          <w:lang w:val="uk-UA"/>
        </w:rPr>
        <w:t>працювати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кадром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реальним</w:t>
      </w:r>
      <w:r w:rsidR="00480420" w:rsidRPr="00B7305F">
        <w:rPr>
          <w:rFonts w:cs="Times New Roman"/>
          <w:color w:val="000000" w:themeColor="text1"/>
          <w:lang w:val="uk-UA"/>
        </w:rPr>
        <w:t xml:space="preserve"> </w:t>
      </w:r>
      <w:r w:rsidRPr="00B7305F">
        <w:rPr>
          <w:rFonts w:cs="Times New Roman"/>
          <w:color w:val="000000" w:themeColor="text1"/>
          <w:lang w:val="uk-UA"/>
        </w:rPr>
        <w:t>часом</w:t>
      </w:r>
      <w:r w:rsidR="00480420" w:rsidRPr="00B7305F">
        <w:rPr>
          <w:rFonts w:cs="Times New Roman"/>
          <w:color w:val="000000" w:themeColor="text1"/>
          <w:lang w:val="uk-UA"/>
        </w:rPr>
        <w:t xml:space="preserve"> </w:t>
      </w:r>
      <w:r w:rsidRPr="00B7305F">
        <w:rPr>
          <w:rFonts w:cs="Times New Roman"/>
          <w:color w:val="000000" w:themeColor="text1"/>
          <w:lang w:val="uk-UA"/>
        </w:rPr>
        <w:t>відео-дії.</w:t>
      </w:r>
    </w:p>
    <w:p w14:paraId="6A7A428D" w14:textId="42DB8AB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Репетиції</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фіксують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аналізувати,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виглядають</w:t>
      </w:r>
      <w:r w:rsidR="00480420" w:rsidRPr="00B7305F">
        <w:rPr>
          <w:rFonts w:cs="Times New Roman"/>
          <w:color w:val="000000" w:themeColor="text1"/>
          <w:lang w:val="uk-UA"/>
        </w:rPr>
        <w:t xml:space="preserve"> </w:t>
      </w:r>
      <w:r w:rsidRPr="00B7305F">
        <w:rPr>
          <w:rFonts w:cs="Times New Roman"/>
          <w:color w:val="000000" w:themeColor="text1"/>
          <w:lang w:val="uk-UA"/>
        </w:rPr>
        <w:t>рухи,</w:t>
      </w:r>
      <w:r w:rsidR="00480420" w:rsidRPr="00B7305F">
        <w:rPr>
          <w:rFonts w:cs="Times New Roman"/>
          <w:color w:val="000000" w:themeColor="text1"/>
          <w:lang w:val="uk-UA"/>
        </w:rPr>
        <w:t xml:space="preserve"> </w:t>
      </w:r>
      <w:r w:rsidRPr="00B7305F">
        <w:rPr>
          <w:rFonts w:cs="Times New Roman"/>
          <w:color w:val="000000" w:themeColor="text1"/>
          <w:lang w:val="uk-UA"/>
        </w:rPr>
        <w:t>пози,</w:t>
      </w:r>
      <w:r w:rsidR="00480420" w:rsidRPr="00B7305F">
        <w:rPr>
          <w:rFonts w:cs="Times New Roman"/>
          <w:color w:val="000000" w:themeColor="text1"/>
          <w:lang w:val="uk-UA"/>
        </w:rPr>
        <w:t xml:space="preserve"> </w:t>
      </w:r>
      <w:r w:rsidRPr="00B7305F">
        <w:rPr>
          <w:rFonts w:cs="Times New Roman"/>
          <w:color w:val="000000" w:themeColor="text1"/>
          <w:lang w:val="uk-UA"/>
        </w:rPr>
        <w:t>вираз</w:t>
      </w:r>
      <w:r w:rsidR="00480420" w:rsidRPr="00B7305F">
        <w:rPr>
          <w:rFonts w:cs="Times New Roman"/>
          <w:color w:val="000000" w:themeColor="text1"/>
          <w:lang w:val="uk-UA"/>
        </w:rPr>
        <w:t xml:space="preserve"> </w:t>
      </w:r>
      <w:r w:rsidRPr="00B7305F">
        <w:rPr>
          <w:rFonts w:cs="Times New Roman"/>
          <w:color w:val="000000" w:themeColor="text1"/>
          <w:lang w:val="uk-UA"/>
        </w:rPr>
        <w:t>обличчя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змінює</w:t>
      </w:r>
      <w:r w:rsidR="00480420" w:rsidRPr="00B7305F">
        <w:rPr>
          <w:rFonts w:cs="Times New Roman"/>
          <w:color w:val="000000" w:themeColor="text1"/>
          <w:lang w:val="uk-UA"/>
        </w:rPr>
        <w:t xml:space="preserve"> </w:t>
      </w:r>
      <w:r w:rsidRPr="00B7305F">
        <w:rPr>
          <w:rFonts w:cs="Times New Roman"/>
          <w:color w:val="000000" w:themeColor="text1"/>
          <w:lang w:val="uk-UA"/>
        </w:rPr>
        <w:t>саму</w:t>
      </w:r>
      <w:r w:rsidR="00480420" w:rsidRPr="00B7305F">
        <w:rPr>
          <w:rFonts w:cs="Times New Roman"/>
          <w:color w:val="000000" w:themeColor="text1"/>
          <w:lang w:val="uk-UA"/>
        </w:rPr>
        <w:t xml:space="preserve"> </w:t>
      </w:r>
      <w:r w:rsidRPr="00B7305F">
        <w:rPr>
          <w:rFonts w:cs="Times New Roman"/>
          <w:color w:val="000000" w:themeColor="text1"/>
          <w:lang w:val="uk-UA"/>
        </w:rPr>
        <w:t>естетику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грі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вона</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більш</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кінематографічною,</w:t>
      </w:r>
      <w:r w:rsidR="00480420" w:rsidRPr="00B7305F">
        <w:rPr>
          <w:rFonts w:cs="Times New Roman"/>
          <w:color w:val="000000" w:themeColor="text1"/>
          <w:lang w:val="uk-UA"/>
        </w:rPr>
        <w:t xml:space="preserve"> </w:t>
      </w:r>
      <w:r w:rsidRPr="00B7305F">
        <w:rPr>
          <w:rFonts w:cs="Times New Roman"/>
          <w:color w:val="000000" w:themeColor="text1"/>
          <w:lang w:val="uk-UA"/>
        </w:rPr>
        <w:t>«всередині»</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p>
    <w:p w14:paraId="6F581648" w14:textId="0707148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Тренінги,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вчиться</w:t>
      </w:r>
      <w:r w:rsidR="00480420" w:rsidRPr="00B7305F">
        <w:rPr>
          <w:rFonts w:cs="Times New Roman"/>
          <w:color w:val="000000" w:themeColor="text1"/>
          <w:lang w:val="uk-UA"/>
        </w:rPr>
        <w:t xml:space="preserve"> </w:t>
      </w:r>
      <w:r w:rsidRPr="00B7305F">
        <w:rPr>
          <w:rFonts w:cs="Times New Roman"/>
          <w:color w:val="000000" w:themeColor="text1"/>
          <w:lang w:val="uk-UA"/>
        </w:rPr>
        <w:t>“перекладати”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великої</w:t>
      </w:r>
      <w:r w:rsidR="00480420" w:rsidRPr="00B7305F">
        <w:rPr>
          <w:rFonts w:cs="Times New Roman"/>
          <w:color w:val="000000" w:themeColor="text1"/>
          <w:lang w:val="uk-UA"/>
        </w:rPr>
        <w:t xml:space="preserve"> </w:t>
      </w:r>
      <w:r w:rsidRPr="00B7305F">
        <w:rPr>
          <w:rFonts w:cs="Times New Roman"/>
          <w:color w:val="000000" w:themeColor="text1"/>
          <w:lang w:val="uk-UA"/>
        </w:rPr>
        <w:t>експресії</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тонку</w:t>
      </w:r>
      <w:r w:rsidR="00480420" w:rsidRPr="00B7305F">
        <w:rPr>
          <w:rFonts w:cs="Times New Roman"/>
          <w:color w:val="000000" w:themeColor="text1"/>
          <w:lang w:val="uk-UA"/>
        </w:rPr>
        <w:t xml:space="preserve"> </w:t>
      </w:r>
      <w:r w:rsidRPr="00B7305F">
        <w:rPr>
          <w:rFonts w:cs="Times New Roman"/>
          <w:color w:val="000000" w:themeColor="text1"/>
          <w:lang w:val="uk-UA"/>
        </w:rPr>
        <w:t>чуттєвість</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назад.</w:t>
      </w:r>
    </w:p>
    <w:p w14:paraId="57AC93FB" w14:textId="088F6F9E"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7.</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Вигоди,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ризики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межі</w:t>
      </w:r>
      <w:r w:rsidR="00480420" w:rsidRPr="00B7305F">
        <w:rPr>
          <w:rFonts w:cs="Times New Roman"/>
          <w:b/>
          <w:bCs/>
          <w:color w:val="000000" w:themeColor="text1"/>
          <w:lang w:val="uk-UA"/>
        </w:rPr>
        <w:t xml:space="preserve"> </w:t>
      </w:r>
      <w:r w:rsidR="006A5EBD" w:rsidRPr="00B7305F">
        <w:rPr>
          <w:rFonts w:cs="Times New Roman"/>
          <w:b/>
          <w:bCs/>
          <w:color w:val="000000" w:themeColor="text1"/>
          <w:lang w:val="uk-UA"/>
        </w:rPr>
        <w:t>в</w:t>
      </w:r>
      <w:r w:rsidRPr="00B7305F">
        <w:rPr>
          <w:rFonts w:cs="Times New Roman"/>
          <w:b/>
          <w:bCs/>
          <w:color w:val="000000" w:themeColor="text1"/>
          <w:lang w:val="uk-UA"/>
        </w:rPr>
        <w:t>игоди:</w:t>
      </w:r>
    </w:p>
    <w:p w14:paraId="12B5E332" w14:textId="46432D5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Збагачення</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сценічної</w:t>
      </w:r>
      <w:r w:rsidR="00480420" w:rsidRPr="00B7305F">
        <w:rPr>
          <w:rFonts w:cs="Times New Roman"/>
          <w:color w:val="000000" w:themeColor="text1"/>
          <w:lang w:val="uk-UA"/>
        </w:rPr>
        <w:t xml:space="preserve"> </w:t>
      </w:r>
      <w:r w:rsidRPr="00B7305F">
        <w:rPr>
          <w:rFonts w:cs="Times New Roman"/>
          <w:color w:val="000000" w:themeColor="text1"/>
          <w:lang w:val="uk-UA"/>
        </w:rPr>
        <w:t>мови</w:t>
      </w:r>
      <w:r w:rsidR="00480420" w:rsidRPr="00B7305F">
        <w:rPr>
          <w:rFonts w:cs="Times New Roman"/>
          <w:color w:val="000000" w:themeColor="text1"/>
          <w:lang w:val="uk-UA"/>
        </w:rPr>
        <w:t xml:space="preserve"> </w:t>
      </w:r>
      <w:r w:rsidRPr="00B7305F">
        <w:rPr>
          <w:rFonts w:cs="Times New Roman"/>
          <w:color w:val="000000" w:themeColor="text1"/>
          <w:lang w:val="uk-UA"/>
        </w:rPr>
        <w:t>новими</w:t>
      </w:r>
      <w:r w:rsidR="00480420" w:rsidRPr="00B7305F">
        <w:rPr>
          <w:rFonts w:cs="Times New Roman"/>
          <w:color w:val="000000" w:themeColor="text1"/>
          <w:lang w:val="uk-UA"/>
        </w:rPr>
        <w:t xml:space="preserve"> </w:t>
      </w:r>
      <w:r w:rsidRPr="00B7305F">
        <w:rPr>
          <w:rFonts w:cs="Times New Roman"/>
          <w:color w:val="000000" w:themeColor="text1"/>
          <w:lang w:val="uk-UA"/>
        </w:rPr>
        <w:t>візуальними</w:t>
      </w:r>
      <w:r w:rsidR="00480420" w:rsidRPr="00B7305F">
        <w:rPr>
          <w:rFonts w:cs="Times New Roman"/>
          <w:color w:val="000000" w:themeColor="text1"/>
          <w:lang w:val="uk-UA"/>
        </w:rPr>
        <w:t xml:space="preserve"> </w:t>
      </w:r>
      <w:r w:rsidRPr="00B7305F">
        <w:rPr>
          <w:rFonts w:cs="Times New Roman"/>
          <w:color w:val="000000" w:themeColor="text1"/>
          <w:lang w:val="uk-UA"/>
        </w:rPr>
        <w:t>шарами,</w:t>
      </w:r>
      <w:r w:rsidR="00480420" w:rsidRPr="00B7305F">
        <w:rPr>
          <w:rFonts w:cs="Times New Roman"/>
          <w:color w:val="000000" w:themeColor="text1"/>
          <w:lang w:val="uk-UA"/>
        </w:rPr>
        <w:t xml:space="preserve"> </w:t>
      </w:r>
      <w:r w:rsidRPr="00B7305F">
        <w:rPr>
          <w:rFonts w:cs="Times New Roman"/>
          <w:color w:val="000000" w:themeColor="text1"/>
          <w:lang w:val="uk-UA"/>
        </w:rPr>
        <w:t>динамічністю,</w:t>
      </w:r>
      <w:r w:rsidR="00480420" w:rsidRPr="00B7305F">
        <w:rPr>
          <w:rFonts w:cs="Times New Roman"/>
          <w:color w:val="000000" w:themeColor="text1"/>
          <w:lang w:val="uk-UA"/>
        </w:rPr>
        <w:t xml:space="preserve"> </w:t>
      </w:r>
      <w:r w:rsidRPr="00B7305F">
        <w:rPr>
          <w:rFonts w:cs="Times New Roman"/>
          <w:color w:val="000000" w:themeColor="text1"/>
          <w:lang w:val="uk-UA"/>
        </w:rPr>
        <w:t>зміною</w:t>
      </w:r>
      <w:r w:rsidR="00480420" w:rsidRPr="00B7305F">
        <w:rPr>
          <w:rFonts w:cs="Times New Roman"/>
          <w:color w:val="000000" w:themeColor="text1"/>
          <w:lang w:val="uk-UA"/>
        </w:rPr>
        <w:t xml:space="preserve"> </w:t>
      </w:r>
      <w:r w:rsidRPr="00B7305F">
        <w:rPr>
          <w:rFonts w:cs="Times New Roman"/>
          <w:color w:val="000000" w:themeColor="text1"/>
          <w:lang w:val="uk-UA"/>
        </w:rPr>
        <w:t>простору</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гігантської</w:t>
      </w:r>
      <w:r w:rsidR="00480420" w:rsidRPr="00B7305F">
        <w:rPr>
          <w:rFonts w:cs="Times New Roman"/>
          <w:color w:val="000000" w:themeColor="text1"/>
          <w:lang w:val="uk-UA"/>
        </w:rPr>
        <w:t xml:space="preserve"> </w:t>
      </w:r>
      <w:r w:rsidRPr="00B7305F">
        <w:rPr>
          <w:rFonts w:cs="Times New Roman"/>
          <w:color w:val="000000" w:themeColor="text1"/>
          <w:lang w:val="uk-UA"/>
        </w:rPr>
        <w:t>декорації.</w:t>
      </w:r>
    </w:p>
    <w:p w14:paraId="66D9B4ED" w14:textId="388F0512"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Залучення</w:t>
      </w:r>
      <w:r w:rsidR="00480420" w:rsidRPr="00B7305F">
        <w:rPr>
          <w:rFonts w:cs="Times New Roman"/>
          <w:color w:val="000000" w:themeColor="text1"/>
          <w:lang w:val="uk-UA"/>
        </w:rPr>
        <w:t xml:space="preserve"> </w:t>
      </w:r>
      <w:r w:rsidRPr="00B7305F">
        <w:rPr>
          <w:rFonts w:cs="Times New Roman"/>
          <w:color w:val="000000" w:themeColor="text1"/>
          <w:lang w:val="uk-UA"/>
        </w:rPr>
        <w:t>нової</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аудиторії,</w:t>
      </w:r>
      <w:r w:rsidR="00480420" w:rsidRPr="00B7305F">
        <w:rPr>
          <w:rFonts w:cs="Times New Roman"/>
          <w:color w:val="000000" w:themeColor="text1"/>
          <w:lang w:val="uk-UA"/>
        </w:rPr>
        <w:t xml:space="preserve"> </w:t>
      </w:r>
      <w:r w:rsidRPr="00B7305F">
        <w:rPr>
          <w:rFonts w:cs="Times New Roman"/>
          <w:color w:val="000000" w:themeColor="text1"/>
          <w:lang w:val="uk-UA"/>
        </w:rPr>
        <w:t>особливо</w:t>
      </w:r>
      <w:r w:rsidR="00480420" w:rsidRPr="00B7305F">
        <w:rPr>
          <w:rFonts w:cs="Times New Roman"/>
          <w:color w:val="000000" w:themeColor="text1"/>
          <w:lang w:val="uk-UA"/>
        </w:rPr>
        <w:t xml:space="preserve"> </w:t>
      </w:r>
      <w:r w:rsidRPr="00B7305F">
        <w:rPr>
          <w:rFonts w:cs="Times New Roman"/>
          <w:color w:val="000000" w:themeColor="text1"/>
          <w:lang w:val="uk-UA"/>
        </w:rPr>
        <w:t>тієї,</w:t>
      </w:r>
      <w:r w:rsidR="00480420" w:rsidRPr="00B7305F">
        <w:rPr>
          <w:rFonts w:cs="Times New Roman"/>
          <w:color w:val="000000" w:themeColor="text1"/>
          <w:lang w:val="uk-UA"/>
        </w:rPr>
        <w:t xml:space="preserve"> </w:t>
      </w:r>
      <w:r w:rsidRPr="00B7305F">
        <w:rPr>
          <w:rFonts w:cs="Times New Roman"/>
          <w:color w:val="000000" w:themeColor="text1"/>
          <w:lang w:val="uk-UA"/>
        </w:rPr>
        <w:t>хто</w:t>
      </w:r>
      <w:r w:rsidR="00480420" w:rsidRPr="00B7305F">
        <w:rPr>
          <w:rFonts w:cs="Times New Roman"/>
          <w:color w:val="000000" w:themeColor="text1"/>
          <w:lang w:val="uk-UA"/>
        </w:rPr>
        <w:t xml:space="preserve"> </w:t>
      </w:r>
      <w:r w:rsidRPr="00B7305F">
        <w:rPr>
          <w:rFonts w:cs="Times New Roman"/>
          <w:color w:val="000000" w:themeColor="text1"/>
          <w:lang w:val="uk-UA"/>
        </w:rPr>
        <w:t>звик</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естетики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мультимедіа.</w:t>
      </w:r>
    </w:p>
    <w:p w14:paraId="48FED80A" w14:textId="62743E0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Можливість</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події,</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реагують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сучасні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культури.</w:t>
      </w:r>
    </w:p>
    <w:p w14:paraId="73B2DFB5" w14:textId="77777777"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Ризики:</w:t>
      </w:r>
    </w:p>
    <w:p w14:paraId="303D080F" w14:textId="1B2718BA"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Технічна</w:t>
      </w:r>
      <w:r w:rsidR="00480420" w:rsidRPr="00B7305F">
        <w:rPr>
          <w:rFonts w:cs="Times New Roman"/>
          <w:color w:val="000000" w:themeColor="text1"/>
          <w:lang w:val="uk-UA"/>
        </w:rPr>
        <w:t xml:space="preserve"> </w:t>
      </w:r>
      <w:r w:rsidRPr="00B7305F">
        <w:rPr>
          <w:rFonts w:cs="Times New Roman"/>
          <w:color w:val="000000" w:themeColor="text1"/>
          <w:lang w:val="uk-UA"/>
        </w:rPr>
        <w:t>домінанта</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«заглушити»</w:t>
      </w:r>
      <w:r w:rsidR="00480420" w:rsidRPr="00B7305F">
        <w:rPr>
          <w:rFonts w:cs="Times New Roman"/>
          <w:color w:val="000000" w:themeColor="text1"/>
          <w:lang w:val="uk-UA"/>
        </w:rPr>
        <w:t xml:space="preserve"> </w:t>
      </w:r>
      <w:r w:rsidRPr="00B7305F">
        <w:rPr>
          <w:rFonts w:cs="Times New Roman"/>
          <w:color w:val="000000" w:themeColor="text1"/>
          <w:lang w:val="uk-UA"/>
        </w:rPr>
        <w:t>живу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зосередитись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екрані</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ефектах,</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акторі.</w:t>
      </w:r>
    </w:p>
    <w:p w14:paraId="306AF11B" w14:textId="5BF25EA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Залежність</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обладнання:</w:t>
      </w:r>
      <w:r w:rsidR="00480420" w:rsidRPr="00B7305F">
        <w:rPr>
          <w:rFonts w:cs="Times New Roman"/>
          <w:color w:val="000000" w:themeColor="text1"/>
          <w:lang w:val="uk-UA"/>
        </w:rPr>
        <w:t xml:space="preserve"> </w:t>
      </w:r>
      <w:r w:rsidRPr="00B7305F">
        <w:rPr>
          <w:rFonts w:cs="Times New Roman"/>
          <w:color w:val="000000" w:themeColor="text1"/>
          <w:lang w:val="uk-UA"/>
        </w:rPr>
        <w:t>відмови</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проблеми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синхронізацією,</w:t>
      </w:r>
      <w:r w:rsidR="00480420" w:rsidRPr="00B7305F">
        <w:rPr>
          <w:rFonts w:cs="Times New Roman"/>
          <w:color w:val="000000" w:themeColor="text1"/>
          <w:lang w:val="uk-UA"/>
        </w:rPr>
        <w:t xml:space="preserve"> </w:t>
      </w:r>
      <w:r w:rsidRPr="00B7305F">
        <w:rPr>
          <w:rFonts w:cs="Times New Roman"/>
          <w:color w:val="000000" w:themeColor="text1"/>
          <w:lang w:val="uk-UA"/>
        </w:rPr>
        <w:t>дорогова</w:t>
      </w:r>
      <w:r w:rsidR="00460229" w:rsidRPr="00B7305F">
        <w:rPr>
          <w:rFonts w:cs="Times New Roman"/>
          <w:color w:val="000000" w:themeColor="text1"/>
          <w:lang w:val="uk-UA"/>
        </w:rPr>
        <w:t>ртісність</w:t>
      </w:r>
      <w:r w:rsidRPr="00B7305F">
        <w:rPr>
          <w:rFonts w:cs="Times New Roman"/>
          <w:color w:val="000000" w:themeColor="text1"/>
          <w:lang w:val="uk-UA"/>
        </w:rPr>
        <w:t>.</w:t>
      </w:r>
    </w:p>
    <w:p w14:paraId="11B0617E" w14:textId="3C1678B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Втрата</w:t>
      </w:r>
      <w:r w:rsidR="00480420" w:rsidRPr="00B7305F">
        <w:rPr>
          <w:rFonts w:cs="Times New Roman"/>
          <w:color w:val="000000" w:themeColor="text1"/>
          <w:lang w:val="uk-UA"/>
        </w:rPr>
        <w:t xml:space="preserve"> </w:t>
      </w:r>
      <w:r w:rsidRPr="00B7305F">
        <w:rPr>
          <w:rFonts w:cs="Times New Roman"/>
          <w:color w:val="000000" w:themeColor="text1"/>
          <w:lang w:val="uk-UA"/>
        </w:rPr>
        <w:t>простоти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концентрації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кожна</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технологічним</w:t>
      </w:r>
      <w:r w:rsidR="00480420" w:rsidRPr="00B7305F">
        <w:rPr>
          <w:rFonts w:cs="Times New Roman"/>
          <w:color w:val="000000" w:themeColor="text1"/>
          <w:lang w:val="uk-UA"/>
        </w:rPr>
        <w:t xml:space="preserve"> </w:t>
      </w:r>
      <w:r w:rsidRPr="00B7305F">
        <w:rPr>
          <w:rFonts w:cs="Times New Roman"/>
          <w:color w:val="000000" w:themeColor="text1"/>
          <w:lang w:val="uk-UA"/>
        </w:rPr>
        <w:t>шоу,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мова</w:t>
      </w:r>
      <w:r w:rsidR="00480420" w:rsidRPr="00B7305F">
        <w:rPr>
          <w:rFonts w:cs="Times New Roman"/>
          <w:color w:val="000000" w:themeColor="text1"/>
          <w:lang w:val="uk-UA"/>
        </w:rPr>
        <w:t xml:space="preserve"> </w:t>
      </w:r>
      <w:r w:rsidRPr="00B7305F">
        <w:rPr>
          <w:rFonts w:cs="Times New Roman"/>
          <w:color w:val="000000" w:themeColor="text1"/>
          <w:lang w:val="uk-UA"/>
        </w:rPr>
        <w:t>ризикує</w:t>
      </w:r>
      <w:r w:rsidR="00480420" w:rsidRPr="00B7305F">
        <w:rPr>
          <w:rFonts w:cs="Times New Roman"/>
          <w:color w:val="000000" w:themeColor="text1"/>
          <w:lang w:val="uk-UA"/>
        </w:rPr>
        <w:t xml:space="preserve"> </w:t>
      </w:r>
      <w:r w:rsidRPr="00B7305F">
        <w:rPr>
          <w:rFonts w:cs="Times New Roman"/>
          <w:color w:val="000000" w:themeColor="text1"/>
          <w:lang w:val="uk-UA"/>
        </w:rPr>
        <w:t>стати</w:t>
      </w:r>
      <w:r w:rsidR="00480420" w:rsidRPr="00B7305F">
        <w:rPr>
          <w:rFonts w:cs="Times New Roman"/>
          <w:color w:val="000000" w:themeColor="text1"/>
          <w:lang w:val="uk-UA"/>
        </w:rPr>
        <w:t xml:space="preserve"> </w:t>
      </w:r>
      <w:r w:rsidRPr="00B7305F">
        <w:rPr>
          <w:rFonts w:cs="Times New Roman"/>
          <w:color w:val="000000" w:themeColor="text1"/>
          <w:lang w:val="uk-UA"/>
        </w:rPr>
        <w:t>декоративною.</w:t>
      </w:r>
    </w:p>
    <w:p w14:paraId="3698D998" w14:textId="77777777"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Межі:</w:t>
      </w:r>
    </w:p>
    <w:p w14:paraId="20E06640" w14:textId="3BFF828C"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потребують</w:t>
      </w:r>
      <w:r w:rsidR="00480420" w:rsidRPr="00B7305F">
        <w:rPr>
          <w:rFonts w:cs="Times New Roman"/>
          <w:color w:val="000000" w:themeColor="text1"/>
          <w:lang w:val="uk-UA"/>
        </w:rPr>
        <w:t xml:space="preserve"> </w:t>
      </w:r>
      <w:r w:rsidRPr="00B7305F">
        <w:rPr>
          <w:rFonts w:cs="Times New Roman"/>
          <w:color w:val="000000" w:themeColor="text1"/>
          <w:lang w:val="uk-UA"/>
        </w:rPr>
        <w:t>простоти,</w:t>
      </w:r>
      <w:r w:rsidR="00480420" w:rsidRPr="00B7305F">
        <w:rPr>
          <w:rFonts w:cs="Times New Roman"/>
          <w:color w:val="000000" w:themeColor="text1"/>
          <w:lang w:val="uk-UA"/>
        </w:rPr>
        <w:t xml:space="preserve"> </w:t>
      </w:r>
      <w:r w:rsidRPr="00B7305F">
        <w:rPr>
          <w:rFonts w:cs="Times New Roman"/>
          <w:color w:val="000000" w:themeColor="text1"/>
          <w:lang w:val="uk-UA"/>
        </w:rPr>
        <w:t>мінімалізму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там</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зайвими.</w:t>
      </w:r>
    </w:p>
    <w:p w14:paraId="5BBF6A68" w14:textId="621A51D5" w:rsidR="005E2DD5"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мистецтво</w:t>
      </w:r>
      <w:r w:rsidR="00480420" w:rsidRPr="00B7305F">
        <w:rPr>
          <w:rFonts w:cs="Times New Roman"/>
          <w:color w:val="000000" w:themeColor="text1"/>
          <w:lang w:val="uk-UA"/>
        </w:rPr>
        <w:t xml:space="preserve"> </w:t>
      </w:r>
      <w:r w:rsidRPr="00B7305F">
        <w:rPr>
          <w:rFonts w:cs="Times New Roman"/>
          <w:color w:val="000000" w:themeColor="text1"/>
          <w:lang w:val="uk-UA"/>
        </w:rPr>
        <w:t>живої</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зберігає</w:t>
      </w:r>
      <w:r w:rsidR="00480420" w:rsidRPr="00B7305F">
        <w:rPr>
          <w:rFonts w:cs="Times New Roman"/>
          <w:color w:val="000000" w:themeColor="text1"/>
          <w:lang w:val="uk-UA"/>
        </w:rPr>
        <w:t xml:space="preserve"> </w:t>
      </w:r>
      <w:r w:rsidRPr="00B7305F">
        <w:rPr>
          <w:rFonts w:cs="Times New Roman"/>
          <w:color w:val="000000" w:themeColor="text1"/>
          <w:lang w:val="uk-UA"/>
        </w:rPr>
        <w:t>цінність</w:t>
      </w:r>
      <w:r w:rsidR="00480420" w:rsidRPr="00B7305F">
        <w:rPr>
          <w:rFonts w:cs="Times New Roman"/>
          <w:color w:val="000000" w:themeColor="text1"/>
          <w:lang w:val="uk-UA"/>
        </w:rPr>
        <w:t xml:space="preserve"> </w:t>
      </w:r>
      <w:r w:rsidRPr="00B7305F">
        <w:rPr>
          <w:rFonts w:cs="Times New Roman"/>
          <w:color w:val="000000" w:themeColor="text1"/>
          <w:lang w:val="uk-UA"/>
        </w:rPr>
        <w:t>«контактного</w:t>
      </w:r>
      <w:r w:rsidR="00480420" w:rsidRPr="00B7305F">
        <w:rPr>
          <w:rFonts w:cs="Times New Roman"/>
          <w:color w:val="000000" w:themeColor="text1"/>
          <w:lang w:val="uk-UA"/>
        </w:rPr>
        <w:t xml:space="preserve"> </w:t>
      </w:r>
      <w:r w:rsidRPr="0066386B">
        <w:rPr>
          <w:rFonts w:cs="Times New Roman"/>
          <w:lang w:val="uk-UA"/>
        </w:rPr>
        <w:t>моменту</w:t>
      </w:r>
      <w:r w:rsidR="00905F39" w:rsidRPr="0066386B">
        <w:rPr>
          <w:rFonts w:cs="Times New Roman"/>
          <w:lang w:val="ru-RU"/>
        </w:rPr>
        <w:t xml:space="preserve"> [ </w:t>
      </w:r>
      <w:r w:rsidR="0066386B" w:rsidRPr="0066386B">
        <w:rPr>
          <w:rFonts w:cs="Times New Roman"/>
          <w:lang w:val="ru-RU"/>
        </w:rPr>
        <w:t>40</w:t>
      </w:r>
      <w:r w:rsidR="00905F39" w:rsidRPr="0010382C">
        <w:rPr>
          <w:rFonts w:cs="Times New Roman"/>
          <w:color w:val="000000" w:themeColor="text1"/>
          <w:lang w:val="ru-RU"/>
        </w:rPr>
        <w:t xml:space="preserve">, </w:t>
      </w:r>
      <w:r w:rsidR="00905F39" w:rsidRPr="0010382C">
        <w:rPr>
          <w:rFonts w:cs="Times New Roman"/>
          <w:color w:val="000000" w:themeColor="text1"/>
        </w:rPr>
        <w:t>c</w:t>
      </w:r>
      <w:r w:rsidR="00905F39" w:rsidRPr="0010382C">
        <w:rPr>
          <w:rFonts w:cs="Times New Roman"/>
          <w:color w:val="000000" w:themeColor="text1"/>
          <w:lang w:val="ru-RU"/>
        </w:rPr>
        <w:t>.</w:t>
      </w:r>
      <w:r w:rsidR="0066386B" w:rsidRPr="0010382C">
        <w:rPr>
          <w:rFonts w:cs="Times New Roman"/>
          <w:color w:val="000000" w:themeColor="text1"/>
          <w:lang w:val="ru-RU"/>
        </w:rPr>
        <w:t>35</w:t>
      </w:r>
      <w:r w:rsidR="00905F39" w:rsidRPr="0010382C">
        <w:rPr>
          <w:rFonts w:cs="Times New Roman"/>
          <w:color w:val="000000" w:themeColor="text1"/>
          <w:lang w:val="ru-RU"/>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замінюють</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контакт,</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доповнюють.</w:t>
      </w:r>
    </w:p>
    <w:p w14:paraId="69C2604D" w14:textId="77777777" w:rsidR="005E2DD5" w:rsidRPr="00B7305F" w:rsidRDefault="005E2DD5"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59620AB8" w14:textId="0B1BAD67"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3.2.</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Інноваційні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форми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сценічного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експерименту: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перетин</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театру</w:t>
      </w:r>
    </w:p>
    <w:p w14:paraId="4C222476" w14:textId="77777777" w:rsidR="006A5EBD" w:rsidRPr="00B7305F" w:rsidRDefault="006A5EBD" w:rsidP="00051784">
      <w:pPr>
        <w:spacing w:after="0"/>
        <w:ind w:left="0" w:firstLine="709"/>
        <w:jc w:val="both"/>
        <w:rPr>
          <w:rFonts w:cs="Times New Roman"/>
          <w:b/>
          <w:bCs/>
          <w:color w:val="000000" w:themeColor="text1"/>
          <w:lang w:val="uk-UA"/>
        </w:rPr>
      </w:pPr>
    </w:p>
    <w:p w14:paraId="01E33717" w14:textId="49CD30DB" w:rsidR="00692654" w:rsidRPr="00B7305F" w:rsidRDefault="00480420" w:rsidP="00051784">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r w:rsidR="006A5EBD" w:rsidRPr="00B7305F">
        <w:rPr>
          <w:rFonts w:cs="Times New Roman"/>
          <w:color w:val="000000" w:themeColor="text1"/>
          <w:lang w:val="uk-UA"/>
        </w:rPr>
        <w:t>Вступ:</w:t>
      </w:r>
      <w:r w:rsidRPr="00B7305F">
        <w:rPr>
          <w:rFonts w:cs="Times New Roman"/>
          <w:color w:val="000000" w:themeColor="text1"/>
          <w:lang w:val="uk-UA"/>
        </w:rPr>
        <w:t xml:space="preserve"> </w:t>
      </w:r>
      <w:r w:rsidR="006A5EBD" w:rsidRPr="00B7305F">
        <w:rPr>
          <w:rFonts w:cs="Times New Roman"/>
          <w:color w:val="000000" w:themeColor="text1"/>
          <w:lang w:val="uk-UA"/>
        </w:rPr>
        <w:t>нова</w:t>
      </w:r>
      <w:r w:rsidRPr="00B7305F">
        <w:rPr>
          <w:rFonts w:cs="Times New Roman"/>
          <w:color w:val="000000" w:themeColor="text1"/>
          <w:lang w:val="uk-UA"/>
        </w:rPr>
        <w:t xml:space="preserve"> </w:t>
      </w:r>
      <w:r w:rsidR="006A5EBD" w:rsidRPr="00B7305F">
        <w:rPr>
          <w:rFonts w:cs="Times New Roman"/>
          <w:color w:val="000000" w:themeColor="text1"/>
          <w:lang w:val="uk-UA"/>
        </w:rPr>
        <w:t>гібридна</w:t>
      </w:r>
      <w:r w:rsidRPr="00B7305F">
        <w:rPr>
          <w:rFonts w:cs="Times New Roman"/>
          <w:color w:val="000000" w:themeColor="text1"/>
          <w:lang w:val="uk-UA"/>
        </w:rPr>
        <w:t xml:space="preserve"> </w:t>
      </w:r>
      <w:r w:rsidR="006A5EBD" w:rsidRPr="00B7305F">
        <w:rPr>
          <w:rFonts w:cs="Times New Roman"/>
          <w:color w:val="000000" w:themeColor="text1"/>
          <w:lang w:val="uk-UA"/>
        </w:rPr>
        <w:t>територія</w:t>
      </w:r>
      <w:r w:rsidRPr="00B7305F">
        <w:rPr>
          <w:rFonts w:cs="Times New Roman"/>
          <w:color w:val="000000" w:themeColor="text1"/>
          <w:lang w:val="uk-UA"/>
        </w:rPr>
        <w:t xml:space="preserve"> </w:t>
      </w:r>
      <w:r w:rsidR="006A5EBD" w:rsidRPr="00B7305F">
        <w:rPr>
          <w:rFonts w:cs="Times New Roman"/>
          <w:color w:val="000000" w:themeColor="text1"/>
          <w:lang w:val="uk-UA"/>
        </w:rPr>
        <w:t>дії.</w:t>
      </w:r>
      <w:r w:rsidRPr="00B7305F">
        <w:rPr>
          <w:rFonts w:cs="Times New Roman"/>
          <w:color w:val="000000" w:themeColor="text1"/>
          <w:lang w:val="uk-UA"/>
        </w:rPr>
        <w:t xml:space="preserve"> </w:t>
      </w:r>
      <w:r w:rsidR="006A5EBD" w:rsidRPr="00B7305F">
        <w:rPr>
          <w:rFonts w:cs="Times New Roman"/>
          <w:color w:val="000000" w:themeColor="text1"/>
          <w:lang w:val="uk-UA"/>
        </w:rPr>
        <w:t>У</w:t>
      </w:r>
      <w:r w:rsidRPr="00B7305F">
        <w:rPr>
          <w:rFonts w:cs="Times New Roman"/>
          <w:color w:val="000000" w:themeColor="text1"/>
          <w:lang w:val="uk-UA"/>
        </w:rPr>
        <w:t xml:space="preserve"> </w:t>
      </w:r>
      <w:r w:rsidR="006A5EBD" w:rsidRPr="00B7305F">
        <w:rPr>
          <w:rFonts w:cs="Times New Roman"/>
          <w:color w:val="000000" w:themeColor="text1"/>
          <w:lang w:val="uk-UA"/>
        </w:rPr>
        <w:t>сучасному</w:t>
      </w:r>
      <w:r w:rsidRPr="00B7305F">
        <w:rPr>
          <w:rFonts w:cs="Times New Roman"/>
          <w:color w:val="000000" w:themeColor="text1"/>
          <w:lang w:val="uk-UA"/>
        </w:rPr>
        <w:t xml:space="preserve"> </w:t>
      </w:r>
      <w:r w:rsidR="006A5EBD" w:rsidRPr="00B7305F">
        <w:rPr>
          <w:rFonts w:cs="Times New Roman"/>
          <w:color w:val="000000" w:themeColor="text1"/>
          <w:lang w:val="uk-UA"/>
        </w:rPr>
        <w:t>мистецькому</w:t>
      </w:r>
      <w:r w:rsidRPr="00B7305F">
        <w:rPr>
          <w:rFonts w:cs="Times New Roman"/>
          <w:color w:val="000000" w:themeColor="text1"/>
          <w:lang w:val="uk-UA"/>
        </w:rPr>
        <w:t xml:space="preserve"> </w:t>
      </w:r>
      <w:r w:rsidR="006A5EBD" w:rsidRPr="00B7305F">
        <w:rPr>
          <w:rFonts w:cs="Times New Roman"/>
          <w:color w:val="000000" w:themeColor="text1"/>
          <w:lang w:val="uk-UA"/>
        </w:rPr>
        <w:t>контексті</w:t>
      </w:r>
      <w:r w:rsidRPr="00B7305F">
        <w:rPr>
          <w:rFonts w:cs="Times New Roman"/>
          <w:color w:val="000000" w:themeColor="text1"/>
          <w:lang w:val="uk-UA"/>
        </w:rPr>
        <w:t xml:space="preserve"> </w:t>
      </w:r>
      <w:r w:rsidR="006A5EBD" w:rsidRPr="00B7305F">
        <w:rPr>
          <w:rFonts w:cs="Times New Roman"/>
          <w:color w:val="000000" w:themeColor="text1"/>
          <w:lang w:val="uk-UA"/>
        </w:rPr>
        <w:t>театру</w:t>
      </w:r>
      <w:r w:rsidRPr="00B7305F">
        <w:rPr>
          <w:rFonts w:cs="Times New Roman"/>
          <w:color w:val="000000" w:themeColor="text1"/>
          <w:lang w:val="uk-UA"/>
        </w:rPr>
        <w:t xml:space="preserve"> </w:t>
      </w:r>
      <w:r w:rsidR="006A5EBD" w:rsidRPr="00B7305F">
        <w:rPr>
          <w:rFonts w:cs="Times New Roman"/>
          <w:color w:val="000000" w:themeColor="text1"/>
          <w:lang w:val="uk-UA"/>
        </w:rPr>
        <w:t>й</w:t>
      </w:r>
      <w:r w:rsidRPr="00B7305F">
        <w:rPr>
          <w:rFonts w:cs="Times New Roman"/>
          <w:color w:val="000000" w:themeColor="text1"/>
          <w:lang w:val="uk-UA"/>
        </w:rPr>
        <w:t xml:space="preserve"> </w:t>
      </w:r>
      <w:r w:rsidR="006A5EBD" w:rsidRPr="00B7305F">
        <w:rPr>
          <w:rFonts w:cs="Times New Roman"/>
          <w:color w:val="000000" w:themeColor="text1"/>
          <w:lang w:val="uk-UA"/>
        </w:rPr>
        <w:t>кіно</w:t>
      </w:r>
      <w:r w:rsidRPr="00B7305F">
        <w:rPr>
          <w:rFonts w:cs="Times New Roman"/>
          <w:color w:val="000000" w:themeColor="text1"/>
          <w:lang w:val="uk-UA"/>
        </w:rPr>
        <w:t xml:space="preserve"> </w:t>
      </w:r>
      <w:r w:rsidR="006A5EBD" w:rsidRPr="00B7305F">
        <w:rPr>
          <w:rFonts w:cs="Times New Roman"/>
          <w:color w:val="000000" w:themeColor="text1"/>
          <w:lang w:val="uk-UA"/>
        </w:rPr>
        <w:t>все</w:t>
      </w:r>
      <w:r w:rsidRPr="00B7305F">
        <w:rPr>
          <w:rFonts w:cs="Times New Roman"/>
          <w:color w:val="000000" w:themeColor="text1"/>
          <w:lang w:val="uk-UA"/>
        </w:rPr>
        <w:t xml:space="preserve"> </w:t>
      </w:r>
      <w:r w:rsidR="006A5EBD" w:rsidRPr="00B7305F">
        <w:rPr>
          <w:rFonts w:cs="Times New Roman"/>
          <w:color w:val="000000" w:themeColor="text1"/>
          <w:lang w:val="uk-UA"/>
        </w:rPr>
        <w:t>частіше</w:t>
      </w:r>
      <w:r w:rsidRPr="00B7305F">
        <w:rPr>
          <w:rFonts w:cs="Times New Roman"/>
          <w:color w:val="000000" w:themeColor="text1"/>
          <w:lang w:val="uk-UA"/>
        </w:rPr>
        <w:t xml:space="preserve"> </w:t>
      </w:r>
      <w:r w:rsidR="006A5EBD" w:rsidRPr="00B7305F">
        <w:rPr>
          <w:rFonts w:cs="Times New Roman"/>
          <w:color w:val="000000" w:themeColor="text1"/>
          <w:lang w:val="uk-UA"/>
        </w:rPr>
        <w:t>зустрічаються</w:t>
      </w:r>
      <w:r w:rsidRPr="00B7305F">
        <w:rPr>
          <w:rFonts w:cs="Times New Roman"/>
          <w:color w:val="000000" w:themeColor="text1"/>
          <w:lang w:val="uk-UA"/>
        </w:rPr>
        <w:t xml:space="preserve"> </w:t>
      </w:r>
      <w:r w:rsidR="006A5EBD" w:rsidRPr="00B7305F">
        <w:rPr>
          <w:rFonts w:cs="Times New Roman"/>
          <w:color w:val="000000" w:themeColor="text1"/>
          <w:lang w:val="uk-UA"/>
        </w:rPr>
        <w:t>на</w:t>
      </w:r>
      <w:r w:rsidRPr="00B7305F">
        <w:rPr>
          <w:rFonts w:cs="Times New Roman"/>
          <w:color w:val="000000" w:themeColor="text1"/>
          <w:lang w:val="uk-UA"/>
        </w:rPr>
        <w:t xml:space="preserve"> </w:t>
      </w:r>
      <w:r w:rsidR="006A5EBD" w:rsidRPr="00B7305F">
        <w:rPr>
          <w:rFonts w:cs="Times New Roman"/>
          <w:color w:val="000000" w:themeColor="text1"/>
          <w:lang w:val="uk-UA"/>
        </w:rPr>
        <w:t>спільному</w:t>
      </w:r>
      <w:r w:rsidRPr="00B7305F">
        <w:rPr>
          <w:rFonts w:cs="Times New Roman"/>
          <w:color w:val="000000" w:themeColor="text1"/>
          <w:lang w:val="uk-UA"/>
        </w:rPr>
        <w:t xml:space="preserve"> </w:t>
      </w:r>
      <w:r w:rsidR="006A5EBD" w:rsidRPr="00B7305F">
        <w:rPr>
          <w:rFonts w:cs="Times New Roman"/>
          <w:color w:val="000000" w:themeColor="text1"/>
          <w:lang w:val="uk-UA"/>
        </w:rPr>
        <w:t>полі</w:t>
      </w:r>
      <w:r w:rsidRPr="00B7305F">
        <w:rPr>
          <w:rFonts w:cs="Times New Roman"/>
          <w:color w:val="000000" w:themeColor="text1"/>
          <w:lang w:val="uk-UA"/>
        </w:rPr>
        <w:t xml:space="preserve"> </w:t>
      </w:r>
      <w:r w:rsidR="006A5EBD" w:rsidRPr="00B7305F">
        <w:rPr>
          <w:rFonts w:cs="Times New Roman"/>
          <w:color w:val="000000" w:themeColor="text1"/>
          <w:lang w:val="uk-UA"/>
        </w:rPr>
        <w:t>—</w:t>
      </w:r>
      <w:r w:rsidRPr="00B7305F">
        <w:rPr>
          <w:rFonts w:cs="Times New Roman"/>
          <w:color w:val="000000" w:themeColor="text1"/>
          <w:lang w:val="uk-UA"/>
        </w:rPr>
        <w:t xml:space="preserve"> </w:t>
      </w:r>
      <w:r w:rsidR="006A5EBD" w:rsidRPr="00B7305F">
        <w:rPr>
          <w:rFonts w:cs="Times New Roman"/>
          <w:color w:val="000000" w:themeColor="text1"/>
          <w:lang w:val="uk-UA"/>
        </w:rPr>
        <w:t>не</w:t>
      </w:r>
      <w:r w:rsidRPr="00B7305F">
        <w:rPr>
          <w:rFonts w:cs="Times New Roman"/>
          <w:color w:val="000000" w:themeColor="text1"/>
          <w:lang w:val="uk-UA"/>
        </w:rPr>
        <w:t xml:space="preserve"> </w:t>
      </w:r>
      <w:r w:rsidR="006A5EBD" w:rsidRPr="00B7305F">
        <w:rPr>
          <w:rFonts w:cs="Times New Roman"/>
          <w:color w:val="000000" w:themeColor="text1"/>
          <w:lang w:val="uk-UA"/>
        </w:rPr>
        <w:t>як</w:t>
      </w:r>
      <w:r w:rsidRPr="00B7305F">
        <w:rPr>
          <w:rFonts w:cs="Times New Roman"/>
          <w:color w:val="000000" w:themeColor="text1"/>
          <w:lang w:val="uk-UA"/>
        </w:rPr>
        <w:t xml:space="preserve"> </w:t>
      </w:r>
      <w:r w:rsidR="006A5EBD" w:rsidRPr="00B7305F">
        <w:rPr>
          <w:rFonts w:cs="Times New Roman"/>
          <w:color w:val="000000" w:themeColor="text1"/>
          <w:lang w:val="uk-UA"/>
        </w:rPr>
        <w:t>конкуренти,</w:t>
      </w:r>
      <w:r w:rsidRPr="00B7305F">
        <w:rPr>
          <w:rFonts w:cs="Times New Roman"/>
          <w:color w:val="000000" w:themeColor="text1"/>
          <w:lang w:val="uk-UA"/>
        </w:rPr>
        <w:t xml:space="preserve"> </w:t>
      </w:r>
      <w:r w:rsidR="006A5EBD" w:rsidRPr="00B7305F">
        <w:rPr>
          <w:rFonts w:cs="Times New Roman"/>
          <w:color w:val="000000" w:themeColor="text1"/>
          <w:lang w:val="uk-UA"/>
        </w:rPr>
        <w:t>а</w:t>
      </w:r>
      <w:r w:rsidRPr="00B7305F">
        <w:rPr>
          <w:rFonts w:cs="Times New Roman"/>
          <w:color w:val="000000" w:themeColor="text1"/>
          <w:lang w:val="uk-UA"/>
        </w:rPr>
        <w:t xml:space="preserve"> </w:t>
      </w:r>
      <w:r w:rsidR="006A5EBD" w:rsidRPr="00B7305F">
        <w:rPr>
          <w:rFonts w:cs="Times New Roman"/>
          <w:color w:val="000000" w:themeColor="text1"/>
          <w:lang w:val="uk-UA"/>
        </w:rPr>
        <w:t>як</w:t>
      </w:r>
      <w:r w:rsidRPr="00B7305F">
        <w:rPr>
          <w:rFonts w:cs="Times New Roman"/>
          <w:color w:val="000000" w:themeColor="text1"/>
          <w:lang w:val="uk-UA"/>
        </w:rPr>
        <w:t xml:space="preserve"> </w:t>
      </w:r>
      <w:r w:rsidR="006A5EBD" w:rsidRPr="00B7305F">
        <w:rPr>
          <w:rFonts w:cs="Times New Roman"/>
          <w:color w:val="000000" w:themeColor="text1"/>
          <w:lang w:val="uk-UA"/>
        </w:rPr>
        <w:t>партнери</w:t>
      </w:r>
      <w:r w:rsidRPr="00B7305F">
        <w:rPr>
          <w:rFonts w:cs="Times New Roman"/>
          <w:color w:val="000000" w:themeColor="text1"/>
          <w:lang w:val="uk-UA"/>
        </w:rPr>
        <w:t xml:space="preserve"> </w:t>
      </w:r>
      <w:r w:rsidR="006A5EBD" w:rsidRPr="00B7305F">
        <w:rPr>
          <w:rFonts w:cs="Times New Roman"/>
          <w:color w:val="000000" w:themeColor="text1"/>
          <w:lang w:val="uk-UA"/>
        </w:rPr>
        <w:t>в</w:t>
      </w:r>
      <w:r w:rsidRPr="00B7305F">
        <w:rPr>
          <w:rFonts w:cs="Times New Roman"/>
          <w:color w:val="000000" w:themeColor="text1"/>
          <w:lang w:val="uk-UA"/>
        </w:rPr>
        <w:t xml:space="preserve"> </w:t>
      </w:r>
      <w:r w:rsidR="006A5EBD" w:rsidRPr="00B7305F">
        <w:rPr>
          <w:rFonts w:cs="Times New Roman"/>
          <w:color w:val="000000" w:themeColor="text1"/>
          <w:lang w:val="uk-UA"/>
        </w:rPr>
        <w:t>інноваціях.</w:t>
      </w:r>
      <w:r w:rsidRPr="00B7305F">
        <w:rPr>
          <w:rFonts w:cs="Times New Roman"/>
          <w:color w:val="000000" w:themeColor="text1"/>
          <w:lang w:val="uk-UA"/>
        </w:rPr>
        <w:t xml:space="preserve"> </w:t>
      </w:r>
      <w:r w:rsidR="006A5EBD" w:rsidRPr="00B7305F">
        <w:rPr>
          <w:rFonts w:cs="Times New Roman"/>
          <w:color w:val="000000" w:themeColor="text1"/>
          <w:lang w:val="uk-UA"/>
        </w:rPr>
        <w:t>Сьогодні</w:t>
      </w:r>
      <w:r w:rsidRPr="00B7305F">
        <w:rPr>
          <w:rFonts w:cs="Times New Roman"/>
          <w:color w:val="000000" w:themeColor="text1"/>
          <w:lang w:val="uk-UA"/>
        </w:rPr>
        <w:t xml:space="preserve"> </w:t>
      </w:r>
      <w:r w:rsidR="006A5EBD" w:rsidRPr="00B7305F">
        <w:rPr>
          <w:rFonts w:cs="Times New Roman"/>
          <w:color w:val="000000" w:themeColor="text1"/>
          <w:lang w:val="uk-UA"/>
        </w:rPr>
        <w:t>постановки,</w:t>
      </w:r>
      <w:r w:rsidRPr="00B7305F">
        <w:rPr>
          <w:rFonts w:cs="Times New Roman"/>
          <w:color w:val="000000" w:themeColor="text1"/>
          <w:lang w:val="uk-UA"/>
        </w:rPr>
        <w:t xml:space="preserve"> </w:t>
      </w:r>
      <w:r w:rsidR="006A5EBD" w:rsidRPr="00B7305F">
        <w:rPr>
          <w:rFonts w:cs="Times New Roman"/>
          <w:color w:val="000000" w:themeColor="text1"/>
          <w:lang w:val="uk-UA"/>
        </w:rPr>
        <w:t>які</w:t>
      </w:r>
      <w:r w:rsidRPr="00B7305F">
        <w:rPr>
          <w:rFonts w:cs="Times New Roman"/>
          <w:color w:val="000000" w:themeColor="text1"/>
          <w:lang w:val="uk-UA"/>
        </w:rPr>
        <w:t xml:space="preserve"> </w:t>
      </w:r>
      <w:r w:rsidR="006A5EBD" w:rsidRPr="00B7305F">
        <w:rPr>
          <w:rFonts w:cs="Times New Roman"/>
          <w:color w:val="000000" w:themeColor="text1"/>
          <w:lang w:val="uk-UA"/>
        </w:rPr>
        <w:t>поєднують</w:t>
      </w:r>
      <w:r w:rsidRPr="00B7305F">
        <w:rPr>
          <w:rFonts w:cs="Times New Roman"/>
          <w:color w:val="000000" w:themeColor="text1"/>
          <w:lang w:val="uk-UA"/>
        </w:rPr>
        <w:t xml:space="preserve"> </w:t>
      </w:r>
      <w:r w:rsidR="006A5EBD" w:rsidRPr="00B7305F">
        <w:rPr>
          <w:rFonts w:cs="Times New Roman"/>
          <w:color w:val="000000" w:themeColor="text1"/>
          <w:lang w:val="uk-UA"/>
        </w:rPr>
        <w:t>елементи</w:t>
      </w:r>
      <w:r w:rsidRPr="00B7305F">
        <w:rPr>
          <w:rFonts w:cs="Times New Roman"/>
          <w:color w:val="000000" w:themeColor="text1"/>
          <w:lang w:val="uk-UA"/>
        </w:rPr>
        <w:t xml:space="preserve"> </w:t>
      </w:r>
      <w:r w:rsidR="006A5EBD" w:rsidRPr="00B7305F">
        <w:rPr>
          <w:rFonts w:cs="Times New Roman"/>
          <w:color w:val="000000" w:themeColor="text1"/>
          <w:lang w:val="uk-UA"/>
        </w:rPr>
        <w:t>кіно</w:t>
      </w:r>
      <w:r w:rsidRPr="00B7305F">
        <w:rPr>
          <w:rFonts w:cs="Times New Roman"/>
          <w:color w:val="000000" w:themeColor="text1"/>
          <w:lang w:val="uk-UA"/>
        </w:rPr>
        <w:t xml:space="preserve"> </w:t>
      </w:r>
      <w:r w:rsidR="006A5EBD" w:rsidRPr="00B7305F">
        <w:rPr>
          <w:rFonts w:cs="Times New Roman"/>
          <w:color w:val="000000" w:themeColor="text1"/>
          <w:lang w:val="uk-UA"/>
        </w:rPr>
        <w:t>і</w:t>
      </w:r>
      <w:r w:rsidRPr="00B7305F">
        <w:rPr>
          <w:rFonts w:cs="Times New Roman"/>
          <w:color w:val="000000" w:themeColor="text1"/>
          <w:lang w:val="uk-UA"/>
        </w:rPr>
        <w:t xml:space="preserve"> </w:t>
      </w:r>
      <w:r w:rsidR="006A5EBD" w:rsidRPr="00B7305F">
        <w:rPr>
          <w:rFonts w:cs="Times New Roman"/>
          <w:color w:val="000000" w:themeColor="text1"/>
          <w:lang w:val="uk-UA"/>
        </w:rPr>
        <w:t>театру,</w:t>
      </w:r>
      <w:r w:rsidRPr="00B7305F">
        <w:rPr>
          <w:rFonts w:cs="Times New Roman"/>
          <w:color w:val="000000" w:themeColor="text1"/>
          <w:lang w:val="uk-UA"/>
        </w:rPr>
        <w:t xml:space="preserve"> </w:t>
      </w:r>
      <w:r w:rsidR="006A5EBD" w:rsidRPr="00B7305F">
        <w:rPr>
          <w:rFonts w:cs="Times New Roman"/>
          <w:color w:val="000000" w:themeColor="text1"/>
          <w:lang w:val="uk-UA"/>
        </w:rPr>
        <w:t>стають</w:t>
      </w:r>
      <w:r w:rsidRPr="00B7305F">
        <w:rPr>
          <w:rFonts w:cs="Times New Roman"/>
          <w:color w:val="000000" w:themeColor="text1"/>
          <w:lang w:val="uk-UA"/>
        </w:rPr>
        <w:t xml:space="preserve"> </w:t>
      </w:r>
      <w:r w:rsidR="006A5EBD" w:rsidRPr="00B7305F">
        <w:rPr>
          <w:rFonts w:cs="Times New Roman"/>
          <w:color w:val="000000" w:themeColor="text1"/>
          <w:lang w:val="uk-UA"/>
        </w:rPr>
        <w:t>фестивальними</w:t>
      </w:r>
      <w:r w:rsidRPr="00B7305F">
        <w:rPr>
          <w:rFonts w:cs="Times New Roman"/>
          <w:color w:val="000000" w:themeColor="text1"/>
          <w:lang w:val="uk-UA"/>
        </w:rPr>
        <w:t xml:space="preserve"> </w:t>
      </w:r>
      <w:r w:rsidR="006A5EBD" w:rsidRPr="00B7305F">
        <w:rPr>
          <w:rFonts w:cs="Times New Roman"/>
          <w:color w:val="000000" w:themeColor="text1"/>
          <w:lang w:val="uk-UA"/>
        </w:rPr>
        <w:t>формами,</w:t>
      </w:r>
      <w:r w:rsidRPr="00B7305F">
        <w:rPr>
          <w:rFonts w:cs="Times New Roman"/>
          <w:color w:val="000000" w:themeColor="text1"/>
          <w:lang w:val="uk-UA"/>
        </w:rPr>
        <w:t xml:space="preserve"> </w:t>
      </w:r>
      <w:r w:rsidR="006A5EBD" w:rsidRPr="00B7305F">
        <w:rPr>
          <w:rFonts w:cs="Times New Roman"/>
          <w:color w:val="000000" w:themeColor="text1"/>
          <w:lang w:val="uk-UA"/>
        </w:rPr>
        <w:t>лабораторними</w:t>
      </w:r>
      <w:r w:rsidRPr="00B7305F">
        <w:rPr>
          <w:rFonts w:cs="Times New Roman"/>
          <w:color w:val="000000" w:themeColor="text1"/>
          <w:lang w:val="uk-UA"/>
        </w:rPr>
        <w:t xml:space="preserve"> </w:t>
      </w:r>
      <w:r w:rsidR="006A5EBD" w:rsidRPr="00B7305F">
        <w:rPr>
          <w:rFonts w:cs="Times New Roman"/>
          <w:color w:val="000000" w:themeColor="text1"/>
          <w:lang w:val="uk-UA"/>
        </w:rPr>
        <w:t>дослідами,</w:t>
      </w:r>
      <w:r w:rsidRPr="00B7305F">
        <w:rPr>
          <w:rFonts w:cs="Times New Roman"/>
          <w:color w:val="000000" w:themeColor="text1"/>
          <w:lang w:val="uk-UA"/>
        </w:rPr>
        <w:t xml:space="preserve"> </w:t>
      </w:r>
      <w:r w:rsidR="006A5EBD" w:rsidRPr="00B7305F">
        <w:rPr>
          <w:rFonts w:cs="Times New Roman"/>
          <w:color w:val="000000" w:themeColor="text1"/>
          <w:lang w:val="uk-UA"/>
        </w:rPr>
        <w:t>у</w:t>
      </w:r>
      <w:r w:rsidRPr="00B7305F">
        <w:rPr>
          <w:rFonts w:cs="Times New Roman"/>
          <w:color w:val="000000" w:themeColor="text1"/>
          <w:lang w:val="uk-UA"/>
        </w:rPr>
        <w:t xml:space="preserve"> </w:t>
      </w:r>
      <w:r w:rsidR="006A5EBD" w:rsidRPr="00B7305F">
        <w:rPr>
          <w:rFonts w:cs="Times New Roman"/>
          <w:color w:val="000000" w:themeColor="text1"/>
          <w:lang w:val="uk-UA"/>
        </w:rPr>
        <w:t>яких</w:t>
      </w:r>
      <w:r w:rsidRPr="00B7305F">
        <w:rPr>
          <w:rFonts w:cs="Times New Roman"/>
          <w:color w:val="000000" w:themeColor="text1"/>
          <w:lang w:val="uk-UA"/>
        </w:rPr>
        <w:t xml:space="preserve"> </w:t>
      </w:r>
      <w:r w:rsidR="006A5EBD" w:rsidRPr="00B7305F">
        <w:rPr>
          <w:rFonts w:cs="Times New Roman"/>
          <w:color w:val="000000" w:themeColor="text1"/>
          <w:lang w:val="uk-UA"/>
        </w:rPr>
        <w:t>глядач</w:t>
      </w:r>
      <w:r w:rsidRPr="00B7305F">
        <w:rPr>
          <w:rFonts w:cs="Times New Roman"/>
          <w:color w:val="000000" w:themeColor="text1"/>
          <w:lang w:val="uk-UA"/>
        </w:rPr>
        <w:t xml:space="preserve"> </w:t>
      </w:r>
      <w:r w:rsidR="006A5EBD" w:rsidRPr="00B7305F">
        <w:rPr>
          <w:rFonts w:cs="Times New Roman"/>
          <w:color w:val="000000" w:themeColor="text1"/>
          <w:lang w:val="uk-UA"/>
        </w:rPr>
        <w:t>стає</w:t>
      </w:r>
      <w:r w:rsidRPr="00B7305F">
        <w:rPr>
          <w:rFonts w:cs="Times New Roman"/>
          <w:color w:val="000000" w:themeColor="text1"/>
          <w:lang w:val="uk-UA"/>
        </w:rPr>
        <w:t xml:space="preserve"> </w:t>
      </w:r>
      <w:r w:rsidR="006A5EBD" w:rsidRPr="00B7305F">
        <w:rPr>
          <w:rFonts w:cs="Times New Roman"/>
          <w:color w:val="000000" w:themeColor="text1"/>
          <w:lang w:val="uk-UA"/>
        </w:rPr>
        <w:t>свідком</w:t>
      </w:r>
      <w:r w:rsidRPr="00B7305F">
        <w:rPr>
          <w:rFonts w:cs="Times New Roman"/>
          <w:color w:val="000000" w:themeColor="text1"/>
          <w:lang w:val="uk-UA"/>
        </w:rPr>
        <w:t xml:space="preserve"> </w:t>
      </w:r>
      <w:r w:rsidR="006A5EBD" w:rsidRPr="00B7305F">
        <w:rPr>
          <w:rFonts w:cs="Times New Roman"/>
          <w:color w:val="000000" w:themeColor="text1"/>
          <w:lang w:val="uk-UA"/>
        </w:rPr>
        <w:t>радикального</w:t>
      </w:r>
      <w:r w:rsidRPr="00B7305F">
        <w:rPr>
          <w:rFonts w:cs="Times New Roman"/>
          <w:color w:val="000000" w:themeColor="text1"/>
          <w:lang w:val="uk-UA"/>
        </w:rPr>
        <w:t xml:space="preserve"> </w:t>
      </w:r>
      <w:r w:rsidR="006A5EBD" w:rsidRPr="00B7305F">
        <w:rPr>
          <w:rFonts w:cs="Times New Roman"/>
          <w:color w:val="000000" w:themeColor="text1"/>
          <w:lang w:val="uk-UA"/>
        </w:rPr>
        <w:t>змішання</w:t>
      </w:r>
      <w:r w:rsidRPr="00B7305F">
        <w:rPr>
          <w:rFonts w:cs="Times New Roman"/>
          <w:color w:val="000000" w:themeColor="text1"/>
          <w:lang w:val="uk-UA"/>
        </w:rPr>
        <w:t xml:space="preserve"> </w:t>
      </w:r>
      <w:r w:rsidR="006A5EBD" w:rsidRPr="00B7305F">
        <w:rPr>
          <w:rFonts w:cs="Times New Roman"/>
          <w:color w:val="000000" w:themeColor="text1"/>
          <w:lang w:val="uk-UA"/>
        </w:rPr>
        <w:t>засобів.</w:t>
      </w:r>
      <w:r w:rsidRPr="00B7305F">
        <w:rPr>
          <w:rFonts w:cs="Times New Roman"/>
          <w:color w:val="000000" w:themeColor="text1"/>
          <w:lang w:val="uk-UA"/>
        </w:rPr>
        <w:t xml:space="preserve"> </w:t>
      </w:r>
      <w:r w:rsidR="006A5EBD" w:rsidRPr="00B7305F">
        <w:rPr>
          <w:rFonts w:cs="Times New Roman"/>
          <w:color w:val="000000" w:themeColor="text1"/>
          <w:lang w:val="uk-UA"/>
        </w:rPr>
        <w:t>Цей</w:t>
      </w:r>
      <w:r w:rsidRPr="00B7305F">
        <w:rPr>
          <w:rFonts w:cs="Times New Roman"/>
          <w:color w:val="000000" w:themeColor="text1"/>
          <w:lang w:val="uk-UA"/>
        </w:rPr>
        <w:t xml:space="preserve"> </w:t>
      </w:r>
      <w:r w:rsidR="006A5EBD" w:rsidRPr="00B7305F">
        <w:rPr>
          <w:rFonts w:cs="Times New Roman"/>
          <w:color w:val="000000" w:themeColor="text1"/>
          <w:lang w:val="uk-UA"/>
        </w:rPr>
        <w:t>експериментальний</w:t>
      </w:r>
      <w:r w:rsidRPr="00B7305F">
        <w:rPr>
          <w:rFonts w:cs="Times New Roman"/>
          <w:color w:val="000000" w:themeColor="text1"/>
          <w:lang w:val="uk-UA"/>
        </w:rPr>
        <w:t xml:space="preserve"> </w:t>
      </w:r>
      <w:r w:rsidR="006A5EBD" w:rsidRPr="00B7305F">
        <w:rPr>
          <w:rFonts w:cs="Times New Roman"/>
          <w:color w:val="000000" w:themeColor="text1"/>
          <w:lang w:val="uk-UA"/>
        </w:rPr>
        <w:t>простір</w:t>
      </w:r>
      <w:r w:rsidRPr="00B7305F">
        <w:rPr>
          <w:rFonts w:cs="Times New Roman"/>
          <w:color w:val="000000" w:themeColor="text1"/>
          <w:lang w:val="uk-UA"/>
        </w:rPr>
        <w:t xml:space="preserve"> </w:t>
      </w:r>
      <w:r w:rsidR="006A5EBD" w:rsidRPr="00B7305F">
        <w:rPr>
          <w:rFonts w:cs="Times New Roman"/>
          <w:color w:val="000000" w:themeColor="text1"/>
          <w:lang w:val="uk-UA"/>
        </w:rPr>
        <w:t>змушує</w:t>
      </w:r>
      <w:r w:rsidRPr="00B7305F">
        <w:rPr>
          <w:rFonts w:cs="Times New Roman"/>
          <w:color w:val="000000" w:themeColor="text1"/>
          <w:lang w:val="uk-UA"/>
        </w:rPr>
        <w:t xml:space="preserve"> </w:t>
      </w:r>
      <w:r w:rsidR="006A5EBD" w:rsidRPr="00B7305F">
        <w:rPr>
          <w:rFonts w:cs="Times New Roman"/>
          <w:color w:val="000000" w:themeColor="text1"/>
          <w:lang w:val="uk-UA"/>
        </w:rPr>
        <w:t>переосмислити</w:t>
      </w:r>
      <w:r w:rsidRPr="00B7305F">
        <w:rPr>
          <w:rFonts w:cs="Times New Roman"/>
          <w:color w:val="000000" w:themeColor="text1"/>
          <w:lang w:val="uk-UA"/>
        </w:rPr>
        <w:t xml:space="preserve"> </w:t>
      </w:r>
      <w:r w:rsidR="006A5EBD" w:rsidRPr="00B7305F">
        <w:rPr>
          <w:rFonts w:cs="Times New Roman"/>
          <w:color w:val="000000" w:themeColor="text1"/>
          <w:lang w:val="uk-UA"/>
        </w:rPr>
        <w:t>саму</w:t>
      </w:r>
      <w:r w:rsidRPr="00B7305F">
        <w:rPr>
          <w:rFonts w:cs="Times New Roman"/>
          <w:color w:val="000000" w:themeColor="text1"/>
          <w:lang w:val="uk-UA"/>
        </w:rPr>
        <w:t xml:space="preserve"> </w:t>
      </w:r>
      <w:r w:rsidR="006A5EBD" w:rsidRPr="00B7305F">
        <w:rPr>
          <w:rFonts w:cs="Times New Roman"/>
          <w:color w:val="000000" w:themeColor="text1"/>
          <w:lang w:val="uk-UA"/>
        </w:rPr>
        <w:t>природу</w:t>
      </w:r>
      <w:r w:rsidRPr="00B7305F">
        <w:rPr>
          <w:rFonts w:cs="Times New Roman"/>
          <w:color w:val="000000" w:themeColor="text1"/>
          <w:lang w:val="uk-UA"/>
        </w:rPr>
        <w:t xml:space="preserve"> </w:t>
      </w:r>
      <w:r w:rsidR="006A5EBD" w:rsidRPr="00B7305F">
        <w:rPr>
          <w:rFonts w:cs="Times New Roman"/>
          <w:color w:val="000000" w:themeColor="text1"/>
          <w:lang w:val="uk-UA"/>
        </w:rPr>
        <w:t>сценічної</w:t>
      </w:r>
      <w:r w:rsidRPr="00B7305F">
        <w:rPr>
          <w:rFonts w:cs="Times New Roman"/>
          <w:color w:val="000000" w:themeColor="text1"/>
          <w:lang w:val="uk-UA"/>
        </w:rPr>
        <w:t xml:space="preserve"> </w:t>
      </w:r>
      <w:r w:rsidR="006A5EBD" w:rsidRPr="00B7305F">
        <w:rPr>
          <w:rFonts w:cs="Times New Roman"/>
          <w:color w:val="000000" w:themeColor="text1"/>
          <w:lang w:val="uk-UA"/>
        </w:rPr>
        <w:t>дії,</w:t>
      </w:r>
      <w:r w:rsidRPr="00B7305F">
        <w:rPr>
          <w:rFonts w:cs="Times New Roman"/>
          <w:color w:val="000000" w:themeColor="text1"/>
          <w:lang w:val="uk-UA"/>
        </w:rPr>
        <w:t xml:space="preserve"> </w:t>
      </w:r>
      <w:r w:rsidR="006A5EBD" w:rsidRPr="00B7305F">
        <w:rPr>
          <w:rFonts w:cs="Times New Roman"/>
          <w:color w:val="000000" w:themeColor="text1"/>
          <w:lang w:val="uk-UA"/>
        </w:rPr>
        <w:t>виділити</w:t>
      </w:r>
      <w:r w:rsidRPr="00B7305F">
        <w:rPr>
          <w:rFonts w:cs="Times New Roman"/>
          <w:color w:val="000000" w:themeColor="text1"/>
          <w:lang w:val="uk-UA"/>
        </w:rPr>
        <w:t xml:space="preserve"> </w:t>
      </w:r>
      <w:r w:rsidR="006A5EBD" w:rsidRPr="00B7305F">
        <w:rPr>
          <w:rFonts w:cs="Times New Roman"/>
          <w:color w:val="000000" w:themeColor="text1"/>
          <w:lang w:val="uk-UA"/>
        </w:rPr>
        <w:t>нові</w:t>
      </w:r>
      <w:r w:rsidRPr="00B7305F">
        <w:rPr>
          <w:rFonts w:cs="Times New Roman"/>
          <w:color w:val="000000" w:themeColor="text1"/>
          <w:lang w:val="uk-UA"/>
        </w:rPr>
        <w:t xml:space="preserve"> </w:t>
      </w:r>
      <w:r w:rsidR="006A5EBD" w:rsidRPr="00B7305F">
        <w:rPr>
          <w:rFonts w:cs="Times New Roman"/>
          <w:color w:val="000000" w:themeColor="text1"/>
          <w:lang w:val="uk-UA"/>
        </w:rPr>
        <w:t>режисерські</w:t>
      </w:r>
      <w:r w:rsidRPr="00B7305F">
        <w:rPr>
          <w:rFonts w:cs="Times New Roman"/>
          <w:color w:val="000000" w:themeColor="text1"/>
          <w:lang w:val="uk-UA"/>
        </w:rPr>
        <w:t xml:space="preserve"> </w:t>
      </w:r>
      <w:r w:rsidR="006A5EBD" w:rsidRPr="00B7305F">
        <w:rPr>
          <w:rFonts w:cs="Times New Roman"/>
          <w:color w:val="000000" w:themeColor="text1"/>
          <w:lang w:val="uk-UA"/>
        </w:rPr>
        <w:t>та</w:t>
      </w:r>
      <w:r w:rsidRPr="00B7305F">
        <w:rPr>
          <w:rFonts w:cs="Times New Roman"/>
          <w:color w:val="000000" w:themeColor="text1"/>
          <w:lang w:val="uk-UA"/>
        </w:rPr>
        <w:t xml:space="preserve"> </w:t>
      </w:r>
      <w:r w:rsidR="006A5EBD" w:rsidRPr="00B7305F">
        <w:rPr>
          <w:rFonts w:cs="Times New Roman"/>
          <w:color w:val="000000" w:themeColor="text1"/>
          <w:lang w:val="uk-UA"/>
        </w:rPr>
        <w:t>акторські</w:t>
      </w:r>
      <w:r w:rsidRPr="00B7305F">
        <w:rPr>
          <w:rFonts w:cs="Times New Roman"/>
          <w:color w:val="000000" w:themeColor="text1"/>
          <w:lang w:val="uk-UA"/>
        </w:rPr>
        <w:t xml:space="preserve"> </w:t>
      </w:r>
      <w:r w:rsidR="006A5EBD" w:rsidRPr="00B7305F">
        <w:rPr>
          <w:rFonts w:cs="Times New Roman"/>
          <w:color w:val="000000" w:themeColor="text1"/>
          <w:lang w:val="uk-UA"/>
        </w:rPr>
        <w:t>підходи,</w:t>
      </w:r>
      <w:r w:rsidRPr="00B7305F">
        <w:rPr>
          <w:rFonts w:cs="Times New Roman"/>
          <w:color w:val="000000" w:themeColor="text1"/>
          <w:lang w:val="uk-UA"/>
        </w:rPr>
        <w:t xml:space="preserve"> </w:t>
      </w:r>
      <w:r w:rsidR="006A5EBD" w:rsidRPr="00B7305F">
        <w:rPr>
          <w:rFonts w:cs="Times New Roman"/>
          <w:color w:val="000000" w:themeColor="text1"/>
          <w:lang w:val="uk-UA"/>
        </w:rPr>
        <w:t>які</w:t>
      </w:r>
      <w:r w:rsidRPr="00B7305F">
        <w:rPr>
          <w:rFonts w:cs="Times New Roman"/>
          <w:color w:val="000000" w:themeColor="text1"/>
          <w:lang w:val="uk-UA"/>
        </w:rPr>
        <w:t xml:space="preserve"> </w:t>
      </w:r>
      <w:r w:rsidR="006A5EBD" w:rsidRPr="00B7305F">
        <w:rPr>
          <w:rFonts w:cs="Times New Roman"/>
          <w:color w:val="000000" w:themeColor="text1"/>
          <w:lang w:val="uk-UA"/>
        </w:rPr>
        <w:t>працюють</w:t>
      </w:r>
      <w:r w:rsidRPr="00B7305F">
        <w:rPr>
          <w:rFonts w:cs="Times New Roman"/>
          <w:color w:val="000000" w:themeColor="text1"/>
          <w:lang w:val="uk-UA"/>
        </w:rPr>
        <w:t xml:space="preserve"> </w:t>
      </w:r>
      <w:r w:rsidR="006A5EBD" w:rsidRPr="00B7305F">
        <w:rPr>
          <w:rFonts w:cs="Times New Roman"/>
          <w:color w:val="000000" w:themeColor="text1"/>
          <w:lang w:val="uk-UA"/>
        </w:rPr>
        <w:t>саме</w:t>
      </w:r>
      <w:r w:rsidRPr="00B7305F">
        <w:rPr>
          <w:rFonts w:cs="Times New Roman"/>
          <w:color w:val="000000" w:themeColor="text1"/>
          <w:lang w:val="uk-UA"/>
        </w:rPr>
        <w:t xml:space="preserve"> </w:t>
      </w:r>
      <w:r w:rsidR="006A5EBD" w:rsidRPr="00B7305F">
        <w:rPr>
          <w:rFonts w:cs="Times New Roman"/>
          <w:color w:val="000000" w:themeColor="text1"/>
          <w:lang w:val="uk-UA"/>
        </w:rPr>
        <w:t>у</w:t>
      </w:r>
      <w:r w:rsidRPr="00B7305F">
        <w:rPr>
          <w:rFonts w:cs="Times New Roman"/>
          <w:color w:val="000000" w:themeColor="text1"/>
          <w:lang w:val="uk-UA"/>
        </w:rPr>
        <w:t xml:space="preserve"> </w:t>
      </w:r>
      <w:r w:rsidR="006A5EBD" w:rsidRPr="00B7305F">
        <w:rPr>
          <w:rFonts w:cs="Times New Roman"/>
          <w:color w:val="000000" w:themeColor="text1"/>
          <w:lang w:val="uk-UA"/>
        </w:rPr>
        <w:t>зоні</w:t>
      </w:r>
      <w:r w:rsidRPr="00B7305F">
        <w:rPr>
          <w:rFonts w:cs="Times New Roman"/>
          <w:color w:val="000000" w:themeColor="text1"/>
          <w:lang w:val="uk-UA"/>
        </w:rPr>
        <w:t xml:space="preserve"> </w:t>
      </w:r>
      <w:r w:rsidR="006A5EBD" w:rsidRPr="00B7305F">
        <w:rPr>
          <w:rFonts w:cs="Times New Roman"/>
          <w:color w:val="000000" w:themeColor="text1"/>
          <w:lang w:val="uk-UA"/>
        </w:rPr>
        <w:t>між</w:t>
      </w:r>
      <w:r w:rsidRPr="00B7305F">
        <w:rPr>
          <w:rFonts w:cs="Times New Roman"/>
          <w:color w:val="000000" w:themeColor="text1"/>
          <w:lang w:val="uk-UA"/>
        </w:rPr>
        <w:t xml:space="preserve"> </w:t>
      </w:r>
      <w:r w:rsidR="006A5EBD" w:rsidRPr="00B7305F">
        <w:rPr>
          <w:rFonts w:cs="Times New Roman"/>
          <w:color w:val="000000" w:themeColor="text1"/>
          <w:lang w:val="uk-UA"/>
        </w:rPr>
        <w:t>мистецтвами.</w:t>
      </w:r>
    </w:p>
    <w:p w14:paraId="04C51FA3" w14:textId="60B4CE6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Нижче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аналіз</w:t>
      </w:r>
      <w:r w:rsidR="00480420" w:rsidRPr="00B7305F">
        <w:rPr>
          <w:rFonts w:cs="Times New Roman"/>
          <w:color w:val="000000" w:themeColor="text1"/>
          <w:lang w:val="uk-UA"/>
        </w:rPr>
        <w:t xml:space="preserve"> </w:t>
      </w:r>
      <w:r w:rsidRPr="00B7305F">
        <w:rPr>
          <w:rFonts w:cs="Times New Roman"/>
          <w:color w:val="000000" w:themeColor="text1"/>
          <w:lang w:val="uk-UA"/>
        </w:rPr>
        <w:t>тих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з’явились,</w:t>
      </w:r>
      <w:r w:rsidR="00480420" w:rsidRPr="00B7305F">
        <w:rPr>
          <w:rFonts w:cs="Times New Roman"/>
          <w:color w:val="000000" w:themeColor="text1"/>
          <w:lang w:val="uk-UA"/>
        </w:rPr>
        <w:t xml:space="preserve"> </w:t>
      </w:r>
      <w:r w:rsidRPr="00B7305F">
        <w:rPr>
          <w:rFonts w:cs="Times New Roman"/>
          <w:color w:val="000000" w:themeColor="text1"/>
          <w:lang w:val="uk-UA"/>
        </w:rPr>
        <w:t>потенційних</w:t>
      </w:r>
      <w:r w:rsidR="00480420" w:rsidRPr="00B7305F">
        <w:rPr>
          <w:rFonts w:cs="Times New Roman"/>
          <w:color w:val="000000" w:themeColor="text1"/>
          <w:lang w:val="uk-UA"/>
        </w:rPr>
        <w:t xml:space="preserve"> </w:t>
      </w:r>
      <w:r w:rsidRPr="00B7305F">
        <w:rPr>
          <w:rFonts w:cs="Times New Roman"/>
          <w:color w:val="000000" w:themeColor="text1"/>
          <w:lang w:val="uk-UA"/>
        </w:rPr>
        <w:t>напрямів</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особливостей,</w:t>
      </w:r>
      <w:r w:rsidR="00480420" w:rsidRPr="00B7305F">
        <w:rPr>
          <w:rFonts w:cs="Times New Roman"/>
          <w:color w:val="000000" w:themeColor="text1"/>
          <w:lang w:val="uk-UA"/>
        </w:rPr>
        <w:t xml:space="preserve"> </w:t>
      </w:r>
      <w:r w:rsidRPr="00B7305F">
        <w:rPr>
          <w:rFonts w:cs="Times New Roman"/>
          <w:color w:val="000000" w:themeColor="text1"/>
          <w:lang w:val="uk-UA"/>
        </w:rPr>
        <w:t>переваг</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складнощів.</w:t>
      </w:r>
    </w:p>
    <w:p w14:paraId="195B5F20" w14:textId="63E41905"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Гібридний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w:t>
      </w:r>
      <w:r w:rsidR="00480420" w:rsidRPr="00B7305F">
        <w:rPr>
          <w:rFonts w:cs="Times New Roman"/>
          <w:b/>
          <w:bCs/>
          <w:color w:val="000000" w:themeColor="text1"/>
          <w:lang w:val="uk-UA"/>
        </w:rPr>
        <w:t xml:space="preserve"> </w:t>
      </w:r>
      <w:r w:rsidRPr="00B7305F">
        <w:rPr>
          <w:rFonts w:cs="Times New Roman"/>
          <w:b/>
          <w:bCs/>
          <w:color w:val="000000" w:themeColor="text1"/>
          <w:lang w:val="uk-UA"/>
        </w:rPr>
        <w:t>/</w:t>
      </w:r>
      <w:r w:rsidR="00480420" w:rsidRPr="00B7305F">
        <w:rPr>
          <w:rFonts w:cs="Times New Roman"/>
          <w:b/>
          <w:bCs/>
          <w:color w:val="000000" w:themeColor="text1"/>
          <w:lang w:val="uk-UA"/>
        </w:rPr>
        <w:t xml:space="preserve"> </w:t>
      </w:r>
      <w:r w:rsidRPr="00B7305F">
        <w:rPr>
          <w:rFonts w:cs="Times New Roman"/>
          <w:b/>
          <w:bCs/>
          <w:color w:val="000000" w:themeColor="text1"/>
          <w:lang w:val="uk-UA"/>
        </w:rPr>
        <w:t>cine-theatre</w:t>
      </w:r>
      <w:r w:rsidR="00480420" w:rsidRPr="00B7305F">
        <w:rPr>
          <w:rFonts w:cs="Times New Roman"/>
          <w:b/>
          <w:bCs/>
          <w:color w:val="000000" w:themeColor="text1"/>
          <w:lang w:val="uk-UA"/>
        </w:rPr>
        <w:t xml:space="preserve"> </w:t>
      </w:r>
      <w:r w:rsidRPr="00B7305F">
        <w:rPr>
          <w:rFonts w:cs="Times New Roman"/>
          <w:b/>
          <w:bCs/>
          <w:color w:val="000000" w:themeColor="text1"/>
          <w:lang w:val="uk-UA"/>
        </w:rPr>
        <w:t>/</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театр</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з</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елементами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кіно</w:t>
      </w:r>
    </w:p>
    <w:p w14:paraId="615D0DDA" w14:textId="32C8C49B"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Однією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центральних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форм</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r w:rsidR="00480420" w:rsidRPr="00B7305F">
        <w:rPr>
          <w:rFonts w:cs="Times New Roman"/>
          <w:color w:val="000000" w:themeColor="text1"/>
          <w:lang w:val="uk-UA"/>
        </w:rPr>
        <w:t xml:space="preserve"> </w:t>
      </w:r>
      <w:r w:rsidRPr="00B7305F">
        <w:rPr>
          <w:rFonts w:cs="Times New Roman"/>
          <w:color w:val="000000" w:themeColor="text1"/>
          <w:lang w:val="uk-UA"/>
        </w:rPr>
        <w:t>є</w:t>
      </w:r>
      <w:r w:rsidR="00480420" w:rsidRPr="00B7305F">
        <w:rPr>
          <w:rFonts w:cs="Times New Roman"/>
          <w:color w:val="000000" w:themeColor="text1"/>
          <w:lang w:val="uk-UA"/>
        </w:rPr>
        <w:t xml:space="preserve"> </w:t>
      </w:r>
      <w:r w:rsidRPr="00B7305F">
        <w:rPr>
          <w:rFonts w:cs="Times New Roman"/>
          <w:color w:val="000000" w:themeColor="text1"/>
          <w:lang w:val="uk-UA"/>
        </w:rPr>
        <w:t>гібридний</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вистава,</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якій</w:t>
      </w:r>
      <w:r w:rsidR="00480420" w:rsidRPr="00B7305F">
        <w:rPr>
          <w:rFonts w:cs="Times New Roman"/>
          <w:color w:val="000000" w:themeColor="text1"/>
          <w:lang w:val="uk-UA"/>
        </w:rPr>
        <w:t xml:space="preserve"> </w:t>
      </w:r>
      <w:r w:rsidRPr="00B7305F">
        <w:rPr>
          <w:rFonts w:cs="Times New Roman"/>
          <w:color w:val="000000" w:themeColor="text1"/>
          <w:lang w:val="uk-UA"/>
        </w:rPr>
        <w:t>поряд</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живою</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дійсністю</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використовуються</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w:t>
      </w:r>
      <w:r w:rsidR="00480420" w:rsidRPr="00B7305F">
        <w:rPr>
          <w:rFonts w:cs="Times New Roman"/>
          <w:color w:val="000000" w:themeColor="text1"/>
          <w:lang w:val="uk-UA"/>
        </w:rPr>
        <w:t xml:space="preserve"> </w:t>
      </w:r>
      <w:r w:rsidRPr="00B7305F">
        <w:rPr>
          <w:rFonts w:cs="Times New Roman"/>
          <w:color w:val="000000" w:themeColor="text1"/>
          <w:lang w:val="uk-UA"/>
        </w:rPr>
        <w:t>засоби:</w:t>
      </w:r>
      <w:r w:rsidR="00480420" w:rsidRPr="00B7305F">
        <w:rPr>
          <w:rFonts w:cs="Times New Roman"/>
          <w:color w:val="000000" w:themeColor="text1"/>
          <w:lang w:val="uk-UA"/>
        </w:rPr>
        <w:t xml:space="preserve"> </w:t>
      </w:r>
      <w:r w:rsidRPr="00B7305F">
        <w:rPr>
          <w:rFonts w:cs="Times New Roman"/>
          <w:color w:val="000000" w:themeColor="text1"/>
          <w:lang w:val="uk-UA"/>
        </w:rPr>
        <w:t>камери,</w:t>
      </w:r>
      <w:r w:rsidR="00480420" w:rsidRPr="00B7305F">
        <w:rPr>
          <w:rFonts w:cs="Times New Roman"/>
          <w:color w:val="000000" w:themeColor="text1"/>
          <w:lang w:val="uk-UA"/>
        </w:rPr>
        <w:t xml:space="preserve"> </w:t>
      </w:r>
      <w:r w:rsidRPr="00B7305F">
        <w:rPr>
          <w:rFonts w:cs="Times New Roman"/>
          <w:color w:val="000000" w:themeColor="text1"/>
          <w:lang w:val="uk-UA"/>
        </w:rPr>
        <w:t>відеотрансляції,</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попередньо</w:t>
      </w:r>
      <w:r w:rsidR="00480420" w:rsidRPr="00B7305F">
        <w:rPr>
          <w:rFonts w:cs="Times New Roman"/>
          <w:color w:val="000000" w:themeColor="text1"/>
          <w:lang w:val="uk-UA"/>
        </w:rPr>
        <w:t xml:space="preserve"> </w:t>
      </w:r>
      <w:r w:rsidRPr="00B7305F">
        <w:rPr>
          <w:rFonts w:cs="Times New Roman"/>
          <w:color w:val="000000" w:themeColor="text1"/>
          <w:lang w:val="uk-UA"/>
        </w:rPr>
        <w:t>записані</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інтерактивні</w:t>
      </w:r>
      <w:r w:rsidR="00480420" w:rsidRPr="00B7305F">
        <w:rPr>
          <w:rFonts w:cs="Times New Roman"/>
          <w:color w:val="000000" w:themeColor="text1"/>
          <w:lang w:val="uk-UA"/>
        </w:rPr>
        <w:t xml:space="preserve"> </w:t>
      </w:r>
      <w:r w:rsidRPr="00B7305F">
        <w:rPr>
          <w:rFonts w:cs="Times New Roman"/>
          <w:color w:val="000000" w:themeColor="text1"/>
          <w:lang w:val="uk-UA"/>
        </w:rPr>
        <w:t>відеоелементи.</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формат</w:t>
      </w:r>
      <w:r w:rsidR="00480420" w:rsidRPr="00B7305F">
        <w:rPr>
          <w:rFonts w:cs="Times New Roman"/>
          <w:color w:val="000000" w:themeColor="text1"/>
          <w:lang w:val="uk-UA"/>
        </w:rPr>
        <w:t xml:space="preserve"> </w:t>
      </w:r>
      <w:r w:rsidRPr="00B7305F">
        <w:rPr>
          <w:rFonts w:cs="Times New Roman"/>
          <w:color w:val="000000" w:themeColor="text1"/>
          <w:lang w:val="uk-UA"/>
        </w:rPr>
        <w:t>іноді</w:t>
      </w:r>
      <w:r w:rsidR="00480420" w:rsidRPr="00B7305F">
        <w:rPr>
          <w:rFonts w:cs="Times New Roman"/>
          <w:color w:val="000000" w:themeColor="text1"/>
          <w:lang w:val="uk-UA"/>
        </w:rPr>
        <w:t xml:space="preserve"> </w:t>
      </w:r>
      <w:r w:rsidRPr="00B7305F">
        <w:rPr>
          <w:rFonts w:cs="Times New Roman"/>
          <w:color w:val="000000" w:themeColor="text1"/>
          <w:lang w:val="uk-UA"/>
        </w:rPr>
        <w:t>називають</w:t>
      </w:r>
      <w:r w:rsidR="00480420" w:rsidRPr="00B7305F">
        <w:rPr>
          <w:rFonts w:cs="Times New Roman"/>
          <w:color w:val="000000" w:themeColor="text1"/>
          <w:lang w:val="uk-UA"/>
        </w:rPr>
        <w:t xml:space="preserve"> </w:t>
      </w:r>
      <w:r w:rsidR="00905F39" w:rsidRPr="0066386B">
        <w:rPr>
          <w:rFonts w:cs="Times New Roman"/>
          <w:lang w:val="uk-UA"/>
        </w:rPr>
        <w:t>«</w:t>
      </w:r>
      <w:r w:rsidRPr="0066386B">
        <w:rPr>
          <w:rFonts w:cs="Times New Roman"/>
          <w:lang w:val="uk-UA"/>
        </w:rPr>
        <w:t>cinetheatre</w:t>
      </w:r>
      <w:r w:rsidR="00905F39" w:rsidRPr="0066386B">
        <w:rPr>
          <w:rFonts w:cs="Times New Roman"/>
          <w:lang w:val="uk-UA"/>
        </w:rPr>
        <w:t>»</w:t>
      </w:r>
      <w:r w:rsidR="00480420" w:rsidRPr="0066386B">
        <w:rPr>
          <w:rFonts w:cs="Times New Roman"/>
          <w:lang w:val="uk-UA"/>
        </w:rPr>
        <w:t xml:space="preserve"> </w:t>
      </w:r>
      <w:r w:rsidRPr="0066386B">
        <w:rPr>
          <w:rFonts w:cs="Times New Roman"/>
          <w:lang w:val="uk-UA"/>
        </w:rPr>
        <w:t>або</w:t>
      </w:r>
      <w:r w:rsidR="00480420" w:rsidRPr="0066386B">
        <w:rPr>
          <w:rFonts w:cs="Times New Roman"/>
          <w:lang w:val="uk-UA"/>
        </w:rPr>
        <w:t xml:space="preserve"> </w:t>
      </w:r>
      <w:r w:rsidR="00905F39" w:rsidRPr="0066386B">
        <w:rPr>
          <w:rFonts w:cs="Times New Roman"/>
          <w:lang w:val="uk-UA"/>
        </w:rPr>
        <w:t>«</w:t>
      </w:r>
      <w:r w:rsidRPr="0066386B">
        <w:rPr>
          <w:rFonts w:cs="Times New Roman"/>
          <w:lang w:val="uk-UA"/>
        </w:rPr>
        <w:t>театр</w:t>
      </w:r>
      <w:r w:rsidR="00480420" w:rsidRPr="0066386B">
        <w:rPr>
          <w:rFonts w:cs="Times New Roman"/>
          <w:lang w:val="uk-UA"/>
        </w:rPr>
        <w:t xml:space="preserve"> </w:t>
      </w:r>
      <w:r w:rsidRPr="0066386B">
        <w:rPr>
          <w:rFonts w:cs="Times New Roman"/>
          <w:lang w:val="uk-UA"/>
        </w:rPr>
        <w:t>+</w:t>
      </w:r>
      <w:r w:rsidR="00480420" w:rsidRPr="0066386B">
        <w:rPr>
          <w:rFonts w:cs="Times New Roman"/>
          <w:lang w:val="uk-UA"/>
        </w:rPr>
        <w:t xml:space="preserve"> </w:t>
      </w:r>
      <w:r w:rsidRPr="0066386B">
        <w:rPr>
          <w:rFonts w:cs="Times New Roman"/>
          <w:lang w:val="uk-UA"/>
        </w:rPr>
        <w:t>кіно</w:t>
      </w:r>
      <w:r w:rsidR="00905F39" w:rsidRPr="0066386B">
        <w:rPr>
          <w:rFonts w:cs="Times New Roman"/>
          <w:lang w:val="uk-UA"/>
        </w:rPr>
        <w:t>»</w:t>
      </w:r>
      <w:r w:rsidRPr="0066386B">
        <w:rPr>
          <w:rFonts w:cs="Times New Roman"/>
          <w:lang w:val="uk-UA"/>
        </w:rPr>
        <w:t>.</w:t>
      </w:r>
    </w:p>
    <w:p w14:paraId="49E960D7" w14:textId="4747B680"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Характеристики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методи:</w:t>
      </w:r>
    </w:p>
    <w:p w14:paraId="1934E4D6" w14:textId="20F3484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Живий</w:t>
      </w:r>
      <w:r w:rsidR="00480420" w:rsidRPr="00B7305F">
        <w:rPr>
          <w:rFonts w:cs="Times New Roman"/>
          <w:color w:val="000000" w:themeColor="text1"/>
          <w:lang w:val="uk-UA"/>
        </w:rPr>
        <w:t xml:space="preserve"> </w:t>
      </w:r>
      <w:r w:rsidRPr="00B7305F">
        <w:rPr>
          <w:rFonts w:cs="Times New Roman"/>
          <w:color w:val="000000" w:themeColor="text1"/>
          <w:lang w:val="uk-UA"/>
        </w:rPr>
        <w:t>відео-контур:</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знімається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миттєво</w:t>
      </w:r>
      <w:r w:rsidR="00480420" w:rsidRPr="00B7305F">
        <w:rPr>
          <w:rFonts w:cs="Times New Roman"/>
          <w:color w:val="000000" w:themeColor="text1"/>
          <w:lang w:val="uk-UA"/>
        </w:rPr>
        <w:t xml:space="preserve"> </w:t>
      </w:r>
      <w:r w:rsidRPr="00B7305F">
        <w:rPr>
          <w:rFonts w:cs="Times New Roman"/>
          <w:color w:val="000000" w:themeColor="text1"/>
          <w:lang w:val="uk-UA"/>
        </w:rPr>
        <w:t>транслюється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часто</w:t>
      </w:r>
      <w:r w:rsidR="00480420" w:rsidRPr="00B7305F">
        <w:rPr>
          <w:rFonts w:cs="Times New Roman"/>
          <w:color w:val="000000" w:themeColor="text1"/>
          <w:lang w:val="uk-UA"/>
        </w:rPr>
        <w:t xml:space="preserve"> </w:t>
      </w:r>
      <w:r w:rsidRPr="00B7305F">
        <w:rPr>
          <w:rFonts w:cs="Times New Roman"/>
          <w:color w:val="000000" w:themeColor="text1"/>
          <w:lang w:val="uk-UA"/>
        </w:rPr>
        <w:t>паралельно</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живим</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дає</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00905F39">
        <w:rPr>
          <w:rFonts w:cs="Times New Roman"/>
          <w:color w:val="000000" w:themeColor="text1"/>
          <w:lang w:val="uk-UA"/>
        </w:rPr>
        <w:t>«</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66386B">
        <w:rPr>
          <w:rFonts w:cs="Times New Roman"/>
          <w:lang w:val="uk-UA"/>
        </w:rPr>
        <w:t>площин</w:t>
      </w:r>
      <w:r w:rsidR="00905F39" w:rsidRPr="0066386B">
        <w:rPr>
          <w:rFonts w:cs="Times New Roman"/>
          <w:lang w:val="uk-UA"/>
        </w:rPr>
        <w:t xml:space="preserve"> </w:t>
      </w:r>
      <w:r w:rsidR="00905F39" w:rsidRPr="0066386B">
        <w:rPr>
          <w:rFonts w:cs="Times New Roman"/>
          <w:lang w:val="ru-RU"/>
        </w:rPr>
        <w:t>[</w:t>
      </w:r>
      <w:r w:rsidR="0066386B" w:rsidRPr="0066386B">
        <w:rPr>
          <w:rFonts w:cs="Times New Roman"/>
          <w:lang w:val="ru-RU"/>
        </w:rPr>
        <w:t>22</w:t>
      </w:r>
      <w:r w:rsidR="00905F39" w:rsidRPr="0066386B">
        <w:rPr>
          <w:rFonts w:cs="Times New Roman"/>
          <w:lang w:val="ru-RU"/>
        </w:rPr>
        <w:t xml:space="preserve">, </w:t>
      </w:r>
      <w:r w:rsidR="00905F39" w:rsidRPr="0066386B">
        <w:rPr>
          <w:rFonts w:cs="Times New Roman"/>
        </w:rPr>
        <w:t>c</w:t>
      </w:r>
      <w:r w:rsidR="00905F39" w:rsidRPr="0010382C">
        <w:rPr>
          <w:rFonts w:cs="Times New Roman"/>
          <w:color w:val="000000" w:themeColor="text1"/>
          <w:lang w:val="ru-RU"/>
        </w:rPr>
        <w:t>.</w:t>
      </w:r>
      <w:r w:rsidR="0066386B" w:rsidRPr="0010382C">
        <w:rPr>
          <w:rFonts w:cs="Times New Roman"/>
          <w:color w:val="000000" w:themeColor="text1"/>
          <w:lang w:val="ru-RU"/>
        </w:rPr>
        <w:t>47</w:t>
      </w:r>
      <w:r w:rsidR="00905F39" w:rsidRPr="0010382C">
        <w:rPr>
          <w:rFonts w:cs="Times New Roman"/>
          <w:color w:val="000000" w:themeColor="text1"/>
          <w:lang w:val="ru-RU"/>
        </w:rPr>
        <w:t>]</w:t>
      </w:r>
      <w:r w:rsidR="00905F39" w:rsidRPr="0010382C">
        <w:rPr>
          <w:rFonts w:cs="Times New Roman"/>
          <w:color w:val="000000" w:themeColor="text1"/>
          <w:lang w:val="uk-UA"/>
        </w:rPr>
        <w:t>»</w:t>
      </w:r>
      <w:r w:rsidR="00905F39" w:rsidRPr="0010382C">
        <w:rPr>
          <w:rFonts w:cs="Times New Roman"/>
          <w:color w:val="000000" w:themeColor="text1"/>
          <w:lang w:val="ru-RU"/>
        </w:rPr>
        <w:t>,</w:t>
      </w:r>
      <w:r w:rsidR="00480420" w:rsidRPr="0010382C">
        <w:rPr>
          <w:rFonts w:cs="Times New Roman"/>
          <w:color w:val="000000" w:themeColor="text1"/>
          <w:lang w:val="uk-UA"/>
        </w:rPr>
        <w:t xml:space="preserve"> </w:t>
      </w:r>
      <w:r w:rsidRPr="0010382C">
        <w:rPr>
          <w:rFonts w:cs="Times New Roman"/>
          <w:color w:val="000000" w:themeColor="text1"/>
          <w:lang w:val="uk-UA"/>
        </w:rPr>
        <w:t>одна</w:t>
      </w:r>
      <w:r w:rsidR="00480420" w:rsidRPr="0010382C">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інша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кадр.</w:t>
      </w:r>
    </w:p>
    <w:p w14:paraId="1D3B9938" w14:textId="1ED7DB6A" w:rsidR="00692654" w:rsidRPr="0010382C"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Режисерський</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режимі</w:t>
      </w:r>
      <w:r w:rsidR="00480420" w:rsidRPr="00B7305F">
        <w:rPr>
          <w:rFonts w:cs="Times New Roman"/>
          <w:color w:val="000000" w:themeColor="text1"/>
          <w:lang w:val="uk-UA"/>
        </w:rPr>
        <w:t xml:space="preserve"> </w:t>
      </w:r>
      <w:r w:rsidRPr="00B7305F">
        <w:rPr>
          <w:rFonts w:cs="Times New Roman"/>
          <w:color w:val="000000" w:themeColor="text1"/>
          <w:lang w:val="uk-UA"/>
        </w:rPr>
        <w:t>live:</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10382C">
        <w:rPr>
          <w:rFonts w:cs="Times New Roman"/>
          <w:color w:val="000000" w:themeColor="text1"/>
          <w:lang w:val="uk-UA"/>
        </w:rPr>
        <w:t>або</w:t>
      </w:r>
      <w:r w:rsidR="00480420" w:rsidRPr="0010382C">
        <w:rPr>
          <w:rFonts w:cs="Times New Roman"/>
          <w:color w:val="000000" w:themeColor="text1"/>
          <w:lang w:val="uk-UA"/>
        </w:rPr>
        <w:t xml:space="preserve"> </w:t>
      </w:r>
      <w:r w:rsidR="00436FC2" w:rsidRPr="0010382C">
        <w:rPr>
          <w:rFonts w:cs="Times New Roman"/>
          <w:color w:val="000000" w:themeColor="text1"/>
          <w:lang w:val="uk-UA"/>
        </w:rPr>
        <w:t>«</w:t>
      </w:r>
      <w:r w:rsidRPr="0010382C">
        <w:rPr>
          <w:rFonts w:cs="Times New Roman"/>
          <w:color w:val="000000" w:themeColor="text1"/>
          <w:lang w:val="uk-UA"/>
        </w:rPr>
        <w:t>окремі</w:t>
      </w:r>
      <w:r w:rsidR="00480420" w:rsidRPr="0010382C">
        <w:rPr>
          <w:rFonts w:cs="Times New Roman"/>
          <w:color w:val="000000" w:themeColor="text1"/>
          <w:lang w:val="uk-UA"/>
        </w:rPr>
        <w:t xml:space="preserve"> </w:t>
      </w:r>
      <w:r w:rsidRPr="00B7305F">
        <w:rPr>
          <w:rFonts w:cs="Times New Roman"/>
          <w:color w:val="000000" w:themeColor="text1"/>
          <w:lang w:val="uk-UA"/>
        </w:rPr>
        <w:t>знайомі</w:t>
      </w:r>
      <w:r w:rsidR="00480420" w:rsidRPr="00B7305F">
        <w:rPr>
          <w:rFonts w:cs="Times New Roman"/>
          <w:color w:val="000000" w:themeColor="text1"/>
          <w:lang w:val="uk-UA"/>
        </w:rPr>
        <w:t xml:space="preserve"> </w:t>
      </w:r>
      <w:r w:rsidRPr="0010382C">
        <w:rPr>
          <w:rFonts w:cs="Times New Roman"/>
          <w:color w:val="000000" w:themeColor="text1"/>
          <w:lang w:val="uk-UA"/>
        </w:rPr>
        <w:t>ракурси</w:t>
      </w:r>
      <w:r w:rsidR="00436FC2" w:rsidRPr="0010382C">
        <w:rPr>
          <w:rFonts w:cs="Times New Roman"/>
          <w:color w:val="000000" w:themeColor="text1"/>
          <w:lang w:val="uk-UA"/>
        </w:rPr>
        <w:t xml:space="preserve"> </w:t>
      </w:r>
      <w:r w:rsidR="00436FC2" w:rsidRPr="0010382C">
        <w:rPr>
          <w:rFonts w:cs="Times New Roman"/>
          <w:color w:val="000000" w:themeColor="text1"/>
          <w:lang w:val="ru-RU"/>
        </w:rPr>
        <w:t>[</w:t>
      </w:r>
      <w:r w:rsidR="0010382C" w:rsidRPr="0010382C">
        <w:rPr>
          <w:rFonts w:cs="Times New Roman"/>
          <w:color w:val="000000" w:themeColor="text1"/>
          <w:lang w:val="ru-RU"/>
        </w:rPr>
        <w:t>6</w:t>
      </w:r>
      <w:r w:rsidR="00436FC2" w:rsidRPr="0010382C">
        <w:rPr>
          <w:rFonts w:cs="Times New Roman"/>
          <w:color w:val="000000" w:themeColor="text1"/>
          <w:lang w:val="ru-RU"/>
        </w:rPr>
        <w:t xml:space="preserve">, </w:t>
      </w:r>
      <w:r w:rsidR="00436FC2" w:rsidRPr="0010382C">
        <w:rPr>
          <w:rFonts w:cs="Times New Roman"/>
          <w:color w:val="000000" w:themeColor="text1"/>
        </w:rPr>
        <w:t>c</w:t>
      </w:r>
      <w:r w:rsidR="00436FC2" w:rsidRPr="0010382C">
        <w:rPr>
          <w:rFonts w:cs="Times New Roman"/>
          <w:color w:val="000000" w:themeColor="text1"/>
          <w:lang w:val="ru-RU"/>
        </w:rPr>
        <w:t xml:space="preserve">.  </w:t>
      </w:r>
      <w:r w:rsidR="0010382C" w:rsidRPr="0010382C">
        <w:rPr>
          <w:rFonts w:cs="Times New Roman"/>
          <w:color w:val="000000" w:themeColor="text1"/>
          <w:lang w:val="ru-RU"/>
        </w:rPr>
        <w:t>112</w:t>
      </w:r>
      <w:r w:rsidR="00436FC2" w:rsidRPr="0010382C">
        <w:rPr>
          <w:rFonts w:cs="Times New Roman"/>
          <w:color w:val="000000" w:themeColor="text1"/>
          <w:lang w:val="ru-RU"/>
        </w:rPr>
        <w:t>]</w:t>
      </w:r>
      <w:r w:rsidR="00436FC2" w:rsidRPr="0010382C">
        <w:rPr>
          <w:rFonts w:cs="Times New Roman"/>
          <w:color w:val="000000" w:themeColor="text1"/>
          <w:lang w:val="uk-UA"/>
        </w:rPr>
        <w:t xml:space="preserve">» </w:t>
      </w:r>
      <w:r w:rsidRPr="0010382C">
        <w:rPr>
          <w:rFonts w:cs="Times New Roman"/>
          <w:color w:val="000000" w:themeColor="text1"/>
          <w:lang w:val="uk-UA"/>
        </w:rPr>
        <w:t>перемикаються</w:t>
      </w:r>
      <w:r w:rsidR="00480420" w:rsidRPr="0010382C">
        <w:rPr>
          <w:rFonts w:cs="Times New Roman"/>
          <w:color w:val="000000" w:themeColor="text1"/>
          <w:lang w:val="uk-UA"/>
        </w:rPr>
        <w:t xml:space="preserve"> </w:t>
      </w:r>
      <w:r w:rsidRPr="0010382C">
        <w:rPr>
          <w:rFonts w:cs="Times New Roman"/>
          <w:color w:val="000000" w:themeColor="text1"/>
          <w:lang w:val="uk-UA"/>
        </w:rPr>
        <w:t>миттєво,</w:t>
      </w:r>
      <w:r w:rsidR="00480420" w:rsidRPr="0010382C">
        <w:rPr>
          <w:rFonts w:cs="Times New Roman"/>
          <w:color w:val="000000" w:themeColor="text1"/>
          <w:lang w:val="uk-UA"/>
        </w:rPr>
        <w:t xml:space="preserve"> </w:t>
      </w:r>
      <w:r w:rsidRPr="0010382C">
        <w:rPr>
          <w:rFonts w:cs="Times New Roman"/>
          <w:color w:val="000000" w:themeColor="text1"/>
          <w:lang w:val="uk-UA"/>
        </w:rPr>
        <w:t>змінюються</w:t>
      </w:r>
      <w:r w:rsidR="00480420" w:rsidRPr="0010382C">
        <w:rPr>
          <w:rFonts w:cs="Times New Roman"/>
          <w:color w:val="000000" w:themeColor="text1"/>
          <w:lang w:val="uk-UA"/>
        </w:rPr>
        <w:t xml:space="preserve"> </w:t>
      </w:r>
      <w:r w:rsidRPr="0010382C">
        <w:rPr>
          <w:rFonts w:cs="Times New Roman"/>
          <w:color w:val="000000" w:themeColor="text1"/>
          <w:lang w:val="uk-UA"/>
        </w:rPr>
        <w:t>ніби</w:t>
      </w:r>
      <w:r w:rsidR="00480420" w:rsidRPr="0010382C">
        <w:rPr>
          <w:rFonts w:cs="Times New Roman"/>
          <w:color w:val="000000" w:themeColor="text1"/>
          <w:lang w:val="uk-UA"/>
        </w:rPr>
        <w:t xml:space="preserve"> </w:t>
      </w:r>
      <w:r w:rsidRPr="0010382C">
        <w:rPr>
          <w:rFonts w:cs="Times New Roman"/>
          <w:color w:val="000000" w:themeColor="text1"/>
          <w:lang w:val="uk-UA"/>
        </w:rPr>
        <w:t>в</w:t>
      </w:r>
      <w:r w:rsidR="00480420" w:rsidRPr="0010382C">
        <w:rPr>
          <w:rFonts w:cs="Times New Roman"/>
          <w:color w:val="000000" w:themeColor="text1"/>
          <w:lang w:val="uk-UA"/>
        </w:rPr>
        <w:t xml:space="preserve"> </w:t>
      </w:r>
      <w:r w:rsidRPr="0010382C">
        <w:rPr>
          <w:rFonts w:cs="Times New Roman"/>
          <w:color w:val="000000" w:themeColor="text1"/>
          <w:lang w:val="uk-UA"/>
        </w:rPr>
        <w:t>монтажі,</w:t>
      </w:r>
      <w:r w:rsidR="00480420" w:rsidRPr="0010382C">
        <w:rPr>
          <w:rFonts w:cs="Times New Roman"/>
          <w:color w:val="000000" w:themeColor="text1"/>
          <w:lang w:val="uk-UA"/>
        </w:rPr>
        <w:t xml:space="preserve"> </w:t>
      </w:r>
      <w:r w:rsidRPr="0010382C">
        <w:rPr>
          <w:rFonts w:cs="Times New Roman"/>
          <w:color w:val="000000" w:themeColor="text1"/>
          <w:lang w:val="uk-UA"/>
        </w:rPr>
        <w:t>але</w:t>
      </w:r>
      <w:r w:rsidR="00480420" w:rsidRPr="0010382C">
        <w:rPr>
          <w:rFonts w:cs="Times New Roman"/>
          <w:color w:val="000000" w:themeColor="text1"/>
          <w:lang w:val="uk-UA"/>
        </w:rPr>
        <w:t xml:space="preserve"> </w:t>
      </w:r>
      <w:r w:rsidRPr="0010382C">
        <w:rPr>
          <w:rFonts w:cs="Times New Roman"/>
          <w:color w:val="000000" w:themeColor="text1"/>
          <w:lang w:val="uk-UA"/>
        </w:rPr>
        <w:t>все</w:t>
      </w:r>
      <w:r w:rsidR="00480420" w:rsidRPr="0010382C">
        <w:rPr>
          <w:rFonts w:cs="Times New Roman"/>
          <w:color w:val="000000" w:themeColor="text1"/>
          <w:lang w:val="uk-UA"/>
        </w:rPr>
        <w:t xml:space="preserve"> </w:t>
      </w:r>
      <w:r w:rsidRPr="0010382C">
        <w:rPr>
          <w:rFonts w:cs="Times New Roman"/>
          <w:color w:val="000000" w:themeColor="text1"/>
          <w:lang w:val="uk-UA"/>
        </w:rPr>
        <w:t>це</w:t>
      </w:r>
      <w:r w:rsidR="00480420" w:rsidRPr="0010382C">
        <w:rPr>
          <w:rFonts w:cs="Times New Roman"/>
          <w:color w:val="000000" w:themeColor="text1"/>
          <w:lang w:val="uk-UA"/>
        </w:rPr>
        <w:t xml:space="preserve"> </w:t>
      </w:r>
      <w:r w:rsidRPr="0010382C">
        <w:rPr>
          <w:rFonts w:cs="Times New Roman"/>
          <w:color w:val="000000" w:themeColor="text1"/>
          <w:lang w:val="uk-UA"/>
        </w:rPr>
        <w:t>відбувається</w:t>
      </w:r>
      <w:r w:rsidR="00480420" w:rsidRPr="0010382C">
        <w:rPr>
          <w:rFonts w:cs="Times New Roman"/>
          <w:color w:val="000000" w:themeColor="text1"/>
          <w:lang w:val="uk-UA"/>
        </w:rPr>
        <w:t xml:space="preserve"> </w:t>
      </w:r>
      <w:r w:rsidRPr="0010382C">
        <w:rPr>
          <w:rFonts w:cs="Times New Roman"/>
          <w:color w:val="000000" w:themeColor="text1"/>
          <w:lang w:val="uk-UA"/>
        </w:rPr>
        <w:t>прямо</w:t>
      </w:r>
      <w:r w:rsidR="00480420" w:rsidRPr="0010382C">
        <w:rPr>
          <w:rFonts w:cs="Times New Roman"/>
          <w:color w:val="000000" w:themeColor="text1"/>
          <w:lang w:val="uk-UA"/>
        </w:rPr>
        <w:t xml:space="preserve"> </w:t>
      </w:r>
      <w:r w:rsidRPr="0010382C">
        <w:rPr>
          <w:rFonts w:cs="Times New Roman"/>
          <w:color w:val="000000" w:themeColor="text1"/>
          <w:lang w:val="uk-UA"/>
        </w:rPr>
        <w:t>під</w:t>
      </w:r>
      <w:r w:rsidR="00480420" w:rsidRPr="0010382C">
        <w:rPr>
          <w:rFonts w:cs="Times New Roman"/>
          <w:color w:val="000000" w:themeColor="text1"/>
          <w:lang w:val="uk-UA"/>
        </w:rPr>
        <w:t xml:space="preserve"> </w:t>
      </w:r>
      <w:r w:rsidRPr="0010382C">
        <w:rPr>
          <w:rFonts w:cs="Times New Roman"/>
          <w:color w:val="000000" w:themeColor="text1"/>
          <w:lang w:val="uk-UA"/>
        </w:rPr>
        <w:t>час</w:t>
      </w:r>
      <w:r w:rsidR="00480420" w:rsidRPr="0010382C">
        <w:rPr>
          <w:rFonts w:cs="Times New Roman"/>
          <w:color w:val="000000" w:themeColor="text1"/>
          <w:lang w:val="uk-UA"/>
        </w:rPr>
        <w:t xml:space="preserve"> </w:t>
      </w:r>
      <w:r w:rsidRPr="0010382C">
        <w:rPr>
          <w:rFonts w:cs="Times New Roman"/>
          <w:color w:val="000000" w:themeColor="text1"/>
          <w:lang w:val="uk-UA"/>
        </w:rPr>
        <w:t>вистави.</w:t>
      </w:r>
    </w:p>
    <w:p w14:paraId="1271CB05" w14:textId="69C2F79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Плавний</w:t>
      </w:r>
      <w:r w:rsidR="00480420" w:rsidRPr="00B7305F">
        <w:rPr>
          <w:rFonts w:cs="Times New Roman"/>
          <w:color w:val="000000" w:themeColor="text1"/>
          <w:lang w:val="uk-UA"/>
        </w:rPr>
        <w:t xml:space="preserve"> </w:t>
      </w:r>
      <w:r w:rsidRPr="00B7305F">
        <w:rPr>
          <w:rFonts w:cs="Times New Roman"/>
          <w:color w:val="000000" w:themeColor="text1"/>
          <w:lang w:val="uk-UA"/>
        </w:rPr>
        <w:t>перехід</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дією:</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рухатися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екрану</w:t>
      </w:r>
      <w:r w:rsidR="00480420" w:rsidRPr="00B7305F">
        <w:rPr>
          <w:rFonts w:cs="Times New Roman"/>
          <w:color w:val="000000" w:themeColor="text1"/>
          <w:lang w:val="uk-UA"/>
        </w:rPr>
        <w:t xml:space="preserve"> </w:t>
      </w:r>
      <w:r w:rsidR="004F25F9"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“розчиняється”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фізичному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p>
    <w:p w14:paraId="328631D8" w14:textId="3D4D71F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Взаємодія</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аудиторією</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глядачі</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бачити</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крупного</w:t>
      </w:r>
      <w:r w:rsidR="00480420" w:rsidRPr="00B7305F">
        <w:rPr>
          <w:rFonts w:cs="Times New Roman"/>
          <w:color w:val="000000" w:themeColor="text1"/>
          <w:lang w:val="uk-UA"/>
        </w:rPr>
        <w:t xml:space="preserve"> </w:t>
      </w:r>
      <w:r w:rsidRPr="00B7305F">
        <w:rPr>
          <w:rFonts w:cs="Times New Roman"/>
          <w:color w:val="000000" w:themeColor="text1"/>
          <w:lang w:val="uk-UA"/>
        </w:rPr>
        <w:t>плану</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деталі,</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видно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глибокій</w:t>
      </w:r>
      <w:r w:rsidR="00480420" w:rsidRPr="00B7305F">
        <w:rPr>
          <w:rFonts w:cs="Times New Roman"/>
          <w:color w:val="000000" w:themeColor="text1"/>
          <w:lang w:val="uk-UA"/>
        </w:rPr>
        <w:t xml:space="preserve"> </w:t>
      </w:r>
      <w:r w:rsidRPr="00B7305F">
        <w:rPr>
          <w:rFonts w:cs="Times New Roman"/>
          <w:color w:val="000000" w:themeColor="text1"/>
          <w:lang w:val="uk-UA"/>
        </w:rPr>
        <w:t>перспективі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p>
    <w:p w14:paraId="6132F9B1" w14:textId="77777777" w:rsidR="00692654"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lastRenderedPageBreak/>
        <w:t>Приклади</w:t>
      </w:r>
      <w:r w:rsidRPr="00B7305F">
        <w:rPr>
          <w:rFonts w:cs="Times New Roman"/>
          <w:color w:val="000000" w:themeColor="text1"/>
          <w:lang w:val="uk-UA"/>
        </w:rPr>
        <w:t>:</w:t>
      </w:r>
    </w:p>
    <w:p w14:paraId="7BA1ED6A" w14:textId="3044A6D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Кіп</w:t>
      </w:r>
      <w:r w:rsidR="00480420" w:rsidRPr="00B7305F">
        <w:rPr>
          <w:rFonts w:cs="Times New Roman"/>
          <w:color w:val="000000" w:themeColor="text1"/>
          <w:lang w:val="uk-UA"/>
        </w:rPr>
        <w:t xml:space="preserve"> </w:t>
      </w:r>
      <w:r w:rsidRPr="00B7305F">
        <w:rPr>
          <w:rFonts w:cs="Times New Roman"/>
          <w:color w:val="000000" w:themeColor="text1"/>
          <w:lang w:val="uk-UA"/>
        </w:rPr>
        <w:t>Вільямс</w:t>
      </w:r>
      <w:r w:rsidR="00480420" w:rsidRPr="00B7305F">
        <w:rPr>
          <w:rFonts w:cs="Times New Roman"/>
          <w:color w:val="000000" w:themeColor="text1"/>
          <w:lang w:val="uk-UA"/>
        </w:rPr>
        <w:t xml:space="preserve"> </w:t>
      </w:r>
      <w:r w:rsidRPr="00B7305F">
        <w:rPr>
          <w:rFonts w:cs="Times New Roman"/>
          <w:color w:val="000000" w:themeColor="text1"/>
          <w:lang w:val="uk-UA"/>
        </w:rPr>
        <w:t>(Kip</w:t>
      </w:r>
      <w:r w:rsidR="00480420" w:rsidRPr="00B7305F">
        <w:rPr>
          <w:rFonts w:cs="Times New Roman"/>
          <w:color w:val="000000" w:themeColor="text1"/>
          <w:lang w:val="uk-UA"/>
        </w:rPr>
        <w:t xml:space="preserve"> </w:t>
      </w:r>
      <w:r w:rsidRPr="00B7305F">
        <w:rPr>
          <w:rFonts w:cs="Times New Roman"/>
          <w:color w:val="000000" w:themeColor="text1"/>
          <w:lang w:val="uk-UA"/>
        </w:rPr>
        <w:t>Williams),</w:t>
      </w:r>
      <w:r w:rsidR="00480420" w:rsidRPr="00B7305F">
        <w:rPr>
          <w:rFonts w:cs="Times New Roman"/>
          <w:color w:val="000000" w:themeColor="text1"/>
          <w:lang w:val="uk-UA"/>
        </w:rPr>
        <w:t xml:space="preserve"> </w:t>
      </w:r>
      <w:r w:rsidRPr="00B7305F">
        <w:rPr>
          <w:rFonts w:cs="Times New Roman"/>
          <w:color w:val="000000" w:themeColor="text1"/>
          <w:lang w:val="uk-UA"/>
        </w:rPr>
        <w:t>австралійський</w:t>
      </w:r>
      <w:r w:rsidR="00480420" w:rsidRPr="00B7305F">
        <w:rPr>
          <w:rFonts w:cs="Times New Roman"/>
          <w:color w:val="000000" w:themeColor="text1"/>
          <w:lang w:val="uk-UA"/>
        </w:rPr>
        <w:t xml:space="preserve"> </w:t>
      </w:r>
      <w:r w:rsidRPr="00B7305F">
        <w:rPr>
          <w:rFonts w:cs="Times New Roman"/>
          <w:color w:val="000000" w:themeColor="text1"/>
          <w:lang w:val="uk-UA"/>
        </w:rPr>
        <w:t>режисер,</w:t>
      </w:r>
      <w:r w:rsidR="00480420" w:rsidRPr="00B7305F">
        <w:rPr>
          <w:rFonts w:cs="Times New Roman"/>
          <w:color w:val="000000" w:themeColor="text1"/>
          <w:lang w:val="uk-UA"/>
        </w:rPr>
        <w:t xml:space="preserve"> </w:t>
      </w:r>
      <w:r w:rsidRPr="00B7305F">
        <w:rPr>
          <w:rFonts w:cs="Times New Roman"/>
          <w:color w:val="000000" w:themeColor="text1"/>
          <w:lang w:val="uk-UA"/>
        </w:rPr>
        <w:t>став</w:t>
      </w:r>
      <w:r w:rsidR="00480420" w:rsidRPr="00B7305F">
        <w:rPr>
          <w:rFonts w:cs="Times New Roman"/>
          <w:color w:val="000000" w:themeColor="text1"/>
          <w:lang w:val="uk-UA"/>
        </w:rPr>
        <w:t xml:space="preserve"> </w:t>
      </w:r>
      <w:r w:rsidRPr="00B7305F">
        <w:rPr>
          <w:rFonts w:cs="Times New Roman"/>
          <w:color w:val="000000" w:themeColor="text1"/>
          <w:lang w:val="uk-UA"/>
        </w:rPr>
        <w:t>одним</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провідних</w:t>
      </w:r>
      <w:r w:rsidR="00480420" w:rsidRPr="00B7305F">
        <w:rPr>
          <w:rFonts w:cs="Times New Roman"/>
          <w:color w:val="000000" w:themeColor="text1"/>
          <w:lang w:val="uk-UA"/>
        </w:rPr>
        <w:t xml:space="preserve"> </w:t>
      </w:r>
      <w:r w:rsidRPr="00B7305F">
        <w:rPr>
          <w:rFonts w:cs="Times New Roman"/>
          <w:color w:val="000000" w:themeColor="text1"/>
          <w:lang w:val="uk-UA"/>
        </w:rPr>
        <w:t>представників</w:t>
      </w:r>
      <w:r w:rsidR="00480420" w:rsidRPr="00B7305F">
        <w:rPr>
          <w:rFonts w:cs="Times New Roman"/>
          <w:color w:val="000000" w:themeColor="text1"/>
          <w:lang w:val="uk-UA"/>
        </w:rPr>
        <w:t xml:space="preserve"> </w:t>
      </w:r>
      <w:r w:rsidRPr="00B7305F">
        <w:rPr>
          <w:rFonts w:cs="Times New Roman"/>
          <w:color w:val="000000" w:themeColor="text1"/>
          <w:lang w:val="uk-UA"/>
        </w:rPr>
        <w:t>cine-theatre.</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постановках</w:t>
      </w:r>
      <w:r w:rsidR="00480420" w:rsidRPr="00B7305F">
        <w:rPr>
          <w:rFonts w:cs="Times New Roman"/>
          <w:color w:val="000000" w:themeColor="text1"/>
          <w:lang w:val="uk-UA"/>
        </w:rPr>
        <w:t xml:space="preserve"> «Дивовижна історія доктора Джекіла і містера Гайда» або «Дивний випадок доктора Джекіла та містера Гайда» </w:t>
      </w:r>
      <w:r w:rsidRPr="00B7305F">
        <w:rPr>
          <w:rFonts w:cs="Times New Roman"/>
          <w:color w:val="000000" w:themeColor="text1"/>
          <w:lang w:val="uk-UA"/>
        </w:rPr>
        <w:t>він</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використовує</w:t>
      </w:r>
      <w:r w:rsidR="00480420" w:rsidRPr="00B7305F">
        <w:rPr>
          <w:rFonts w:cs="Times New Roman"/>
          <w:color w:val="000000" w:themeColor="text1"/>
          <w:lang w:val="uk-UA"/>
        </w:rPr>
        <w:t xml:space="preserve"> </w:t>
      </w:r>
      <w:r w:rsidRPr="00B7305F">
        <w:rPr>
          <w:rFonts w:cs="Times New Roman"/>
          <w:color w:val="000000" w:themeColor="text1"/>
          <w:lang w:val="uk-UA"/>
        </w:rPr>
        <w:t>декілька</w:t>
      </w:r>
      <w:r w:rsidR="00480420" w:rsidRPr="00B7305F">
        <w:rPr>
          <w:rFonts w:cs="Times New Roman"/>
          <w:color w:val="000000" w:themeColor="text1"/>
          <w:lang w:val="uk-UA"/>
        </w:rPr>
        <w:t xml:space="preserve"> </w:t>
      </w:r>
      <w:r w:rsidRPr="00B7305F">
        <w:rPr>
          <w:rFonts w:cs="Times New Roman"/>
          <w:color w:val="000000" w:themeColor="text1"/>
          <w:lang w:val="uk-UA"/>
        </w:rPr>
        <w:t>камер,</w:t>
      </w:r>
      <w:r w:rsidR="00480420" w:rsidRPr="00B7305F">
        <w:rPr>
          <w:rFonts w:cs="Times New Roman"/>
          <w:color w:val="000000" w:themeColor="text1"/>
          <w:lang w:val="uk-UA"/>
        </w:rPr>
        <w:t xml:space="preserve"> </w:t>
      </w:r>
      <w:r w:rsidRPr="00B7305F">
        <w:rPr>
          <w:rFonts w:cs="Times New Roman"/>
          <w:color w:val="000000" w:themeColor="text1"/>
          <w:lang w:val="uk-UA"/>
        </w:rPr>
        <w:t>LED-екрани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миттєві</w:t>
      </w:r>
      <w:r w:rsidR="00480420" w:rsidRPr="00B7305F">
        <w:rPr>
          <w:rFonts w:cs="Times New Roman"/>
          <w:color w:val="000000" w:themeColor="text1"/>
          <w:lang w:val="uk-UA"/>
        </w:rPr>
        <w:t xml:space="preserve"> </w:t>
      </w:r>
      <w:r w:rsidRPr="00B7305F">
        <w:rPr>
          <w:rFonts w:cs="Times New Roman"/>
          <w:color w:val="000000" w:themeColor="text1"/>
          <w:lang w:val="uk-UA"/>
        </w:rPr>
        <w:t>трансляції</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поєднати</w:t>
      </w:r>
      <w:r w:rsidR="00480420" w:rsidRPr="00B7305F">
        <w:rPr>
          <w:rFonts w:cs="Times New Roman"/>
          <w:color w:val="000000" w:themeColor="text1"/>
          <w:lang w:val="uk-UA"/>
        </w:rPr>
        <w:t xml:space="preserve"> </w:t>
      </w:r>
      <w:r w:rsidRPr="00B7305F">
        <w:rPr>
          <w:rFonts w:cs="Times New Roman"/>
          <w:color w:val="000000" w:themeColor="text1"/>
          <w:lang w:val="uk-UA"/>
        </w:rPr>
        <w:t>класичну</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кінематографічними</w:t>
      </w:r>
      <w:r w:rsidR="00480420" w:rsidRPr="00B7305F">
        <w:rPr>
          <w:rFonts w:cs="Times New Roman"/>
          <w:color w:val="000000" w:themeColor="text1"/>
          <w:lang w:val="uk-UA"/>
        </w:rPr>
        <w:t xml:space="preserve"> </w:t>
      </w:r>
      <w:r w:rsidRPr="00B7305F">
        <w:rPr>
          <w:rFonts w:cs="Times New Roman"/>
          <w:color w:val="000000" w:themeColor="text1"/>
          <w:lang w:val="uk-UA"/>
        </w:rPr>
        <w:t>кадрами.</w:t>
      </w:r>
      <w:r w:rsidR="00480420" w:rsidRPr="00B7305F">
        <w:rPr>
          <w:rFonts w:cs="Times New Roman"/>
          <w:color w:val="000000" w:themeColor="text1"/>
          <w:lang w:val="uk-UA"/>
        </w:rPr>
        <w:t xml:space="preserve"> </w:t>
      </w:r>
    </w:p>
    <w:p w14:paraId="0E1DEDDA" w14:textId="3ADB1C8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Лондоні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w:t>
      </w:r>
      <w:r w:rsidR="00480420" w:rsidRPr="00B7305F">
        <w:rPr>
          <w:rFonts w:cs="Times New Roman"/>
          <w:color w:val="000000" w:themeColor="text1"/>
          <w:lang w:val="uk-UA"/>
        </w:rPr>
        <w:t xml:space="preserve"> </w:t>
      </w:r>
      <w:r w:rsidRPr="00B7305F">
        <w:rPr>
          <w:rFonts w:cs="Times New Roman"/>
          <w:color w:val="000000" w:themeColor="text1"/>
          <w:lang w:val="uk-UA"/>
        </w:rPr>
        <w:t>Bluets</w:t>
      </w:r>
      <w:r w:rsidR="00480420" w:rsidRPr="00B7305F">
        <w:rPr>
          <w:rFonts w:cs="Times New Roman"/>
          <w:color w:val="000000" w:themeColor="text1"/>
          <w:lang w:val="uk-UA"/>
        </w:rPr>
        <w:t xml:space="preserve"> </w:t>
      </w:r>
      <w:r w:rsidRPr="00B7305F">
        <w:rPr>
          <w:rFonts w:cs="Times New Roman"/>
          <w:color w:val="000000" w:themeColor="text1"/>
          <w:lang w:val="uk-UA"/>
        </w:rPr>
        <w:t>адаптує</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живого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актори</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перебувають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камерами,</w:t>
      </w:r>
      <w:r w:rsidR="00480420" w:rsidRPr="00B7305F">
        <w:rPr>
          <w:rFonts w:cs="Times New Roman"/>
          <w:color w:val="000000" w:themeColor="text1"/>
          <w:lang w:val="uk-UA"/>
        </w:rPr>
        <w:t xml:space="preserve"> </w:t>
      </w:r>
      <w:r w:rsidRPr="00B7305F">
        <w:rPr>
          <w:rFonts w:cs="Times New Roman"/>
          <w:color w:val="000000" w:themeColor="text1"/>
          <w:lang w:val="uk-UA"/>
        </w:rPr>
        <w:t>транслюючи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кілька</w:t>
      </w:r>
      <w:r w:rsidR="00480420" w:rsidRPr="00B7305F">
        <w:rPr>
          <w:rFonts w:cs="Times New Roman"/>
          <w:color w:val="000000" w:themeColor="text1"/>
          <w:lang w:val="uk-UA"/>
        </w:rPr>
        <w:t xml:space="preserve"> </w:t>
      </w:r>
      <w:r w:rsidRPr="00B7305F">
        <w:rPr>
          <w:rFonts w:cs="Times New Roman"/>
          <w:color w:val="000000" w:themeColor="text1"/>
          <w:lang w:val="uk-UA"/>
        </w:rPr>
        <w:t>рівнів</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p>
    <w:p w14:paraId="2D3A7EDE" w14:textId="4A564A9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Проєкт</w:t>
      </w:r>
      <w:r w:rsidR="00480420" w:rsidRPr="00B7305F">
        <w:rPr>
          <w:rFonts w:cs="Times New Roman"/>
          <w:color w:val="000000" w:themeColor="text1"/>
          <w:lang w:val="uk-UA"/>
        </w:rPr>
        <w:t xml:space="preserve"> </w:t>
      </w:r>
      <w:r w:rsidRPr="00B7305F">
        <w:rPr>
          <w:rFonts w:cs="Times New Roman"/>
          <w:color w:val="000000" w:themeColor="text1"/>
          <w:lang w:val="uk-UA"/>
        </w:rPr>
        <w:t>Skeletons,</w:t>
      </w:r>
      <w:r w:rsidR="00480420" w:rsidRPr="00B7305F">
        <w:rPr>
          <w:rFonts w:cs="Times New Roman"/>
          <w:color w:val="000000" w:themeColor="text1"/>
          <w:lang w:val="uk-UA"/>
        </w:rPr>
        <w:t xml:space="preserve"> </w:t>
      </w:r>
      <w:r w:rsidRPr="00B7305F">
        <w:rPr>
          <w:rFonts w:cs="Times New Roman"/>
          <w:color w:val="000000" w:themeColor="text1"/>
          <w:lang w:val="uk-UA"/>
        </w:rPr>
        <w:t>створений</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експериментальний</w:t>
      </w:r>
      <w:r w:rsidR="00480420" w:rsidRPr="00B7305F">
        <w:rPr>
          <w:rFonts w:cs="Times New Roman"/>
          <w:color w:val="000000" w:themeColor="text1"/>
          <w:lang w:val="uk-UA"/>
        </w:rPr>
        <w:t xml:space="preserve"> </w:t>
      </w:r>
      <w:r w:rsidRPr="00B7305F">
        <w:rPr>
          <w:rFonts w:cs="Times New Roman"/>
          <w:color w:val="000000" w:themeColor="text1"/>
          <w:lang w:val="uk-UA"/>
        </w:rPr>
        <w:t>театр-фільм,</w:t>
      </w:r>
      <w:r w:rsidR="00480420" w:rsidRPr="00B7305F">
        <w:rPr>
          <w:rFonts w:cs="Times New Roman"/>
          <w:color w:val="000000" w:themeColor="text1"/>
          <w:lang w:val="uk-UA"/>
        </w:rPr>
        <w:t xml:space="preserve"> </w:t>
      </w:r>
      <w:r w:rsidRPr="00B7305F">
        <w:rPr>
          <w:rFonts w:cs="Times New Roman"/>
          <w:color w:val="000000" w:themeColor="text1"/>
          <w:lang w:val="uk-UA"/>
        </w:rPr>
        <w:t>був</w:t>
      </w:r>
      <w:r w:rsidR="00480420" w:rsidRPr="00B7305F">
        <w:rPr>
          <w:rFonts w:cs="Times New Roman"/>
          <w:color w:val="000000" w:themeColor="text1"/>
          <w:lang w:val="uk-UA"/>
        </w:rPr>
        <w:t xml:space="preserve"> </w:t>
      </w:r>
      <w:r w:rsidRPr="00B7305F">
        <w:rPr>
          <w:rFonts w:cs="Times New Roman"/>
          <w:color w:val="000000" w:themeColor="text1"/>
          <w:lang w:val="uk-UA"/>
        </w:rPr>
        <w:t>задуманий</w:t>
      </w:r>
      <w:r w:rsidR="00480420"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локдауну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поєднав</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кінематографічної</w:t>
      </w:r>
      <w:r w:rsidR="00480420" w:rsidRPr="00B7305F">
        <w:rPr>
          <w:rFonts w:cs="Times New Roman"/>
          <w:color w:val="000000" w:themeColor="text1"/>
          <w:lang w:val="uk-UA"/>
        </w:rPr>
        <w:t xml:space="preserve"> </w:t>
      </w:r>
      <w:r w:rsidRPr="00B7305F">
        <w:rPr>
          <w:rFonts w:cs="Times New Roman"/>
          <w:color w:val="000000" w:themeColor="text1"/>
          <w:lang w:val="uk-UA"/>
        </w:rPr>
        <w:t>зйомки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вистава,</w:t>
      </w:r>
      <w:r w:rsidR="00480420" w:rsidRPr="00B7305F">
        <w:rPr>
          <w:rFonts w:cs="Times New Roman"/>
          <w:color w:val="000000" w:themeColor="text1"/>
          <w:lang w:val="uk-UA"/>
        </w:rPr>
        <w:t xml:space="preserve"> </w:t>
      </w:r>
      <w:r w:rsidRPr="00B7305F">
        <w:rPr>
          <w:rFonts w:cs="Times New Roman"/>
          <w:color w:val="000000" w:themeColor="text1"/>
          <w:lang w:val="uk-UA"/>
        </w:rPr>
        <w:t>яка</w:t>
      </w:r>
      <w:r w:rsidR="00480420" w:rsidRPr="00B7305F">
        <w:rPr>
          <w:rFonts w:cs="Times New Roman"/>
          <w:color w:val="000000" w:themeColor="text1"/>
          <w:lang w:val="uk-UA"/>
        </w:rPr>
        <w:t xml:space="preserve"> </w:t>
      </w:r>
      <w:r w:rsidRPr="00B7305F">
        <w:rPr>
          <w:rFonts w:cs="Times New Roman"/>
          <w:color w:val="000000" w:themeColor="text1"/>
          <w:lang w:val="uk-UA"/>
        </w:rPr>
        <w:t>стала</w:t>
      </w:r>
      <w:r w:rsidR="00480420" w:rsidRPr="00B7305F">
        <w:rPr>
          <w:rFonts w:cs="Times New Roman"/>
          <w:color w:val="000000" w:themeColor="text1"/>
          <w:lang w:val="uk-UA"/>
        </w:rPr>
        <w:t xml:space="preserve"> </w:t>
      </w:r>
      <w:r w:rsidRPr="00B7305F">
        <w:rPr>
          <w:rFonts w:cs="Times New Roman"/>
          <w:color w:val="000000" w:themeColor="text1"/>
          <w:lang w:val="uk-UA"/>
        </w:rPr>
        <w:t>фільмом</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режимі</w:t>
      </w:r>
      <w:r w:rsidR="00480420" w:rsidRPr="00B7305F">
        <w:rPr>
          <w:rFonts w:cs="Times New Roman"/>
          <w:color w:val="000000" w:themeColor="text1"/>
          <w:lang w:val="uk-UA"/>
        </w:rPr>
        <w:t xml:space="preserve"> </w:t>
      </w:r>
      <w:r w:rsidRPr="00B7305F">
        <w:rPr>
          <w:rFonts w:cs="Times New Roman"/>
          <w:color w:val="000000" w:themeColor="text1"/>
          <w:lang w:val="uk-UA"/>
        </w:rPr>
        <w:t>гібриду.</w:t>
      </w:r>
      <w:r w:rsidR="00480420" w:rsidRPr="00B7305F">
        <w:rPr>
          <w:rFonts w:cs="Times New Roman"/>
          <w:color w:val="000000" w:themeColor="text1"/>
          <w:lang w:val="uk-UA"/>
        </w:rPr>
        <w:t xml:space="preserve"> </w:t>
      </w:r>
    </w:p>
    <w:p w14:paraId="3821C6BE" w14:textId="70B5050D"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Імерсивні й перформативні гібриди: коли глядач — співтворець</w:t>
      </w:r>
    </w:p>
    <w:p w14:paraId="02D2346E" w14:textId="6638A27D"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Іншу</w:t>
      </w:r>
      <w:r w:rsidR="00480420" w:rsidRPr="00B7305F">
        <w:rPr>
          <w:rFonts w:cs="Times New Roman"/>
          <w:color w:val="000000" w:themeColor="text1"/>
          <w:lang w:val="uk-UA"/>
        </w:rPr>
        <w:t xml:space="preserve"> </w:t>
      </w:r>
      <w:r w:rsidRPr="00B7305F">
        <w:rPr>
          <w:rFonts w:cs="Times New Roman"/>
          <w:color w:val="000000" w:themeColor="text1"/>
          <w:lang w:val="uk-UA"/>
        </w:rPr>
        <w:t>лінію</w:t>
      </w:r>
      <w:r w:rsidR="00480420" w:rsidRPr="00B7305F">
        <w:rPr>
          <w:rFonts w:cs="Times New Roman"/>
          <w:color w:val="000000" w:themeColor="text1"/>
          <w:lang w:val="uk-UA"/>
        </w:rPr>
        <w:t xml:space="preserve"> </w:t>
      </w:r>
      <w:r w:rsidRPr="00B7305F">
        <w:rPr>
          <w:rFonts w:cs="Times New Roman"/>
          <w:color w:val="000000" w:themeColor="text1"/>
          <w:lang w:val="uk-UA"/>
        </w:rPr>
        <w:t>інновації</w:t>
      </w:r>
      <w:r w:rsidR="00480420" w:rsidRPr="00B7305F">
        <w:rPr>
          <w:rFonts w:cs="Times New Roman"/>
          <w:color w:val="000000" w:themeColor="text1"/>
          <w:lang w:val="uk-UA"/>
        </w:rPr>
        <w:t xml:space="preserve"> </w:t>
      </w:r>
      <w:r w:rsidRPr="00B7305F">
        <w:rPr>
          <w:rFonts w:cs="Times New Roman"/>
          <w:color w:val="000000" w:themeColor="text1"/>
          <w:lang w:val="uk-UA"/>
        </w:rPr>
        <w:t>утворюють</w:t>
      </w:r>
      <w:r w:rsidR="00480420" w:rsidRPr="00B7305F">
        <w:rPr>
          <w:rFonts w:cs="Times New Roman"/>
          <w:color w:val="000000" w:themeColor="text1"/>
          <w:lang w:val="uk-UA"/>
        </w:rPr>
        <w:t xml:space="preserve"> </w:t>
      </w:r>
      <w:r w:rsidRPr="0066386B">
        <w:rPr>
          <w:rFonts w:cs="Times New Roman"/>
          <w:lang w:val="uk-UA"/>
        </w:rPr>
        <w:t>іме</w:t>
      </w:r>
      <w:r w:rsidRPr="00B7305F">
        <w:rPr>
          <w:rFonts w:cs="Times New Roman"/>
          <w:color w:val="000000" w:themeColor="text1"/>
          <w:lang w:val="uk-UA"/>
        </w:rPr>
        <w:t>рсивні</w:t>
      </w:r>
      <w:r w:rsidR="00480420" w:rsidRPr="00B7305F">
        <w:rPr>
          <w:rFonts w:cs="Times New Roman"/>
          <w:color w:val="000000" w:themeColor="text1"/>
          <w:lang w:val="uk-UA"/>
        </w:rPr>
        <w:t xml:space="preserve"> </w:t>
      </w:r>
      <w:r w:rsidRPr="00B7305F">
        <w:rPr>
          <w:rFonts w:cs="Times New Roman"/>
          <w:color w:val="000000" w:themeColor="text1"/>
          <w:lang w:val="uk-UA"/>
        </w:rPr>
        <w:t>спектаклі,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межа</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глядачем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актором</w:t>
      </w:r>
      <w:r w:rsidR="00480420" w:rsidRPr="00B7305F">
        <w:rPr>
          <w:rFonts w:cs="Times New Roman"/>
          <w:color w:val="000000" w:themeColor="text1"/>
          <w:lang w:val="uk-UA"/>
        </w:rPr>
        <w:t xml:space="preserve"> </w:t>
      </w:r>
      <w:r w:rsidRPr="00B7305F">
        <w:rPr>
          <w:rFonts w:cs="Times New Roman"/>
          <w:color w:val="000000" w:themeColor="text1"/>
          <w:lang w:val="uk-UA"/>
        </w:rPr>
        <w:t>розмивається,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додавання</w:t>
      </w:r>
      <w:r w:rsidR="00480420" w:rsidRPr="00B7305F">
        <w:rPr>
          <w:rFonts w:cs="Times New Roman"/>
          <w:color w:val="000000" w:themeColor="text1"/>
          <w:lang w:val="uk-UA"/>
        </w:rPr>
        <w:t xml:space="preserve"> </w:t>
      </w:r>
      <w:r w:rsidRPr="00B7305F">
        <w:rPr>
          <w:rFonts w:cs="Times New Roman"/>
          <w:color w:val="000000" w:themeColor="text1"/>
          <w:lang w:val="uk-UA"/>
        </w:rPr>
        <w:t>елементів</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проєкції,</w:t>
      </w:r>
      <w:r w:rsidR="00480420" w:rsidRPr="00B7305F">
        <w:rPr>
          <w:rFonts w:cs="Times New Roman"/>
          <w:color w:val="000000" w:themeColor="text1"/>
          <w:lang w:val="uk-UA"/>
        </w:rPr>
        <w:t xml:space="preserve"> </w:t>
      </w:r>
      <w:r w:rsidRPr="00B7305F">
        <w:rPr>
          <w:rFonts w:cs="Times New Roman"/>
          <w:color w:val="000000" w:themeColor="text1"/>
          <w:lang w:val="uk-UA"/>
        </w:rPr>
        <w:t>інтимні</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поглиблює</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Pr="00B7305F">
        <w:rPr>
          <w:rFonts w:cs="Times New Roman"/>
          <w:color w:val="000000" w:themeColor="text1"/>
          <w:lang w:val="uk-UA"/>
        </w:rPr>
        <w:t>занурення.</w:t>
      </w:r>
    </w:p>
    <w:p w14:paraId="5532056D" w14:textId="1A27A6C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Інтерактивні</w:t>
      </w:r>
      <w:r w:rsidR="00480420" w:rsidRPr="00B7305F">
        <w:rPr>
          <w:rFonts w:cs="Times New Roman"/>
          <w:color w:val="000000" w:themeColor="text1"/>
          <w:lang w:val="uk-UA"/>
        </w:rPr>
        <w:t xml:space="preserve"> </w:t>
      </w:r>
      <w:r w:rsidRPr="00B7305F">
        <w:rPr>
          <w:rFonts w:cs="Times New Roman"/>
          <w:color w:val="000000" w:themeColor="text1"/>
          <w:lang w:val="uk-UA"/>
        </w:rPr>
        <w:t>простори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відеоелементами: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межах</w:t>
      </w:r>
      <w:r w:rsidR="00480420" w:rsidRPr="00B7305F">
        <w:rPr>
          <w:rFonts w:cs="Times New Roman"/>
          <w:color w:val="000000" w:themeColor="text1"/>
          <w:lang w:val="uk-UA"/>
        </w:rPr>
        <w:t xml:space="preserve"> </w:t>
      </w:r>
      <w:r w:rsidRPr="00B7305F">
        <w:rPr>
          <w:rFonts w:cs="Times New Roman"/>
          <w:color w:val="000000" w:themeColor="text1"/>
          <w:lang w:val="uk-UA"/>
        </w:rPr>
        <w:t>одного</w:t>
      </w:r>
      <w:r w:rsidR="00480420" w:rsidRPr="00B7305F">
        <w:rPr>
          <w:rFonts w:cs="Times New Roman"/>
          <w:color w:val="000000" w:themeColor="text1"/>
          <w:lang w:val="uk-UA"/>
        </w:rPr>
        <w:t xml:space="preserve"> </w:t>
      </w:r>
      <w:r w:rsidRPr="00B7305F">
        <w:rPr>
          <w:rFonts w:cs="Times New Roman"/>
          <w:color w:val="000000" w:themeColor="text1"/>
          <w:lang w:val="uk-UA"/>
        </w:rPr>
        <w:t>приміщення</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відбуватись</w:t>
      </w:r>
      <w:r w:rsidR="00480420" w:rsidRPr="00B7305F">
        <w:rPr>
          <w:rFonts w:cs="Times New Roman"/>
          <w:color w:val="000000" w:themeColor="text1"/>
          <w:lang w:val="uk-UA"/>
        </w:rPr>
        <w:t xml:space="preserve"> </w:t>
      </w:r>
      <w:r w:rsidRPr="00B7305F">
        <w:rPr>
          <w:rFonts w:cs="Times New Roman"/>
          <w:color w:val="000000" w:themeColor="text1"/>
          <w:lang w:val="uk-UA"/>
        </w:rPr>
        <w:t>кімнатні</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проєкції,</w:t>
      </w:r>
      <w:r w:rsidR="00480420" w:rsidRPr="00B7305F">
        <w:rPr>
          <w:rFonts w:cs="Times New Roman"/>
          <w:color w:val="000000" w:themeColor="text1"/>
          <w:lang w:val="uk-UA"/>
        </w:rPr>
        <w:t xml:space="preserve"> </w:t>
      </w:r>
      <w:r w:rsidRPr="00B7305F">
        <w:rPr>
          <w:rFonts w:cs="Times New Roman"/>
          <w:color w:val="000000" w:themeColor="text1"/>
          <w:lang w:val="uk-UA"/>
        </w:rPr>
        <w:t>екранні</w:t>
      </w:r>
      <w:r w:rsidR="00480420" w:rsidRPr="00B7305F">
        <w:rPr>
          <w:rFonts w:cs="Times New Roman"/>
          <w:color w:val="000000" w:themeColor="text1"/>
          <w:lang w:val="uk-UA"/>
        </w:rPr>
        <w:t xml:space="preserve"> </w:t>
      </w:r>
      <w:r w:rsidRPr="00B7305F">
        <w:rPr>
          <w:rFonts w:cs="Times New Roman"/>
          <w:color w:val="000000" w:themeColor="text1"/>
          <w:lang w:val="uk-UA"/>
        </w:rPr>
        <w:t>вставки,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сам</w:t>
      </w:r>
      <w:r w:rsidR="00480420" w:rsidRPr="00B7305F">
        <w:rPr>
          <w:rFonts w:cs="Times New Roman"/>
          <w:color w:val="000000" w:themeColor="text1"/>
          <w:lang w:val="uk-UA"/>
        </w:rPr>
        <w:t xml:space="preserve"> </w:t>
      </w:r>
      <w:r w:rsidRPr="00B7305F">
        <w:rPr>
          <w:rFonts w:cs="Times New Roman"/>
          <w:color w:val="000000" w:themeColor="text1"/>
          <w:lang w:val="uk-UA"/>
        </w:rPr>
        <w:t>обирає,</w:t>
      </w:r>
      <w:r w:rsidR="00480420" w:rsidRPr="00B7305F">
        <w:rPr>
          <w:rFonts w:cs="Times New Roman"/>
          <w:color w:val="000000" w:themeColor="text1"/>
          <w:lang w:val="uk-UA"/>
        </w:rPr>
        <w:t xml:space="preserve"> </w:t>
      </w:r>
      <w:r w:rsidRPr="00B7305F">
        <w:rPr>
          <w:rFonts w:cs="Times New Roman"/>
          <w:color w:val="000000" w:themeColor="text1"/>
          <w:lang w:val="uk-UA"/>
        </w:rPr>
        <w:t>куди</w:t>
      </w:r>
      <w:r w:rsidR="00480420" w:rsidRPr="00B7305F">
        <w:rPr>
          <w:rFonts w:cs="Times New Roman"/>
          <w:color w:val="000000" w:themeColor="text1"/>
          <w:lang w:val="uk-UA"/>
        </w:rPr>
        <w:t xml:space="preserve"> </w:t>
      </w:r>
      <w:r w:rsidRPr="00B7305F">
        <w:rPr>
          <w:rFonts w:cs="Times New Roman"/>
          <w:color w:val="000000" w:themeColor="text1"/>
          <w:lang w:val="uk-UA"/>
        </w:rPr>
        <w:t>піти,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побачити.</w:t>
      </w:r>
    </w:p>
    <w:p w14:paraId="7B06F98B" w14:textId="710F62AA"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Паралельні</w:t>
      </w:r>
      <w:r w:rsidR="00480420" w:rsidRPr="00B7305F">
        <w:rPr>
          <w:rFonts w:cs="Times New Roman"/>
          <w:color w:val="000000" w:themeColor="text1"/>
          <w:lang w:val="uk-UA"/>
        </w:rPr>
        <w:t xml:space="preserve"> </w:t>
      </w:r>
      <w:r w:rsidRPr="00B7305F">
        <w:rPr>
          <w:rFonts w:cs="Times New Roman"/>
          <w:color w:val="000000" w:themeColor="text1"/>
          <w:lang w:val="uk-UA"/>
        </w:rPr>
        <w:t>наративи:</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розгортатись</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відеоформі,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глядачі</w:t>
      </w:r>
      <w:r w:rsidR="00480420" w:rsidRPr="00B7305F">
        <w:rPr>
          <w:rFonts w:cs="Times New Roman"/>
          <w:color w:val="000000" w:themeColor="text1"/>
          <w:lang w:val="uk-UA"/>
        </w:rPr>
        <w:t xml:space="preserve"> </w:t>
      </w:r>
      <w:r w:rsidRPr="00B7305F">
        <w:rPr>
          <w:rFonts w:cs="Times New Roman"/>
          <w:color w:val="000000" w:themeColor="text1"/>
          <w:lang w:val="uk-UA"/>
        </w:rPr>
        <w:t>інколи</w:t>
      </w:r>
      <w:r w:rsidR="00480420" w:rsidRPr="00B7305F">
        <w:rPr>
          <w:rFonts w:cs="Times New Roman"/>
          <w:color w:val="000000" w:themeColor="text1"/>
          <w:lang w:val="uk-UA"/>
        </w:rPr>
        <w:t xml:space="preserve"> </w:t>
      </w:r>
      <w:r w:rsidRPr="00B7305F">
        <w:rPr>
          <w:rFonts w:cs="Times New Roman"/>
          <w:color w:val="000000" w:themeColor="text1"/>
          <w:lang w:val="uk-UA"/>
        </w:rPr>
        <w:t>бачать</w:t>
      </w:r>
      <w:r w:rsidR="00480420" w:rsidRPr="00B7305F">
        <w:rPr>
          <w:rFonts w:cs="Times New Roman"/>
          <w:color w:val="000000" w:themeColor="text1"/>
          <w:lang w:val="uk-UA"/>
        </w:rPr>
        <w:t xml:space="preserve"> </w:t>
      </w:r>
      <w:r w:rsidR="00905F39">
        <w:rPr>
          <w:rFonts w:cs="Times New Roman"/>
          <w:color w:val="000000" w:themeColor="text1"/>
          <w:lang w:val="uk-UA"/>
        </w:rPr>
        <w:t>«</w:t>
      </w:r>
      <w:r w:rsidRPr="00B7305F">
        <w:rPr>
          <w:rFonts w:cs="Times New Roman"/>
          <w:color w:val="000000" w:themeColor="text1"/>
          <w:lang w:val="uk-UA"/>
        </w:rPr>
        <w:t>внутрішній</w:t>
      </w:r>
      <w:r w:rsidR="00480420" w:rsidRPr="00B7305F">
        <w:rPr>
          <w:rFonts w:cs="Times New Roman"/>
          <w:color w:val="000000" w:themeColor="text1"/>
          <w:lang w:val="uk-UA"/>
        </w:rPr>
        <w:t xml:space="preserve"> </w:t>
      </w:r>
      <w:r w:rsidRPr="00B7305F">
        <w:rPr>
          <w:rFonts w:cs="Times New Roman"/>
          <w:color w:val="000000" w:themeColor="text1"/>
          <w:lang w:val="uk-UA"/>
        </w:rPr>
        <w:t>світ</w:t>
      </w:r>
      <w:r w:rsidR="00905F39">
        <w:rPr>
          <w:rFonts w:cs="Times New Roman"/>
          <w:color w:val="000000" w:themeColor="text1"/>
          <w:lang w:val="uk-UA"/>
        </w:rPr>
        <w:t xml:space="preserve"> </w:t>
      </w:r>
      <w:r w:rsidR="00905F39" w:rsidRPr="0066386B">
        <w:rPr>
          <w:rFonts w:cs="Times New Roman"/>
          <w:lang w:val="ru-RU"/>
        </w:rPr>
        <w:t>[</w:t>
      </w:r>
      <w:r w:rsidR="0066386B" w:rsidRPr="0066386B">
        <w:rPr>
          <w:rFonts w:cs="Times New Roman"/>
          <w:lang w:val="ru-RU"/>
        </w:rPr>
        <w:t>23</w:t>
      </w:r>
      <w:r w:rsidR="00905F39" w:rsidRPr="0010382C">
        <w:rPr>
          <w:rFonts w:cs="Times New Roman"/>
          <w:color w:val="000000" w:themeColor="text1"/>
          <w:lang w:val="ru-RU"/>
        </w:rPr>
        <w:t>,</w:t>
      </w:r>
      <w:r w:rsidR="00905F39" w:rsidRPr="0010382C">
        <w:rPr>
          <w:rFonts w:cs="Times New Roman"/>
          <w:color w:val="000000" w:themeColor="text1"/>
        </w:rPr>
        <w:t>c</w:t>
      </w:r>
      <w:r w:rsidR="00905F39" w:rsidRPr="0010382C">
        <w:rPr>
          <w:rFonts w:cs="Times New Roman"/>
          <w:color w:val="000000" w:themeColor="text1"/>
          <w:lang w:val="ru-RU"/>
        </w:rPr>
        <w:t>.</w:t>
      </w:r>
      <w:r w:rsidR="0066386B" w:rsidRPr="0010382C">
        <w:rPr>
          <w:rFonts w:cs="Times New Roman"/>
          <w:color w:val="000000" w:themeColor="text1"/>
          <w:lang w:val="ru-RU"/>
        </w:rPr>
        <w:t>55</w:t>
      </w:r>
      <w:r w:rsidR="00905F39" w:rsidRPr="0010382C">
        <w:rPr>
          <w:rFonts w:cs="Times New Roman"/>
          <w:color w:val="000000" w:themeColor="text1"/>
          <w:lang w:val="ru-RU"/>
        </w:rPr>
        <w:t>]</w:t>
      </w:r>
      <w:r w:rsidR="00905F39" w:rsidRPr="0010382C">
        <w:rPr>
          <w:rFonts w:cs="Times New Roman"/>
          <w:color w:val="000000" w:themeColor="text1"/>
          <w:lang w:val="uk-UA"/>
        </w:rPr>
        <w:t>»</w:t>
      </w:r>
      <w:r w:rsidR="00480420" w:rsidRPr="0010382C">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інколи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дію</w:t>
      </w:r>
      <w:r w:rsidR="00480420" w:rsidRPr="00B7305F">
        <w:rPr>
          <w:rFonts w:cs="Times New Roman"/>
          <w:color w:val="000000" w:themeColor="text1"/>
          <w:lang w:val="uk-UA"/>
        </w:rPr>
        <w:t xml:space="preserve"> </w:t>
      </w:r>
      <w:r w:rsidRPr="00B7305F">
        <w:rPr>
          <w:rFonts w:cs="Times New Roman"/>
          <w:color w:val="000000" w:themeColor="text1"/>
          <w:lang w:val="uk-UA"/>
        </w:rPr>
        <w:t>наживо.</w:t>
      </w:r>
    </w:p>
    <w:p w14:paraId="55A03D42" w14:textId="5C47112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Перетин</w:t>
      </w:r>
      <w:r w:rsidR="00480420" w:rsidRPr="00B7305F">
        <w:rPr>
          <w:rFonts w:cs="Times New Roman"/>
          <w:color w:val="000000" w:themeColor="text1"/>
          <w:lang w:val="uk-UA"/>
        </w:rPr>
        <w:t xml:space="preserve"> </w:t>
      </w:r>
      <w:r w:rsidRPr="00B7305F">
        <w:rPr>
          <w:rFonts w:cs="Times New Roman"/>
          <w:color w:val="000000" w:themeColor="text1"/>
          <w:lang w:val="uk-UA"/>
        </w:rPr>
        <w:t>реального</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віртуального: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AR</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VR</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того,</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бачив</w:t>
      </w:r>
      <w:r w:rsidR="00480420" w:rsidRPr="00B7305F">
        <w:rPr>
          <w:rFonts w:cs="Times New Roman"/>
          <w:color w:val="000000" w:themeColor="text1"/>
          <w:lang w:val="uk-UA"/>
        </w:rPr>
        <w:t xml:space="preserve"> </w:t>
      </w:r>
      <w:r w:rsidRPr="00B7305F">
        <w:rPr>
          <w:rFonts w:cs="Times New Roman"/>
          <w:color w:val="000000" w:themeColor="text1"/>
          <w:lang w:val="uk-UA"/>
        </w:rPr>
        <w:t>додаткові</w:t>
      </w:r>
      <w:r w:rsidR="00480420" w:rsidRPr="00B7305F">
        <w:rPr>
          <w:rFonts w:cs="Times New Roman"/>
          <w:color w:val="000000" w:themeColor="text1"/>
          <w:lang w:val="uk-UA"/>
        </w:rPr>
        <w:t xml:space="preserve"> </w:t>
      </w:r>
      <w:r w:rsidRPr="00B7305F">
        <w:rPr>
          <w:rFonts w:cs="Times New Roman"/>
          <w:color w:val="000000" w:themeColor="text1"/>
          <w:lang w:val="uk-UA"/>
        </w:rPr>
        <w:t>шари</w:t>
      </w:r>
      <w:r w:rsidR="00480420" w:rsidRPr="00B7305F">
        <w:rPr>
          <w:rFonts w:cs="Times New Roman"/>
          <w:color w:val="000000" w:themeColor="text1"/>
          <w:lang w:val="uk-UA"/>
        </w:rPr>
        <w:t xml:space="preserve"> </w:t>
      </w:r>
      <w:r w:rsidRPr="00B7305F">
        <w:rPr>
          <w:rFonts w:cs="Times New Roman"/>
          <w:color w:val="000000" w:themeColor="text1"/>
          <w:lang w:val="uk-UA"/>
        </w:rPr>
        <w:t>сюжету,</w:t>
      </w:r>
      <w:r w:rsidR="00480420" w:rsidRPr="00B7305F">
        <w:rPr>
          <w:rFonts w:cs="Times New Roman"/>
          <w:color w:val="000000" w:themeColor="text1"/>
          <w:lang w:val="uk-UA"/>
        </w:rPr>
        <w:t xml:space="preserve"> </w:t>
      </w:r>
      <w:r w:rsidRPr="00B7305F">
        <w:rPr>
          <w:rFonts w:cs="Times New Roman"/>
          <w:color w:val="000000" w:themeColor="text1"/>
          <w:lang w:val="uk-UA"/>
        </w:rPr>
        <w:t>накладені</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сам</w:t>
      </w:r>
      <w:r w:rsidR="00480420" w:rsidRPr="00B7305F">
        <w:rPr>
          <w:rFonts w:cs="Times New Roman"/>
          <w:color w:val="000000" w:themeColor="text1"/>
          <w:lang w:val="uk-UA"/>
        </w:rPr>
        <w:t xml:space="preserve"> </w:t>
      </w:r>
      <w:r w:rsidRPr="00B7305F">
        <w:rPr>
          <w:rFonts w:cs="Times New Roman"/>
          <w:color w:val="000000" w:themeColor="text1"/>
          <w:lang w:val="uk-UA"/>
        </w:rPr>
        <w:t>знаходив</w:t>
      </w:r>
      <w:r w:rsidR="00480420" w:rsidRPr="00B7305F">
        <w:rPr>
          <w:rFonts w:cs="Times New Roman"/>
          <w:color w:val="000000" w:themeColor="text1"/>
          <w:lang w:val="uk-UA"/>
        </w:rPr>
        <w:t xml:space="preserve"> </w:t>
      </w:r>
      <w:r w:rsidRPr="00B7305F">
        <w:rPr>
          <w:rFonts w:cs="Times New Roman"/>
          <w:color w:val="000000" w:themeColor="text1"/>
          <w:lang w:val="uk-UA"/>
        </w:rPr>
        <w:t>цифри/відеофрагменти,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доповнюють</w:t>
      </w:r>
      <w:r w:rsidR="00480420" w:rsidRPr="00B7305F">
        <w:rPr>
          <w:rFonts w:cs="Times New Roman"/>
          <w:color w:val="000000" w:themeColor="text1"/>
          <w:lang w:val="uk-UA"/>
        </w:rPr>
        <w:t xml:space="preserve"> </w:t>
      </w:r>
      <w:r w:rsidRPr="00B7305F">
        <w:rPr>
          <w:rFonts w:cs="Times New Roman"/>
          <w:color w:val="000000" w:themeColor="text1"/>
          <w:lang w:val="uk-UA"/>
        </w:rPr>
        <w:t>подію.</w:t>
      </w:r>
    </w:p>
    <w:p w14:paraId="7F5AFF3D" w14:textId="280686E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дослідницькі</w:t>
      </w:r>
      <w:r w:rsidR="00480420" w:rsidRPr="00B7305F">
        <w:rPr>
          <w:rFonts w:cs="Times New Roman"/>
          <w:color w:val="000000" w:themeColor="text1"/>
          <w:lang w:val="uk-UA"/>
        </w:rPr>
        <w:t xml:space="preserve"> </w:t>
      </w:r>
      <w:r w:rsidRPr="00B7305F">
        <w:rPr>
          <w:rFonts w:cs="Times New Roman"/>
          <w:color w:val="000000" w:themeColor="text1"/>
          <w:lang w:val="uk-UA"/>
        </w:rPr>
        <w:t>проєкти,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фізичного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аватаром</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цифровим</w:t>
      </w:r>
      <w:r w:rsidR="00480420" w:rsidRPr="00B7305F">
        <w:rPr>
          <w:rFonts w:cs="Times New Roman"/>
          <w:color w:val="000000" w:themeColor="text1"/>
          <w:lang w:val="uk-UA"/>
        </w:rPr>
        <w:t xml:space="preserve"> </w:t>
      </w:r>
      <w:r w:rsidRPr="00B7305F">
        <w:rPr>
          <w:rFonts w:cs="Times New Roman"/>
          <w:color w:val="000000" w:themeColor="text1"/>
          <w:lang w:val="uk-UA"/>
        </w:rPr>
        <w:t>прототипом,</w:t>
      </w:r>
      <w:r w:rsidR="00480420" w:rsidRPr="00B7305F">
        <w:rPr>
          <w:rFonts w:cs="Times New Roman"/>
          <w:color w:val="000000" w:themeColor="text1"/>
          <w:lang w:val="uk-UA"/>
        </w:rPr>
        <w:t xml:space="preserve"> </w:t>
      </w:r>
      <w:r w:rsidRPr="00B7305F">
        <w:rPr>
          <w:rFonts w:cs="Times New Roman"/>
          <w:color w:val="000000" w:themeColor="text1"/>
          <w:lang w:val="uk-UA"/>
        </w:rPr>
        <w:t>роблять</w:t>
      </w:r>
      <w:r w:rsidR="00480420" w:rsidRPr="00B7305F">
        <w:rPr>
          <w:rFonts w:cs="Times New Roman"/>
          <w:color w:val="000000" w:themeColor="text1"/>
          <w:lang w:val="uk-UA"/>
        </w:rPr>
        <w:t xml:space="preserve"> </w:t>
      </w:r>
      <w:r w:rsidRPr="00B7305F">
        <w:rPr>
          <w:rFonts w:cs="Times New Roman"/>
          <w:color w:val="000000" w:themeColor="text1"/>
          <w:lang w:val="uk-UA"/>
        </w:rPr>
        <w:t>ставку</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віртуальним</w:t>
      </w:r>
      <w:r w:rsidR="00480420" w:rsidRPr="00B7305F">
        <w:rPr>
          <w:rFonts w:cs="Times New Roman"/>
          <w:color w:val="000000" w:themeColor="text1"/>
          <w:lang w:val="uk-UA"/>
        </w:rPr>
        <w:t xml:space="preserve"> </w:t>
      </w:r>
      <w:r w:rsidRPr="00B7305F">
        <w:rPr>
          <w:rFonts w:cs="Times New Roman"/>
          <w:color w:val="000000" w:themeColor="text1"/>
          <w:lang w:val="uk-UA"/>
        </w:rPr>
        <w:t>поданням.</w:t>
      </w:r>
      <w:r w:rsidR="00480420" w:rsidRPr="00B7305F">
        <w:rPr>
          <w:rFonts w:cs="Times New Roman"/>
          <w:color w:val="000000" w:themeColor="text1"/>
          <w:lang w:val="uk-UA"/>
        </w:rPr>
        <w:t xml:space="preserve"> </w:t>
      </w:r>
    </w:p>
    <w:p w14:paraId="60FEC770" w14:textId="054DCD92"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Мікс-зони: театр як кінотрансляція або кіно як сцена</w:t>
      </w:r>
    </w:p>
    <w:p w14:paraId="2935EC54" w14:textId="0F2B7C3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відходять</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класичної</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функціонують</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відбувається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навпаки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w:t>
      </w:r>
      <w:r w:rsidR="00480420" w:rsidRPr="00B7305F">
        <w:rPr>
          <w:rFonts w:cs="Times New Roman"/>
          <w:color w:val="000000" w:themeColor="text1"/>
          <w:lang w:val="uk-UA"/>
        </w:rPr>
        <w:t xml:space="preserve"> </w:t>
      </w:r>
      <w:r w:rsidRPr="00B7305F">
        <w:rPr>
          <w:rFonts w:cs="Times New Roman"/>
          <w:color w:val="000000" w:themeColor="text1"/>
          <w:lang w:val="uk-UA"/>
        </w:rPr>
        <w:t>поставлений</w:t>
      </w:r>
      <w:r w:rsidR="00480420" w:rsidRPr="00B7305F">
        <w:rPr>
          <w:rFonts w:cs="Times New Roman"/>
          <w:color w:val="000000" w:themeColor="text1"/>
          <w:lang w:val="uk-UA"/>
        </w:rPr>
        <w:t xml:space="preserve"> </w:t>
      </w:r>
      <w:r w:rsidRPr="00B7305F">
        <w:rPr>
          <w:rFonts w:cs="Times New Roman"/>
          <w:color w:val="000000" w:themeColor="text1"/>
          <w:lang w:val="uk-UA"/>
        </w:rPr>
        <w:t>фільм:</w:t>
      </w:r>
    </w:p>
    <w:p w14:paraId="14B827C9" w14:textId="02AC904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Живі</w:t>
      </w:r>
      <w:r w:rsidR="00480420" w:rsidRPr="00B7305F">
        <w:rPr>
          <w:rFonts w:cs="Times New Roman"/>
          <w:color w:val="000000" w:themeColor="text1"/>
          <w:lang w:val="uk-UA"/>
        </w:rPr>
        <w:t xml:space="preserve"> </w:t>
      </w:r>
      <w:r w:rsidRPr="00B7305F">
        <w:rPr>
          <w:rFonts w:cs="Times New Roman"/>
          <w:color w:val="000000" w:themeColor="text1"/>
          <w:lang w:val="uk-UA"/>
        </w:rPr>
        <w:t>кіно-перформанси</w:t>
      </w:r>
      <w:r w:rsidR="00480420" w:rsidRPr="00B7305F">
        <w:rPr>
          <w:rFonts w:cs="Times New Roman"/>
          <w:color w:val="000000" w:themeColor="text1"/>
          <w:lang w:val="uk-UA"/>
        </w:rPr>
        <w:t xml:space="preserve"> </w:t>
      </w:r>
      <w:r w:rsidRPr="00B7305F">
        <w:rPr>
          <w:rFonts w:cs="Times New Roman"/>
          <w:color w:val="000000" w:themeColor="text1"/>
          <w:lang w:val="uk-UA"/>
        </w:rPr>
        <w:t>(live</w:t>
      </w:r>
      <w:r w:rsidR="00480420" w:rsidRPr="00B7305F">
        <w:rPr>
          <w:rFonts w:cs="Times New Roman"/>
          <w:color w:val="000000" w:themeColor="text1"/>
          <w:lang w:val="uk-UA"/>
        </w:rPr>
        <w:t xml:space="preserve"> </w:t>
      </w:r>
      <w:r w:rsidRPr="00B7305F">
        <w:rPr>
          <w:rFonts w:cs="Times New Roman"/>
          <w:color w:val="000000" w:themeColor="text1"/>
          <w:lang w:val="uk-UA"/>
        </w:rPr>
        <w:t>cinema):</w:t>
      </w:r>
      <w:r w:rsidR="00480420" w:rsidRPr="00B7305F">
        <w:rPr>
          <w:rFonts w:cs="Times New Roman"/>
          <w:color w:val="000000" w:themeColor="text1"/>
          <w:lang w:val="uk-UA"/>
        </w:rPr>
        <w:t xml:space="preserve"> </w:t>
      </w:r>
      <w:r w:rsidRPr="00B7305F">
        <w:rPr>
          <w:rFonts w:cs="Times New Roman"/>
          <w:color w:val="000000" w:themeColor="text1"/>
          <w:lang w:val="uk-UA"/>
        </w:rPr>
        <w:t>проект</w:t>
      </w:r>
      <w:r w:rsidR="00480420" w:rsidRPr="00B7305F">
        <w:rPr>
          <w:rFonts w:cs="Times New Roman"/>
          <w:color w:val="000000" w:themeColor="text1"/>
          <w:lang w:val="uk-UA"/>
        </w:rPr>
        <w:t xml:space="preserve"> </w:t>
      </w:r>
      <w:r w:rsidRPr="00B7305F">
        <w:rPr>
          <w:rFonts w:cs="Times New Roman"/>
          <w:color w:val="000000" w:themeColor="text1"/>
          <w:lang w:val="uk-UA"/>
        </w:rPr>
        <w:t>Франсіса</w:t>
      </w:r>
      <w:r w:rsidR="00480420" w:rsidRPr="00B7305F">
        <w:rPr>
          <w:rFonts w:cs="Times New Roman"/>
          <w:color w:val="000000" w:themeColor="text1"/>
          <w:lang w:val="uk-UA"/>
        </w:rPr>
        <w:t xml:space="preserve"> </w:t>
      </w:r>
      <w:r w:rsidRPr="00B7305F">
        <w:rPr>
          <w:rFonts w:cs="Times New Roman"/>
          <w:color w:val="000000" w:themeColor="text1"/>
          <w:lang w:val="uk-UA"/>
        </w:rPr>
        <w:t>Форда</w:t>
      </w:r>
      <w:r w:rsidR="00480420" w:rsidRPr="00B7305F">
        <w:rPr>
          <w:rFonts w:cs="Times New Roman"/>
          <w:color w:val="000000" w:themeColor="text1"/>
          <w:lang w:val="uk-UA"/>
        </w:rPr>
        <w:t xml:space="preserve"> </w:t>
      </w:r>
      <w:r w:rsidRPr="00B7305F">
        <w:rPr>
          <w:rFonts w:cs="Times New Roman"/>
          <w:color w:val="000000" w:themeColor="text1"/>
          <w:lang w:val="uk-UA"/>
        </w:rPr>
        <w:t>Копполи</w:t>
      </w:r>
      <w:r w:rsidR="00480420" w:rsidRPr="00B7305F">
        <w:rPr>
          <w:rFonts w:cs="Times New Roman"/>
          <w:color w:val="000000" w:themeColor="text1"/>
          <w:lang w:val="uk-UA"/>
        </w:rPr>
        <w:t xml:space="preserve"> </w:t>
      </w:r>
      <w:r w:rsidR="00480420" w:rsidRPr="00B7305F">
        <w:rPr>
          <w:rFonts w:cs="Times New Roman"/>
          <w:b/>
          <w:bCs/>
          <w:color w:val="000000" w:themeColor="text1"/>
        </w:rPr>
        <w:t>Distant</w:t>
      </w:r>
      <w:r w:rsidR="00480420" w:rsidRPr="00B7305F">
        <w:rPr>
          <w:rFonts w:cs="Times New Roman"/>
          <w:b/>
          <w:bCs/>
          <w:color w:val="000000" w:themeColor="text1"/>
          <w:lang w:val="uk-UA"/>
        </w:rPr>
        <w:t xml:space="preserve"> </w:t>
      </w:r>
      <w:r w:rsidR="00480420" w:rsidRPr="00B7305F">
        <w:rPr>
          <w:rFonts w:cs="Times New Roman"/>
          <w:b/>
          <w:bCs/>
          <w:color w:val="000000" w:themeColor="text1"/>
        </w:rPr>
        <w:t>Vision</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спроба</w:t>
      </w:r>
      <w:r w:rsidR="00480420" w:rsidRPr="00B7305F">
        <w:rPr>
          <w:rFonts w:cs="Times New Roman"/>
          <w:color w:val="000000" w:themeColor="text1"/>
          <w:lang w:val="uk-UA"/>
        </w:rPr>
        <w:t xml:space="preserve"> </w:t>
      </w:r>
      <w:r w:rsidRPr="00B7305F">
        <w:rPr>
          <w:rFonts w:cs="Times New Roman"/>
          <w:color w:val="000000" w:themeColor="text1"/>
          <w:lang w:val="uk-UA"/>
        </w:rPr>
        <w:t>поєднати</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театральне</w:t>
      </w:r>
      <w:r w:rsidR="00480420" w:rsidRPr="00B7305F">
        <w:rPr>
          <w:rFonts w:cs="Times New Roman"/>
          <w:color w:val="000000" w:themeColor="text1"/>
          <w:lang w:val="uk-UA"/>
        </w:rPr>
        <w:t xml:space="preserve"> </w:t>
      </w:r>
      <w:r w:rsidRPr="00B7305F">
        <w:rPr>
          <w:rFonts w:cs="Times New Roman"/>
          <w:color w:val="000000" w:themeColor="text1"/>
          <w:lang w:val="uk-UA"/>
        </w:rPr>
        <w:t>звучання,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прямий</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w:t>
      </w:r>
      <w:r w:rsidR="00480420" w:rsidRPr="00B7305F">
        <w:rPr>
          <w:rFonts w:cs="Times New Roman"/>
          <w:color w:val="000000" w:themeColor="text1"/>
          <w:lang w:val="uk-UA"/>
        </w:rPr>
        <w:t xml:space="preserve"> </w:t>
      </w:r>
    </w:p>
    <w:p w14:paraId="77DB189E" w14:textId="345CECE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Shot</w:t>
      </w:r>
      <w:r w:rsidR="00480420" w:rsidRPr="00B7305F">
        <w:rPr>
          <w:rFonts w:cs="Times New Roman"/>
          <w:color w:val="000000" w:themeColor="text1"/>
          <w:lang w:val="uk-UA"/>
        </w:rPr>
        <w:t xml:space="preserve"> </w:t>
      </w:r>
      <w:r w:rsidRPr="00B7305F">
        <w:rPr>
          <w:rFonts w:cs="Times New Roman"/>
          <w:color w:val="000000" w:themeColor="text1"/>
          <w:lang w:val="uk-UA"/>
        </w:rPr>
        <w:t>play</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формат,</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спектакль</w:t>
      </w:r>
      <w:r w:rsidR="00480420" w:rsidRPr="00B7305F">
        <w:rPr>
          <w:rFonts w:cs="Times New Roman"/>
          <w:color w:val="000000" w:themeColor="text1"/>
          <w:lang w:val="uk-UA"/>
        </w:rPr>
        <w:t xml:space="preserve"> </w:t>
      </w:r>
      <w:r w:rsidRPr="00B7305F">
        <w:rPr>
          <w:rFonts w:cs="Times New Roman"/>
          <w:color w:val="000000" w:themeColor="text1"/>
          <w:lang w:val="uk-UA"/>
        </w:rPr>
        <w:t>знімають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одному</w:t>
      </w:r>
      <w:r w:rsidR="00480420" w:rsidRPr="00B7305F">
        <w:rPr>
          <w:rFonts w:cs="Times New Roman"/>
          <w:color w:val="000000" w:themeColor="text1"/>
          <w:lang w:val="uk-UA"/>
        </w:rPr>
        <w:t xml:space="preserve"> </w:t>
      </w:r>
      <w:r w:rsidRPr="00B7305F">
        <w:rPr>
          <w:rFonts w:cs="Times New Roman"/>
          <w:color w:val="000000" w:themeColor="text1"/>
          <w:lang w:val="uk-UA"/>
        </w:rPr>
        <w:t>безперервному</w:t>
      </w:r>
      <w:r w:rsidR="00480420" w:rsidRPr="00B7305F">
        <w:rPr>
          <w:rFonts w:cs="Times New Roman"/>
          <w:color w:val="000000" w:themeColor="text1"/>
          <w:lang w:val="uk-UA"/>
        </w:rPr>
        <w:t xml:space="preserve"> </w:t>
      </w:r>
      <w:r w:rsidRPr="00B7305F">
        <w:rPr>
          <w:rFonts w:cs="Times New Roman"/>
          <w:color w:val="000000" w:themeColor="text1"/>
          <w:lang w:val="uk-UA"/>
        </w:rPr>
        <w:t>дублі</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кількома</w:t>
      </w:r>
      <w:r w:rsidR="00480420" w:rsidRPr="00B7305F">
        <w:rPr>
          <w:rFonts w:cs="Times New Roman"/>
          <w:color w:val="000000" w:themeColor="text1"/>
          <w:lang w:val="uk-UA"/>
        </w:rPr>
        <w:t xml:space="preserve"> </w:t>
      </w:r>
      <w:r w:rsidRPr="00B7305F">
        <w:rPr>
          <w:rFonts w:cs="Times New Roman"/>
          <w:color w:val="000000" w:themeColor="text1"/>
          <w:lang w:val="uk-UA"/>
        </w:rPr>
        <w:t>камерами,</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театральною</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структурою.</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місті</w:t>
      </w:r>
      <w:r w:rsidR="00480420" w:rsidRPr="00B7305F">
        <w:rPr>
          <w:rFonts w:cs="Times New Roman"/>
          <w:color w:val="000000" w:themeColor="text1"/>
          <w:lang w:val="uk-UA"/>
        </w:rPr>
        <w:t xml:space="preserve"> </w:t>
      </w:r>
      <w:r w:rsidRPr="00B7305F">
        <w:rPr>
          <w:rFonts w:cs="Times New Roman"/>
          <w:color w:val="000000" w:themeColor="text1"/>
          <w:lang w:val="uk-UA"/>
        </w:rPr>
        <w:t>Нагпур</w:t>
      </w:r>
      <w:r w:rsidR="00480420" w:rsidRPr="00B7305F">
        <w:rPr>
          <w:rFonts w:cs="Times New Roman"/>
          <w:color w:val="000000" w:themeColor="text1"/>
          <w:lang w:val="uk-UA"/>
        </w:rPr>
        <w:t xml:space="preserve"> </w:t>
      </w:r>
      <w:r w:rsidRPr="00B7305F">
        <w:rPr>
          <w:rFonts w:cs="Times New Roman"/>
          <w:color w:val="000000" w:themeColor="text1"/>
          <w:lang w:val="uk-UA"/>
        </w:rPr>
        <w:t>відбулась</w:t>
      </w:r>
      <w:r w:rsidR="00480420" w:rsidRPr="00B7305F">
        <w:rPr>
          <w:rFonts w:cs="Times New Roman"/>
          <w:color w:val="000000" w:themeColor="text1"/>
          <w:lang w:val="uk-UA"/>
        </w:rPr>
        <w:t xml:space="preserve"> </w:t>
      </w:r>
      <w:r w:rsidRPr="00B7305F">
        <w:rPr>
          <w:rFonts w:cs="Times New Roman"/>
          <w:color w:val="000000" w:themeColor="text1"/>
          <w:lang w:val="uk-UA"/>
        </w:rPr>
        <w:t>вистава</w:t>
      </w:r>
      <w:r w:rsidR="00480420" w:rsidRPr="00B7305F">
        <w:rPr>
          <w:rFonts w:cs="Times New Roman"/>
          <w:color w:val="000000" w:themeColor="text1"/>
          <w:lang w:val="uk-UA"/>
        </w:rPr>
        <w:t xml:space="preserve"> </w:t>
      </w:r>
      <w:r w:rsidRPr="00B7305F">
        <w:rPr>
          <w:rFonts w:cs="Times New Roman"/>
          <w:color w:val="000000" w:themeColor="text1"/>
          <w:lang w:val="uk-UA"/>
        </w:rPr>
        <w:t>Adieu,</w:t>
      </w:r>
      <w:r w:rsidR="00480420" w:rsidRPr="00B7305F">
        <w:rPr>
          <w:rFonts w:cs="Times New Roman"/>
          <w:color w:val="000000" w:themeColor="text1"/>
          <w:lang w:val="uk-UA"/>
        </w:rPr>
        <w:t xml:space="preserve"> </w:t>
      </w:r>
      <w:r w:rsidRPr="00B7305F">
        <w:rPr>
          <w:rFonts w:cs="Times New Roman"/>
          <w:color w:val="000000" w:themeColor="text1"/>
          <w:lang w:val="uk-UA"/>
        </w:rPr>
        <w:t>знята</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“shot</w:t>
      </w:r>
      <w:r w:rsidR="00480420" w:rsidRPr="00B7305F">
        <w:rPr>
          <w:rFonts w:cs="Times New Roman"/>
          <w:color w:val="000000" w:themeColor="text1"/>
          <w:lang w:val="uk-UA"/>
        </w:rPr>
        <w:t xml:space="preserve"> </w:t>
      </w:r>
      <w:r w:rsidRPr="00B7305F">
        <w:rPr>
          <w:rFonts w:cs="Times New Roman"/>
          <w:color w:val="000000" w:themeColor="text1"/>
          <w:lang w:val="uk-UA"/>
        </w:rPr>
        <w:t>play”,</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кількома</w:t>
      </w:r>
      <w:r w:rsidR="00480420" w:rsidRPr="00B7305F">
        <w:rPr>
          <w:rFonts w:cs="Times New Roman"/>
          <w:color w:val="000000" w:themeColor="text1"/>
          <w:lang w:val="uk-UA"/>
        </w:rPr>
        <w:t xml:space="preserve"> </w:t>
      </w:r>
      <w:r w:rsidRPr="00B7305F">
        <w:rPr>
          <w:rFonts w:cs="Times New Roman"/>
          <w:color w:val="000000" w:themeColor="text1"/>
          <w:lang w:val="uk-UA"/>
        </w:rPr>
        <w:t>камерами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відтворює</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цілісність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відеоформі.</w:t>
      </w:r>
      <w:r w:rsidR="00480420" w:rsidRPr="00B7305F">
        <w:rPr>
          <w:rFonts w:cs="Times New Roman"/>
          <w:color w:val="000000" w:themeColor="text1"/>
          <w:lang w:val="uk-UA"/>
        </w:rPr>
        <w:t xml:space="preserve"> </w:t>
      </w:r>
    </w:p>
    <w:p w14:paraId="2B4C53FF" w14:textId="1F5928D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Фільм-спектакль:</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постановка</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адаптується</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трансформується</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фільм,</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зберігає</w:t>
      </w:r>
      <w:r w:rsidR="00480420" w:rsidRPr="00B7305F">
        <w:rPr>
          <w:rFonts w:cs="Times New Roman"/>
          <w:color w:val="000000" w:themeColor="text1"/>
          <w:lang w:val="uk-UA"/>
        </w:rPr>
        <w:t xml:space="preserve"> </w:t>
      </w:r>
      <w:r w:rsidRPr="00B7305F">
        <w:rPr>
          <w:rFonts w:cs="Times New Roman"/>
          <w:color w:val="000000" w:themeColor="text1"/>
          <w:lang w:val="uk-UA"/>
        </w:rPr>
        <w:t>певні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риси:</w:t>
      </w:r>
      <w:r w:rsidR="00480420" w:rsidRPr="00B7305F">
        <w:rPr>
          <w:rFonts w:cs="Times New Roman"/>
          <w:color w:val="000000" w:themeColor="text1"/>
          <w:lang w:val="uk-UA"/>
        </w:rPr>
        <w:t xml:space="preserve"> </w:t>
      </w:r>
      <w:r w:rsidRPr="00B7305F">
        <w:rPr>
          <w:rFonts w:cs="Times New Roman"/>
          <w:color w:val="000000" w:themeColor="text1"/>
          <w:lang w:val="uk-UA"/>
        </w:rPr>
        <w:t>сценографію,</w:t>
      </w:r>
      <w:r w:rsidR="00480420" w:rsidRPr="00B7305F">
        <w:rPr>
          <w:rFonts w:cs="Times New Roman"/>
          <w:color w:val="000000" w:themeColor="text1"/>
          <w:lang w:val="uk-UA"/>
        </w:rPr>
        <w:t xml:space="preserve"> </w:t>
      </w:r>
      <w:r w:rsidRPr="00B7305F">
        <w:rPr>
          <w:rFonts w:cs="Times New Roman"/>
          <w:color w:val="000000" w:themeColor="text1"/>
          <w:lang w:val="uk-UA"/>
        </w:rPr>
        <w:t>жестову</w:t>
      </w:r>
      <w:r w:rsidR="00480420" w:rsidRPr="00B7305F">
        <w:rPr>
          <w:rFonts w:cs="Times New Roman"/>
          <w:color w:val="000000" w:themeColor="text1"/>
          <w:lang w:val="uk-UA"/>
        </w:rPr>
        <w:t xml:space="preserve"> </w:t>
      </w:r>
      <w:r w:rsidRPr="00B7305F">
        <w:rPr>
          <w:rFonts w:cs="Times New Roman"/>
          <w:color w:val="000000" w:themeColor="text1"/>
          <w:lang w:val="uk-UA"/>
        </w:rPr>
        <w:t>мову,</w:t>
      </w:r>
      <w:r w:rsidR="00480420" w:rsidRPr="00B7305F">
        <w:rPr>
          <w:rFonts w:cs="Times New Roman"/>
          <w:color w:val="000000" w:themeColor="text1"/>
          <w:lang w:val="uk-UA"/>
        </w:rPr>
        <w:t xml:space="preserve"> </w:t>
      </w:r>
      <w:r w:rsidRPr="00B7305F">
        <w:rPr>
          <w:rFonts w:cs="Times New Roman"/>
          <w:color w:val="000000" w:themeColor="text1"/>
          <w:lang w:val="uk-UA"/>
        </w:rPr>
        <w:t>часову</w:t>
      </w:r>
      <w:r w:rsidR="00480420" w:rsidRPr="00B7305F">
        <w:rPr>
          <w:rFonts w:cs="Times New Roman"/>
          <w:color w:val="000000" w:themeColor="text1"/>
          <w:lang w:val="uk-UA"/>
        </w:rPr>
        <w:t xml:space="preserve"> </w:t>
      </w:r>
      <w:r w:rsidRPr="00B7305F">
        <w:rPr>
          <w:rFonts w:cs="Times New Roman"/>
          <w:color w:val="000000" w:themeColor="text1"/>
          <w:lang w:val="uk-UA"/>
        </w:rPr>
        <w:t>структуру.</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деякі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екранізують</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мінімальним</w:t>
      </w:r>
      <w:r w:rsidR="00480420" w:rsidRPr="00B7305F">
        <w:rPr>
          <w:rFonts w:cs="Times New Roman"/>
          <w:color w:val="000000" w:themeColor="text1"/>
          <w:lang w:val="uk-UA"/>
        </w:rPr>
        <w:t xml:space="preserve"> </w:t>
      </w:r>
      <w:r w:rsidRPr="00B7305F">
        <w:rPr>
          <w:rFonts w:cs="Times New Roman"/>
          <w:color w:val="000000" w:themeColor="text1"/>
          <w:lang w:val="uk-UA"/>
        </w:rPr>
        <w:t>монтажем,</w:t>
      </w:r>
      <w:r w:rsidR="00480420" w:rsidRPr="00B7305F">
        <w:rPr>
          <w:rFonts w:cs="Times New Roman"/>
          <w:color w:val="000000" w:themeColor="text1"/>
          <w:lang w:val="uk-UA"/>
        </w:rPr>
        <w:t xml:space="preserve"> </w:t>
      </w:r>
      <w:r w:rsidRPr="00B7305F">
        <w:rPr>
          <w:rFonts w:cs="Times New Roman"/>
          <w:color w:val="000000" w:themeColor="text1"/>
          <w:lang w:val="uk-UA"/>
        </w:rPr>
        <w:t>прагнучи</w:t>
      </w:r>
      <w:r w:rsidR="00480420" w:rsidRPr="00B7305F">
        <w:rPr>
          <w:rFonts w:cs="Times New Roman"/>
          <w:color w:val="000000" w:themeColor="text1"/>
          <w:lang w:val="uk-UA"/>
        </w:rPr>
        <w:t xml:space="preserve"> </w:t>
      </w:r>
      <w:r w:rsidRPr="00B7305F">
        <w:rPr>
          <w:rFonts w:cs="Times New Roman"/>
          <w:color w:val="000000" w:themeColor="text1"/>
          <w:lang w:val="uk-UA"/>
        </w:rPr>
        <w:t>зберегти</w:t>
      </w:r>
      <w:r w:rsidR="00480420" w:rsidRPr="00B7305F">
        <w:rPr>
          <w:rFonts w:cs="Times New Roman"/>
          <w:color w:val="000000" w:themeColor="text1"/>
          <w:lang w:val="uk-UA"/>
        </w:rPr>
        <w:t xml:space="preserve"> </w:t>
      </w:r>
      <w:r w:rsidRPr="00B7305F">
        <w:rPr>
          <w:rFonts w:cs="Times New Roman"/>
          <w:color w:val="000000" w:themeColor="text1"/>
          <w:lang w:val="uk-UA"/>
        </w:rPr>
        <w:t>«ефект</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905F39" w:rsidRPr="00905F39">
        <w:rPr>
          <w:rFonts w:cs="Times New Roman"/>
          <w:color w:val="000000" w:themeColor="text1"/>
          <w:lang w:val="ru-RU"/>
        </w:rPr>
        <w:t xml:space="preserve"> </w:t>
      </w:r>
      <w:r w:rsidR="00905F39" w:rsidRPr="0066386B">
        <w:rPr>
          <w:rFonts w:cs="Times New Roman"/>
          <w:lang w:val="ru-RU"/>
        </w:rPr>
        <w:t>[</w:t>
      </w:r>
      <w:r w:rsidR="0066386B" w:rsidRPr="0066386B">
        <w:rPr>
          <w:rFonts w:cs="Times New Roman"/>
          <w:lang w:val="ru-RU"/>
        </w:rPr>
        <w:t>24</w:t>
      </w:r>
      <w:r w:rsidR="00905F39" w:rsidRPr="0066386B">
        <w:rPr>
          <w:rFonts w:cs="Times New Roman"/>
          <w:lang w:val="ru-RU"/>
        </w:rPr>
        <w:t xml:space="preserve">, </w:t>
      </w:r>
      <w:r w:rsidR="00905F39" w:rsidRPr="0066386B">
        <w:rPr>
          <w:rFonts w:cs="Times New Roman"/>
        </w:rPr>
        <w:t>c</w:t>
      </w:r>
      <w:r w:rsidR="00905F39" w:rsidRPr="0066386B">
        <w:rPr>
          <w:rFonts w:cs="Times New Roman"/>
          <w:lang w:val="ru-RU"/>
        </w:rPr>
        <w:t>.</w:t>
      </w:r>
      <w:r w:rsidR="0066386B" w:rsidRPr="0066386B">
        <w:rPr>
          <w:rFonts w:cs="Times New Roman"/>
          <w:lang w:val="ru-RU"/>
        </w:rPr>
        <w:t>45</w:t>
      </w:r>
      <w:r w:rsidR="00905F39" w:rsidRPr="0066386B">
        <w:rPr>
          <w:rFonts w:cs="Times New Roman"/>
          <w:lang w:val="ru-RU"/>
        </w:rPr>
        <w:t>]</w:t>
      </w:r>
      <w:r w:rsidRPr="0066386B">
        <w:rPr>
          <w:rFonts w:cs="Times New Roman"/>
          <w:lang w:val="uk-UA"/>
        </w:rPr>
        <w:t>».</w:t>
      </w:r>
    </w:p>
    <w:p w14:paraId="2A3F1503" w14:textId="486273A3"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Виклики,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переваги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естетичні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конфлікти</w:t>
      </w:r>
    </w:p>
    <w:p w14:paraId="5115D07B" w14:textId="0C4C6BFF"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Переваги:</w:t>
      </w:r>
    </w:p>
    <w:p w14:paraId="4CEBE7F5" w14:textId="5E41692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Дозволяє</w:t>
      </w:r>
      <w:r w:rsidR="00480420" w:rsidRPr="00B7305F">
        <w:rPr>
          <w:rFonts w:cs="Times New Roman"/>
          <w:color w:val="000000" w:themeColor="text1"/>
          <w:lang w:val="uk-UA"/>
        </w:rPr>
        <w:t xml:space="preserve"> </w:t>
      </w:r>
      <w:r w:rsidRPr="00B7305F">
        <w:rPr>
          <w:rFonts w:cs="Times New Roman"/>
          <w:color w:val="000000" w:themeColor="text1"/>
          <w:lang w:val="uk-UA"/>
        </w:rPr>
        <w:t>глядачеві</w:t>
      </w:r>
      <w:r w:rsidR="00480420" w:rsidRPr="00B7305F">
        <w:rPr>
          <w:rFonts w:cs="Times New Roman"/>
          <w:color w:val="000000" w:themeColor="text1"/>
          <w:lang w:val="uk-UA"/>
        </w:rPr>
        <w:t xml:space="preserve"> </w:t>
      </w:r>
      <w:r w:rsidRPr="00B7305F">
        <w:rPr>
          <w:rFonts w:cs="Times New Roman"/>
          <w:color w:val="000000" w:themeColor="text1"/>
          <w:lang w:val="uk-UA"/>
        </w:rPr>
        <w:t>побачити</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«макро»</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«мікро»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деталізацію</w:t>
      </w:r>
      <w:r w:rsidR="00480420" w:rsidRPr="00B7305F">
        <w:rPr>
          <w:rFonts w:cs="Times New Roman"/>
          <w:color w:val="000000" w:themeColor="text1"/>
          <w:lang w:val="uk-UA"/>
        </w:rPr>
        <w:t xml:space="preserve"> </w:t>
      </w:r>
      <w:r w:rsidRPr="00B7305F">
        <w:rPr>
          <w:rFonts w:cs="Times New Roman"/>
          <w:color w:val="000000" w:themeColor="text1"/>
          <w:lang w:val="uk-UA"/>
        </w:rPr>
        <w:t>виразу.</w:t>
      </w:r>
    </w:p>
    <w:p w14:paraId="112E83B7" w14:textId="6D2C55A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Створює</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шари</w:t>
      </w:r>
      <w:r w:rsidR="00480420" w:rsidRPr="00B7305F">
        <w:rPr>
          <w:rFonts w:cs="Times New Roman"/>
          <w:color w:val="000000" w:themeColor="text1"/>
          <w:lang w:val="uk-UA"/>
        </w:rPr>
        <w:t xml:space="preserve"> </w:t>
      </w:r>
      <w:r w:rsidRPr="00B7305F">
        <w:rPr>
          <w:rFonts w:cs="Times New Roman"/>
          <w:color w:val="000000" w:themeColor="text1"/>
          <w:lang w:val="uk-UA"/>
        </w:rPr>
        <w:t>смислів</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внутрішній</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80420" w:rsidRPr="00B7305F">
        <w:rPr>
          <w:rFonts w:cs="Times New Roman"/>
          <w:color w:val="000000" w:themeColor="text1"/>
          <w:lang w:val="uk-UA"/>
        </w:rPr>
        <w:t xml:space="preserve"> </w:t>
      </w:r>
      <w:r w:rsidRPr="00B7305F">
        <w:rPr>
          <w:rFonts w:cs="Times New Roman"/>
          <w:color w:val="000000" w:themeColor="text1"/>
          <w:lang w:val="uk-UA"/>
        </w:rPr>
        <w:t>вивести</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додатковий</w:t>
      </w:r>
      <w:r w:rsidR="00480420" w:rsidRPr="00B7305F">
        <w:rPr>
          <w:rFonts w:cs="Times New Roman"/>
          <w:color w:val="000000" w:themeColor="text1"/>
          <w:lang w:val="uk-UA"/>
        </w:rPr>
        <w:t xml:space="preserve"> </w:t>
      </w:r>
      <w:r w:rsidRPr="00B7305F">
        <w:rPr>
          <w:rFonts w:cs="Times New Roman"/>
          <w:color w:val="000000" w:themeColor="text1"/>
          <w:lang w:val="uk-UA"/>
        </w:rPr>
        <w:t>шар.</w:t>
      </w:r>
    </w:p>
    <w:p w14:paraId="407FB190" w14:textId="1AA0211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Модернізує</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робить</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близьким</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медіакультури</w:t>
      </w:r>
      <w:r w:rsidR="00480420" w:rsidRPr="00B7305F">
        <w:rPr>
          <w:rFonts w:cs="Times New Roman"/>
          <w:color w:val="000000" w:themeColor="text1"/>
          <w:lang w:val="uk-UA"/>
        </w:rPr>
        <w:t xml:space="preserve"> </w:t>
      </w:r>
      <w:r w:rsidRPr="00B7305F">
        <w:rPr>
          <w:rFonts w:cs="Times New Roman"/>
          <w:color w:val="000000" w:themeColor="text1"/>
          <w:lang w:val="uk-UA"/>
        </w:rPr>
        <w:t>сучасності,</w:t>
      </w:r>
      <w:r w:rsidR="00480420" w:rsidRPr="00B7305F">
        <w:rPr>
          <w:rFonts w:cs="Times New Roman"/>
          <w:color w:val="000000" w:themeColor="text1"/>
          <w:lang w:val="uk-UA"/>
        </w:rPr>
        <w:t xml:space="preserve"> </w:t>
      </w:r>
      <w:r w:rsidRPr="00B7305F">
        <w:rPr>
          <w:rFonts w:cs="Times New Roman"/>
          <w:color w:val="000000" w:themeColor="text1"/>
          <w:lang w:val="uk-UA"/>
        </w:rPr>
        <w:t>приваблює</w:t>
      </w:r>
      <w:r w:rsidR="00480420" w:rsidRPr="00B7305F">
        <w:rPr>
          <w:rFonts w:cs="Times New Roman"/>
          <w:color w:val="000000" w:themeColor="text1"/>
          <w:lang w:val="uk-UA"/>
        </w:rPr>
        <w:t xml:space="preserve"> </w:t>
      </w:r>
      <w:r w:rsidRPr="00B7305F">
        <w:rPr>
          <w:rFonts w:cs="Times New Roman"/>
          <w:color w:val="000000" w:themeColor="text1"/>
          <w:lang w:val="uk-UA"/>
        </w:rPr>
        <w:t>нову</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аудиторію,</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звикла</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екранної</w:t>
      </w:r>
      <w:r w:rsidR="00480420" w:rsidRPr="00B7305F">
        <w:rPr>
          <w:rFonts w:cs="Times New Roman"/>
          <w:color w:val="000000" w:themeColor="text1"/>
          <w:lang w:val="uk-UA"/>
        </w:rPr>
        <w:t xml:space="preserve"> </w:t>
      </w:r>
      <w:r w:rsidRPr="00B7305F">
        <w:rPr>
          <w:rFonts w:cs="Times New Roman"/>
          <w:color w:val="000000" w:themeColor="text1"/>
          <w:lang w:val="uk-UA"/>
        </w:rPr>
        <w:t>естетики.</w:t>
      </w:r>
    </w:p>
    <w:p w14:paraId="7DCBAFFC" w14:textId="084A6453"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Виклики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й</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ризики:</w:t>
      </w:r>
    </w:p>
    <w:p w14:paraId="0A2B4C1D" w14:textId="454D7D7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Складність</w:t>
      </w:r>
      <w:r w:rsidR="00480420" w:rsidRPr="00B7305F">
        <w:rPr>
          <w:rFonts w:cs="Times New Roman"/>
          <w:color w:val="000000" w:themeColor="text1"/>
          <w:lang w:val="uk-UA"/>
        </w:rPr>
        <w:t xml:space="preserve"> </w:t>
      </w:r>
      <w:r w:rsidRPr="00B7305F">
        <w:rPr>
          <w:rFonts w:cs="Times New Roman"/>
          <w:color w:val="000000" w:themeColor="text1"/>
          <w:lang w:val="uk-UA"/>
        </w:rPr>
        <w:t>синхронізації</w:t>
      </w:r>
      <w:r w:rsidR="00480420" w:rsidRPr="00B7305F">
        <w:rPr>
          <w:rFonts w:cs="Times New Roman"/>
          <w:color w:val="000000" w:themeColor="text1"/>
          <w:lang w:val="uk-UA"/>
        </w:rPr>
        <w:t xml:space="preserve"> </w:t>
      </w:r>
      <w:r w:rsidRPr="00B7305F">
        <w:rPr>
          <w:rFonts w:cs="Times New Roman"/>
          <w:color w:val="000000" w:themeColor="text1"/>
          <w:lang w:val="uk-UA"/>
        </w:rPr>
        <w:t>живої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технологічні</w:t>
      </w:r>
      <w:r w:rsidR="00480420" w:rsidRPr="00B7305F">
        <w:rPr>
          <w:rFonts w:cs="Times New Roman"/>
          <w:color w:val="000000" w:themeColor="text1"/>
          <w:lang w:val="uk-UA"/>
        </w:rPr>
        <w:t xml:space="preserve"> </w:t>
      </w:r>
      <w:r w:rsidRPr="00B7305F">
        <w:rPr>
          <w:rFonts w:cs="Times New Roman"/>
          <w:color w:val="000000" w:themeColor="text1"/>
          <w:lang w:val="uk-UA"/>
        </w:rPr>
        <w:t>збої</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«зламати»</w:t>
      </w:r>
      <w:r w:rsidR="00480420" w:rsidRPr="00B7305F">
        <w:rPr>
          <w:rFonts w:cs="Times New Roman"/>
          <w:color w:val="000000" w:themeColor="text1"/>
          <w:lang w:val="uk-UA"/>
        </w:rPr>
        <w:t xml:space="preserve"> </w:t>
      </w:r>
      <w:r w:rsidRPr="00B7305F">
        <w:rPr>
          <w:rFonts w:cs="Times New Roman"/>
          <w:color w:val="000000" w:themeColor="text1"/>
          <w:lang w:val="uk-UA"/>
        </w:rPr>
        <w:t>виставу.</w:t>
      </w:r>
    </w:p>
    <w:p w14:paraId="3A13A7DD" w14:textId="4AF977E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Зайва</w:t>
      </w:r>
      <w:r w:rsidR="00480420" w:rsidRPr="00B7305F">
        <w:rPr>
          <w:rFonts w:cs="Times New Roman"/>
          <w:color w:val="000000" w:themeColor="text1"/>
          <w:lang w:val="uk-UA"/>
        </w:rPr>
        <w:t xml:space="preserve"> </w:t>
      </w:r>
      <w:r w:rsidRPr="00B7305F">
        <w:rPr>
          <w:rFonts w:cs="Times New Roman"/>
          <w:color w:val="000000" w:themeColor="text1"/>
          <w:lang w:val="uk-UA"/>
        </w:rPr>
        <w:t>увага</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екрану</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відвернути</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живої</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p>
    <w:p w14:paraId="1F1B8D06" w14:textId="68A70963"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Режисерська</w:t>
      </w:r>
      <w:r w:rsidR="00480420" w:rsidRPr="00B7305F">
        <w:rPr>
          <w:rFonts w:cs="Times New Roman"/>
          <w:color w:val="000000" w:themeColor="text1"/>
          <w:lang w:val="uk-UA"/>
        </w:rPr>
        <w:t xml:space="preserve"> </w:t>
      </w:r>
      <w:r w:rsidRPr="00B7305F">
        <w:rPr>
          <w:rFonts w:cs="Times New Roman"/>
          <w:color w:val="000000" w:themeColor="text1"/>
          <w:lang w:val="uk-UA"/>
        </w:rPr>
        <w:t>чутливість</w:t>
      </w:r>
      <w:r w:rsidR="00480420" w:rsidRPr="00B7305F">
        <w:rPr>
          <w:rFonts w:cs="Times New Roman"/>
          <w:color w:val="000000" w:themeColor="text1"/>
          <w:lang w:val="uk-UA"/>
        </w:rPr>
        <w:t xml:space="preserve"> </w:t>
      </w:r>
      <w:r w:rsidRPr="00B7305F">
        <w:rPr>
          <w:rFonts w:cs="Times New Roman"/>
          <w:color w:val="000000" w:themeColor="text1"/>
          <w:lang w:val="uk-UA"/>
        </w:rPr>
        <w:t>потрібна,</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домінувало,</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слугувало</w:t>
      </w:r>
      <w:r w:rsidR="00480420" w:rsidRPr="00B7305F">
        <w:rPr>
          <w:rFonts w:cs="Times New Roman"/>
          <w:color w:val="000000" w:themeColor="text1"/>
          <w:lang w:val="uk-UA"/>
        </w:rPr>
        <w:t xml:space="preserve"> </w:t>
      </w:r>
      <w:r w:rsidRPr="00B7305F">
        <w:rPr>
          <w:rFonts w:cs="Times New Roman"/>
          <w:color w:val="000000" w:themeColor="text1"/>
          <w:lang w:val="uk-UA"/>
        </w:rPr>
        <w:t>доповненням.</w:t>
      </w:r>
    </w:p>
    <w:p w14:paraId="7EFDDA72" w14:textId="7F165C6A"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Акторові</w:t>
      </w:r>
      <w:r w:rsidR="00480420" w:rsidRPr="00B7305F">
        <w:rPr>
          <w:rFonts w:cs="Times New Roman"/>
          <w:color w:val="000000" w:themeColor="text1"/>
          <w:lang w:val="uk-UA"/>
        </w:rPr>
        <w:t xml:space="preserve"> </w:t>
      </w:r>
      <w:r w:rsidRPr="00B7305F">
        <w:rPr>
          <w:rFonts w:cs="Times New Roman"/>
          <w:color w:val="000000" w:themeColor="text1"/>
          <w:lang w:val="uk-UA"/>
        </w:rPr>
        <w:t>треба</w:t>
      </w:r>
      <w:r w:rsidR="00480420" w:rsidRPr="00B7305F">
        <w:rPr>
          <w:rFonts w:cs="Times New Roman"/>
          <w:color w:val="000000" w:themeColor="text1"/>
          <w:lang w:val="uk-UA"/>
        </w:rPr>
        <w:t xml:space="preserve"> </w:t>
      </w:r>
      <w:r w:rsidRPr="00B7305F">
        <w:rPr>
          <w:rFonts w:cs="Times New Roman"/>
          <w:color w:val="000000" w:themeColor="text1"/>
          <w:lang w:val="uk-UA"/>
        </w:rPr>
        <w:t>оволодіти</w:t>
      </w:r>
      <w:r w:rsidR="00480420" w:rsidRPr="00B7305F">
        <w:rPr>
          <w:rFonts w:cs="Times New Roman"/>
          <w:color w:val="000000" w:themeColor="text1"/>
          <w:lang w:val="uk-UA"/>
        </w:rPr>
        <w:t xml:space="preserve"> </w:t>
      </w:r>
      <w:r w:rsidRPr="00B7305F">
        <w:rPr>
          <w:rFonts w:cs="Times New Roman"/>
          <w:color w:val="000000" w:themeColor="text1"/>
          <w:lang w:val="uk-UA"/>
        </w:rPr>
        <w:t>подвійною</w:t>
      </w:r>
      <w:r w:rsidR="00480420" w:rsidRPr="00B7305F">
        <w:rPr>
          <w:rFonts w:cs="Times New Roman"/>
          <w:color w:val="000000" w:themeColor="text1"/>
          <w:lang w:val="uk-UA"/>
        </w:rPr>
        <w:t xml:space="preserve"> </w:t>
      </w:r>
      <w:r w:rsidRPr="00B7305F">
        <w:rPr>
          <w:rFonts w:cs="Times New Roman"/>
          <w:color w:val="000000" w:themeColor="text1"/>
          <w:lang w:val="uk-UA"/>
        </w:rPr>
        <w:t>технікою: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екранною,</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втрачати</w:t>
      </w:r>
      <w:r w:rsidR="00480420" w:rsidRPr="00B7305F">
        <w:rPr>
          <w:rFonts w:cs="Times New Roman"/>
          <w:color w:val="000000" w:themeColor="text1"/>
          <w:lang w:val="uk-UA"/>
        </w:rPr>
        <w:t xml:space="preserve"> </w:t>
      </w:r>
      <w:r w:rsidRPr="00B7305F">
        <w:rPr>
          <w:rFonts w:cs="Times New Roman"/>
          <w:color w:val="000000" w:themeColor="text1"/>
          <w:lang w:val="uk-UA"/>
        </w:rPr>
        <w:t>автентичності.</w:t>
      </w:r>
    </w:p>
    <w:p w14:paraId="2F97FF8F" w14:textId="0950EAFD"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Інноваційні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поєднують</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4395C"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Pr="0066386B">
        <w:rPr>
          <w:rFonts w:cs="Times New Roman"/>
          <w:lang w:val="uk-UA"/>
        </w:rPr>
        <w:t>,</w:t>
      </w:r>
      <w:r w:rsidR="00480420" w:rsidRPr="0066386B">
        <w:rPr>
          <w:rFonts w:cs="Times New Roman"/>
          <w:lang w:val="uk-UA"/>
        </w:rPr>
        <w:t xml:space="preserve"> </w:t>
      </w:r>
      <w:r w:rsidRPr="0066386B">
        <w:rPr>
          <w:rFonts w:cs="Times New Roman"/>
          <w:lang w:val="uk-UA"/>
        </w:rPr>
        <w:t>не</w:t>
      </w:r>
      <w:r w:rsidR="00480420" w:rsidRPr="0066386B">
        <w:rPr>
          <w:rFonts w:cs="Times New Roman"/>
          <w:lang w:val="uk-UA"/>
        </w:rPr>
        <w:t xml:space="preserve"> </w:t>
      </w:r>
      <w:r w:rsidRPr="0066386B">
        <w:rPr>
          <w:rFonts w:cs="Times New Roman"/>
          <w:lang w:val="uk-UA"/>
        </w:rPr>
        <w:t>просто</w:t>
      </w:r>
      <w:r w:rsidR="00480420" w:rsidRPr="0066386B">
        <w:rPr>
          <w:rFonts w:cs="Times New Roman"/>
          <w:lang w:val="uk-UA"/>
        </w:rPr>
        <w:t xml:space="preserve"> </w:t>
      </w:r>
      <w:r w:rsidRPr="0066386B">
        <w:rPr>
          <w:rFonts w:cs="Times New Roman"/>
          <w:lang w:val="uk-UA"/>
        </w:rPr>
        <w:t>розмивають</w:t>
      </w:r>
      <w:r w:rsidR="00480420" w:rsidRPr="0066386B">
        <w:rPr>
          <w:rFonts w:cs="Times New Roman"/>
          <w:lang w:val="uk-UA"/>
        </w:rPr>
        <w:t xml:space="preserve"> </w:t>
      </w:r>
      <w:r w:rsidRPr="0066386B">
        <w:rPr>
          <w:rFonts w:cs="Times New Roman"/>
          <w:lang w:val="uk-UA"/>
        </w:rPr>
        <w:t>межі</w:t>
      </w:r>
      <w:r w:rsidR="00480420" w:rsidRPr="0066386B">
        <w:rPr>
          <w:rFonts w:cs="Times New Roman"/>
          <w:lang w:val="uk-UA"/>
        </w:rPr>
        <w:t xml:space="preserve"> </w:t>
      </w:r>
      <w:r w:rsidRPr="0066386B">
        <w:rPr>
          <w:rFonts w:cs="Times New Roman"/>
          <w:lang w:val="uk-UA"/>
        </w:rPr>
        <w:t>між</w:t>
      </w:r>
      <w:r w:rsidR="00480420" w:rsidRPr="0066386B">
        <w:rPr>
          <w:rFonts w:cs="Times New Roman"/>
          <w:lang w:val="uk-UA"/>
        </w:rPr>
        <w:t xml:space="preserve"> </w:t>
      </w:r>
      <w:r w:rsidRPr="0066386B">
        <w:rPr>
          <w:rFonts w:cs="Times New Roman"/>
          <w:lang w:val="uk-UA"/>
        </w:rPr>
        <w:t>мистецтвами</w:t>
      </w:r>
      <w:r w:rsidR="00480420" w:rsidRPr="0066386B">
        <w:rPr>
          <w:rFonts w:cs="Times New Roman"/>
          <w:lang w:val="uk-UA"/>
        </w:rPr>
        <w:t xml:space="preserve"> </w:t>
      </w:r>
      <w:r w:rsidRPr="0066386B">
        <w:rPr>
          <w:rFonts w:cs="Times New Roman"/>
          <w:lang w:val="uk-UA"/>
        </w:rPr>
        <w:t>—</w:t>
      </w:r>
      <w:r w:rsidR="00480420" w:rsidRPr="0066386B">
        <w:rPr>
          <w:rFonts w:cs="Times New Roman"/>
          <w:lang w:val="uk-UA"/>
        </w:rPr>
        <w:t xml:space="preserve"> </w:t>
      </w:r>
      <w:r w:rsidRPr="0066386B">
        <w:rPr>
          <w:rFonts w:cs="Times New Roman"/>
          <w:lang w:val="uk-UA"/>
        </w:rPr>
        <w:t>вони</w:t>
      </w:r>
      <w:r w:rsidR="00480420" w:rsidRPr="0066386B">
        <w:rPr>
          <w:rFonts w:cs="Times New Roman"/>
          <w:lang w:val="uk-UA"/>
        </w:rPr>
        <w:t xml:space="preserve"> </w:t>
      </w:r>
      <w:r w:rsidRPr="0066386B">
        <w:rPr>
          <w:rFonts w:cs="Times New Roman"/>
          <w:lang w:val="uk-UA"/>
        </w:rPr>
        <w:t>створюють</w:t>
      </w:r>
      <w:r w:rsidR="00480420" w:rsidRPr="0066386B">
        <w:rPr>
          <w:rFonts w:cs="Times New Roman"/>
          <w:lang w:val="uk-UA"/>
        </w:rPr>
        <w:t xml:space="preserve"> </w:t>
      </w:r>
      <w:r w:rsidRPr="0066386B">
        <w:rPr>
          <w:rFonts w:cs="Times New Roman"/>
          <w:lang w:val="uk-UA"/>
        </w:rPr>
        <w:t>нову</w:t>
      </w:r>
      <w:r w:rsidR="00480420" w:rsidRPr="0066386B">
        <w:rPr>
          <w:rFonts w:cs="Times New Roman"/>
          <w:lang w:val="uk-UA"/>
        </w:rPr>
        <w:t xml:space="preserve"> </w:t>
      </w:r>
      <w:r w:rsidRPr="0066386B">
        <w:rPr>
          <w:rFonts w:cs="Times New Roman"/>
          <w:lang w:val="uk-UA"/>
        </w:rPr>
        <w:t>гібридну</w:t>
      </w:r>
      <w:r w:rsidR="00480420" w:rsidRPr="0066386B">
        <w:rPr>
          <w:rFonts w:cs="Times New Roman"/>
          <w:lang w:val="uk-UA"/>
        </w:rPr>
        <w:t xml:space="preserve"> </w:t>
      </w:r>
      <w:r w:rsidRPr="0066386B">
        <w:rPr>
          <w:rFonts w:cs="Times New Roman"/>
          <w:lang w:val="uk-UA"/>
        </w:rPr>
        <w:t>мову</w:t>
      </w:r>
      <w:r w:rsidR="00480420" w:rsidRPr="0066386B">
        <w:rPr>
          <w:rFonts w:cs="Times New Roman"/>
          <w:lang w:val="uk-UA"/>
        </w:rPr>
        <w:t xml:space="preserve"> </w:t>
      </w:r>
      <w:r w:rsidRPr="0066386B">
        <w:rPr>
          <w:rFonts w:cs="Times New Roman"/>
          <w:lang w:val="uk-UA"/>
        </w:rPr>
        <w:t>дії.</w:t>
      </w:r>
      <w:r w:rsidR="00480420" w:rsidRPr="0066386B">
        <w:rPr>
          <w:rFonts w:cs="Times New Roman"/>
          <w:lang w:val="uk-UA"/>
        </w:rPr>
        <w:t xml:space="preserve"> </w:t>
      </w:r>
      <w:r w:rsidRPr="0066386B">
        <w:rPr>
          <w:rFonts w:cs="Times New Roman"/>
          <w:lang w:val="uk-UA"/>
        </w:rPr>
        <w:t>У</w:t>
      </w:r>
      <w:r w:rsidR="00480420" w:rsidRPr="0066386B">
        <w:rPr>
          <w:rFonts w:cs="Times New Roman"/>
          <w:lang w:val="uk-UA"/>
        </w:rPr>
        <w:t xml:space="preserve"> </w:t>
      </w:r>
      <w:r w:rsidRPr="0066386B">
        <w:rPr>
          <w:rFonts w:cs="Times New Roman"/>
          <w:lang w:val="uk-UA"/>
        </w:rPr>
        <w:t>таких</w:t>
      </w:r>
      <w:r w:rsidR="00480420" w:rsidRPr="0066386B">
        <w:rPr>
          <w:rFonts w:cs="Times New Roman"/>
          <w:lang w:val="uk-UA"/>
        </w:rPr>
        <w:t xml:space="preserve"> </w:t>
      </w:r>
      <w:r w:rsidRPr="0010382C">
        <w:rPr>
          <w:rFonts w:cs="Times New Roman"/>
          <w:color w:val="000000" w:themeColor="text1"/>
          <w:lang w:val="uk-UA"/>
        </w:rPr>
        <w:t>про</w:t>
      </w:r>
      <w:r w:rsidR="00436FC2" w:rsidRPr="0010382C">
        <w:rPr>
          <w:rFonts w:cs="Times New Roman"/>
          <w:color w:val="000000" w:themeColor="text1"/>
          <w:lang w:val="uk-UA"/>
        </w:rPr>
        <w:t>є</w:t>
      </w:r>
      <w:r w:rsidRPr="0010382C">
        <w:rPr>
          <w:rFonts w:cs="Times New Roman"/>
          <w:color w:val="000000" w:themeColor="text1"/>
          <w:lang w:val="uk-UA"/>
        </w:rPr>
        <w:t>кта</w:t>
      </w:r>
      <w:r w:rsidRPr="0066386B">
        <w:rPr>
          <w:rFonts w:cs="Times New Roman"/>
          <w:lang w:val="uk-UA"/>
        </w:rPr>
        <w:t>х</w:t>
      </w:r>
      <w:r w:rsidR="00480420" w:rsidRPr="0066386B">
        <w:rPr>
          <w:rFonts w:cs="Times New Roman"/>
          <w:lang w:val="uk-UA"/>
        </w:rPr>
        <w:t xml:space="preserve"> </w:t>
      </w:r>
      <w:r w:rsidRPr="0066386B">
        <w:rPr>
          <w:rFonts w:cs="Times New Roman"/>
          <w:lang w:val="uk-UA"/>
        </w:rPr>
        <w:t>театр</w:t>
      </w:r>
      <w:r w:rsidR="00480420" w:rsidRPr="0066386B">
        <w:rPr>
          <w:rFonts w:cs="Times New Roman"/>
          <w:lang w:val="uk-UA"/>
        </w:rPr>
        <w:t xml:space="preserve"> </w:t>
      </w:r>
      <w:r w:rsidRPr="0066386B">
        <w:rPr>
          <w:rFonts w:cs="Times New Roman"/>
          <w:lang w:val="uk-UA"/>
        </w:rPr>
        <w:t>отримує</w:t>
      </w:r>
      <w:r w:rsidR="00480420" w:rsidRPr="0066386B">
        <w:rPr>
          <w:rFonts w:cs="Times New Roman"/>
          <w:lang w:val="uk-UA"/>
        </w:rPr>
        <w:t xml:space="preserve"> </w:t>
      </w:r>
      <w:r w:rsidR="00905F39" w:rsidRPr="0066386B">
        <w:rPr>
          <w:rFonts w:cs="Times New Roman"/>
          <w:lang w:val="uk-UA"/>
        </w:rPr>
        <w:t>«</w:t>
      </w:r>
      <w:r w:rsidRPr="0066386B">
        <w:rPr>
          <w:rFonts w:cs="Times New Roman"/>
          <w:lang w:val="uk-UA"/>
        </w:rPr>
        <w:t>кінематографічні</w:t>
      </w:r>
      <w:r w:rsidR="00480420" w:rsidRPr="0066386B">
        <w:rPr>
          <w:rFonts w:cs="Times New Roman"/>
          <w:lang w:val="uk-UA"/>
        </w:rPr>
        <w:t xml:space="preserve"> </w:t>
      </w:r>
      <w:r w:rsidRPr="0066386B">
        <w:rPr>
          <w:rFonts w:cs="Times New Roman"/>
          <w:lang w:val="uk-UA"/>
        </w:rPr>
        <w:t>очі</w:t>
      </w:r>
      <w:r w:rsidR="00436FC2" w:rsidRPr="00436FC2">
        <w:rPr>
          <w:rFonts w:cs="Times New Roman"/>
          <w:lang w:val="ru-RU"/>
        </w:rPr>
        <w:t xml:space="preserve"> </w:t>
      </w:r>
      <w:r w:rsidR="00905F39" w:rsidRPr="0066386B">
        <w:rPr>
          <w:rFonts w:cs="Times New Roman"/>
          <w:lang w:val="ru-RU"/>
        </w:rPr>
        <w:t>[</w:t>
      </w:r>
      <w:r w:rsidR="0066386B" w:rsidRPr="0066386B">
        <w:rPr>
          <w:rFonts w:cs="Times New Roman"/>
          <w:lang w:val="ru-RU"/>
        </w:rPr>
        <w:t>25</w:t>
      </w:r>
      <w:r w:rsidR="00905F39" w:rsidRPr="0010382C">
        <w:rPr>
          <w:rFonts w:cs="Times New Roman"/>
          <w:color w:val="000000" w:themeColor="text1"/>
          <w:lang w:val="ru-RU"/>
        </w:rPr>
        <w:t xml:space="preserve">, </w:t>
      </w:r>
      <w:r w:rsidR="00905F39" w:rsidRPr="0010382C">
        <w:rPr>
          <w:rFonts w:cs="Times New Roman"/>
          <w:color w:val="000000" w:themeColor="text1"/>
        </w:rPr>
        <w:t>c</w:t>
      </w:r>
      <w:r w:rsidR="00905F39" w:rsidRPr="0010382C">
        <w:rPr>
          <w:rFonts w:cs="Times New Roman"/>
          <w:color w:val="000000" w:themeColor="text1"/>
          <w:lang w:val="ru-RU"/>
        </w:rPr>
        <w:t>.</w:t>
      </w:r>
      <w:r w:rsidR="0066386B" w:rsidRPr="0010382C">
        <w:rPr>
          <w:rFonts w:cs="Times New Roman"/>
          <w:color w:val="000000" w:themeColor="text1"/>
          <w:lang w:val="ru-RU"/>
        </w:rPr>
        <w:t>65</w:t>
      </w:r>
      <w:r w:rsidR="00905F39" w:rsidRPr="0010382C">
        <w:rPr>
          <w:rFonts w:cs="Times New Roman"/>
          <w:color w:val="000000" w:themeColor="text1"/>
          <w:lang w:val="ru-RU"/>
        </w:rPr>
        <w:t>]</w:t>
      </w:r>
      <w:r w:rsidR="00905F39" w:rsidRPr="0010382C">
        <w:rPr>
          <w:rFonts w:cs="Times New Roman"/>
          <w:color w:val="000000" w:themeColor="text1"/>
          <w:lang w:val="uk-UA"/>
        </w:rPr>
        <w:t>»</w:t>
      </w:r>
      <w:r w:rsidRPr="0010382C">
        <w:rPr>
          <w:rFonts w:cs="Times New Roman"/>
          <w:color w:val="000000" w:themeColor="text1"/>
          <w:lang w:val="uk-UA"/>
        </w:rPr>
        <w:t>,</w:t>
      </w:r>
      <w:r w:rsidR="00480420" w:rsidRPr="0010382C">
        <w:rPr>
          <w:rFonts w:cs="Times New Roman"/>
          <w:color w:val="000000" w:themeColor="text1"/>
          <w:lang w:val="uk-UA"/>
        </w:rPr>
        <w:t xml:space="preserve"> </w:t>
      </w:r>
      <w:r w:rsidRPr="0066386B">
        <w:rPr>
          <w:rFonts w:cs="Times New Roman"/>
          <w:lang w:val="uk-UA"/>
        </w:rPr>
        <w:t>а</w:t>
      </w:r>
      <w:r w:rsidR="00480420" w:rsidRPr="0066386B">
        <w:rPr>
          <w:rFonts w:cs="Times New Roman"/>
          <w:lang w:val="uk-UA"/>
        </w:rPr>
        <w:t xml:space="preserve"> </w:t>
      </w:r>
      <w:r w:rsidRPr="0066386B">
        <w:rPr>
          <w:rFonts w:cs="Times New Roman"/>
          <w:lang w:val="uk-UA"/>
        </w:rPr>
        <w:t>кіно</w:t>
      </w:r>
      <w:r w:rsidR="00480420" w:rsidRPr="0066386B">
        <w:rPr>
          <w:rFonts w:cs="Times New Roman"/>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живу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p>
    <w:p w14:paraId="7533EDC8" w14:textId="5DE44E39" w:rsidR="005E2DD5"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Однак</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шлях</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без</w:t>
      </w:r>
      <w:r w:rsidR="00480420" w:rsidRPr="00B7305F">
        <w:rPr>
          <w:rFonts w:cs="Times New Roman"/>
          <w:color w:val="000000" w:themeColor="text1"/>
          <w:lang w:val="uk-UA"/>
        </w:rPr>
        <w:t xml:space="preserve"> </w:t>
      </w:r>
      <w:r w:rsidRPr="00B7305F">
        <w:rPr>
          <w:rFonts w:cs="Times New Roman"/>
          <w:color w:val="000000" w:themeColor="text1"/>
          <w:lang w:val="uk-UA"/>
        </w:rPr>
        <w:t>труднощів.</w:t>
      </w:r>
      <w:r w:rsidR="00480420" w:rsidRPr="00B7305F">
        <w:rPr>
          <w:rFonts w:cs="Times New Roman"/>
          <w:color w:val="000000" w:themeColor="text1"/>
          <w:lang w:val="uk-UA"/>
        </w:rPr>
        <w:t xml:space="preserve"> </w:t>
      </w:r>
      <w:r w:rsidRPr="00B7305F">
        <w:rPr>
          <w:rFonts w:cs="Times New Roman"/>
          <w:color w:val="000000" w:themeColor="text1"/>
          <w:lang w:val="uk-UA"/>
        </w:rPr>
        <w:t>Потрібна</w:t>
      </w:r>
      <w:r w:rsidR="00480420" w:rsidRPr="00B7305F">
        <w:rPr>
          <w:rFonts w:cs="Times New Roman"/>
          <w:color w:val="000000" w:themeColor="text1"/>
          <w:lang w:val="uk-UA"/>
        </w:rPr>
        <w:t xml:space="preserve"> </w:t>
      </w:r>
      <w:r w:rsidRPr="00B7305F">
        <w:rPr>
          <w:rFonts w:cs="Times New Roman"/>
          <w:color w:val="000000" w:themeColor="text1"/>
          <w:lang w:val="uk-UA"/>
        </w:rPr>
        <w:t>тонка</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режисерська</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майстерність,</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технологічна</w:t>
      </w:r>
      <w:r w:rsidR="00480420" w:rsidRPr="00B7305F">
        <w:rPr>
          <w:rFonts w:cs="Times New Roman"/>
          <w:color w:val="000000" w:themeColor="text1"/>
          <w:lang w:val="uk-UA"/>
        </w:rPr>
        <w:t xml:space="preserve"> </w:t>
      </w:r>
      <w:r w:rsidRPr="00B7305F">
        <w:rPr>
          <w:rFonts w:cs="Times New Roman"/>
          <w:color w:val="000000" w:themeColor="text1"/>
          <w:lang w:val="uk-UA"/>
        </w:rPr>
        <w:t>надійність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глибоке</w:t>
      </w:r>
      <w:r w:rsidR="00480420" w:rsidRPr="00B7305F">
        <w:rPr>
          <w:rFonts w:cs="Times New Roman"/>
          <w:color w:val="000000" w:themeColor="text1"/>
          <w:lang w:val="uk-UA"/>
        </w:rPr>
        <w:t xml:space="preserve"> </w:t>
      </w:r>
      <w:r w:rsidRPr="00B7305F">
        <w:rPr>
          <w:rFonts w:cs="Times New Roman"/>
          <w:color w:val="000000" w:themeColor="text1"/>
          <w:lang w:val="uk-UA"/>
        </w:rPr>
        <w:t>розуміння,</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служити</w:t>
      </w:r>
      <w:r w:rsidR="00480420" w:rsidRPr="00B7305F">
        <w:rPr>
          <w:rFonts w:cs="Times New Roman"/>
          <w:color w:val="000000" w:themeColor="text1"/>
          <w:lang w:val="uk-UA"/>
        </w:rPr>
        <w:t xml:space="preserve"> </w:t>
      </w:r>
      <w:r w:rsidRPr="00B7305F">
        <w:rPr>
          <w:rFonts w:cs="Times New Roman"/>
          <w:color w:val="000000" w:themeColor="text1"/>
          <w:lang w:val="uk-UA"/>
        </w:rPr>
        <w:t>мистецтву,</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техніці.</w:t>
      </w:r>
      <w:r w:rsidR="00480420" w:rsidRPr="00B7305F">
        <w:rPr>
          <w:rFonts w:cs="Times New Roman"/>
          <w:color w:val="000000" w:themeColor="text1"/>
          <w:lang w:val="uk-UA"/>
        </w:rPr>
        <w:t xml:space="preserve"> </w:t>
      </w:r>
      <w:r w:rsidRPr="00B7305F">
        <w:rPr>
          <w:rFonts w:cs="Times New Roman"/>
          <w:color w:val="000000" w:themeColor="text1"/>
          <w:lang w:val="uk-UA"/>
        </w:rPr>
        <w:t>Найуспішніші</w:t>
      </w:r>
      <w:r w:rsidR="00480420" w:rsidRPr="00B7305F">
        <w:rPr>
          <w:rFonts w:cs="Times New Roman"/>
          <w:color w:val="000000" w:themeColor="text1"/>
          <w:lang w:val="uk-UA"/>
        </w:rPr>
        <w:t xml:space="preserve"> </w:t>
      </w:r>
      <w:r w:rsidRPr="00B7305F">
        <w:rPr>
          <w:rFonts w:cs="Times New Roman"/>
          <w:color w:val="000000" w:themeColor="text1"/>
          <w:lang w:val="uk-UA"/>
        </w:rPr>
        <w:t>гібридні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проєкції</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прямі</w:t>
      </w:r>
      <w:r w:rsidR="00480420" w:rsidRPr="00B7305F">
        <w:rPr>
          <w:rFonts w:cs="Times New Roman"/>
          <w:color w:val="000000" w:themeColor="text1"/>
          <w:lang w:val="uk-UA"/>
        </w:rPr>
        <w:t xml:space="preserve"> </w:t>
      </w:r>
      <w:r w:rsidRPr="00B7305F">
        <w:rPr>
          <w:rFonts w:cs="Times New Roman"/>
          <w:color w:val="000000" w:themeColor="text1"/>
          <w:lang w:val="uk-UA"/>
        </w:rPr>
        <w:t>трансляції</w:t>
      </w:r>
      <w:r w:rsidR="00480420" w:rsidRPr="00B7305F">
        <w:rPr>
          <w:rFonts w:cs="Times New Roman"/>
          <w:color w:val="000000" w:themeColor="text1"/>
          <w:lang w:val="uk-UA"/>
        </w:rPr>
        <w:t xml:space="preserve"> </w:t>
      </w:r>
      <w:r w:rsidRPr="00B7305F">
        <w:rPr>
          <w:rFonts w:cs="Times New Roman"/>
          <w:color w:val="000000" w:themeColor="text1"/>
          <w:lang w:val="uk-UA"/>
        </w:rPr>
        <w:t>стають</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атракцією,</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вмотивованим</w:t>
      </w:r>
      <w:r w:rsidR="00480420" w:rsidRPr="00B7305F">
        <w:rPr>
          <w:rFonts w:cs="Times New Roman"/>
          <w:color w:val="000000" w:themeColor="text1"/>
          <w:lang w:val="uk-UA"/>
        </w:rPr>
        <w:t xml:space="preserve"> </w:t>
      </w:r>
      <w:r w:rsidRPr="00B7305F">
        <w:rPr>
          <w:rFonts w:cs="Times New Roman"/>
          <w:color w:val="000000" w:themeColor="text1"/>
          <w:lang w:val="uk-UA"/>
        </w:rPr>
        <w:t>художнім</w:t>
      </w:r>
      <w:r w:rsidR="00480420" w:rsidRPr="00B7305F">
        <w:rPr>
          <w:rFonts w:cs="Times New Roman"/>
          <w:color w:val="000000" w:themeColor="text1"/>
          <w:lang w:val="uk-UA"/>
        </w:rPr>
        <w:t xml:space="preserve"> </w:t>
      </w:r>
      <w:r w:rsidRPr="00B7305F">
        <w:rPr>
          <w:rFonts w:cs="Times New Roman"/>
          <w:color w:val="000000" w:themeColor="text1"/>
          <w:lang w:val="uk-UA"/>
        </w:rPr>
        <w:t>інструментом,</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кожен</w:t>
      </w:r>
      <w:r w:rsidR="00480420" w:rsidRPr="00B7305F">
        <w:rPr>
          <w:rFonts w:cs="Times New Roman"/>
          <w:color w:val="000000" w:themeColor="text1"/>
          <w:lang w:val="uk-UA"/>
        </w:rPr>
        <w:t xml:space="preserve"> </w:t>
      </w:r>
      <w:r w:rsidRPr="00B7305F">
        <w:rPr>
          <w:rFonts w:cs="Times New Roman"/>
          <w:color w:val="000000" w:themeColor="text1"/>
          <w:lang w:val="uk-UA"/>
        </w:rPr>
        <w:t>кадр,</w:t>
      </w:r>
      <w:r w:rsidR="00480420" w:rsidRPr="00B7305F">
        <w:rPr>
          <w:rFonts w:cs="Times New Roman"/>
          <w:color w:val="000000" w:themeColor="text1"/>
          <w:lang w:val="uk-UA"/>
        </w:rPr>
        <w:t xml:space="preserve"> </w:t>
      </w:r>
      <w:r w:rsidRPr="00B7305F">
        <w:rPr>
          <w:rFonts w:cs="Times New Roman"/>
          <w:color w:val="000000" w:themeColor="text1"/>
          <w:lang w:val="uk-UA"/>
        </w:rPr>
        <w:t>кожен</w:t>
      </w:r>
      <w:r w:rsidR="00480420" w:rsidRPr="00B7305F">
        <w:rPr>
          <w:rFonts w:cs="Times New Roman"/>
          <w:color w:val="000000" w:themeColor="text1"/>
          <w:lang w:val="uk-UA"/>
        </w:rPr>
        <w:t xml:space="preserve"> </w:t>
      </w:r>
      <w:r w:rsidRPr="00B7305F">
        <w:rPr>
          <w:rFonts w:cs="Times New Roman"/>
          <w:color w:val="000000" w:themeColor="text1"/>
          <w:lang w:val="uk-UA"/>
        </w:rPr>
        <w:t>екранний</w:t>
      </w:r>
      <w:r w:rsidR="00480420" w:rsidRPr="00B7305F">
        <w:rPr>
          <w:rFonts w:cs="Times New Roman"/>
          <w:color w:val="000000" w:themeColor="text1"/>
          <w:lang w:val="uk-UA"/>
        </w:rPr>
        <w:t xml:space="preserve"> </w:t>
      </w:r>
      <w:r w:rsidRPr="00B7305F">
        <w:rPr>
          <w:rFonts w:cs="Times New Roman"/>
          <w:color w:val="000000" w:themeColor="text1"/>
          <w:lang w:val="uk-UA"/>
        </w:rPr>
        <w:t>перехід</w:t>
      </w:r>
      <w:r w:rsidR="00480420" w:rsidRPr="00B7305F">
        <w:rPr>
          <w:rFonts w:cs="Times New Roman"/>
          <w:color w:val="000000" w:themeColor="text1"/>
          <w:lang w:val="uk-UA"/>
        </w:rPr>
        <w:t xml:space="preserve"> </w:t>
      </w:r>
      <w:r w:rsidRPr="00B7305F">
        <w:rPr>
          <w:rFonts w:cs="Times New Roman"/>
          <w:color w:val="000000" w:themeColor="text1"/>
          <w:lang w:val="uk-UA"/>
        </w:rPr>
        <w:t>підтримує</w:t>
      </w:r>
      <w:r w:rsidR="00480420" w:rsidRPr="00B7305F">
        <w:rPr>
          <w:rFonts w:cs="Times New Roman"/>
          <w:color w:val="000000" w:themeColor="text1"/>
          <w:lang w:val="uk-UA"/>
        </w:rPr>
        <w:t xml:space="preserve"> </w:t>
      </w:r>
      <w:r w:rsidRPr="00B7305F">
        <w:rPr>
          <w:rFonts w:cs="Times New Roman"/>
          <w:color w:val="000000" w:themeColor="text1"/>
          <w:lang w:val="uk-UA"/>
        </w:rPr>
        <w:t>драму,</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розмиває.</w:t>
      </w:r>
    </w:p>
    <w:p w14:paraId="784A4DE3" w14:textId="77777777" w:rsidR="005E2DD5" w:rsidRPr="00B7305F" w:rsidRDefault="005E2DD5" w:rsidP="00051784">
      <w:pPr>
        <w:spacing w:after="0"/>
        <w:ind w:firstLine="709"/>
        <w:jc w:val="both"/>
        <w:rPr>
          <w:rFonts w:cs="Times New Roman"/>
          <w:color w:val="000000" w:themeColor="text1"/>
          <w:lang w:val="uk-UA"/>
        </w:rPr>
      </w:pPr>
      <w:r w:rsidRPr="00B7305F">
        <w:rPr>
          <w:rFonts w:cs="Times New Roman"/>
          <w:color w:val="000000" w:themeColor="text1"/>
          <w:lang w:val="uk-UA"/>
        </w:rPr>
        <w:br w:type="page"/>
      </w:r>
    </w:p>
    <w:p w14:paraId="643613E1" w14:textId="05A0688C" w:rsidR="00692654" w:rsidRPr="00B7305F" w:rsidRDefault="0000000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lastRenderedPageBreak/>
        <w:t>3.3.</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Перспективи</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розвитку</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інтеграції</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акторських</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технік</w:t>
      </w:r>
    </w:p>
    <w:p w14:paraId="5BDE6DFA" w14:textId="77777777" w:rsidR="006A5EBD" w:rsidRPr="00B7305F" w:rsidRDefault="006A5EBD" w:rsidP="00051784">
      <w:pPr>
        <w:spacing w:after="0"/>
        <w:ind w:left="0" w:firstLine="709"/>
        <w:jc w:val="both"/>
        <w:rPr>
          <w:rFonts w:cs="Times New Roman"/>
          <w:b/>
          <w:bCs/>
          <w:color w:val="000000" w:themeColor="text1"/>
          <w:lang w:val="uk-UA"/>
        </w:rPr>
      </w:pPr>
    </w:p>
    <w:p w14:paraId="300EE966" w14:textId="037392FB"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Вступ:</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порозі</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форматів</w:t>
      </w:r>
      <w:r w:rsidR="006A5EBD" w:rsidRPr="00B7305F">
        <w:rPr>
          <w:rFonts w:cs="Times New Roman"/>
          <w:color w:val="000000" w:themeColor="text1"/>
          <w:lang w:val="uk-UA"/>
        </w:rPr>
        <w:t>.</w:t>
      </w:r>
      <w:r w:rsidR="00480420" w:rsidRPr="00B7305F">
        <w:rPr>
          <w:rFonts w:cs="Times New Roman"/>
          <w:b/>
          <w:bCs/>
          <w:color w:val="000000" w:themeColor="text1"/>
          <w:lang w:val="uk-UA"/>
        </w:rPr>
        <w:t xml:space="preserve"> </w:t>
      </w:r>
      <w:r w:rsidRPr="00B7305F">
        <w:rPr>
          <w:rFonts w:cs="Times New Roman"/>
          <w:color w:val="000000" w:themeColor="text1"/>
          <w:lang w:val="uk-UA"/>
        </w:rPr>
        <w:t>Сучасна</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практика</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перебуває</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перетині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технологій</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наступному</w:t>
      </w:r>
      <w:r w:rsidR="00480420" w:rsidRPr="00B7305F">
        <w:rPr>
          <w:rFonts w:cs="Times New Roman"/>
          <w:color w:val="000000" w:themeColor="text1"/>
          <w:lang w:val="uk-UA"/>
        </w:rPr>
        <w:t xml:space="preserve"> </w:t>
      </w:r>
      <w:r w:rsidRPr="00B7305F">
        <w:rPr>
          <w:rFonts w:cs="Times New Roman"/>
          <w:color w:val="000000" w:themeColor="text1"/>
          <w:lang w:val="uk-UA"/>
        </w:rPr>
        <w:t>десятилітті</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буде</w:t>
      </w:r>
      <w:r w:rsidR="00480420" w:rsidRPr="00B7305F">
        <w:rPr>
          <w:rFonts w:cs="Times New Roman"/>
          <w:color w:val="000000" w:themeColor="text1"/>
          <w:lang w:val="uk-UA"/>
        </w:rPr>
        <w:t xml:space="preserve"> </w:t>
      </w:r>
      <w:r w:rsidRPr="00B7305F">
        <w:rPr>
          <w:rFonts w:cs="Times New Roman"/>
          <w:color w:val="000000" w:themeColor="text1"/>
          <w:lang w:val="uk-UA"/>
        </w:rPr>
        <w:t>ставати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трендом,</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нормою.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підпункті</w:t>
      </w:r>
      <w:r w:rsidR="00480420" w:rsidRPr="00B7305F">
        <w:rPr>
          <w:rFonts w:cs="Times New Roman"/>
          <w:color w:val="000000" w:themeColor="text1"/>
          <w:lang w:val="uk-UA"/>
        </w:rPr>
        <w:t xml:space="preserve"> </w:t>
      </w:r>
      <w:r w:rsidRPr="00B7305F">
        <w:rPr>
          <w:rFonts w:cs="Times New Roman"/>
          <w:color w:val="000000" w:themeColor="text1"/>
          <w:lang w:val="uk-UA"/>
        </w:rPr>
        <w:t>я</w:t>
      </w:r>
      <w:r w:rsidR="00480420" w:rsidRPr="00B7305F">
        <w:rPr>
          <w:rFonts w:cs="Times New Roman"/>
          <w:color w:val="000000" w:themeColor="text1"/>
          <w:lang w:val="uk-UA"/>
        </w:rPr>
        <w:t xml:space="preserve"> </w:t>
      </w:r>
      <w:r w:rsidRPr="00B7305F">
        <w:rPr>
          <w:rFonts w:cs="Times New Roman"/>
          <w:color w:val="000000" w:themeColor="text1"/>
          <w:lang w:val="uk-UA"/>
        </w:rPr>
        <w:t>спробую</w:t>
      </w:r>
      <w:r w:rsidR="00480420" w:rsidRPr="00B7305F">
        <w:rPr>
          <w:rFonts w:cs="Times New Roman"/>
          <w:color w:val="000000" w:themeColor="text1"/>
          <w:lang w:val="uk-UA"/>
        </w:rPr>
        <w:t xml:space="preserve"> </w:t>
      </w:r>
      <w:r w:rsidRPr="00B7305F">
        <w:rPr>
          <w:rFonts w:cs="Times New Roman"/>
          <w:color w:val="000000" w:themeColor="text1"/>
          <w:lang w:val="uk-UA"/>
        </w:rPr>
        <w:t>окреслити,</w:t>
      </w:r>
      <w:r w:rsidR="00480420" w:rsidRPr="00B7305F">
        <w:rPr>
          <w:rFonts w:cs="Times New Roman"/>
          <w:color w:val="000000" w:themeColor="text1"/>
          <w:lang w:val="uk-UA"/>
        </w:rPr>
        <w:t xml:space="preserve"> </w:t>
      </w:r>
      <w:r w:rsidRPr="00B7305F">
        <w:rPr>
          <w:rFonts w:cs="Times New Roman"/>
          <w:color w:val="000000" w:themeColor="text1"/>
          <w:lang w:val="uk-UA"/>
        </w:rPr>
        <w:t>куди</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вести</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виникати,</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також</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виклики</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подолані,</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стала</w:t>
      </w:r>
      <w:r w:rsidR="00480420" w:rsidRPr="00B7305F">
        <w:rPr>
          <w:rFonts w:cs="Times New Roman"/>
          <w:color w:val="000000" w:themeColor="text1"/>
          <w:lang w:val="uk-UA"/>
        </w:rPr>
        <w:t xml:space="preserve"> </w:t>
      </w:r>
      <w:r w:rsidRPr="00B7305F">
        <w:rPr>
          <w:rFonts w:cs="Times New Roman"/>
          <w:color w:val="000000" w:themeColor="text1"/>
          <w:lang w:val="uk-UA"/>
        </w:rPr>
        <w:t>продуктивною,</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поверхневою.</w:t>
      </w:r>
    </w:p>
    <w:p w14:paraId="471CBE27" w14:textId="523456CD"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Універсальний актор як стандарт</w:t>
      </w:r>
    </w:p>
    <w:p w14:paraId="34B7BEAD" w14:textId="7B8208ED"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Однією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головних</w:t>
      </w:r>
      <w:r w:rsidR="00480420" w:rsidRPr="00B7305F">
        <w:rPr>
          <w:rFonts w:cs="Times New Roman"/>
          <w:color w:val="000000" w:themeColor="text1"/>
          <w:lang w:val="uk-UA"/>
        </w:rPr>
        <w:t xml:space="preserve"> </w:t>
      </w:r>
      <w:r w:rsidRPr="00B7305F">
        <w:rPr>
          <w:rFonts w:cs="Times New Roman"/>
          <w:color w:val="000000" w:themeColor="text1"/>
          <w:lang w:val="uk-UA"/>
        </w:rPr>
        <w:t>тенденцій</w:t>
      </w:r>
      <w:r w:rsidR="00480420" w:rsidRPr="00B7305F">
        <w:rPr>
          <w:rFonts w:cs="Times New Roman"/>
          <w:color w:val="000000" w:themeColor="text1"/>
          <w:lang w:val="uk-UA"/>
        </w:rPr>
        <w:t xml:space="preserve"> </w:t>
      </w:r>
      <w:r w:rsidRPr="00B7305F">
        <w:rPr>
          <w:rFonts w:cs="Times New Roman"/>
          <w:color w:val="000000" w:themeColor="text1"/>
          <w:lang w:val="uk-UA"/>
        </w:rPr>
        <w:t>стане</w:t>
      </w:r>
      <w:r w:rsidR="00480420" w:rsidRPr="00B7305F">
        <w:rPr>
          <w:rFonts w:cs="Times New Roman"/>
          <w:color w:val="000000" w:themeColor="text1"/>
          <w:lang w:val="uk-UA"/>
        </w:rPr>
        <w:t xml:space="preserve"> </w:t>
      </w:r>
      <w:r w:rsidRPr="00B7305F">
        <w:rPr>
          <w:rFonts w:cs="Times New Roman"/>
          <w:color w:val="000000" w:themeColor="text1"/>
          <w:lang w:val="uk-UA"/>
        </w:rPr>
        <w:t>поступова</w:t>
      </w:r>
      <w:r w:rsidR="00480420" w:rsidRPr="00B7305F">
        <w:rPr>
          <w:rFonts w:cs="Times New Roman"/>
          <w:color w:val="000000" w:themeColor="text1"/>
          <w:lang w:val="uk-UA"/>
        </w:rPr>
        <w:t xml:space="preserve"> </w:t>
      </w:r>
      <w:r w:rsidRPr="00B7305F">
        <w:rPr>
          <w:rFonts w:cs="Times New Roman"/>
          <w:color w:val="000000" w:themeColor="text1"/>
          <w:lang w:val="uk-UA"/>
        </w:rPr>
        <w:t>витіснення</w:t>
      </w:r>
      <w:r w:rsidR="00480420" w:rsidRPr="00B7305F">
        <w:rPr>
          <w:rFonts w:cs="Times New Roman"/>
          <w:color w:val="000000" w:themeColor="text1"/>
          <w:lang w:val="uk-UA"/>
        </w:rPr>
        <w:t xml:space="preserve"> </w:t>
      </w:r>
      <w:r w:rsidRPr="00B7305F">
        <w:rPr>
          <w:rFonts w:cs="Times New Roman"/>
          <w:color w:val="000000" w:themeColor="text1"/>
          <w:lang w:val="uk-UA"/>
        </w:rPr>
        <w:t>вузької</w:t>
      </w:r>
      <w:r w:rsidR="00480420" w:rsidRPr="00B7305F">
        <w:rPr>
          <w:rFonts w:cs="Times New Roman"/>
          <w:color w:val="000000" w:themeColor="text1"/>
          <w:lang w:val="uk-UA"/>
        </w:rPr>
        <w:t xml:space="preserve"> </w:t>
      </w:r>
      <w:r w:rsidRPr="00B7305F">
        <w:rPr>
          <w:rFonts w:cs="Times New Roman"/>
          <w:color w:val="000000" w:themeColor="text1"/>
          <w:lang w:val="uk-UA"/>
        </w:rPr>
        <w:t>спеціалізації</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сценічний</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кіноактор)</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користь</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універсального</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r w:rsidR="00480420" w:rsidRPr="00B7305F">
        <w:rPr>
          <w:rFonts w:cs="Times New Roman"/>
          <w:color w:val="000000" w:themeColor="text1"/>
          <w:lang w:val="uk-UA"/>
        </w:rPr>
        <w:t xml:space="preserve"> </w:t>
      </w:r>
      <w:r w:rsidRPr="00B7305F">
        <w:rPr>
          <w:rFonts w:cs="Times New Roman"/>
          <w:color w:val="000000" w:themeColor="text1"/>
          <w:lang w:val="uk-UA"/>
        </w:rPr>
        <w:t>Такий</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p>
    <w:p w14:paraId="081ACAE4" w14:textId="2CC1D67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володіє</w:t>
      </w:r>
      <w:r w:rsidR="00480420" w:rsidRPr="00B7305F">
        <w:rPr>
          <w:rFonts w:cs="Times New Roman"/>
          <w:color w:val="000000" w:themeColor="text1"/>
          <w:lang w:val="uk-UA"/>
        </w:rPr>
        <w:t xml:space="preserve"> </w:t>
      </w:r>
      <w:r w:rsidRPr="00B7305F">
        <w:rPr>
          <w:rFonts w:cs="Times New Roman"/>
          <w:color w:val="000000" w:themeColor="text1"/>
          <w:lang w:val="uk-UA"/>
        </w:rPr>
        <w:t>паралельними</w:t>
      </w:r>
      <w:r w:rsidR="00480420" w:rsidRPr="00B7305F">
        <w:rPr>
          <w:rFonts w:cs="Times New Roman"/>
          <w:color w:val="000000" w:themeColor="text1"/>
          <w:lang w:val="uk-UA"/>
        </w:rPr>
        <w:t xml:space="preserve"> </w:t>
      </w:r>
      <w:r w:rsidRPr="00B7305F">
        <w:rPr>
          <w:rFonts w:cs="Times New Roman"/>
          <w:color w:val="000000" w:themeColor="text1"/>
          <w:lang w:val="uk-UA"/>
        </w:rPr>
        <w:t>навичками:</w:t>
      </w:r>
      <w:r w:rsidR="00480420" w:rsidRPr="00B7305F">
        <w:rPr>
          <w:rFonts w:cs="Times New Roman"/>
          <w:color w:val="000000" w:themeColor="text1"/>
          <w:lang w:val="uk-UA"/>
        </w:rPr>
        <w:t xml:space="preserve"> </w:t>
      </w:r>
      <w:r w:rsidRPr="00B7305F">
        <w:rPr>
          <w:rFonts w:cs="Times New Roman"/>
          <w:color w:val="000000" w:themeColor="text1"/>
          <w:lang w:val="uk-UA"/>
        </w:rPr>
        <w:t>чутливою</w:t>
      </w:r>
      <w:r w:rsidR="00480420" w:rsidRPr="00B7305F">
        <w:rPr>
          <w:rFonts w:cs="Times New Roman"/>
          <w:color w:val="000000" w:themeColor="text1"/>
          <w:lang w:val="uk-UA"/>
        </w:rPr>
        <w:t xml:space="preserve"> </w:t>
      </w:r>
      <w:r w:rsidRPr="00B7305F">
        <w:rPr>
          <w:rFonts w:cs="Times New Roman"/>
          <w:color w:val="000000" w:themeColor="text1"/>
          <w:lang w:val="uk-UA"/>
        </w:rPr>
        <w:t>мімікою,</w:t>
      </w:r>
      <w:r w:rsidR="00480420" w:rsidRPr="00B7305F">
        <w:rPr>
          <w:rFonts w:cs="Times New Roman"/>
          <w:color w:val="000000" w:themeColor="text1"/>
          <w:lang w:val="uk-UA"/>
        </w:rPr>
        <w:t xml:space="preserve"> </w:t>
      </w:r>
      <w:r w:rsidRPr="00B7305F">
        <w:rPr>
          <w:rFonts w:cs="Times New Roman"/>
          <w:color w:val="000000" w:themeColor="text1"/>
          <w:lang w:val="uk-UA"/>
        </w:rPr>
        <w:t>тілесною</w:t>
      </w:r>
      <w:r w:rsidR="00480420" w:rsidRPr="00B7305F">
        <w:rPr>
          <w:rFonts w:cs="Times New Roman"/>
          <w:color w:val="000000" w:themeColor="text1"/>
          <w:lang w:val="uk-UA"/>
        </w:rPr>
        <w:t xml:space="preserve"> </w:t>
      </w:r>
      <w:r w:rsidRPr="00B7305F">
        <w:rPr>
          <w:rFonts w:cs="Times New Roman"/>
          <w:color w:val="000000" w:themeColor="text1"/>
          <w:lang w:val="uk-UA"/>
        </w:rPr>
        <w:t>пластикою,</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великого</w:t>
      </w:r>
      <w:r w:rsidR="00480420" w:rsidRPr="00B7305F">
        <w:rPr>
          <w:rFonts w:cs="Times New Roman"/>
          <w:color w:val="000000" w:themeColor="text1"/>
          <w:lang w:val="uk-UA"/>
        </w:rPr>
        <w:t xml:space="preserve"> </w:t>
      </w:r>
      <w:r w:rsidRPr="00B7305F">
        <w:rPr>
          <w:rFonts w:cs="Times New Roman"/>
          <w:color w:val="000000" w:themeColor="text1"/>
          <w:lang w:val="uk-UA"/>
        </w:rPr>
        <w:t>залу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камерним</w:t>
      </w:r>
      <w:r w:rsidR="00480420" w:rsidRPr="00B7305F">
        <w:rPr>
          <w:rFonts w:cs="Times New Roman"/>
          <w:color w:val="000000" w:themeColor="text1"/>
          <w:lang w:val="uk-UA"/>
        </w:rPr>
        <w:t xml:space="preserve"> </w:t>
      </w:r>
      <w:r w:rsidRPr="00B7305F">
        <w:rPr>
          <w:rFonts w:cs="Times New Roman"/>
          <w:color w:val="000000" w:themeColor="text1"/>
          <w:lang w:val="uk-UA"/>
        </w:rPr>
        <w:t>голосом;</w:t>
      </w:r>
    </w:p>
    <w:p w14:paraId="06E650B8" w14:textId="29FA528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переключатися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форматами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монументальної</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камерного</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p>
    <w:p w14:paraId="4CB345AF" w14:textId="0365AF17"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медіарафінованість</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розуміє</w:t>
      </w:r>
      <w:r w:rsidR="00480420" w:rsidRPr="00B7305F">
        <w:rPr>
          <w:rFonts w:cs="Times New Roman"/>
          <w:color w:val="000000" w:themeColor="text1"/>
          <w:lang w:val="uk-UA"/>
        </w:rPr>
        <w:t xml:space="preserve"> </w:t>
      </w:r>
      <w:r w:rsidRPr="00B7305F">
        <w:rPr>
          <w:rFonts w:cs="Times New Roman"/>
          <w:color w:val="000000" w:themeColor="text1"/>
          <w:lang w:val="uk-UA"/>
        </w:rPr>
        <w:t>монтаж,</w:t>
      </w:r>
      <w:r w:rsidR="00480420" w:rsidRPr="00B7305F">
        <w:rPr>
          <w:rFonts w:cs="Times New Roman"/>
          <w:color w:val="000000" w:themeColor="text1"/>
          <w:lang w:val="uk-UA"/>
        </w:rPr>
        <w:t xml:space="preserve"> </w:t>
      </w:r>
      <w:r w:rsidRPr="00B7305F">
        <w:rPr>
          <w:rFonts w:cs="Times New Roman"/>
          <w:color w:val="000000" w:themeColor="text1"/>
          <w:lang w:val="uk-UA"/>
        </w:rPr>
        <w:t>роботу</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камерами,</w:t>
      </w:r>
      <w:r w:rsidR="00480420" w:rsidRPr="00B7305F">
        <w:rPr>
          <w:rFonts w:cs="Times New Roman"/>
          <w:color w:val="000000" w:themeColor="text1"/>
          <w:lang w:val="uk-UA"/>
        </w:rPr>
        <w:t xml:space="preserve"> </w:t>
      </w:r>
      <w:r w:rsidRPr="00B7305F">
        <w:rPr>
          <w:rFonts w:cs="Times New Roman"/>
          <w:color w:val="000000" w:themeColor="text1"/>
          <w:lang w:val="uk-UA"/>
        </w:rPr>
        <w:t>режисерську</w:t>
      </w:r>
      <w:r w:rsidR="00480420" w:rsidRPr="00B7305F">
        <w:rPr>
          <w:rFonts w:cs="Times New Roman"/>
          <w:color w:val="000000" w:themeColor="text1"/>
          <w:lang w:val="uk-UA"/>
        </w:rPr>
        <w:t xml:space="preserve"> </w:t>
      </w:r>
      <w:r w:rsidRPr="00B7305F">
        <w:rPr>
          <w:rFonts w:cs="Times New Roman"/>
          <w:color w:val="000000" w:themeColor="text1"/>
          <w:lang w:val="uk-UA"/>
        </w:rPr>
        <w:t>логіку</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відеоелементи.</w:t>
      </w:r>
    </w:p>
    <w:p w14:paraId="1485362D" w14:textId="61229ED6" w:rsidR="00692654" w:rsidRPr="0010382C"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стандарт</w:t>
      </w:r>
      <w:r w:rsidR="00480420" w:rsidRPr="00B7305F">
        <w:rPr>
          <w:rFonts w:cs="Times New Roman"/>
          <w:color w:val="000000" w:themeColor="text1"/>
          <w:lang w:val="uk-UA"/>
        </w:rPr>
        <w:t xml:space="preserve"> </w:t>
      </w:r>
      <w:r w:rsidRPr="00B7305F">
        <w:rPr>
          <w:rFonts w:cs="Times New Roman"/>
          <w:color w:val="000000" w:themeColor="text1"/>
          <w:lang w:val="uk-UA"/>
        </w:rPr>
        <w:t>вже</w:t>
      </w:r>
      <w:r w:rsidR="00480420" w:rsidRPr="00B7305F">
        <w:rPr>
          <w:rFonts w:cs="Times New Roman"/>
          <w:color w:val="000000" w:themeColor="text1"/>
          <w:lang w:val="uk-UA"/>
        </w:rPr>
        <w:t xml:space="preserve"> </w:t>
      </w:r>
      <w:r w:rsidRPr="00B7305F">
        <w:rPr>
          <w:rFonts w:cs="Times New Roman"/>
          <w:color w:val="000000" w:themeColor="text1"/>
          <w:lang w:val="uk-UA"/>
        </w:rPr>
        <w:t>поступово</w:t>
      </w:r>
      <w:r w:rsidR="00480420" w:rsidRPr="00B7305F">
        <w:rPr>
          <w:rFonts w:cs="Times New Roman"/>
          <w:color w:val="000000" w:themeColor="text1"/>
          <w:lang w:val="uk-UA"/>
        </w:rPr>
        <w:t xml:space="preserve"> </w:t>
      </w:r>
      <w:r w:rsidRPr="00B7305F">
        <w:rPr>
          <w:rFonts w:cs="Times New Roman"/>
          <w:color w:val="000000" w:themeColor="text1"/>
          <w:lang w:val="uk-UA"/>
        </w:rPr>
        <w:t>формується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навчальних</w:t>
      </w:r>
      <w:r w:rsidR="00480420" w:rsidRPr="00B7305F">
        <w:rPr>
          <w:rFonts w:cs="Times New Roman"/>
          <w:color w:val="000000" w:themeColor="text1"/>
          <w:lang w:val="uk-UA"/>
        </w:rPr>
        <w:t xml:space="preserve"> </w:t>
      </w:r>
      <w:r w:rsidRPr="00B7305F">
        <w:rPr>
          <w:rFonts w:cs="Times New Roman"/>
          <w:color w:val="000000" w:themeColor="text1"/>
          <w:lang w:val="uk-UA"/>
        </w:rPr>
        <w:t>програмах:</w:t>
      </w:r>
      <w:r w:rsidR="00480420" w:rsidRPr="00B7305F">
        <w:rPr>
          <w:rFonts w:cs="Times New Roman"/>
          <w:color w:val="000000" w:themeColor="text1"/>
          <w:lang w:val="uk-UA"/>
        </w:rPr>
        <w:t xml:space="preserve"> </w:t>
      </w:r>
      <w:r w:rsidRPr="00B7305F">
        <w:rPr>
          <w:rFonts w:cs="Times New Roman"/>
          <w:color w:val="000000" w:themeColor="text1"/>
          <w:lang w:val="uk-UA"/>
        </w:rPr>
        <w:t>інститути</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мають</w:t>
      </w:r>
      <w:r w:rsidR="00480420" w:rsidRPr="00B7305F">
        <w:rPr>
          <w:rFonts w:cs="Times New Roman"/>
          <w:color w:val="000000" w:themeColor="text1"/>
          <w:lang w:val="uk-UA"/>
        </w:rPr>
        <w:t xml:space="preserve"> </w:t>
      </w:r>
      <w:r w:rsidRPr="00B7305F">
        <w:rPr>
          <w:rFonts w:cs="Times New Roman"/>
          <w:color w:val="000000" w:themeColor="text1"/>
          <w:lang w:val="uk-UA"/>
        </w:rPr>
        <w:t>включати</w:t>
      </w:r>
      <w:r w:rsidR="00480420" w:rsidRPr="00B7305F">
        <w:rPr>
          <w:rFonts w:cs="Times New Roman"/>
          <w:color w:val="000000" w:themeColor="text1"/>
          <w:lang w:val="uk-UA"/>
        </w:rPr>
        <w:t xml:space="preserve"> </w:t>
      </w:r>
      <w:r w:rsidRPr="00B7305F">
        <w:rPr>
          <w:rFonts w:cs="Times New Roman"/>
          <w:color w:val="000000" w:themeColor="text1"/>
          <w:lang w:val="uk-UA"/>
        </w:rPr>
        <w:t>модулі</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«робота</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«конвертація</w:t>
      </w:r>
      <w:r w:rsidR="00480420" w:rsidRPr="00B7305F">
        <w:rPr>
          <w:rFonts w:cs="Times New Roman"/>
          <w:color w:val="000000" w:themeColor="text1"/>
          <w:lang w:val="uk-UA"/>
        </w:rPr>
        <w:t xml:space="preserve"> </w:t>
      </w:r>
      <w:r w:rsidRPr="0010382C">
        <w:rPr>
          <w:rFonts w:cs="Times New Roman"/>
          <w:color w:val="000000" w:themeColor="text1"/>
          <w:lang w:val="uk-UA"/>
        </w:rPr>
        <w:t>виразності</w:t>
      </w:r>
      <w:r w:rsidR="00905F39" w:rsidRPr="0010382C">
        <w:rPr>
          <w:rFonts w:cs="Times New Roman"/>
          <w:color w:val="000000" w:themeColor="text1"/>
          <w:lang w:val="ru-RU"/>
        </w:rPr>
        <w:t xml:space="preserve"> [</w:t>
      </w:r>
      <w:r w:rsidR="0066386B" w:rsidRPr="0010382C">
        <w:rPr>
          <w:rFonts w:cs="Times New Roman"/>
          <w:color w:val="000000" w:themeColor="text1"/>
          <w:lang w:val="ru-RU"/>
        </w:rPr>
        <w:t>27</w:t>
      </w:r>
      <w:r w:rsidR="00905F39" w:rsidRPr="0010382C">
        <w:rPr>
          <w:rFonts w:cs="Times New Roman"/>
          <w:color w:val="000000" w:themeColor="text1"/>
          <w:lang w:val="ru-RU"/>
        </w:rPr>
        <w:t xml:space="preserve">, </w:t>
      </w:r>
      <w:r w:rsidR="00905F39" w:rsidRPr="0010382C">
        <w:rPr>
          <w:rFonts w:cs="Times New Roman"/>
          <w:color w:val="000000" w:themeColor="text1"/>
        </w:rPr>
        <w:t>c</w:t>
      </w:r>
      <w:r w:rsidR="00905F39" w:rsidRPr="0010382C">
        <w:rPr>
          <w:rFonts w:cs="Times New Roman"/>
          <w:color w:val="000000" w:themeColor="text1"/>
          <w:lang w:val="ru-RU"/>
        </w:rPr>
        <w:t>.</w:t>
      </w:r>
      <w:r w:rsidR="0066386B" w:rsidRPr="0010382C">
        <w:rPr>
          <w:rFonts w:cs="Times New Roman"/>
          <w:color w:val="000000" w:themeColor="text1"/>
          <w:lang w:val="ru-RU"/>
        </w:rPr>
        <w:t>65</w:t>
      </w:r>
      <w:r w:rsidR="00905F39" w:rsidRPr="0010382C">
        <w:rPr>
          <w:rFonts w:cs="Times New Roman"/>
          <w:color w:val="000000" w:themeColor="text1"/>
          <w:lang w:val="ru-RU"/>
        </w:rPr>
        <w:t>]</w:t>
      </w:r>
      <w:r w:rsidRPr="0010382C">
        <w:rPr>
          <w:rFonts w:cs="Times New Roman"/>
          <w:color w:val="000000" w:themeColor="text1"/>
          <w:lang w:val="uk-UA"/>
        </w:rPr>
        <w:t>».</w:t>
      </w:r>
    </w:p>
    <w:p w14:paraId="557C0987" w14:textId="488D917D"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Освітні інновації та лабораторії</w:t>
      </w:r>
    </w:p>
    <w:p w14:paraId="12866E31" w14:textId="2892594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залишалася</w:t>
      </w:r>
      <w:r w:rsidR="00480420" w:rsidRPr="00B7305F">
        <w:rPr>
          <w:rFonts w:cs="Times New Roman"/>
          <w:color w:val="000000" w:themeColor="text1"/>
          <w:lang w:val="uk-UA"/>
        </w:rPr>
        <w:t xml:space="preserve"> </w:t>
      </w:r>
      <w:r w:rsidRPr="00B7305F">
        <w:rPr>
          <w:rFonts w:cs="Times New Roman"/>
          <w:color w:val="000000" w:themeColor="text1"/>
          <w:lang w:val="uk-UA"/>
        </w:rPr>
        <w:t>теоретичною,</w:t>
      </w:r>
      <w:r w:rsidR="00480420" w:rsidRPr="00B7305F">
        <w:rPr>
          <w:rFonts w:cs="Times New Roman"/>
          <w:color w:val="000000" w:themeColor="text1"/>
          <w:lang w:val="uk-UA"/>
        </w:rPr>
        <w:t xml:space="preserve"> </w:t>
      </w:r>
      <w:r w:rsidRPr="00B7305F">
        <w:rPr>
          <w:rFonts w:cs="Times New Roman"/>
          <w:color w:val="000000" w:themeColor="text1"/>
          <w:lang w:val="uk-UA"/>
        </w:rPr>
        <w:t>потрібні</w:t>
      </w:r>
      <w:r w:rsidR="00480420" w:rsidRPr="00B7305F">
        <w:rPr>
          <w:rFonts w:cs="Times New Roman"/>
          <w:color w:val="000000" w:themeColor="text1"/>
          <w:lang w:val="uk-UA"/>
        </w:rPr>
        <w:t xml:space="preserve"> </w:t>
      </w:r>
      <w:r w:rsidRPr="00B7305F">
        <w:rPr>
          <w:rFonts w:cs="Times New Roman"/>
          <w:color w:val="000000" w:themeColor="text1"/>
          <w:lang w:val="uk-UA"/>
        </w:rPr>
        <w:t>практичні</w:t>
      </w:r>
      <w:r w:rsidR="00480420" w:rsidRPr="00B7305F">
        <w:rPr>
          <w:rFonts w:cs="Times New Roman"/>
          <w:color w:val="000000" w:themeColor="text1"/>
          <w:lang w:val="uk-UA"/>
        </w:rPr>
        <w:t xml:space="preserve"> </w:t>
      </w:r>
      <w:r w:rsidRPr="00B7305F">
        <w:rPr>
          <w:rFonts w:cs="Times New Roman"/>
          <w:color w:val="000000" w:themeColor="text1"/>
          <w:lang w:val="uk-UA"/>
        </w:rPr>
        <w:t>майданчики:</w:t>
      </w:r>
    </w:p>
    <w:p w14:paraId="4A3E01BA" w14:textId="30D920ED"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Лабораторні</w:t>
      </w:r>
      <w:r w:rsidR="00480420" w:rsidRPr="00B7305F">
        <w:rPr>
          <w:rFonts w:cs="Times New Roman"/>
          <w:color w:val="000000" w:themeColor="text1"/>
          <w:lang w:val="uk-UA"/>
        </w:rPr>
        <w:t xml:space="preserve"> </w:t>
      </w:r>
      <w:r w:rsidRPr="00B7305F">
        <w:rPr>
          <w:rFonts w:cs="Times New Roman"/>
          <w:color w:val="000000" w:themeColor="text1"/>
          <w:lang w:val="uk-UA"/>
        </w:rPr>
        <w:t>студії</w:t>
      </w:r>
      <w:r w:rsidR="00480420" w:rsidRPr="00B7305F">
        <w:rPr>
          <w:rFonts w:cs="Times New Roman"/>
          <w:color w:val="000000" w:themeColor="text1"/>
          <w:lang w:val="uk-UA"/>
        </w:rPr>
        <w:t xml:space="preserve"> </w:t>
      </w:r>
      <w:r w:rsidRPr="00B7305F">
        <w:rPr>
          <w:rFonts w:cs="Times New Roman"/>
          <w:color w:val="000000" w:themeColor="text1"/>
          <w:lang w:val="uk-UA"/>
        </w:rPr>
        <w:t>гібридного</w:t>
      </w:r>
      <w:r w:rsidR="00480420" w:rsidRPr="00B7305F">
        <w:rPr>
          <w:rFonts w:cs="Times New Roman"/>
          <w:color w:val="000000" w:themeColor="text1"/>
          <w:lang w:val="uk-UA"/>
        </w:rPr>
        <w:t xml:space="preserve"> </w:t>
      </w:r>
      <w:r w:rsidRPr="00B7305F">
        <w:rPr>
          <w:rFonts w:cs="Times New Roman"/>
          <w:color w:val="000000" w:themeColor="text1"/>
          <w:lang w:val="uk-UA"/>
        </w:rPr>
        <w:t>театру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простори,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студенти</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працюють</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перед</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використанням</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проєкцій,</w:t>
      </w:r>
      <w:r w:rsidR="00480420" w:rsidRPr="00B7305F">
        <w:rPr>
          <w:rFonts w:cs="Times New Roman"/>
          <w:color w:val="000000" w:themeColor="text1"/>
          <w:lang w:val="uk-UA"/>
        </w:rPr>
        <w:t xml:space="preserve"> </w:t>
      </w:r>
      <w:r w:rsidRPr="00B7305F">
        <w:rPr>
          <w:rFonts w:cs="Times New Roman"/>
          <w:color w:val="000000" w:themeColor="text1"/>
          <w:lang w:val="uk-UA"/>
        </w:rPr>
        <w:t>VR/AR.</w:t>
      </w:r>
    </w:p>
    <w:p w14:paraId="13FD1642" w14:textId="112A5820" w:rsidR="00480420"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Проєктні</w:t>
      </w:r>
      <w:r w:rsidR="00480420" w:rsidRPr="00B7305F">
        <w:rPr>
          <w:rFonts w:cs="Times New Roman"/>
          <w:color w:val="000000" w:themeColor="text1"/>
          <w:lang w:val="uk-UA"/>
        </w:rPr>
        <w:t xml:space="preserve"> </w:t>
      </w:r>
      <w:r w:rsidRPr="00B7305F">
        <w:rPr>
          <w:rFonts w:cs="Times New Roman"/>
          <w:color w:val="000000" w:themeColor="text1"/>
          <w:lang w:val="uk-UA"/>
        </w:rPr>
        <w:t>семестри</w:t>
      </w:r>
      <w:r w:rsidR="00480420" w:rsidRPr="00B7305F">
        <w:rPr>
          <w:rFonts w:cs="Times New Roman"/>
          <w:color w:val="000000" w:themeColor="text1"/>
          <w:lang w:val="uk-UA"/>
        </w:rPr>
        <w:t xml:space="preserve"> </w:t>
      </w:r>
      <w:r w:rsidRPr="00B7305F">
        <w:rPr>
          <w:rFonts w:cs="Times New Roman"/>
          <w:color w:val="000000" w:themeColor="text1"/>
          <w:lang w:val="uk-UA"/>
        </w:rPr>
        <w:t>інтердисциплінарні</w:t>
      </w:r>
      <w:r w:rsidR="00480420" w:rsidRPr="00B7305F">
        <w:rPr>
          <w:rFonts w:cs="Times New Roman"/>
          <w:color w:val="000000" w:themeColor="text1"/>
          <w:lang w:val="uk-UA"/>
        </w:rPr>
        <w:t xml:space="preserve"> </w:t>
      </w:r>
      <w:r w:rsidRPr="00B7305F">
        <w:rPr>
          <w:rFonts w:cs="Times New Roman"/>
          <w:color w:val="000000" w:themeColor="text1"/>
          <w:lang w:val="uk-UA"/>
        </w:rPr>
        <w:t>курси</w:t>
      </w:r>
      <w:r w:rsidR="0044395C" w:rsidRPr="00B7305F">
        <w:rPr>
          <w:rFonts w:cs="Times New Roman"/>
          <w:color w:val="000000" w:themeColor="text1"/>
          <w:lang w:val="uk-UA"/>
        </w:rPr>
        <w:t xml:space="preserve">, </w:t>
      </w:r>
      <w:r w:rsidRPr="00B7305F">
        <w:rPr>
          <w:rFonts w:cs="Times New Roman"/>
          <w:color w:val="000000" w:themeColor="text1"/>
          <w:lang w:val="uk-UA"/>
        </w:rPr>
        <w:t>де</w:t>
      </w:r>
      <w:r w:rsidR="0044395C" w:rsidRPr="00B7305F">
        <w:rPr>
          <w:rFonts w:cs="Times New Roman"/>
          <w:color w:val="000000" w:themeColor="text1"/>
          <w:lang w:val="uk-UA"/>
        </w:rPr>
        <w:t xml:space="preserve"> </w:t>
      </w:r>
      <w:r w:rsidRPr="00B7305F">
        <w:rPr>
          <w:rFonts w:cs="Times New Roman"/>
          <w:color w:val="000000" w:themeColor="text1"/>
          <w:lang w:val="uk-UA"/>
        </w:rPr>
        <w:t>студенти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театрального,</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кінематографічного,</w:t>
      </w:r>
      <w:r w:rsidR="00480420" w:rsidRPr="00B7305F">
        <w:rPr>
          <w:rFonts w:cs="Times New Roman"/>
          <w:color w:val="000000" w:themeColor="text1"/>
          <w:lang w:val="uk-UA"/>
        </w:rPr>
        <w:t xml:space="preserve"> </w:t>
      </w:r>
      <w:r w:rsidRPr="00B7305F">
        <w:rPr>
          <w:rFonts w:cs="Times New Roman"/>
          <w:color w:val="000000" w:themeColor="text1"/>
          <w:lang w:val="uk-UA"/>
        </w:rPr>
        <w:t>медіамистецтва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об’єднуються</w:t>
      </w:r>
      <w:r w:rsidR="00480420" w:rsidRPr="00B7305F">
        <w:rPr>
          <w:rFonts w:cs="Times New Roman"/>
          <w:color w:val="000000" w:themeColor="text1"/>
          <w:lang w:val="uk-UA"/>
        </w:rPr>
        <w:t xml:space="preserve"> </w:t>
      </w:r>
      <w:r w:rsidRPr="00B7305F">
        <w:rPr>
          <w:rFonts w:cs="Times New Roman"/>
          <w:color w:val="000000" w:themeColor="text1"/>
          <w:lang w:val="uk-UA"/>
        </w:rPr>
        <w:t>над</w:t>
      </w:r>
      <w:r w:rsidR="00480420" w:rsidRPr="00B7305F">
        <w:rPr>
          <w:rFonts w:cs="Times New Roman"/>
          <w:color w:val="000000" w:themeColor="text1"/>
          <w:lang w:val="uk-UA"/>
        </w:rPr>
        <w:t xml:space="preserve"> </w:t>
      </w:r>
      <w:r w:rsidRPr="00B7305F">
        <w:rPr>
          <w:rFonts w:cs="Times New Roman"/>
          <w:color w:val="000000" w:themeColor="text1"/>
          <w:lang w:val="uk-UA"/>
        </w:rPr>
        <w:t>спільним</w:t>
      </w:r>
      <w:r w:rsidR="0044395C" w:rsidRPr="00B7305F">
        <w:rPr>
          <w:rFonts w:cs="Times New Roman"/>
          <w:color w:val="000000" w:themeColor="text1"/>
          <w:lang w:val="uk-UA"/>
        </w:rPr>
        <w:t xml:space="preserve"> продуктом, </w:t>
      </w:r>
    </w:p>
    <w:p w14:paraId="47D511B0" w14:textId="4A90F032" w:rsidR="00692654" w:rsidRPr="00B7305F" w:rsidRDefault="00000000" w:rsidP="0044395C">
      <w:pPr>
        <w:spacing w:after="0"/>
        <w:ind w:left="0"/>
        <w:jc w:val="both"/>
        <w:rPr>
          <w:rFonts w:cs="Times New Roman"/>
          <w:color w:val="000000" w:themeColor="text1"/>
          <w:lang w:val="uk-UA"/>
        </w:rPr>
      </w:pPr>
      <w:r w:rsidRPr="00B7305F">
        <w:rPr>
          <w:rFonts w:cs="Times New Roman"/>
          <w:color w:val="000000" w:themeColor="text1"/>
          <w:lang w:val="uk-UA"/>
        </w:rPr>
        <w:lastRenderedPageBreak/>
        <w:t>коротким</w:t>
      </w:r>
      <w:r w:rsidR="00480420" w:rsidRPr="00B7305F">
        <w:rPr>
          <w:rFonts w:cs="Times New Roman"/>
          <w:color w:val="000000" w:themeColor="text1"/>
          <w:lang w:val="uk-UA"/>
        </w:rPr>
        <w:t xml:space="preserve"> </w:t>
      </w:r>
      <w:r w:rsidRPr="00B7305F">
        <w:rPr>
          <w:rFonts w:cs="Times New Roman"/>
          <w:color w:val="000000" w:themeColor="text1"/>
          <w:lang w:val="uk-UA"/>
        </w:rPr>
        <w:t>фільмом</w:t>
      </w:r>
      <w:r w:rsidR="00480420" w:rsidRPr="00B7305F">
        <w:rPr>
          <w:rFonts w:cs="Times New Roman"/>
          <w:color w:val="000000" w:themeColor="text1"/>
          <w:lang w:val="uk-UA"/>
        </w:rPr>
        <w:t xml:space="preserve"> </w:t>
      </w:r>
      <w:r w:rsidR="0044395C" w:rsidRPr="00B7305F">
        <w:rPr>
          <w:rFonts w:cs="Times New Roman"/>
          <w:color w:val="000000" w:themeColor="text1"/>
          <w:lang w:val="uk-UA"/>
        </w:rPr>
        <w:t xml:space="preserve">- </w:t>
      </w:r>
      <w:r w:rsidRPr="00B7305F">
        <w:rPr>
          <w:rFonts w:cs="Times New Roman"/>
          <w:color w:val="000000" w:themeColor="text1"/>
          <w:lang w:val="uk-UA"/>
        </w:rPr>
        <w:t>перформансом</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мультимедійною</w:t>
      </w:r>
      <w:r w:rsidR="00480420" w:rsidRPr="00B7305F">
        <w:rPr>
          <w:rFonts w:cs="Times New Roman"/>
          <w:color w:val="000000" w:themeColor="text1"/>
          <w:lang w:val="uk-UA"/>
        </w:rPr>
        <w:t xml:space="preserve"> </w:t>
      </w:r>
      <w:r w:rsidRPr="00B7305F">
        <w:rPr>
          <w:rFonts w:cs="Times New Roman"/>
          <w:color w:val="000000" w:themeColor="text1"/>
          <w:lang w:val="uk-UA"/>
        </w:rPr>
        <w:t>виставою.</w:t>
      </w:r>
    </w:p>
    <w:p w14:paraId="541473F7" w14:textId="32BAE52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Міжвузівський</w:t>
      </w:r>
      <w:r w:rsidR="00480420" w:rsidRPr="00B7305F">
        <w:rPr>
          <w:rFonts w:cs="Times New Roman"/>
          <w:color w:val="000000" w:themeColor="text1"/>
          <w:lang w:val="uk-UA"/>
        </w:rPr>
        <w:t xml:space="preserve"> </w:t>
      </w:r>
      <w:r w:rsidRPr="00B7305F">
        <w:rPr>
          <w:rFonts w:cs="Times New Roman"/>
          <w:color w:val="000000" w:themeColor="text1"/>
          <w:lang w:val="uk-UA"/>
        </w:rPr>
        <w:t>обмін</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резиденції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театральні</w:t>
      </w:r>
      <w:r w:rsidR="00480420" w:rsidRPr="00B7305F">
        <w:rPr>
          <w:rFonts w:cs="Times New Roman"/>
          <w:color w:val="000000" w:themeColor="text1"/>
          <w:lang w:val="uk-UA"/>
        </w:rPr>
        <w:t xml:space="preserve"> </w:t>
      </w:r>
      <w:r w:rsidRPr="00B7305F">
        <w:rPr>
          <w:rFonts w:cs="Times New Roman"/>
          <w:color w:val="000000" w:themeColor="text1"/>
          <w:lang w:val="uk-UA"/>
        </w:rPr>
        <w:t>студії</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запрошувати</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кінематографістів</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резидентів,</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навпаки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спільні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спільні</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лабораторії.</w:t>
      </w:r>
    </w:p>
    <w:p w14:paraId="2FB19B34" w14:textId="3F8D053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Цифрові</w:t>
      </w:r>
      <w:r w:rsidR="00480420" w:rsidRPr="00B7305F">
        <w:rPr>
          <w:rFonts w:cs="Times New Roman"/>
          <w:color w:val="000000" w:themeColor="text1"/>
          <w:lang w:val="uk-UA"/>
        </w:rPr>
        <w:t xml:space="preserve"> </w:t>
      </w:r>
      <w:r w:rsidRPr="00B7305F">
        <w:rPr>
          <w:rFonts w:cs="Times New Roman"/>
          <w:color w:val="000000" w:themeColor="text1"/>
          <w:lang w:val="uk-UA"/>
        </w:rPr>
        <w:t>платформи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демонстрації</w:t>
      </w:r>
      <w:r w:rsidR="00480420" w:rsidRPr="00B7305F">
        <w:rPr>
          <w:rFonts w:cs="Times New Roman"/>
          <w:color w:val="000000" w:themeColor="text1"/>
          <w:lang w:val="uk-UA"/>
        </w:rPr>
        <w:t xml:space="preserve"> </w:t>
      </w:r>
      <w:r w:rsidRPr="00B7305F">
        <w:rPr>
          <w:rFonts w:cs="Times New Roman"/>
          <w:color w:val="000000" w:themeColor="text1"/>
          <w:lang w:val="uk-UA"/>
        </w:rPr>
        <w:t>гібридних</w:t>
      </w:r>
      <w:r w:rsidR="00480420" w:rsidRPr="00B7305F">
        <w:rPr>
          <w:rFonts w:cs="Times New Roman"/>
          <w:color w:val="000000" w:themeColor="text1"/>
          <w:lang w:val="uk-UA"/>
        </w:rPr>
        <w:t xml:space="preserve"> </w:t>
      </w:r>
      <w:r w:rsidRPr="00B7305F">
        <w:rPr>
          <w:rFonts w:cs="Times New Roman"/>
          <w:color w:val="000000" w:themeColor="text1"/>
          <w:lang w:val="uk-UA"/>
        </w:rPr>
        <w:t>робіт</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архіви,</w:t>
      </w:r>
      <w:r w:rsidR="00480420" w:rsidRPr="00B7305F">
        <w:rPr>
          <w:rFonts w:cs="Times New Roman"/>
          <w:color w:val="000000" w:themeColor="text1"/>
          <w:lang w:val="uk-UA"/>
        </w:rPr>
        <w:t xml:space="preserve"> </w:t>
      </w:r>
      <w:r w:rsidRPr="00B7305F">
        <w:rPr>
          <w:rFonts w:cs="Times New Roman"/>
          <w:color w:val="000000" w:themeColor="text1"/>
          <w:lang w:val="uk-UA"/>
        </w:rPr>
        <w:t>online-платформи,</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віртуальні</w:t>
      </w:r>
      <w:r w:rsidR="00480420" w:rsidRPr="00B7305F">
        <w:rPr>
          <w:rFonts w:cs="Times New Roman"/>
          <w:color w:val="000000" w:themeColor="text1"/>
          <w:lang w:val="uk-UA"/>
        </w:rPr>
        <w:t xml:space="preserve"> </w:t>
      </w:r>
      <w:r w:rsidRPr="00B7305F">
        <w:rPr>
          <w:rFonts w:cs="Times New Roman"/>
          <w:color w:val="000000" w:themeColor="text1"/>
          <w:lang w:val="uk-UA"/>
        </w:rPr>
        <w:t>зали,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короткі</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театрально-кіно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стати</w:t>
      </w:r>
      <w:r w:rsidR="00480420" w:rsidRPr="00B7305F">
        <w:rPr>
          <w:rFonts w:cs="Times New Roman"/>
          <w:color w:val="000000" w:themeColor="text1"/>
          <w:lang w:val="uk-UA"/>
        </w:rPr>
        <w:t xml:space="preserve"> </w:t>
      </w:r>
      <w:r w:rsidRPr="00B7305F">
        <w:rPr>
          <w:rFonts w:cs="Times New Roman"/>
          <w:color w:val="000000" w:themeColor="text1"/>
          <w:lang w:val="uk-UA"/>
        </w:rPr>
        <w:t>доступними</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ширшої</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аудиторії.</w:t>
      </w:r>
    </w:p>
    <w:p w14:paraId="4B9BF6E0" w14:textId="6CC4087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освітні</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структури</w:t>
      </w:r>
      <w:r w:rsidR="00480420" w:rsidRPr="00B7305F">
        <w:rPr>
          <w:rFonts w:cs="Times New Roman"/>
          <w:color w:val="000000" w:themeColor="text1"/>
          <w:lang w:val="uk-UA"/>
        </w:rPr>
        <w:t xml:space="preserve"> </w:t>
      </w:r>
      <w:r w:rsidRPr="00B7305F">
        <w:rPr>
          <w:rFonts w:cs="Times New Roman"/>
          <w:color w:val="000000" w:themeColor="text1"/>
          <w:lang w:val="uk-UA"/>
        </w:rPr>
        <w:t>допоможуть</w:t>
      </w:r>
      <w:r w:rsidR="00480420" w:rsidRPr="00B7305F">
        <w:rPr>
          <w:rFonts w:cs="Times New Roman"/>
          <w:color w:val="000000" w:themeColor="text1"/>
          <w:lang w:val="uk-UA"/>
        </w:rPr>
        <w:t xml:space="preserve"> </w:t>
      </w:r>
      <w:r w:rsidRPr="00B7305F">
        <w:rPr>
          <w:rFonts w:cs="Times New Roman"/>
          <w:color w:val="000000" w:themeColor="text1"/>
          <w:lang w:val="uk-UA"/>
        </w:rPr>
        <w:t>сформувати</w:t>
      </w:r>
      <w:r w:rsidR="00480420" w:rsidRPr="00B7305F">
        <w:rPr>
          <w:rFonts w:cs="Times New Roman"/>
          <w:color w:val="000000" w:themeColor="text1"/>
          <w:lang w:val="uk-UA"/>
        </w:rPr>
        <w:t xml:space="preserve"> </w:t>
      </w:r>
      <w:r w:rsidRPr="00B7305F">
        <w:rPr>
          <w:rFonts w:cs="Times New Roman"/>
          <w:color w:val="000000" w:themeColor="text1"/>
          <w:lang w:val="uk-UA"/>
        </w:rPr>
        <w:t>покоління</w:t>
      </w:r>
      <w:r w:rsidR="00480420" w:rsidRPr="00B7305F">
        <w:rPr>
          <w:rFonts w:cs="Times New Roman"/>
          <w:color w:val="000000" w:themeColor="text1"/>
          <w:lang w:val="uk-UA"/>
        </w:rPr>
        <w:t xml:space="preserve"> </w:t>
      </w:r>
      <w:r w:rsidRPr="00B7305F">
        <w:rPr>
          <w:rFonts w:cs="Times New Roman"/>
          <w:color w:val="000000" w:themeColor="text1"/>
          <w:lang w:val="uk-UA"/>
        </w:rPr>
        <w:t>акторів,</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зростатимуть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гібридному</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p>
    <w:p w14:paraId="395AD92D" w14:textId="4D605FC3"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Технології як інструмент виразу</w:t>
      </w:r>
    </w:p>
    <w:p w14:paraId="6D4A591A" w14:textId="23FDAE7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майбутньому</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«додаток»,</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повноцінна</w:t>
      </w:r>
      <w:r w:rsidR="00480420" w:rsidRPr="00B7305F">
        <w:rPr>
          <w:rFonts w:cs="Times New Roman"/>
          <w:color w:val="000000" w:themeColor="text1"/>
          <w:lang w:val="uk-UA"/>
        </w:rPr>
        <w:t xml:space="preserve"> </w:t>
      </w:r>
      <w:r w:rsidRPr="00B7305F">
        <w:rPr>
          <w:rFonts w:cs="Times New Roman"/>
          <w:color w:val="000000" w:themeColor="text1"/>
          <w:lang w:val="uk-UA"/>
        </w:rPr>
        <w:t>частина</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мови:</w:t>
      </w:r>
    </w:p>
    <w:p w14:paraId="58493EC4" w14:textId="11FC315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помічники:</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генерація</w:t>
      </w:r>
      <w:r w:rsidR="00480420" w:rsidRPr="00B7305F">
        <w:rPr>
          <w:rFonts w:cs="Times New Roman"/>
          <w:color w:val="000000" w:themeColor="text1"/>
          <w:lang w:val="uk-UA"/>
        </w:rPr>
        <w:t xml:space="preserve"> </w:t>
      </w:r>
      <w:r w:rsidRPr="00B7305F">
        <w:rPr>
          <w:rFonts w:cs="Times New Roman"/>
          <w:color w:val="000000" w:themeColor="text1"/>
          <w:lang w:val="uk-UA"/>
        </w:rPr>
        <w:t>відеофрагментів</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фонів,</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адаптуються</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емоції</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p>
    <w:p w14:paraId="0CF9DD04" w14:textId="1779E7D8"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Інтерактивні</w:t>
      </w:r>
      <w:r w:rsidR="00480420" w:rsidRPr="00B7305F">
        <w:rPr>
          <w:rFonts w:cs="Times New Roman"/>
          <w:color w:val="000000" w:themeColor="text1"/>
          <w:lang w:val="uk-UA"/>
        </w:rPr>
        <w:t xml:space="preserve"> </w:t>
      </w:r>
      <w:r w:rsidRPr="00B7305F">
        <w:rPr>
          <w:rFonts w:cs="Times New Roman"/>
          <w:color w:val="000000" w:themeColor="text1"/>
          <w:lang w:val="uk-UA"/>
        </w:rPr>
        <w:t>платформи:</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глядачі</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смартфони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інші</w:t>
      </w:r>
      <w:r w:rsidR="00480420" w:rsidRPr="00B7305F">
        <w:rPr>
          <w:rFonts w:cs="Times New Roman"/>
          <w:color w:val="000000" w:themeColor="text1"/>
          <w:lang w:val="uk-UA"/>
        </w:rPr>
        <w:t xml:space="preserve"> </w:t>
      </w:r>
      <w:r w:rsidRPr="00B7305F">
        <w:rPr>
          <w:rFonts w:cs="Times New Roman"/>
          <w:color w:val="000000" w:themeColor="text1"/>
          <w:lang w:val="uk-UA"/>
        </w:rPr>
        <w:t>пристрої</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взаємодіють</w:t>
      </w:r>
      <w:r w:rsidR="00480420" w:rsidRPr="00B7305F">
        <w:rPr>
          <w:rFonts w:cs="Times New Roman"/>
          <w:color w:val="000000" w:themeColor="text1"/>
          <w:lang w:val="uk-UA"/>
        </w:rPr>
        <w:t xml:space="preserve"> </w:t>
      </w:r>
      <w:r w:rsidRPr="00B7305F">
        <w:rPr>
          <w:rFonts w:cs="Times New Roman"/>
          <w:color w:val="000000" w:themeColor="text1"/>
          <w:lang w:val="uk-UA"/>
        </w:rPr>
        <w:t>із</w:t>
      </w:r>
      <w:r w:rsidR="00480420" w:rsidRPr="00B7305F">
        <w:rPr>
          <w:rFonts w:cs="Times New Roman"/>
          <w:color w:val="000000" w:themeColor="text1"/>
          <w:lang w:val="uk-UA"/>
        </w:rPr>
        <w:t xml:space="preserve"> </w:t>
      </w:r>
      <w:r w:rsidRPr="00B7305F">
        <w:rPr>
          <w:rFonts w:cs="Times New Roman"/>
          <w:color w:val="000000" w:themeColor="text1"/>
          <w:lang w:val="uk-UA"/>
        </w:rPr>
        <w:t>виставою,</w:t>
      </w:r>
      <w:r w:rsidR="00480420" w:rsidRPr="00B7305F">
        <w:rPr>
          <w:rFonts w:cs="Times New Roman"/>
          <w:color w:val="000000" w:themeColor="text1"/>
          <w:lang w:val="uk-UA"/>
        </w:rPr>
        <w:t xml:space="preserve"> </w:t>
      </w:r>
      <w:r w:rsidRPr="00B7305F">
        <w:rPr>
          <w:rFonts w:cs="Times New Roman"/>
          <w:color w:val="000000" w:themeColor="text1"/>
          <w:lang w:val="uk-UA"/>
        </w:rPr>
        <w:t>змінюючи</w:t>
      </w:r>
      <w:r w:rsidR="00480420" w:rsidRPr="00B7305F">
        <w:rPr>
          <w:rFonts w:cs="Times New Roman"/>
          <w:color w:val="000000" w:themeColor="text1"/>
          <w:lang w:val="uk-UA"/>
        </w:rPr>
        <w:t xml:space="preserve"> </w:t>
      </w:r>
      <w:r w:rsidRPr="00B7305F">
        <w:rPr>
          <w:rFonts w:cs="Times New Roman"/>
          <w:color w:val="000000" w:themeColor="text1"/>
          <w:lang w:val="uk-UA"/>
        </w:rPr>
        <w:t>відеофони,</w:t>
      </w:r>
      <w:r w:rsidR="00480420" w:rsidRPr="00B7305F">
        <w:rPr>
          <w:rFonts w:cs="Times New Roman"/>
          <w:color w:val="000000" w:themeColor="text1"/>
          <w:lang w:val="uk-UA"/>
        </w:rPr>
        <w:t xml:space="preserve"> </w:t>
      </w:r>
      <w:r w:rsidRPr="00B7305F">
        <w:rPr>
          <w:rFonts w:cs="Times New Roman"/>
          <w:color w:val="000000" w:themeColor="text1"/>
          <w:lang w:val="uk-UA"/>
        </w:rPr>
        <w:t>ефекти,</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навіть</w:t>
      </w:r>
      <w:r w:rsidR="00480420" w:rsidRPr="00B7305F">
        <w:rPr>
          <w:rFonts w:cs="Times New Roman"/>
          <w:color w:val="000000" w:themeColor="text1"/>
          <w:lang w:val="uk-UA"/>
        </w:rPr>
        <w:t xml:space="preserve"> </w:t>
      </w:r>
      <w:r w:rsidRPr="00B7305F">
        <w:rPr>
          <w:rFonts w:cs="Times New Roman"/>
          <w:color w:val="000000" w:themeColor="text1"/>
          <w:lang w:val="uk-UA"/>
        </w:rPr>
        <w:t>хід</w:t>
      </w:r>
      <w:r w:rsidR="00480420" w:rsidRPr="00B7305F">
        <w:rPr>
          <w:rFonts w:cs="Times New Roman"/>
          <w:color w:val="000000" w:themeColor="text1"/>
          <w:lang w:val="uk-UA"/>
        </w:rPr>
        <w:t xml:space="preserve"> </w:t>
      </w:r>
      <w:r w:rsidRPr="00B7305F">
        <w:rPr>
          <w:rFonts w:cs="Times New Roman"/>
          <w:color w:val="000000" w:themeColor="text1"/>
          <w:lang w:val="uk-UA"/>
        </w:rPr>
        <w:t>сюжету.</w:t>
      </w:r>
    </w:p>
    <w:p w14:paraId="68A0A6EF" w14:textId="7778852A"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Зворотний</w:t>
      </w:r>
      <w:r w:rsidR="00480420" w:rsidRPr="00B7305F">
        <w:rPr>
          <w:rFonts w:cs="Times New Roman"/>
          <w:color w:val="000000" w:themeColor="text1"/>
          <w:lang w:val="uk-UA"/>
        </w:rPr>
        <w:t xml:space="preserve"> </w:t>
      </w:r>
      <w:r w:rsidRPr="00B7305F">
        <w:rPr>
          <w:rFonts w:cs="Times New Roman"/>
          <w:color w:val="000000" w:themeColor="text1"/>
          <w:lang w:val="uk-UA"/>
        </w:rPr>
        <w:t>відеозв’язок:</w:t>
      </w:r>
      <w:r w:rsidR="00480420" w:rsidRPr="00B7305F">
        <w:rPr>
          <w:rFonts w:cs="Times New Roman"/>
          <w:color w:val="000000" w:themeColor="text1"/>
          <w:lang w:val="uk-UA"/>
        </w:rPr>
        <w:t xml:space="preserve"> </w:t>
      </w:r>
      <w:r w:rsidRPr="00B7305F">
        <w:rPr>
          <w:rFonts w:cs="Times New Roman"/>
          <w:color w:val="000000" w:themeColor="text1"/>
          <w:lang w:val="uk-UA"/>
        </w:rPr>
        <w:t>відеокамери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сенсори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фіксувати</w:t>
      </w:r>
      <w:r w:rsidR="00480420" w:rsidRPr="00B7305F">
        <w:rPr>
          <w:rFonts w:cs="Times New Roman"/>
          <w:color w:val="000000" w:themeColor="text1"/>
          <w:lang w:val="uk-UA"/>
        </w:rPr>
        <w:t xml:space="preserve"> </w:t>
      </w:r>
      <w:r w:rsidRPr="00B7305F">
        <w:rPr>
          <w:rFonts w:cs="Times New Roman"/>
          <w:color w:val="000000" w:themeColor="text1"/>
          <w:lang w:val="uk-UA"/>
        </w:rPr>
        <w:t>реакцію</w:t>
      </w:r>
      <w:r w:rsidR="00480420" w:rsidRPr="00B7305F">
        <w:rPr>
          <w:rFonts w:cs="Times New Roman"/>
          <w:color w:val="000000" w:themeColor="text1"/>
          <w:lang w:val="uk-UA"/>
        </w:rPr>
        <w:t xml:space="preserve"> </w:t>
      </w:r>
      <w:r w:rsidRPr="00B7305F">
        <w:rPr>
          <w:rFonts w:cs="Times New Roman"/>
          <w:color w:val="000000" w:themeColor="text1"/>
          <w:lang w:val="uk-UA"/>
        </w:rPr>
        <w:t>глядачів</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мікроекспресії,</w:t>
      </w:r>
      <w:r w:rsidR="00480420" w:rsidRPr="00B7305F">
        <w:rPr>
          <w:rFonts w:cs="Times New Roman"/>
          <w:color w:val="000000" w:themeColor="text1"/>
          <w:lang w:val="uk-UA"/>
        </w:rPr>
        <w:t xml:space="preserve"> </w:t>
      </w:r>
      <w:r w:rsidRPr="00B7305F">
        <w:rPr>
          <w:rFonts w:cs="Times New Roman"/>
          <w:color w:val="000000" w:themeColor="text1"/>
          <w:lang w:val="uk-UA"/>
        </w:rPr>
        <w:t>пульс,</w:t>
      </w:r>
      <w:r w:rsidR="00480420" w:rsidRPr="00B7305F">
        <w:rPr>
          <w:rFonts w:cs="Times New Roman"/>
          <w:color w:val="000000" w:themeColor="text1"/>
          <w:lang w:val="uk-UA"/>
        </w:rPr>
        <w:t xml:space="preserve"> </w:t>
      </w:r>
      <w:r w:rsidRPr="00B7305F">
        <w:rPr>
          <w:rFonts w:cs="Times New Roman"/>
          <w:color w:val="000000" w:themeColor="text1"/>
          <w:lang w:val="uk-UA"/>
        </w:rPr>
        <w:t>рухи),</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“корегувати”</w:t>
      </w:r>
      <w:r w:rsidR="00480420" w:rsidRPr="00B7305F">
        <w:rPr>
          <w:rFonts w:cs="Times New Roman"/>
          <w:color w:val="000000" w:themeColor="text1"/>
          <w:lang w:val="uk-UA"/>
        </w:rPr>
        <w:t xml:space="preserve"> </w:t>
      </w:r>
      <w:r w:rsidRPr="00B7305F">
        <w:rPr>
          <w:rFonts w:cs="Times New Roman"/>
          <w:color w:val="000000" w:themeColor="text1"/>
          <w:lang w:val="uk-UA"/>
        </w:rPr>
        <w:t>сценічну</w:t>
      </w:r>
      <w:r w:rsidR="00480420" w:rsidRPr="00B7305F">
        <w:rPr>
          <w:rFonts w:cs="Times New Roman"/>
          <w:color w:val="000000" w:themeColor="text1"/>
          <w:lang w:val="uk-UA"/>
        </w:rPr>
        <w:t xml:space="preserve"> </w:t>
      </w:r>
      <w:r w:rsidRPr="00B7305F">
        <w:rPr>
          <w:rFonts w:cs="Times New Roman"/>
          <w:color w:val="000000" w:themeColor="text1"/>
          <w:lang w:val="uk-UA"/>
        </w:rPr>
        <w:t>дію</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освітлення</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реальному</w:t>
      </w:r>
      <w:r w:rsidR="00480420" w:rsidRPr="00B7305F">
        <w:rPr>
          <w:rFonts w:cs="Times New Roman"/>
          <w:color w:val="000000" w:themeColor="text1"/>
          <w:lang w:val="uk-UA"/>
        </w:rPr>
        <w:t xml:space="preserve"> </w:t>
      </w:r>
      <w:r w:rsidRPr="00B7305F">
        <w:rPr>
          <w:rFonts w:cs="Times New Roman"/>
          <w:color w:val="000000" w:themeColor="text1"/>
          <w:lang w:val="uk-UA"/>
        </w:rPr>
        <w:t>часі.</w:t>
      </w:r>
    </w:p>
    <w:p w14:paraId="76311FC6" w14:textId="12FEA55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Віртуальні</w:t>
      </w:r>
      <w:r w:rsidR="00480420" w:rsidRPr="00B7305F">
        <w:rPr>
          <w:rFonts w:cs="Times New Roman"/>
          <w:color w:val="000000" w:themeColor="text1"/>
          <w:lang w:val="uk-UA"/>
        </w:rPr>
        <w:t xml:space="preserve"> </w:t>
      </w:r>
      <w:r w:rsidRPr="00B7305F">
        <w:rPr>
          <w:rFonts w:cs="Times New Roman"/>
          <w:color w:val="000000" w:themeColor="text1"/>
          <w:lang w:val="uk-UA"/>
        </w:rPr>
        <w:t>аватари</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доповнена</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4395C"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«подвойюватися»—один</w:t>
      </w:r>
      <w:r w:rsidR="00480420" w:rsidRPr="00B7305F">
        <w:rPr>
          <w:rFonts w:cs="Times New Roman"/>
          <w:color w:val="000000" w:themeColor="text1"/>
          <w:lang w:val="uk-UA"/>
        </w:rPr>
        <w:t xml:space="preserve"> </w:t>
      </w:r>
      <w:r w:rsidRPr="00B7305F">
        <w:rPr>
          <w:rFonts w:cs="Times New Roman"/>
          <w:color w:val="000000" w:themeColor="text1"/>
          <w:lang w:val="uk-UA"/>
        </w:rPr>
        <w:t>фізичний</w:t>
      </w:r>
      <w:r w:rsidR="00480420" w:rsidRPr="00B7305F">
        <w:rPr>
          <w:rFonts w:cs="Times New Roman"/>
          <w:color w:val="000000" w:themeColor="text1"/>
          <w:lang w:val="uk-UA"/>
        </w:rPr>
        <w:t xml:space="preserve"> </w:t>
      </w:r>
      <w:r w:rsidRPr="00B7305F">
        <w:rPr>
          <w:rFonts w:cs="Times New Roman"/>
          <w:color w:val="000000" w:themeColor="text1"/>
          <w:lang w:val="uk-UA"/>
        </w:rPr>
        <w:t>виконавець</w:t>
      </w:r>
      <w:r w:rsidR="00480420" w:rsidRPr="00B7305F">
        <w:rPr>
          <w:rFonts w:cs="Times New Roman"/>
          <w:color w:val="000000" w:themeColor="text1"/>
          <w:lang w:val="uk-UA"/>
        </w:rPr>
        <w:t xml:space="preserve"> </w:t>
      </w:r>
      <w:r w:rsidRPr="00B7305F">
        <w:rPr>
          <w:rFonts w:cs="Times New Roman"/>
          <w:color w:val="000000" w:themeColor="text1"/>
          <w:lang w:val="uk-UA"/>
        </w:rPr>
        <w:t>цифровий</w:t>
      </w:r>
      <w:r w:rsidR="00480420" w:rsidRPr="00B7305F">
        <w:rPr>
          <w:rFonts w:cs="Times New Roman"/>
          <w:color w:val="000000" w:themeColor="text1"/>
          <w:lang w:val="uk-UA"/>
        </w:rPr>
        <w:t xml:space="preserve"> </w:t>
      </w:r>
      <w:r w:rsidRPr="00B7305F">
        <w:rPr>
          <w:rFonts w:cs="Times New Roman"/>
          <w:color w:val="000000" w:themeColor="text1"/>
          <w:lang w:val="uk-UA"/>
        </w:rPr>
        <w:t>аватар,</w:t>
      </w:r>
      <w:r w:rsidR="00480420" w:rsidRPr="00B7305F">
        <w:rPr>
          <w:rFonts w:cs="Times New Roman"/>
          <w:color w:val="000000" w:themeColor="text1"/>
          <w:lang w:val="uk-UA"/>
        </w:rPr>
        <w:t xml:space="preserve"> </w:t>
      </w:r>
      <w:r w:rsidRPr="00B7305F">
        <w:rPr>
          <w:rFonts w:cs="Times New Roman"/>
          <w:color w:val="000000" w:themeColor="text1"/>
          <w:lang w:val="uk-UA"/>
        </w:rPr>
        <w:t>здійснюючи</w:t>
      </w:r>
      <w:r w:rsidR="00480420" w:rsidRPr="00B7305F">
        <w:rPr>
          <w:rFonts w:cs="Times New Roman"/>
          <w:color w:val="000000" w:themeColor="text1"/>
          <w:lang w:val="uk-UA"/>
        </w:rPr>
        <w:t xml:space="preserve"> </w:t>
      </w:r>
      <w:r w:rsidRPr="00B7305F">
        <w:rPr>
          <w:rFonts w:cs="Times New Roman"/>
          <w:color w:val="000000" w:themeColor="text1"/>
          <w:lang w:val="uk-UA"/>
        </w:rPr>
        <w:t>діалоги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версіями</w:t>
      </w:r>
      <w:r w:rsidR="00480420" w:rsidRPr="00B7305F">
        <w:rPr>
          <w:rFonts w:cs="Times New Roman"/>
          <w:color w:val="000000" w:themeColor="text1"/>
          <w:lang w:val="uk-UA"/>
        </w:rPr>
        <w:t xml:space="preserve"> </w:t>
      </w:r>
      <w:r w:rsidRPr="00B7305F">
        <w:rPr>
          <w:rFonts w:cs="Times New Roman"/>
          <w:color w:val="000000" w:themeColor="text1"/>
          <w:lang w:val="uk-UA"/>
        </w:rPr>
        <w:t>себе,</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взаємодіяти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голографічними</w:t>
      </w:r>
      <w:r w:rsidR="00480420" w:rsidRPr="00B7305F">
        <w:rPr>
          <w:rFonts w:cs="Times New Roman"/>
          <w:color w:val="000000" w:themeColor="text1"/>
          <w:lang w:val="uk-UA"/>
        </w:rPr>
        <w:t xml:space="preserve"> </w:t>
      </w:r>
      <w:r w:rsidRPr="00B7305F">
        <w:rPr>
          <w:rFonts w:cs="Times New Roman"/>
          <w:color w:val="000000" w:themeColor="text1"/>
          <w:lang w:val="uk-UA"/>
        </w:rPr>
        <w:t>персонажами.</w:t>
      </w:r>
    </w:p>
    <w:p w14:paraId="559CDFEC" w14:textId="29AC3C91"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Ці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дадуть</w:t>
      </w:r>
      <w:r w:rsidR="00480420" w:rsidRPr="00B7305F">
        <w:rPr>
          <w:rFonts w:cs="Times New Roman"/>
          <w:color w:val="000000" w:themeColor="text1"/>
          <w:lang w:val="uk-UA"/>
        </w:rPr>
        <w:t xml:space="preserve"> </w:t>
      </w:r>
      <w:r w:rsidRPr="00B7305F">
        <w:rPr>
          <w:rFonts w:cs="Times New Roman"/>
          <w:color w:val="000000" w:themeColor="text1"/>
          <w:lang w:val="uk-UA"/>
        </w:rPr>
        <w:t>змогу</w:t>
      </w:r>
      <w:r w:rsidR="00480420" w:rsidRPr="00B7305F">
        <w:rPr>
          <w:rFonts w:cs="Times New Roman"/>
          <w:color w:val="000000" w:themeColor="text1"/>
          <w:lang w:val="uk-UA"/>
        </w:rPr>
        <w:t xml:space="preserve"> </w:t>
      </w:r>
      <w:r w:rsidRPr="00B7305F">
        <w:rPr>
          <w:rFonts w:cs="Times New Roman"/>
          <w:color w:val="000000" w:themeColor="text1"/>
          <w:lang w:val="uk-UA"/>
        </w:rPr>
        <w:t>розширювати</w:t>
      </w:r>
      <w:r w:rsidR="00480420" w:rsidRPr="00B7305F">
        <w:rPr>
          <w:rFonts w:cs="Times New Roman"/>
          <w:color w:val="000000" w:themeColor="text1"/>
          <w:lang w:val="uk-UA"/>
        </w:rPr>
        <w:t xml:space="preserve"> </w:t>
      </w:r>
      <w:r w:rsidRPr="00B7305F">
        <w:rPr>
          <w:rFonts w:cs="Times New Roman"/>
          <w:color w:val="000000" w:themeColor="text1"/>
          <w:lang w:val="uk-UA"/>
        </w:rPr>
        <w:t>межі</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традиційного</w:t>
      </w:r>
      <w:r w:rsidR="00480420" w:rsidRPr="00B7305F">
        <w:rPr>
          <w:rFonts w:cs="Times New Roman"/>
          <w:color w:val="000000" w:themeColor="text1"/>
          <w:lang w:val="uk-UA"/>
        </w:rPr>
        <w:t xml:space="preserve"> </w:t>
      </w:r>
      <w:r w:rsidRPr="00B7305F">
        <w:rPr>
          <w:rFonts w:cs="Times New Roman"/>
          <w:color w:val="000000" w:themeColor="text1"/>
          <w:lang w:val="uk-UA"/>
        </w:rPr>
        <w:t>виступу,</w:t>
      </w:r>
      <w:r w:rsidR="00480420" w:rsidRPr="00B7305F">
        <w:rPr>
          <w:rFonts w:cs="Times New Roman"/>
          <w:color w:val="000000" w:themeColor="text1"/>
          <w:lang w:val="uk-UA"/>
        </w:rPr>
        <w:t xml:space="preserve"> </w:t>
      </w:r>
      <w:r w:rsidRPr="00B7305F">
        <w:rPr>
          <w:rFonts w:cs="Times New Roman"/>
          <w:color w:val="000000" w:themeColor="text1"/>
          <w:lang w:val="uk-UA"/>
        </w:rPr>
        <w:t>поглиблюючи</w:t>
      </w:r>
      <w:r w:rsidR="00480420" w:rsidRPr="00B7305F">
        <w:rPr>
          <w:rFonts w:cs="Times New Roman"/>
          <w:color w:val="000000" w:themeColor="text1"/>
          <w:lang w:val="uk-UA"/>
        </w:rPr>
        <w:t xml:space="preserve"> </w:t>
      </w:r>
      <w:r w:rsidRPr="00B7305F">
        <w:rPr>
          <w:rFonts w:cs="Times New Roman"/>
          <w:color w:val="000000" w:themeColor="text1"/>
          <w:lang w:val="uk-UA"/>
        </w:rPr>
        <w:t>художню</w:t>
      </w:r>
      <w:r w:rsidR="00480420" w:rsidRPr="00B7305F">
        <w:rPr>
          <w:rFonts w:cs="Times New Roman"/>
          <w:color w:val="000000" w:themeColor="text1"/>
          <w:lang w:val="uk-UA"/>
        </w:rPr>
        <w:t xml:space="preserve"> </w:t>
      </w:r>
      <w:r w:rsidRPr="00B7305F">
        <w:rPr>
          <w:rFonts w:cs="Times New Roman"/>
          <w:color w:val="000000" w:themeColor="text1"/>
          <w:lang w:val="uk-UA"/>
        </w:rPr>
        <w:t>глибину.</w:t>
      </w:r>
    </w:p>
    <w:p w14:paraId="7E473746" w14:textId="7F988980"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Естетична еволюція та стилістичні тренди</w:t>
      </w:r>
    </w:p>
    <w:p w14:paraId="3092DE41" w14:textId="0A917BC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породжує</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художні</w:t>
      </w:r>
      <w:r w:rsidR="00480420" w:rsidRPr="00B7305F">
        <w:rPr>
          <w:rFonts w:cs="Times New Roman"/>
          <w:color w:val="000000" w:themeColor="text1"/>
          <w:lang w:val="uk-UA"/>
        </w:rPr>
        <w:t xml:space="preserve"> </w:t>
      </w:r>
      <w:r w:rsidRPr="00B7305F">
        <w:rPr>
          <w:rFonts w:cs="Times New Roman"/>
          <w:color w:val="000000" w:themeColor="text1"/>
          <w:lang w:val="uk-UA"/>
        </w:rPr>
        <w:t>стилі: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Кінематографічний</w:t>
      </w:r>
      <w:r w:rsidR="00480420" w:rsidRPr="00B7305F">
        <w:rPr>
          <w:rFonts w:cs="Times New Roman"/>
          <w:color w:val="000000" w:themeColor="text1"/>
          <w:lang w:val="uk-UA"/>
        </w:rPr>
        <w:t xml:space="preserve"> </w:t>
      </w:r>
      <w:r w:rsidRPr="00B7305F">
        <w:rPr>
          <w:rFonts w:cs="Times New Roman"/>
          <w:color w:val="000000" w:themeColor="text1"/>
          <w:lang w:val="uk-UA"/>
        </w:rPr>
        <w:t>мінімалізм</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сцені</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коли</w:t>
      </w:r>
      <w:r w:rsidR="00480420" w:rsidRPr="00B7305F">
        <w:rPr>
          <w:rFonts w:cs="Times New Roman"/>
          <w:color w:val="000000" w:themeColor="text1"/>
          <w:lang w:val="uk-UA"/>
        </w:rPr>
        <w:t xml:space="preserve"> </w:t>
      </w:r>
      <w:r w:rsidRPr="00B7305F">
        <w:rPr>
          <w:rFonts w:cs="Times New Roman"/>
          <w:color w:val="000000" w:themeColor="text1"/>
          <w:lang w:val="uk-UA"/>
        </w:rPr>
        <w:t>мінімум</w:t>
      </w:r>
      <w:r w:rsidR="00480420" w:rsidRPr="00B7305F">
        <w:rPr>
          <w:rFonts w:cs="Times New Roman"/>
          <w:color w:val="000000" w:themeColor="text1"/>
          <w:lang w:val="uk-UA"/>
        </w:rPr>
        <w:t xml:space="preserve"> </w:t>
      </w:r>
      <w:r w:rsidRPr="00B7305F">
        <w:rPr>
          <w:rFonts w:cs="Times New Roman"/>
          <w:color w:val="000000" w:themeColor="text1"/>
          <w:lang w:val="uk-UA"/>
        </w:rPr>
        <w:t>жестів,</w:t>
      </w:r>
      <w:r w:rsidR="00480420" w:rsidRPr="00B7305F">
        <w:rPr>
          <w:rFonts w:cs="Times New Roman"/>
          <w:color w:val="000000" w:themeColor="text1"/>
          <w:lang w:val="uk-UA"/>
        </w:rPr>
        <w:t xml:space="preserve"> </w:t>
      </w:r>
      <w:r w:rsidRPr="00B7305F">
        <w:rPr>
          <w:rFonts w:cs="Times New Roman"/>
          <w:color w:val="000000" w:themeColor="text1"/>
          <w:lang w:val="uk-UA"/>
        </w:rPr>
        <w:t>максимум</w:t>
      </w:r>
      <w:r w:rsidR="00480420" w:rsidRPr="00B7305F">
        <w:rPr>
          <w:rFonts w:cs="Times New Roman"/>
          <w:color w:val="000000" w:themeColor="text1"/>
          <w:lang w:val="uk-UA"/>
        </w:rPr>
        <w:t xml:space="preserve"> </w:t>
      </w:r>
      <w:r w:rsidRPr="00B7305F">
        <w:rPr>
          <w:rFonts w:cs="Times New Roman"/>
          <w:color w:val="000000" w:themeColor="text1"/>
          <w:lang w:val="uk-UA"/>
        </w:rPr>
        <w:t>внутрішньої</w:t>
      </w:r>
      <w:r w:rsidR="00480420" w:rsidRPr="00B7305F">
        <w:rPr>
          <w:rFonts w:cs="Times New Roman"/>
          <w:color w:val="000000" w:themeColor="text1"/>
          <w:lang w:val="uk-UA"/>
        </w:rPr>
        <w:t xml:space="preserve"> </w:t>
      </w:r>
      <w:r w:rsidRPr="00B7305F">
        <w:rPr>
          <w:rFonts w:cs="Times New Roman"/>
          <w:color w:val="000000" w:themeColor="text1"/>
          <w:lang w:val="uk-UA"/>
        </w:rPr>
        <w:t>напруги,</w:t>
      </w:r>
      <w:r w:rsidR="00480420" w:rsidRPr="00B7305F">
        <w:rPr>
          <w:rFonts w:cs="Times New Roman"/>
          <w:color w:val="000000" w:themeColor="text1"/>
          <w:lang w:val="uk-UA"/>
        </w:rPr>
        <w:t xml:space="preserve"> </w:t>
      </w:r>
      <w:r w:rsidRPr="00B7305F">
        <w:rPr>
          <w:rFonts w:cs="Times New Roman"/>
          <w:color w:val="000000" w:themeColor="text1"/>
          <w:lang w:val="uk-UA"/>
        </w:rPr>
        <w:t>тонкої</w:t>
      </w:r>
      <w:r w:rsidR="00480420" w:rsidRPr="00B7305F">
        <w:rPr>
          <w:rFonts w:cs="Times New Roman"/>
          <w:color w:val="000000" w:themeColor="text1"/>
          <w:lang w:val="uk-UA"/>
        </w:rPr>
        <w:t xml:space="preserve"> </w:t>
      </w:r>
      <w:r w:rsidRPr="00B7305F">
        <w:rPr>
          <w:rFonts w:cs="Times New Roman"/>
          <w:color w:val="000000" w:themeColor="text1"/>
          <w:lang w:val="uk-UA"/>
        </w:rPr>
        <w:t>міміки,</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масштабом</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допомогою</w:t>
      </w:r>
      <w:r w:rsidR="00480420" w:rsidRPr="00B7305F">
        <w:rPr>
          <w:rFonts w:cs="Times New Roman"/>
          <w:color w:val="000000" w:themeColor="text1"/>
          <w:lang w:val="uk-UA"/>
        </w:rPr>
        <w:t xml:space="preserve"> </w:t>
      </w:r>
      <w:r w:rsidRPr="00B7305F">
        <w:rPr>
          <w:rFonts w:cs="Times New Roman"/>
          <w:color w:val="000000" w:themeColor="text1"/>
          <w:lang w:val="uk-UA"/>
        </w:rPr>
        <w:t>візуальних</w:t>
      </w:r>
      <w:r w:rsidR="00480420" w:rsidRPr="00B7305F">
        <w:rPr>
          <w:rFonts w:cs="Times New Roman"/>
          <w:color w:val="000000" w:themeColor="text1"/>
          <w:lang w:val="uk-UA"/>
        </w:rPr>
        <w:t xml:space="preserve"> </w:t>
      </w:r>
      <w:r w:rsidRPr="00B7305F">
        <w:rPr>
          <w:rFonts w:cs="Times New Roman"/>
          <w:color w:val="000000" w:themeColor="text1"/>
          <w:lang w:val="uk-UA"/>
        </w:rPr>
        <w:t>засобів.</w:t>
      </w:r>
    </w:p>
    <w:p w14:paraId="0D652F4B" w14:textId="4EEDBAA9"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Модульність</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розбивається</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модулі</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які</w:t>
      </w:r>
      <w:r w:rsidR="00480420" w:rsidRPr="00B7305F">
        <w:rPr>
          <w:rFonts w:cs="Times New Roman"/>
          <w:color w:val="000000" w:themeColor="text1"/>
          <w:lang w:val="uk-UA"/>
        </w:rPr>
        <w:t xml:space="preserve"> </w:t>
      </w:r>
      <w:r w:rsidRPr="00B7305F">
        <w:rPr>
          <w:rFonts w:cs="Times New Roman"/>
          <w:color w:val="000000" w:themeColor="text1"/>
          <w:lang w:val="uk-UA"/>
        </w:rPr>
        <w:t>можна</w:t>
      </w:r>
      <w:r w:rsidR="0044395C" w:rsidRPr="00B7305F">
        <w:rPr>
          <w:rFonts w:cs="Times New Roman"/>
          <w:color w:val="000000" w:themeColor="text1"/>
          <w:lang w:val="uk-UA"/>
        </w:rPr>
        <w:t xml:space="preserve"> «</w:t>
      </w:r>
      <w:r w:rsidRPr="00B7305F">
        <w:rPr>
          <w:rFonts w:cs="Times New Roman"/>
          <w:color w:val="000000" w:themeColor="text1"/>
          <w:lang w:val="uk-UA"/>
        </w:rPr>
        <w:t>монтувати</w:t>
      </w:r>
      <w:r w:rsidR="0044395C" w:rsidRPr="00B7305F">
        <w:rPr>
          <w:rFonts w:cs="Times New Roman"/>
          <w:color w:val="000000" w:themeColor="text1"/>
          <w:lang w:val="uk-UA"/>
        </w:rPr>
        <w:t xml:space="preserve">» </w:t>
      </w:r>
      <w:r w:rsidRPr="00B7305F">
        <w:rPr>
          <w:rFonts w:cs="Times New Roman"/>
          <w:color w:val="000000" w:themeColor="text1"/>
          <w:lang w:val="uk-UA"/>
        </w:rPr>
        <w:t>під</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змінювати</w:t>
      </w:r>
      <w:r w:rsidR="00480420" w:rsidRPr="00B7305F">
        <w:rPr>
          <w:rFonts w:cs="Times New Roman"/>
          <w:color w:val="000000" w:themeColor="text1"/>
          <w:lang w:val="uk-UA"/>
        </w:rPr>
        <w:t xml:space="preserve"> </w:t>
      </w:r>
      <w:r w:rsidRPr="00B7305F">
        <w:rPr>
          <w:rFonts w:cs="Times New Roman"/>
          <w:color w:val="000000" w:themeColor="text1"/>
          <w:lang w:val="uk-UA"/>
        </w:rPr>
        <w:t>їх</w:t>
      </w:r>
      <w:r w:rsidR="00480420" w:rsidRPr="00B7305F">
        <w:rPr>
          <w:rFonts w:cs="Times New Roman"/>
          <w:color w:val="000000" w:themeColor="text1"/>
          <w:lang w:val="uk-UA"/>
        </w:rPr>
        <w:t xml:space="preserve"> </w:t>
      </w:r>
      <w:r w:rsidRPr="00B7305F">
        <w:rPr>
          <w:rFonts w:cs="Times New Roman"/>
          <w:color w:val="000000" w:themeColor="text1"/>
          <w:lang w:val="uk-UA"/>
        </w:rPr>
        <w:t>порядок</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фокус.</w:t>
      </w:r>
    </w:p>
    <w:p w14:paraId="7DD41540" w14:textId="66E30394"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Фрагментарна</w:t>
      </w:r>
      <w:r w:rsidR="00480420" w:rsidRPr="00B7305F">
        <w:rPr>
          <w:rFonts w:cs="Times New Roman"/>
          <w:color w:val="000000" w:themeColor="text1"/>
          <w:lang w:val="uk-UA"/>
        </w:rPr>
        <w:t xml:space="preserve"> </w:t>
      </w:r>
      <w:r w:rsidRPr="00B7305F">
        <w:rPr>
          <w:rFonts w:cs="Times New Roman"/>
          <w:color w:val="000000" w:themeColor="text1"/>
          <w:lang w:val="uk-UA"/>
        </w:rPr>
        <w:t>драматургія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сюжет</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обов’язково</w:t>
      </w:r>
      <w:r w:rsidR="00480420" w:rsidRPr="00B7305F">
        <w:rPr>
          <w:rFonts w:cs="Times New Roman"/>
          <w:color w:val="000000" w:themeColor="text1"/>
          <w:lang w:val="uk-UA"/>
        </w:rPr>
        <w:t xml:space="preserve"> </w:t>
      </w:r>
      <w:r w:rsidRPr="00B7305F">
        <w:rPr>
          <w:rFonts w:cs="Times New Roman"/>
          <w:color w:val="000000" w:themeColor="text1"/>
          <w:lang w:val="uk-UA"/>
        </w:rPr>
        <w:t>лінійний;</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кадри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випускатися,</w:t>
      </w:r>
      <w:r w:rsidR="00480420" w:rsidRPr="00B7305F">
        <w:rPr>
          <w:rFonts w:cs="Times New Roman"/>
          <w:color w:val="000000" w:themeColor="text1"/>
          <w:lang w:val="uk-UA"/>
        </w:rPr>
        <w:t xml:space="preserve"> </w:t>
      </w:r>
      <w:r w:rsidRPr="00B7305F">
        <w:rPr>
          <w:rFonts w:cs="Times New Roman"/>
          <w:color w:val="000000" w:themeColor="text1"/>
          <w:lang w:val="uk-UA"/>
        </w:rPr>
        <w:t>повторюватися</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перегукуватися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собою.</w:t>
      </w:r>
    </w:p>
    <w:p w14:paraId="4C40439E" w14:textId="072C49C0"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Мультимедійна</w:t>
      </w:r>
      <w:r w:rsidR="00480420" w:rsidRPr="00B7305F">
        <w:rPr>
          <w:rFonts w:cs="Times New Roman"/>
          <w:color w:val="000000" w:themeColor="text1"/>
          <w:lang w:val="uk-UA"/>
        </w:rPr>
        <w:t xml:space="preserve"> </w:t>
      </w:r>
      <w:r w:rsidRPr="00B7305F">
        <w:rPr>
          <w:rFonts w:cs="Times New Roman"/>
          <w:color w:val="000000" w:themeColor="text1"/>
          <w:lang w:val="uk-UA"/>
        </w:rPr>
        <w:t>пластичність</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рух,</w:t>
      </w:r>
      <w:r w:rsidR="00480420" w:rsidRPr="00B7305F">
        <w:rPr>
          <w:rFonts w:cs="Times New Roman"/>
          <w:color w:val="000000" w:themeColor="text1"/>
          <w:lang w:val="uk-UA"/>
        </w:rPr>
        <w:t xml:space="preserve"> </w:t>
      </w:r>
      <w:r w:rsidRPr="00B7305F">
        <w:rPr>
          <w:rFonts w:cs="Times New Roman"/>
          <w:color w:val="000000" w:themeColor="text1"/>
          <w:lang w:val="uk-UA"/>
        </w:rPr>
        <w:t>світло,</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звук,</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тілесність</w:t>
      </w:r>
      <w:r w:rsidR="00480420" w:rsidRPr="00B7305F">
        <w:rPr>
          <w:rFonts w:cs="Times New Roman"/>
          <w:color w:val="000000" w:themeColor="text1"/>
          <w:lang w:val="uk-UA"/>
        </w:rPr>
        <w:t xml:space="preserve"> </w:t>
      </w:r>
      <w:r w:rsidRPr="00B7305F">
        <w:rPr>
          <w:rFonts w:cs="Times New Roman"/>
          <w:color w:val="000000" w:themeColor="text1"/>
          <w:lang w:val="uk-UA"/>
        </w:rPr>
        <w:t>стають</w:t>
      </w:r>
      <w:r w:rsidR="00480420" w:rsidRPr="00B7305F">
        <w:rPr>
          <w:rFonts w:cs="Times New Roman"/>
          <w:color w:val="000000" w:themeColor="text1"/>
          <w:lang w:val="uk-UA"/>
        </w:rPr>
        <w:t xml:space="preserve"> </w:t>
      </w:r>
      <w:r w:rsidRPr="00B7305F">
        <w:rPr>
          <w:rFonts w:cs="Times New Roman"/>
          <w:color w:val="000000" w:themeColor="text1"/>
          <w:lang w:val="uk-UA"/>
        </w:rPr>
        <w:t>рівноправними</w:t>
      </w:r>
      <w:r w:rsidR="00480420" w:rsidRPr="00B7305F">
        <w:rPr>
          <w:rFonts w:cs="Times New Roman"/>
          <w:color w:val="000000" w:themeColor="text1"/>
          <w:lang w:val="uk-UA"/>
        </w:rPr>
        <w:t xml:space="preserve"> </w:t>
      </w:r>
      <w:r w:rsidRPr="00B7305F">
        <w:rPr>
          <w:rFonts w:cs="Times New Roman"/>
          <w:color w:val="000000" w:themeColor="text1"/>
          <w:lang w:val="uk-UA"/>
        </w:rPr>
        <w:t>шарами</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p>
    <w:p w14:paraId="586ED88B" w14:textId="3F8F5265" w:rsidR="00692654" w:rsidRPr="00B7305F" w:rsidRDefault="00480420" w:rsidP="00051784">
      <w:pPr>
        <w:spacing w:after="0"/>
        <w:ind w:left="0" w:firstLine="709"/>
        <w:jc w:val="both"/>
        <w:rPr>
          <w:rFonts w:cs="Times New Roman"/>
          <w:b/>
          <w:bCs/>
          <w:color w:val="000000" w:themeColor="text1"/>
          <w:lang w:val="uk-UA"/>
        </w:rPr>
      </w:pPr>
      <w:r w:rsidRPr="00B7305F">
        <w:rPr>
          <w:rFonts w:cs="Times New Roman"/>
          <w:b/>
          <w:bCs/>
          <w:color w:val="000000" w:themeColor="text1"/>
          <w:lang w:val="uk-UA"/>
        </w:rPr>
        <w:t xml:space="preserve"> Потенційні ризики й етичні питання</w:t>
      </w:r>
    </w:p>
    <w:p w14:paraId="628FA414" w14:textId="298DEBF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має</w:t>
      </w:r>
      <w:r w:rsidR="00480420" w:rsidRPr="00B7305F">
        <w:rPr>
          <w:rFonts w:cs="Times New Roman"/>
          <w:color w:val="000000" w:themeColor="text1"/>
          <w:lang w:val="uk-UA"/>
        </w:rPr>
        <w:t xml:space="preserve"> </w:t>
      </w:r>
      <w:r w:rsidRPr="00B7305F">
        <w:rPr>
          <w:rFonts w:cs="Times New Roman"/>
          <w:color w:val="000000" w:themeColor="text1"/>
          <w:lang w:val="uk-UA"/>
        </w:rPr>
        <w:t>свої</w:t>
      </w:r>
      <w:r w:rsidR="00480420" w:rsidRPr="00B7305F">
        <w:rPr>
          <w:rFonts w:cs="Times New Roman"/>
          <w:color w:val="000000" w:themeColor="text1"/>
          <w:lang w:val="uk-UA"/>
        </w:rPr>
        <w:t xml:space="preserve"> </w:t>
      </w:r>
      <w:r w:rsidR="0044395C" w:rsidRPr="00B7305F">
        <w:rPr>
          <w:rFonts w:cs="Times New Roman"/>
          <w:color w:val="000000" w:themeColor="text1"/>
          <w:lang w:val="uk-UA"/>
        </w:rPr>
        <w:t>«</w:t>
      </w:r>
      <w:r w:rsidRPr="00B7305F">
        <w:rPr>
          <w:rFonts w:cs="Times New Roman"/>
          <w:color w:val="000000" w:themeColor="text1"/>
          <w:lang w:val="uk-UA"/>
        </w:rPr>
        <w:t>темні</w:t>
      </w:r>
      <w:r w:rsidR="00480420" w:rsidRPr="00B7305F">
        <w:rPr>
          <w:rFonts w:cs="Times New Roman"/>
          <w:color w:val="000000" w:themeColor="text1"/>
          <w:lang w:val="uk-UA"/>
        </w:rPr>
        <w:t xml:space="preserve"> </w:t>
      </w:r>
      <w:r w:rsidRPr="00B7305F">
        <w:rPr>
          <w:rFonts w:cs="Times New Roman"/>
          <w:color w:val="000000" w:themeColor="text1"/>
          <w:lang w:val="uk-UA"/>
        </w:rPr>
        <w:t>боки</w:t>
      </w:r>
      <w:r w:rsidR="007C39BE" w:rsidRPr="007C39BE">
        <w:rPr>
          <w:rFonts w:cs="Times New Roman"/>
          <w:color w:val="000000" w:themeColor="text1"/>
          <w:lang w:val="uk-UA"/>
        </w:rPr>
        <w:t xml:space="preserve"> </w:t>
      </w:r>
      <w:r w:rsidR="007C39BE" w:rsidRPr="0039501A">
        <w:rPr>
          <w:rFonts w:cs="Times New Roman"/>
          <w:color w:val="000000" w:themeColor="text1"/>
          <w:lang w:val="uk-UA"/>
        </w:rPr>
        <w:t>[</w:t>
      </w:r>
      <w:r w:rsidR="0066386B" w:rsidRPr="0039501A">
        <w:rPr>
          <w:rFonts w:cs="Times New Roman"/>
          <w:color w:val="000000" w:themeColor="text1"/>
          <w:lang w:val="uk-UA"/>
        </w:rPr>
        <w:t>30</w:t>
      </w:r>
      <w:r w:rsidR="007C39BE" w:rsidRPr="0039501A">
        <w:rPr>
          <w:rFonts w:cs="Times New Roman"/>
          <w:color w:val="000000" w:themeColor="text1"/>
          <w:lang w:val="uk-UA"/>
        </w:rPr>
        <w:t>,</w:t>
      </w:r>
      <w:r w:rsidR="007C39BE" w:rsidRPr="0039501A">
        <w:rPr>
          <w:rFonts w:cs="Times New Roman"/>
          <w:color w:val="000000" w:themeColor="text1"/>
        </w:rPr>
        <w:t>c</w:t>
      </w:r>
      <w:r w:rsidR="007C39BE" w:rsidRPr="0039501A">
        <w:rPr>
          <w:rFonts w:cs="Times New Roman"/>
          <w:color w:val="000000" w:themeColor="text1"/>
          <w:lang w:val="uk-UA"/>
        </w:rPr>
        <w:t>.</w:t>
      </w:r>
      <w:r w:rsidR="0066386B" w:rsidRPr="0039501A">
        <w:rPr>
          <w:rFonts w:cs="Times New Roman"/>
          <w:color w:val="000000" w:themeColor="text1"/>
          <w:lang w:val="uk-UA"/>
        </w:rPr>
        <w:t>78</w:t>
      </w:r>
      <w:r w:rsidR="007C39BE" w:rsidRPr="0039501A">
        <w:rPr>
          <w:rFonts w:cs="Times New Roman"/>
          <w:color w:val="000000" w:themeColor="text1"/>
          <w:lang w:val="uk-UA"/>
        </w:rPr>
        <w:t>]</w:t>
      </w:r>
      <w:r w:rsidR="0044395C" w:rsidRPr="0039501A">
        <w:rPr>
          <w:rFonts w:cs="Times New Roman"/>
          <w:color w:val="000000" w:themeColor="text1"/>
          <w:lang w:val="uk-UA"/>
        </w:rPr>
        <w:t xml:space="preserve">». </w:t>
      </w:r>
      <w:r w:rsidRPr="00B7305F">
        <w:rPr>
          <w:rFonts w:cs="Times New Roman"/>
          <w:color w:val="000000" w:themeColor="text1"/>
          <w:lang w:val="uk-UA"/>
        </w:rPr>
        <w:t>Технічна</w:t>
      </w:r>
      <w:r w:rsidR="00480420" w:rsidRPr="00B7305F">
        <w:rPr>
          <w:rFonts w:cs="Times New Roman"/>
          <w:color w:val="000000" w:themeColor="text1"/>
          <w:lang w:val="uk-UA"/>
        </w:rPr>
        <w:t xml:space="preserve"> </w:t>
      </w:r>
      <w:r w:rsidRPr="00B7305F">
        <w:rPr>
          <w:rFonts w:cs="Times New Roman"/>
          <w:color w:val="000000" w:themeColor="text1"/>
          <w:lang w:val="uk-UA"/>
        </w:rPr>
        <w:t>домінанта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кіноелементи</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затінити</w:t>
      </w:r>
      <w:r w:rsidR="00480420" w:rsidRPr="00B7305F">
        <w:rPr>
          <w:rFonts w:cs="Times New Roman"/>
          <w:color w:val="000000" w:themeColor="text1"/>
          <w:lang w:val="uk-UA"/>
        </w:rPr>
        <w:t xml:space="preserve"> </w:t>
      </w:r>
      <w:r w:rsidRPr="00B7305F">
        <w:rPr>
          <w:rFonts w:cs="Times New Roman"/>
          <w:color w:val="000000" w:themeColor="text1"/>
          <w:lang w:val="uk-UA"/>
        </w:rPr>
        <w:t>живого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зробити</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“декорацією”.</w:t>
      </w:r>
    </w:p>
    <w:p w14:paraId="3B966B62" w14:textId="7ED5B416"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Перенавантаження</w:t>
      </w:r>
      <w:r w:rsidR="00480420" w:rsidRPr="00B7305F">
        <w:rPr>
          <w:rFonts w:cs="Times New Roman"/>
          <w:color w:val="000000" w:themeColor="text1"/>
          <w:lang w:val="uk-UA"/>
        </w:rPr>
        <w:t xml:space="preserve"> </w:t>
      </w:r>
      <w:r w:rsidRPr="00B7305F">
        <w:rPr>
          <w:rFonts w:cs="Times New Roman"/>
          <w:color w:val="000000" w:themeColor="text1"/>
          <w:lang w:val="uk-UA"/>
        </w:rPr>
        <w:t>враженнями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занадто</w:t>
      </w:r>
      <w:r w:rsidR="00480420" w:rsidRPr="00B7305F">
        <w:rPr>
          <w:rFonts w:cs="Times New Roman"/>
          <w:color w:val="000000" w:themeColor="text1"/>
          <w:lang w:val="uk-UA"/>
        </w:rPr>
        <w:t xml:space="preserve"> </w:t>
      </w:r>
      <w:r w:rsidRPr="00B7305F">
        <w:rPr>
          <w:rFonts w:cs="Times New Roman"/>
          <w:color w:val="000000" w:themeColor="text1"/>
          <w:lang w:val="uk-UA"/>
        </w:rPr>
        <w:t>багато</w:t>
      </w:r>
      <w:r w:rsidR="00480420" w:rsidRPr="00B7305F">
        <w:rPr>
          <w:rFonts w:cs="Times New Roman"/>
          <w:color w:val="000000" w:themeColor="text1"/>
          <w:lang w:val="uk-UA"/>
        </w:rPr>
        <w:t xml:space="preserve"> </w:t>
      </w:r>
      <w:r w:rsidRPr="00B7305F">
        <w:rPr>
          <w:rFonts w:cs="Times New Roman"/>
          <w:color w:val="000000" w:themeColor="text1"/>
          <w:lang w:val="uk-UA"/>
        </w:rPr>
        <w:t>екранів,</w:t>
      </w:r>
      <w:r w:rsidR="00480420" w:rsidRPr="00B7305F">
        <w:rPr>
          <w:rFonts w:cs="Times New Roman"/>
          <w:color w:val="000000" w:themeColor="text1"/>
          <w:lang w:val="uk-UA"/>
        </w:rPr>
        <w:t xml:space="preserve"> </w:t>
      </w:r>
      <w:r w:rsidRPr="00B7305F">
        <w:rPr>
          <w:rFonts w:cs="Times New Roman"/>
          <w:color w:val="000000" w:themeColor="text1"/>
          <w:lang w:val="uk-UA"/>
        </w:rPr>
        <w:t>світла,</w:t>
      </w:r>
      <w:r w:rsidR="00480420" w:rsidRPr="00B7305F">
        <w:rPr>
          <w:rFonts w:cs="Times New Roman"/>
          <w:color w:val="000000" w:themeColor="text1"/>
          <w:lang w:val="uk-UA"/>
        </w:rPr>
        <w:t xml:space="preserve"> </w:t>
      </w:r>
      <w:r w:rsidRPr="00B7305F">
        <w:rPr>
          <w:rFonts w:cs="Times New Roman"/>
          <w:color w:val="000000" w:themeColor="text1"/>
          <w:lang w:val="uk-UA"/>
        </w:rPr>
        <w:t>звуку</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розсіювати</w:t>
      </w:r>
      <w:r w:rsidR="00480420" w:rsidRPr="00B7305F">
        <w:rPr>
          <w:rFonts w:cs="Times New Roman"/>
          <w:color w:val="000000" w:themeColor="text1"/>
          <w:lang w:val="uk-UA"/>
        </w:rPr>
        <w:t xml:space="preserve"> </w:t>
      </w:r>
      <w:r w:rsidRPr="00B7305F">
        <w:rPr>
          <w:rFonts w:cs="Times New Roman"/>
          <w:color w:val="000000" w:themeColor="text1"/>
          <w:lang w:val="uk-UA"/>
        </w:rPr>
        <w:t>увагу</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p>
    <w:p w14:paraId="14A25975" w14:textId="49A7825D" w:rsidR="00692654"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Екранна</w:t>
      </w:r>
      <w:r w:rsidR="00480420" w:rsidRPr="00B7305F">
        <w:rPr>
          <w:rFonts w:cs="Times New Roman"/>
          <w:b/>
          <w:bCs/>
          <w:color w:val="000000" w:themeColor="text1"/>
          <w:lang w:val="uk-UA"/>
        </w:rPr>
        <w:t xml:space="preserve"> </w:t>
      </w:r>
      <w:r w:rsidRPr="00B7305F">
        <w:rPr>
          <w:rFonts w:cs="Times New Roman"/>
          <w:b/>
          <w:bCs/>
          <w:color w:val="000000" w:themeColor="text1"/>
          <w:lang w:val="uk-UA"/>
        </w:rPr>
        <w:t>фіксація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акторська</w:t>
      </w:r>
      <w:r w:rsidR="00480420" w:rsidRPr="00B7305F">
        <w:rPr>
          <w:rFonts w:cs="Times New Roman"/>
          <w:color w:val="000000" w:themeColor="text1"/>
          <w:lang w:val="uk-UA"/>
        </w:rPr>
        <w:t xml:space="preserve"> </w:t>
      </w:r>
      <w:r w:rsidRPr="00B7305F">
        <w:rPr>
          <w:rFonts w:cs="Times New Roman"/>
          <w:color w:val="000000" w:themeColor="text1"/>
          <w:lang w:val="uk-UA"/>
        </w:rPr>
        <w:t>діяння</w:t>
      </w:r>
      <w:r w:rsidR="00480420" w:rsidRPr="00B7305F">
        <w:rPr>
          <w:rFonts w:cs="Times New Roman"/>
          <w:color w:val="000000" w:themeColor="text1"/>
          <w:lang w:val="uk-UA"/>
        </w:rPr>
        <w:t xml:space="preserve"> </w:t>
      </w:r>
      <w:r w:rsidRPr="00B7305F">
        <w:rPr>
          <w:rFonts w:cs="Times New Roman"/>
          <w:color w:val="000000" w:themeColor="text1"/>
          <w:lang w:val="uk-UA"/>
        </w:rPr>
        <w:t>може</w:t>
      </w:r>
      <w:r w:rsidR="00480420" w:rsidRPr="00B7305F">
        <w:rPr>
          <w:rFonts w:cs="Times New Roman"/>
          <w:color w:val="000000" w:themeColor="text1"/>
          <w:lang w:val="uk-UA"/>
        </w:rPr>
        <w:t xml:space="preserve"> </w:t>
      </w:r>
      <w:r w:rsidRPr="00B7305F">
        <w:rPr>
          <w:rFonts w:cs="Times New Roman"/>
          <w:color w:val="000000" w:themeColor="text1"/>
          <w:lang w:val="uk-UA"/>
        </w:rPr>
        <w:t>втратити</w:t>
      </w:r>
      <w:r w:rsidR="00480420" w:rsidRPr="00B7305F">
        <w:rPr>
          <w:rFonts w:cs="Times New Roman"/>
          <w:color w:val="000000" w:themeColor="text1"/>
          <w:lang w:val="uk-UA"/>
        </w:rPr>
        <w:t xml:space="preserve"> </w:t>
      </w:r>
      <w:r w:rsidRPr="00B7305F">
        <w:rPr>
          <w:rFonts w:cs="Times New Roman"/>
          <w:color w:val="000000" w:themeColor="text1"/>
          <w:lang w:val="uk-UA"/>
        </w:rPr>
        <w:t>«миттєвість»,</w:t>
      </w:r>
      <w:r w:rsidR="00480420" w:rsidRPr="00B7305F">
        <w:rPr>
          <w:rFonts w:cs="Times New Roman"/>
          <w:color w:val="000000" w:themeColor="text1"/>
          <w:lang w:val="uk-UA"/>
        </w:rPr>
        <w:t xml:space="preserve"> </w:t>
      </w:r>
      <w:r w:rsidRPr="00B7305F">
        <w:rPr>
          <w:rFonts w:cs="Times New Roman"/>
          <w:color w:val="000000" w:themeColor="text1"/>
          <w:lang w:val="uk-UA"/>
        </w:rPr>
        <w:t>бо</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сприймає</w:t>
      </w:r>
      <w:r w:rsidR="00480420" w:rsidRPr="00B7305F">
        <w:rPr>
          <w:rFonts w:cs="Times New Roman"/>
          <w:color w:val="000000" w:themeColor="text1"/>
          <w:lang w:val="uk-UA"/>
        </w:rPr>
        <w:t xml:space="preserve"> </w:t>
      </w:r>
      <w:r w:rsidRPr="00B7305F">
        <w:rPr>
          <w:rFonts w:cs="Times New Roman"/>
          <w:color w:val="000000" w:themeColor="text1"/>
          <w:lang w:val="uk-UA"/>
        </w:rPr>
        <w:t>її</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екран,</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безпосередньо.</w:t>
      </w:r>
    </w:p>
    <w:p w14:paraId="334EA297" w14:textId="6CFD058F"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Залежність</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техніки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неполадки,</w:t>
      </w:r>
      <w:r w:rsidR="00480420" w:rsidRPr="00B7305F">
        <w:rPr>
          <w:rFonts w:cs="Times New Roman"/>
          <w:color w:val="000000" w:themeColor="text1"/>
          <w:lang w:val="uk-UA"/>
        </w:rPr>
        <w:t xml:space="preserve"> </w:t>
      </w:r>
      <w:r w:rsidRPr="00B7305F">
        <w:rPr>
          <w:rFonts w:cs="Times New Roman"/>
          <w:color w:val="000000" w:themeColor="text1"/>
          <w:lang w:val="uk-UA"/>
        </w:rPr>
        <w:t>збої,</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формату</w:t>
      </w:r>
      <w:r w:rsidR="00480420" w:rsidRPr="00B7305F">
        <w:rPr>
          <w:rFonts w:cs="Times New Roman"/>
          <w:color w:val="000000" w:themeColor="text1"/>
          <w:lang w:val="uk-UA"/>
        </w:rPr>
        <w:t xml:space="preserve"> </w:t>
      </w:r>
      <w:r w:rsidRPr="00B7305F">
        <w:rPr>
          <w:rFonts w:cs="Times New Roman"/>
          <w:color w:val="000000" w:themeColor="text1"/>
          <w:lang w:val="uk-UA"/>
        </w:rPr>
        <w:t>можуть</w:t>
      </w:r>
      <w:r w:rsidR="00480420" w:rsidRPr="00B7305F">
        <w:rPr>
          <w:rFonts w:cs="Times New Roman"/>
          <w:color w:val="000000" w:themeColor="text1"/>
          <w:lang w:val="uk-UA"/>
        </w:rPr>
        <w:t xml:space="preserve"> </w:t>
      </w:r>
      <w:r w:rsidRPr="00B7305F">
        <w:rPr>
          <w:rFonts w:cs="Times New Roman"/>
          <w:color w:val="000000" w:themeColor="text1"/>
          <w:lang w:val="uk-UA"/>
        </w:rPr>
        <w:t>підривати</w:t>
      </w:r>
      <w:r w:rsidR="00480420" w:rsidRPr="00B7305F">
        <w:rPr>
          <w:rFonts w:cs="Times New Roman"/>
          <w:color w:val="000000" w:themeColor="text1"/>
          <w:lang w:val="uk-UA"/>
        </w:rPr>
        <w:t xml:space="preserve"> </w:t>
      </w:r>
      <w:r w:rsidRPr="00B7305F">
        <w:rPr>
          <w:rFonts w:cs="Times New Roman"/>
          <w:color w:val="000000" w:themeColor="text1"/>
          <w:lang w:val="uk-UA"/>
        </w:rPr>
        <w:t>виставу.</w:t>
      </w:r>
    </w:p>
    <w:p w14:paraId="6AC04076" w14:textId="1F6E1C69" w:rsidR="00692654" w:rsidRPr="00B7305F" w:rsidRDefault="00000000" w:rsidP="00051784">
      <w:pPr>
        <w:spacing w:after="0"/>
        <w:ind w:left="0" w:firstLine="709"/>
        <w:jc w:val="both"/>
        <w:rPr>
          <w:rFonts w:cs="Times New Roman"/>
          <w:color w:val="000000" w:themeColor="text1"/>
          <w:lang w:val="uk-UA"/>
        </w:rPr>
      </w:pPr>
      <w:r w:rsidRPr="00B7305F">
        <w:rPr>
          <w:rFonts w:cs="Times New Roman"/>
          <w:b/>
          <w:bCs/>
          <w:color w:val="000000" w:themeColor="text1"/>
          <w:lang w:val="uk-UA"/>
        </w:rPr>
        <w:t>Етичні</w:t>
      </w:r>
      <w:r w:rsidR="00480420" w:rsidRPr="00B7305F">
        <w:rPr>
          <w:rFonts w:cs="Times New Roman"/>
          <w:b/>
          <w:bCs/>
          <w:color w:val="000000" w:themeColor="text1"/>
          <w:lang w:val="uk-UA"/>
        </w:rPr>
        <w:t xml:space="preserve"> </w:t>
      </w:r>
      <w:r w:rsidRPr="00B7305F">
        <w:rPr>
          <w:rFonts w:cs="Times New Roman"/>
          <w:b/>
          <w:bCs/>
          <w:color w:val="000000" w:themeColor="text1"/>
          <w:lang w:val="uk-UA"/>
        </w:rPr>
        <w:t>дилеми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наприклад,</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біометричних</w:t>
      </w:r>
      <w:r w:rsidR="00480420" w:rsidRPr="00B7305F">
        <w:rPr>
          <w:rFonts w:cs="Times New Roman"/>
          <w:color w:val="000000" w:themeColor="text1"/>
          <w:lang w:val="uk-UA"/>
        </w:rPr>
        <w:t xml:space="preserve"> </w:t>
      </w:r>
      <w:r w:rsidRPr="00B7305F">
        <w:rPr>
          <w:rFonts w:cs="Times New Roman"/>
          <w:color w:val="000000" w:themeColor="text1"/>
          <w:lang w:val="uk-UA"/>
        </w:rPr>
        <w:t>даних</w:t>
      </w:r>
      <w:r w:rsidR="00480420" w:rsidRPr="00B7305F">
        <w:rPr>
          <w:rFonts w:cs="Times New Roman"/>
          <w:color w:val="000000" w:themeColor="text1"/>
          <w:lang w:val="uk-UA"/>
        </w:rPr>
        <w:t xml:space="preserve"> </w:t>
      </w:r>
      <w:r w:rsidRPr="00B7305F">
        <w:rPr>
          <w:rFonts w:cs="Times New Roman"/>
          <w:color w:val="000000" w:themeColor="text1"/>
          <w:lang w:val="uk-UA"/>
        </w:rPr>
        <w:t>глядача,</w:t>
      </w:r>
      <w:r w:rsidR="00480420" w:rsidRPr="00B7305F">
        <w:rPr>
          <w:rFonts w:cs="Times New Roman"/>
          <w:color w:val="000000" w:themeColor="text1"/>
          <w:lang w:val="uk-UA"/>
        </w:rPr>
        <w:t xml:space="preserve"> </w:t>
      </w:r>
      <w:r w:rsidRPr="00B7305F">
        <w:rPr>
          <w:rFonts w:cs="Times New Roman"/>
          <w:color w:val="000000" w:themeColor="text1"/>
          <w:lang w:val="uk-UA"/>
        </w:rPr>
        <w:t>генерація</w:t>
      </w:r>
      <w:r w:rsidR="00480420" w:rsidRPr="00B7305F">
        <w:rPr>
          <w:rFonts w:cs="Times New Roman"/>
          <w:color w:val="000000" w:themeColor="text1"/>
          <w:lang w:val="uk-UA"/>
        </w:rPr>
        <w:t xml:space="preserve"> </w:t>
      </w:r>
      <w:r w:rsidRPr="00B7305F">
        <w:rPr>
          <w:rFonts w:cs="Times New Roman"/>
          <w:color w:val="000000" w:themeColor="text1"/>
          <w:lang w:val="uk-UA"/>
        </w:rPr>
        <w:t>образів</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межами</w:t>
      </w:r>
      <w:r w:rsidR="00480420" w:rsidRPr="00B7305F">
        <w:rPr>
          <w:rFonts w:cs="Times New Roman"/>
          <w:color w:val="000000" w:themeColor="text1"/>
          <w:lang w:val="uk-UA"/>
        </w:rPr>
        <w:t xml:space="preserve"> </w:t>
      </w:r>
      <w:r w:rsidRPr="00B7305F">
        <w:rPr>
          <w:rFonts w:cs="Times New Roman"/>
          <w:color w:val="000000" w:themeColor="text1"/>
          <w:lang w:val="uk-UA"/>
        </w:rPr>
        <w:t>згоди,</w:t>
      </w:r>
      <w:r w:rsidR="00480420" w:rsidRPr="00B7305F">
        <w:rPr>
          <w:rFonts w:cs="Times New Roman"/>
          <w:color w:val="000000" w:themeColor="text1"/>
          <w:lang w:val="uk-UA"/>
        </w:rPr>
        <w:t xml:space="preserve"> </w:t>
      </w:r>
      <w:r w:rsidRPr="00B7305F">
        <w:rPr>
          <w:rFonts w:cs="Times New Roman"/>
          <w:color w:val="000000" w:themeColor="text1"/>
          <w:lang w:val="uk-UA"/>
        </w:rPr>
        <w:t>маніпуляція</w:t>
      </w:r>
      <w:r w:rsidR="00480420" w:rsidRPr="00B7305F">
        <w:rPr>
          <w:rFonts w:cs="Times New Roman"/>
          <w:color w:val="000000" w:themeColor="text1"/>
          <w:lang w:val="uk-UA"/>
        </w:rPr>
        <w:t xml:space="preserve"> </w:t>
      </w:r>
      <w:r w:rsidRPr="00B7305F">
        <w:rPr>
          <w:rFonts w:cs="Times New Roman"/>
          <w:color w:val="000000" w:themeColor="text1"/>
          <w:lang w:val="uk-UA"/>
        </w:rPr>
        <w:t>увагою</w:t>
      </w:r>
      <w:r w:rsidR="00480420" w:rsidRPr="00B7305F">
        <w:rPr>
          <w:rFonts w:cs="Times New Roman"/>
          <w:color w:val="000000" w:themeColor="text1"/>
          <w:lang w:val="uk-UA"/>
        </w:rPr>
        <w:t xml:space="preserve"> </w:t>
      </w:r>
      <w:r w:rsidRPr="00B7305F">
        <w:rPr>
          <w:rFonts w:cs="Times New Roman"/>
          <w:color w:val="000000" w:themeColor="text1"/>
          <w:lang w:val="uk-UA"/>
        </w:rPr>
        <w:t>через</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p>
    <w:p w14:paraId="01E8C828" w14:textId="5567B81E"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Майбутнє</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лежить</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стику</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освіти.</w:t>
      </w:r>
      <w:r w:rsidR="00480420" w:rsidRPr="00B7305F">
        <w:rPr>
          <w:rFonts w:cs="Times New Roman"/>
          <w:color w:val="000000" w:themeColor="text1"/>
          <w:lang w:val="uk-UA"/>
        </w:rPr>
        <w:t xml:space="preserve"> </w:t>
      </w:r>
      <w:r w:rsidRPr="00B7305F">
        <w:rPr>
          <w:rFonts w:cs="Times New Roman"/>
          <w:color w:val="000000" w:themeColor="text1"/>
          <w:lang w:val="uk-UA"/>
        </w:rPr>
        <w:t>Якщо</w:t>
      </w:r>
      <w:r w:rsidR="00480420" w:rsidRPr="00B7305F">
        <w:rPr>
          <w:rFonts w:cs="Times New Roman"/>
          <w:color w:val="000000" w:themeColor="text1"/>
          <w:lang w:val="uk-UA"/>
        </w:rPr>
        <w:t xml:space="preserve"> </w:t>
      </w:r>
      <w:r w:rsidRPr="00B7305F">
        <w:rPr>
          <w:rFonts w:cs="Times New Roman"/>
          <w:color w:val="000000" w:themeColor="text1"/>
          <w:lang w:val="uk-UA"/>
        </w:rPr>
        <w:t>цей</w:t>
      </w:r>
      <w:r w:rsidR="00480420" w:rsidRPr="00B7305F">
        <w:rPr>
          <w:rFonts w:cs="Times New Roman"/>
          <w:color w:val="000000" w:themeColor="text1"/>
          <w:lang w:val="uk-UA"/>
        </w:rPr>
        <w:t xml:space="preserve"> </w:t>
      </w:r>
      <w:r w:rsidRPr="00B7305F">
        <w:rPr>
          <w:rFonts w:cs="Times New Roman"/>
          <w:color w:val="000000" w:themeColor="text1"/>
          <w:lang w:val="uk-UA"/>
        </w:rPr>
        <w:t>процес</w:t>
      </w:r>
      <w:r w:rsidR="00480420" w:rsidRPr="00B7305F">
        <w:rPr>
          <w:rFonts w:cs="Times New Roman"/>
          <w:color w:val="000000" w:themeColor="text1"/>
          <w:lang w:val="uk-UA"/>
        </w:rPr>
        <w:t xml:space="preserve"> </w:t>
      </w:r>
      <w:r w:rsidRPr="00B7305F">
        <w:rPr>
          <w:rFonts w:cs="Times New Roman"/>
          <w:color w:val="000000" w:themeColor="text1"/>
          <w:lang w:val="uk-UA"/>
        </w:rPr>
        <w:t>вести</w:t>
      </w:r>
      <w:r w:rsidR="00480420" w:rsidRPr="00B7305F">
        <w:rPr>
          <w:rFonts w:cs="Times New Roman"/>
          <w:color w:val="000000" w:themeColor="text1"/>
          <w:lang w:val="uk-UA"/>
        </w:rPr>
        <w:t xml:space="preserve"> </w:t>
      </w:r>
      <w:r w:rsidRPr="00B7305F">
        <w:rPr>
          <w:rFonts w:cs="Times New Roman"/>
          <w:color w:val="000000" w:themeColor="text1"/>
          <w:lang w:val="uk-UA"/>
        </w:rPr>
        <w:t>усвідомлено,</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артистичним</w:t>
      </w:r>
      <w:r w:rsidR="00480420" w:rsidRPr="00B7305F">
        <w:rPr>
          <w:rFonts w:cs="Times New Roman"/>
          <w:color w:val="000000" w:themeColor="text1"/>
          <w:lang w:val="uk-UA"/>
        </w:rPr>
        <w:t xml:space="preserve"> </w:t>
      </w:r>
      <w:r w:rsidRPr="00B7305F">
        <w:rPr>
          <w:rFonts w:cs="Times New Roman"/>
          <w:color w:val="000000" w:themeColor="text1"/>
          <w:lang w:val="uk-UA"/>
        </w:rPr>
        <w:t>чуттям</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технологічною</w:t>
      </w:r>
      <w:r w:rsidR="00480420" w:rsidRPr="00B7305F">
        <w:rPr>
          <w:rFonts w:cs="Times New Roman"/>
          <w:color w:val="000000" w:themeColor="text1"/>
          <w:lang w:val="uk-UA"/>
        </w:rPr>
        <w:t xml:space="preserve"> </w:t>
      </w:r>
      <w:r w:rsidRPr="00B7305F">
        <w:rPr>
          <w:rFonts w:cs="Times New Roman"/>
          <w:color w:val="000000" w:themeColor="text1"/>
          <w:lang w:val="uk-UA"/>
        </w:rPr>
        <w:t>грамотністю,</w:t>
      </w:r>
      <w:r w:rsidR="00480420" w:rsidRPr="00B7305F">
        <w:rPr>
          <w:rFonts w:cs="Times New Roman"/>
          <w:color w:val="000000" w:themeColor="text1"/>
          <w:lang w:val="uk-UA"/>
        </w:rPr>
        <w:t xml:space="preserve"> </w:t>
      </w:r>
      <w:r w:rsidRPr="00B7305F">
        <w:rPr>
          <w:rFonts w:cs="Times New Roman"/>
          <w:color w:val="000000" w:themeColor="text1"/>
          <w:lang w:val="uk-UA"/>
        </w:rPr>
        <w:t>ми</w:t>
      </w:r>
      <w:r w:rsidR="00480420" w:rsidRPr="00B7305F">
        <w:rPr>
          <w:rFonts w:cs="Times New Roman"/>
          <w:color w:val="000000" w:themeColor="text1"/>
          <w:lang w:val="uk-UA"/>
        </w:rPr>
        <w:t xml:space="preserve"> </w:t>
      </w:r>
      <w:r w:rsidRPr="00B7305F">
        <w:rPr>
          <w:rFonts w:cs="Times New Roman"/>
          <w:color w:val="000000" w:themeColor="text1"/>
          <w:lang w:val="uk-UA"/>
        </w:rPr>
        <w:t>отримаємо</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нового</w:t>
      </w:r>
      <w:r w:rsidR="00480420" w:rsidRPr="00B7305F">
        <w:rPr>
          <w:rFonts w:cs="Times New Roman"/>
          <w:color w:val="000000" w:themeColor="text1"/>
          <w:lang w:val="uk-UA"/>
        </w:rPr>
        <w:t xml:space="preserve"> </w:t>
      </w:r>
      <w:r w:rsidRPr="00B7305F">
        <w:rPr>
          <w:rFonts w:cs="Times New Roman"/>
          <w:color w:val="000000" w:themeColor="text1"/>
          <w:lang w:val="uk-UA"/>
        </w:rPr>
        <w:t>покоління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пластичний,</w:t>
      </w:r>
      <w:r w:rsidR="00480420" w:rsidRPr="00B7305F">
        <w:rPr>
          <w:rFonts w:cs="Times New Roman"/>
          <w:color w:val="000000" w:themeColor="text1"/>
          <w:lang w:val="uk-UA"/>
        </w:rPr>
        <w:t xml:space="preserve"> </w:t>
      </w:r>
      <w:r w:rsidRPr="00B7305F">
        <w:rPr>
          <w:rFonts w:cs="Times New Roman"/>
          <w:color w:val="000000" w:themeColor="text1"/>
          <w:lang w:val="uk-UA"/>
        </w:rPr>
        <w:t>чутливий</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детал</w:t>
      </w:r>
      <w:r w:rsidR="0044395C" w:rsidRPr="00B7305F">
        <w:rPr>
          <w:rFonts w:cs="Times New Roman"/>
          <w:color w:val="000000" w:themeColor="text1"/>
          <w:lang w:val="uk-UA"/>
        </w:rPr>
        <w:t>ей</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здатний</w:t>
      </w:r>
      <w:r w:rsidR="00480420" w:rsidRPr="00B7305F">
        <w:rPr>
          <w:rFonts w:cs="Times New Roman"/>
          <w:color w:val="000000" w:themeColor="text1"/>
          <w:lang w:val="uk-UA"/>
        </w:rPr>
        <w:t xml:space="preserve"> </w:t>
      </w:r>
      <w:r w:rsidRPr="00B7305F">
        <w:rPr>
          <w:rFonts w:cs="Times New Roman"/>
          <w:color w:val="000000" w:themeColor="text1"/>
          <w:lang w:val="uk-UA"/>
        </w:rPr>
        <w:t>“розмовляти”</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камерою,</w:t>
      </w:r>
      <w:r w:rsidR="00480420" w:rsidRPr="00B7305F">
        <w:rPr>
          <w:rFonts w:cs="Times New Roman"/>
          <w:color w:val="000000" w:themeColor="text1"/>
          <w:lang w:val="uk-UA"/>
        </w:rPr>
        <w:t xml:space="preserve"> </w:t>
      </w:r>
      <w:r w:rsidRPr="00B7305F">
        <w:rPr>
          <w:rFonts w:cs="Times New Roman"/>
          <w:color w:val="000000" w:themeColor="text1"/>
          <w:lang w:val="uk-UA"/>
        </w:rPr>
        <w:t>відео,</w:t>
      </w:r>
      <w:r w:rsidR="00480420" w:rsidRPr="00B7305F">
        <w:rPr>
          <w:rFonts w:cs="Times New Roman"/>
          <w:color w:val="000000" w:themeColor="text1"/>
          <w:lang w:val="uk-UA"/>
        </w:rPr>
        <w:t xml:space="preserve"> </w:t>
      </w:r>
      <w:r w:rsidRPr="00B7305F">
        <w:rPr>
          <w:rFonts w:cs="Times New Roman"/>
          <w:color w:val="000000" w:themeColor="text1"/>
          <w:lang w:val="uk-UA"/>
        </w:rPr>
        <w:t>аудиторією</w:t>
      </w:r>
      <w:r w:rsidR="00480420" w:rsidRPr="00B7305F">
        <w:rPr>
          <w:rFonts w:cs="Times New Roman"/>
          <w:color w:val="000000" w:themeColor="text1"/>
          <w:lang w:val="uk-UA"/>
        </w:rPr>
        <w:t xml:space="preserve"> </w:t>
      </w:r>
      <w:r w:rsidRPr="00B7305F">
        <w:rPr>
          <w:rFonts w:cs="Times New Roman"/>
          <w:color w:val="000000" w:themeColor="text1"/>
          <w:lang w:val="uk-UA"/>
        </w:rPr>
        <w:t>нерозривно.</w:t>
      </w:r>
      <w:r w:rsidR="00480420" w:rsidRPr="00B7305F">
        <w:rPr>
          <w:rFonts w:cs="Times New Roman"/>
          <w:color w:val="000000" w:themeColor="text1"/>
          <w:lang w:val="uk-UA"/>
        </w:rPr>
        <w:t xml:space="preserve"> </w:t>
      </w:r>
      <w:r w:rsidRPr="00B7305F">
        <w:rPr>
          <w:rFonts w:cs="Times New Roman"/>
          <w:color w:val="000000" w:themeColor="text1"/>
          <w:lang w:val="uk-UA"/>
        </w:rPr>
        <w:t>Але</w:t>
      </w:r>
      <w:r w:rsidR="00480420" w:rsidRPr="00B7305F">
        <w:rPr>
          <w:rFonts w:cs="Times New Roman"/>
          <w:color w:val="000000" w:themeColor="text1"/>
          <w:lang w:val="uk-UA"/>
        </w:rPr>
        <w:t xml:space="preserve"> </w:t>
      </w:r>
      <w:r w:rsidRPr="00B7305F">
        <w:rPr>
          <w:rFonts w:cs="Times New Roman"/>
          <w:color w:val="000000" w:themeColor="text1"/>
          <w:lang w:val="uk-UA"/>
        </w:rPr>
        <w:t>для</w:t>
      </w:r>
      <w:r w:rsidR="00480420" w:rsidRPr="00B7305F">
        <w:rPr>
          <w:rFonts w:cs="Times New Roman"/>
          <w:color w:val="000000" w:themeColor="text1"/>
          <w:lang w:val="uk-UA"/>
        </w:rPr>
        <w:t xml:space="preserve"> </w:t>
      </w:r>
      <w:r w:rsidRPr="00B7305F">
        <w:rPr>
          <w:rFonts w:cs="Times New Roman"/>
          <w:color w:val="000000" w:themeColor="text1"/>
          <w:lang w:val="uk-UA"/>
        </w:rPr>
        <w:t>цього</w:t>
      </w:r>
      <w:r w:rsidR="00480420" w:rsidRPr="00B7305F">
        <w:rPr>
          <w:rFonts w:cs="Times New Roman"/>
          <w:color w:val="000000" w:themeColor="text1"/>
          <w:lang w:val="uk-UA"/>
        </w:rPr>
        <w:t xml:space="preserve"> </w:t>
      </w:r>
      <w:r w:rsidRPr="00B7305F">
        <w:rPr>
          <w:rFonts w:cs="Times New Roman"/>
          <w:color w:val="000000" w:themeColor="text1"/>
          <w:lang w:val="uk-UA"/>
        </w:rPr>
        <w:t>потрібно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запозичувати</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з</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треба</w:t>
      </w:r>
      <w:r w:rsidR="00480420" w:rsidRPr="00B7305F">
        <w:rPr>
          <w:rFonts w:cs="Times New Roman"/>
          <w:color w:val="000000" w:themeColor="text1"/>
          <w:lang w:val="uk-UA"/>
        </w:rPr>
        <w:t xml:space="preserve"> </w:t>
      </w:r>
      <w:r w:rsidRPr="00B7305F">
        <w:rPr>
          <w:rFonts w:cs="Times New Roman"/>
          <w:color w:val="000000" w:themeColor="text1"/>
          <w:lang w:val="uk-UA"/>
        </w:rPr>
        <w:t>створювати</w:t>
      </w:r>
      <w:r w:rsidR="00480420" w:rsidRPr="00B7305F">
        <w:rPr>
          <w:rFonts w:cs="Times New Roman"/>
          <w:color w:val="000000" w:themeColor="text1"/>
          <w:lang w:val="uk-UA"/>
        </w:rPr>
        <w:t xml:space="preserve"> </w:t>
      </w:r>
      <w:r w:rsidRPr="00B7305F">
        <w:rPr>
          <w:rFonts w:cs="Times New Roman"/>
          <w:color w:val="000000" w:themeColor="text1"/>
          <w:lang w:val="uk-UA"/>
        </w:rPr>
        <w:t>нову</w:t>
      </w:r>
      <w:r w:rsidR="00480420" w:rsidRPr="00B7305F">
        <w:rPr>
          <w:rFonts w:cs="Times New Roman"/>
          <w:color w:val="000000" w:themeColor="text1"/>
          <w:lang w:val="uk-UA"/>
        </w:rPr>
        <w:t xml:space="preserve"> </w:t>
      </w:r>
      <w:r w:rsidRPr="00B7305F">
        <w:rPr>
          <w:rFonts w:cs="Times New Roman"/>
          <w:color w:val="000000" w:themeColor="text1"/>
          <w:lang w:val="uk-UA"/>
        </w:rPr>
        <w:t>акторську</w:t>
      </w:r>
      <w:r w:rsidR="00480420" w:rsidRPr="00B7305F">
        <w:rPr>
          <w:rFonts w:cs="Times New Roman"/>
          <w:color w:val="000000" w:themeColor="text1"/>
          <w:lang w:val="uk-UA"/>
        </w:rPr>
        <w:t xml:space="preserve"> </w:t>
      </w:r>
      <w:r w:rsidRPr="00B7305F">
        <w:rPr>
          <w:rFonts w:cs="Times New Roman"/>
          <w:color w:val="000000" w:themeColor="text1"/>
          <w:lang w:val="uk-UA"/>
        </w:rPr>
        <w:t>граматику,</w:t>
      </w:r>
      <w:r w:rsidR="00480420" w:rsidRPr="00B7305F">
        <w:rPr>
          <w:rFonts w:cs="Times New Roman"/>
          <w:color w:val="000000" w:themeColor="text1"/>
          <w:lang w:val="uk-UA"/>
        </w:rPr>
        <w:t xml:space="preserve"> </w:t>
      </w:r>
      <w:r w:rsidRPr="00B7305F">
        <w:rPr>
          <w:rFonts w:cs="Times New Roman"/>
          <w:color w:val="000000" w:themeColor="text1"/>
          <w:lang w:val="uk-UA"/>
        </w:rPr>
        <w:t>нову</w:t>
      </w:r>
      <w:r w:rsidR="00480420" w:rsidRPr="00B7305F">
        <w:rPr>
          <w:rFonts w:cs="Times New Roman"/>
          <w:color w:val="000000" w:themeColor="text1"/>
          <w:lang w:val="uk-UA"/>
        </w:rPr>
        <w:t xml:space="preserve"> </w:t>
      </w:r>
      <w:r w:rsidRPr="00B7305F">
        <w:rPr>
          <w:rFonts w:cs="Times New Roman"/>
          <w:color w:val="000000" w:themeColor="text1"/>
          <w:lang w:val="uk-UA"/>
        </w:rPr>
        <w:t>техніку,</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працює</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сцені</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кадрі.</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саме</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здатний</w:t>
      </w:r>
      <w:r w:rsidR="00480420" w:rsidRPr="00B7305F">
        <w:rPr>
          <w:rFonts w:cs="Times New Roman"/>
          <w:color w:val="000000" w:themeColor="text1"/>
          <w:lang w:val="uk-UA"/>
        </w:rPr>
        <w:t xml:space="preserve"> </w:t>
      </w:r>
      <w:r w:rsidRPr="00B7305F">
        <w:rPr>
          <w:rFonts w:cs="Times New Roman"/>
          <w:color w:val="000000" w:themeColor="text1"/>
          <w:lang w:val="uk-UA"/>
        </w:rPr>
        <w:t>«жити»</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двох</w:t>
      </w:r>
      <w:r w:rsidR="00480420" w:rsidRPr="00B7305F">
        <w:rPr>
          <w:rFonts w:cs="Times New Roman"/>
          <w:color w:val="000000" w:themeColor="text1"/>
          <w:lang w:val="uk-UA"/>
        </w:rPr>
        <w:t xml:space="preserve"> </w:t>
      </w:r>
      <w:r w:rsidRPr="00B7305F">
        <w:rPr>
          <w:rFonts w:cs="Times New Roman"/>
          <w:color w:val="000000" w:themeColor="text1"/>
          <w:lang w:val="uk-UA"/>
        </w:rPr>
        <w:t>вимірах,</w:t>
      </w:r>
      <w:r w:rsidR="00480420" w:rsidRPr="00B7305F">
        <w:rPr>
          <w:rFonts w:cs="Times New Roman"/>
          <w:color w:val="000000" w:themeColor="text1"/>
          <w:lang w:val="uk-UA"/>
        </w:rPr>
        <w:t xml:space="preserve"> </w:t>
      </w:r>
      <w:r w:rsidRPr="00B7305F">
        <w:rPr>
          <w:rFonts w:cs="Times New Roman"/>
          <w:color w:val="000000" w:themeColor="text1"/>
          <w:lang w:val="uk-UA"/>
        </w:rPr>
        <w:t>стане</w:t>
      </w:r>
      <w:r w:rsidR="00480420" w:rsidRPr="00B7305F">
        <w:rPr>
          <w:rFonts w:cs="Times New Roman"/>
          <w:color w:val="000000" w:themeColor="text1"/>
          <w:lang w:val="uk-UA"/>
        </w:rPr>
        <w:t xml:space="preserve"> </w:t>
      </w:r>
      <w:r w:rsidRPr="00B7305F">
        <w:rPr>
          <w:rFonts w:cs="Times New Roman"/>
          <w:color w:val="000000" w:themeColor="text1"/>
          <w:lang w:val="uk-UA"/>
        </w:rPr>
        <w:t>ключовим</w:t>
      </w:r>
      <w:r w:rsidR="00480420" w:rsidRPr="00B7305F">
        <w:rPr>
          <w:rFonts w:cs="Times New Roman"/>
          <w:color w:val="000000" w:themeColor="text1"/>
          <w:lang w:val="uk-UA"/>
        </w:rPr>
        <w:t xml:space="preserve"> </w:t>
      </w:r>
      <w:r w:rsidRPr="00B7305F">
        <w:rPr>
          <w:rFonts w:cs="Times New Roman"/>
          <w:color w:val="000000" w:themeColor="text1"/>
          <w:lang w:val="uk-UA"/>
        </w:rPr>
        <w:t>носієм</w:t>
      </w:r>
      <w:r w:rsidR="00480420" w:rsidRPr="00B7305F">
        <w:rPr>
          <w:rFonts w:cs="Times New Roman"/>
          <w:color w:val="000000" w:themeColor="text1"/>
          <w:lang w:val="uk-UA"/>
        </w:rPr>
        <w:t xml:space="preserve"> </w:t>
      </w:r>
      <w:r w:rsidRPr="00B7305F">
        <w:rPr>
          <w:rFonts w:cs="Times New Roman"/>
          <w:color w:val="000000" w:themeColor="text1"/>
          <w:lang w:val="uk-UA"/>
        </w:rPr>
        <w:t>цієї</w:t>
      </w:r>
      <w:r w:rsidR="00480420" w:rsidRPr="00B7305F">
        <w:rPr>
          <w:rFonts w:cs="Times New Roman"/>
          <w:color w:val="000000" w:themeColor="text1"/>
          <w:lang w:val="uk-UA"/>
        </w:rPr>
        <w:t xml:space="preserve"> </w:t>
      </w:r>
      <w:r w:rsidRPr="00B7305F">
        <w:rPr>
          <w:rFonts w:cs="Times New Roman"/>
          <w:color w:val="000000" w:themeColor="text1"/>
          <w:lang w:val="uk-UA"/>
        </w:rPr>
        <w:t>еволюції.</w:t>
      </w:r>
    </w:p>
    <w:p w14:paraId="4B0CCC43" w14:textId="373ADB5B"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Третій</w:t>
      </w:r>
      <w:r w:rsidR="00480420" w:rsidRPr="00B7305F">
        <w:rPr>
          <w:rFonts w:cs="Times New Roman"/>
          <w:color w:val="000000" w:themeColor="text1"/>
          <w:lang w:val="uk-UA"/>
        </w:rPr>
        <w:t xml:space="preserve"> </w:t>
      </w:r>
      <w:r w:rsidRPr="00B7305F">
        <w:rPr>
          <w:rFonts w:cs="Times New Roman"/>
          <w:color w:val="000000" w:themeColor="text1"/>
          <w:lang w:val="uk-UA"/>
        </w:rPr>
        <w:t>розділ</w:t>
      </w:r>
      <w:r w:rsidR="00480420" w:rsidRPr="00B7305F">
        <w:rPr>
          <w:rFonts w:cs="Times New Roman"/>
          <w:color w:val="000000" w:themeColor="text1"/>
          <w:lang w:val="uk-UA"/>
        </w:rPr>
        <w:t xml:space="preserve"> </w:t>
      </w:r>
      <w:r w:rsidRPr="00B7305F">
        <w:rPr>
          <w:rFonts w:cs="Times New Roman"/>
          <w:color w:val="000000" w:themeColor="text1"/>
          <w:lang w:val="uk-UA"/>
        </w:rPr>
        <w:t>дослідницької</w:t>
      </w:r>
      <w:r w:rsidR="00480420" w:rsidRPr="00B7305F">
        <w:rPr>
          <w:rFonts w:cs="Times New Roman"/>
          <w:color w:val="000000" w:themeColor="text1"/>
          <w:lang w:val="uk-UA"/>
        </w:rPr>
        <w:t xml:space="preserve"> </w:t>
      </w:r>
      <w:r w:rsidRPr="0066386B">
        <w:rPr>
          <w:rFonts w:cs="Times New Roman"/>
          <w:lang w:val="uk-UA"/>
        </w:rPr>
        <w:t>роботи</w:t>
      </w:r>
      <w:r w:rsidR="00480420" w:rsidRPr="0066386B">
        <w:rPr>
          <w:rFonts w:cs="Times New Roman"/>
          <w:lang w:val="uk-UA"/>
        </w:rPr>
        <w:t xml:space="preserve">  </w:t>
      </w:r>
      <w:r w:rsidRPr="0066386B">
        <w:rPr>
          <w:rFonts w:cs="Times New Roman"/>
          <w:lang w:val="uk-UA"/>
        </w:rPr>
        <w:t>присвячений</w:t>
      </w:r>
      <w:r w:rsidR="00480420" w:rsidRPr="0066386B">
        <w:rPr>
          <w:rFonts w:cs="Times New Roman"/>
          <w:lang w:val="uk-UA"/>
        </w:rPr>
        <w:t xml:space="preserve"> </w:t>
      </w:r>
      <w:r w:rsidRPr="00B7305F">
        <w:rPr>
          <w:rFonts w:cs="Times New Roman"/>
          <w:color w:val="000000" w:themeColor="text1"/>
          <w:lang w:val="uk-UA"/>
        </w:rPr>
        <w:t>аналізу</w:t>
      </w:r>
      <w:r w:rsidR="00480420" w:rsidRPr="00B7305F">
        <w:rPr>
          <w:rFonts w:cs="Times New Roman"/>
          <w:color w:val="000000" w:themeColor="text1"/>
          <w:lang w:val="uk-UA"/>
        </w:rPr>
        <w:t xml:space="preserve"> </w:t>
      </w:r>
      <w:r w:rsidRPr="00B7305F">
        <w:rPr>
          <w:rFonts w:cs="Times New Roman"/>
          <w:color w:val="000000" w:themeColor="text1"/>
          <w:lang w:val="uk-UA"/>
        </w:rPr>
        <w:t>сучасних</w:t>
      </w:r>
      <w:r w:rsidR="00480420" w:rsidRPr="00B7305F">
        <w:rPr>
          <w:rFonts w:cs="Times New Roman"/>
          <w:color w:val="000000" w:themeColor="text1"/>
          <w:lang w:val="uk-UA"/>
        </w:rPr>
        <w:t xml:space="preserve"> </w:t>
      </w:r>
      <w:r w:rsidRPr="00B7305F">
        <w:rPr>
          <w:rFonts w:cs="Times New Roman"/>
          <w:color w:val="000000" w:themeColor="text1"/>
          <w:lang w:val="uk-UA"/>
        </w:rPr>
        <w:t>тенденцій</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міждисциплінарному</w:t>
      </w:r>
      <w:r w:rsidR="00480420" w:rsidRPr="00B7305F">
        <w:rPr>
          <w:rFonts w:cs="Times New Roman"/>
          <w:color w:val="000000" w:themeColor="text1"/>
          <w:lang w:val="uk-UA"/>
        </w:rPr>
        <w:t xml:space="preserve"> </w:t>
      </w:r>
      <w:r w:rsidRPr="00B7305F">
        <w:rPr>
          <w:rFonts w:cs="Times New Roman"/>
          <w:color w:val="000000" w:themeColor="text1"/>
          <w:lang w:val="uk-UA"/>
        </w:rPr>
        <w:t>мистецькому</w:t>
      </w:r>
      <w:r w:rsidR="00480420" w:rsidRPr="00B7305F">
        <w:rPr>
          <w:rFonts w:cs="Times New Roman"/>
          <w:color w:val="000000" w:themeColor="text1"/>
          <w:lang w:val="uk-UA"/>
        </w:rPr>
        <w:t xml:space="preserve"> </w:t>
      </w:r>
      <w:r w:rsidRPr="00B7305F">
        <w:rPr>
          <w:rFonts w:cs="Times New Roman"/>
          <w:color w:val="000000" w:themeColor="text1"/>
          <w:lang w:val="uk-UA"/>
        </w:rPr>
        <w:t>просторі,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w:t>
      </w:r>
      <w:r w:rsidR="00480420" w:rsidRPr="00B7305F">
        <w:rPr>
          <w:rFonts w:cs="Times New Roman"/>
          <w:color w:val="000000" w:themeColor="text1"/>
          <w:lang w:val="uk-UA"/>
        </w:rPr>
        <w:t xml:space="preserve"> </w:t>
      </w:r>
      <w:r w:rsidRPr="00B7305F">
        <w:rPr>
          <w:rFonts w:cs="Times New Roman"/>
          <w:color w:val="000000" w:themeColor="text1"/>
          <w:lang w:val="uk-UA"/>
        </w:rPr>
        <w:t>дедалі</w:t>
      </w:r>
      <w:r w:rsidR="00480420" w:rsidRPr="00B7305F">
        <w:rPr>
          <w:rFonts w:cs="Times New Roman"/>
          <w:color w:val="000000" w:themeColor="text1"/>
          <w:lang w:val="uk-UA"/>
        </w:rPr>
        <w:t xml:space="preserve"> </w:t>
      </w:r>
      <w:r w:rsidRPr="00B7305F">
        <w:rPr>
          <w:rFonts w:cs="Times New Roman"/>
          <w:color w:val="000000" w:themeColor="text1"/>
          <w:lang w:val="uk-UA"/>
        </w:rPr>
        <w:t>частіше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перетинаються,</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взаємно</w:t>
      </w:r>
      <w:r w:rsidR="00480420" w:rsidRPr="00B7305F">
        <w:rPr>
          <w:rFonts w:cs="Times New Roman"/>
          <w:color w:val="000000" w:themeColor="text1"/>
          <w:lang w:val="uk-UA"/>
        </w:rPr>
        <w:t xml:space="preserve"> </w:t>
      </w:r>
      <w:r w:rsidRPr="00B7305F">
        <w:rPr>
          <w:rFonts w:cs="Times New Roman"/>
          <w:color w:val="000000" w:themeColor="text1"/>
          <w:lang w:val="uk-UA"/>
        </w:rPr>
        <w:t>збагачуються,</w:t>
      </w:r>
      <w:r w:rsidR="00480420" w:rsidRPr="00B7305F">
        <w:rPr>
          <w:rFonts w:cs="Times New Roman"/>
          <w:color w:val="000000" w:themeColor="text1"/>
          <w:lang w:val="uk-UA"/>
        </w:rPr>
        <w:t xml:space="preserve"> </w:t>
      </w:r>
      <w:r w:rsidRPr="00B7305F">
        <w:rPr>
          <w:rFonts w:cs="Times New Roman"/>
          <w:color w:val="000000" w:themeColor="text1"/>
          <w:lang w:val="uk-UA"/>
        </w:rPr>
        <w:t>формуючи</w:t>
      </w:r>
      <w:r w:rsidR="00480420" w:rsidRPr="00B7305F">
        <w:rPr>
          <w:rFonts w:cs="Times New Roman"/>
          <w:color w:val="000000" w:themeColor="text1"/>
          <w:lang w:val="uk-UA"/>
        </w:rPr>
        <w:t xml:space="preserve"> </w:t>
      </w:r>
      <w:r w:rsidRPr="00B7305F">
        <w:rPr>
          <w:rFonts w:cs="Times New Roman"/>
          <w:color w:val="000000" w:themeColor="text1"/>
          <w:lang w:val="uk-UA"/>
        </w:rPr>
        <w:t>нову</w:t>
      </w:r>
      <w:r w:rsidR="00480420" w:rsidRPr="00B7305F">
        <w:rPr>
          <w:rFonts w:cs="Times New Roman"/>
          <w:color w:val="000000" w:themeColor="text1"/>
          <w:lang w:val="uk-UA"/>
        </w:rPr>
        <w:t xml:space="preserve"> </w:t>
      </w:r>
      <w:r w:rsidRPr="00B7305F">
        <w:rPr>
          <w:rFonts w:cs="Times New Roman"/>
          <w:color w:val="000000" w:themeColor="text1"/>
          <w:lang w:val="uk-UA"/>
        </w:rPr>
        <w:t>естетику,</w:t>
      </w:r>
      <w:r w:rsidR="00480420" w:rsidRPr="00B7305F">
        <w:rPr>
          <w:rFonts w:cs="Times New Roman"/>
          <w:color w:val="000000" w:themeColor="text1"/>
          <w:lang w:val="uk-UA"/>
        </w:rPr>
        <w:t xml:space="preserve"> </w:t>
      </w:r>
      <w:r w:rsidRPr="00B7305F">
        <w:rPr>
          <w:rFonts w:cs="Times New Roman"/>
          <w:color w:val="000000" w:themeColor="text1"/>
          <w:lang w:val="uk-UA"/>
        </w:rPr>
        <w:t>нові</w:t>
      </w:r>
      <w:r w:rsidR="00480420" w:rsidRPr="00B7305F">
        <w:rPr>
          <w:rFonts w:cs="Times New Roman"/>
          <w:color w:val="000000" w:themeColor="text1"/>
          <w:lang w:val="uk-UA"/>
        </w:rPr>
        <w:t xml:space="preserve"> </w:t>
      </w:r>
      <w:r w:rsidRPr="00B7305F">
        <w:rPr>
          <w:rFonts w:cs="Times New Roman"/>
          <w:color w:val="000000" w:themeColor="text1"/>
          <w:lang w:val="uk-UA"/>
        </w:rPr>
        <w:t>підходи</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головне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нового</w:t>
      </w:r>
      <w:r w:rsidR="00480420" w:rsidRPr="00B7305F">
        <w:rPr>
          <w:rFonts w:cs="Times New Roman"/>
          <w:color w:val="000000" w:themeColor="text1"/>
          <w:lang w:val="uk-UA"/>
        </w:rPr>
        <w:t xml:space="preserve"> </w:t>
      </w:r>
      <w:r w:rsidRPr="00B7305F">
        <w:rPr>
          <w:rFonts w:cs="Times New Roman"/>
          <w:color w:val="000000" w:themeColor="text1"/>
          <w:lang w:val="uk-UA"/>
        </w:rPr>
        <w:t>типу</w:t>
      </w:r>
      <w:r w:rsidR="00480420" w:rsidRPr="00B7305F">
        <w:rPr>
          <w:rFonts w:cs="Times New Roman"/>
          <w:color w:val="000000" w:themeColor="text1"/>
          <w:lang w:val="uk-UA"/>
        </w:rPr>
        <w:t xml:space="preserve"> </w:t>
      </w:r>
      <w:r w:rsidRPr="00B7305F">
        <w:rPr>
          <w:rFonts w:cs="Times New Roman"/>
          <w:color w:val="000000" w:themeColor="text1"/>
          <w:lang w:val="uk-UA"/>
        </w:rPr>
        <w:t>виконавця.</w:t>
      </w:r>
    </w:p>
    <w:p w14:paraId="450505F3" w14:textId="75BB584F" w:rsidR="00692654" w:rsidRPr="00B7305F" w:rsidRDefault="0039501A" w:rsidP="00051784">
      <w:pPr>
        <w:spacing w:after="0"/>
        <w:ind w:left="0" w:firstLine="709"/>
        <w:jc w:val="both"/>
        <w:rPr>
          <w:rFonts w:cs="Times New Roman"/>
          <w:color w:val="000000" w:themeColor="text1"/>
          <w:lang w:val="uk-UA"/>
        </w:rPr>
      </w:pPr>
      <w:r>
        <w:rPr>
          <w:rFonts w:cs="Times New Roman"/>
          <w:color w:val="000000" w:themeColor="text1"/>
          <w:lang w:val="uk-UA"/>
        </w:rPr>
        <w:t>П</w:t>
      </w:r>
      <w:r w:rsidRPr="00B7305F">
        <w:rPr>
          <w:rFonts w:cs="Times New Roman"/>
          <w:color w:val="000000" w:themeColor="text1"/>
          <w:lang w:val="uk-UA"/>
        </w:rPr>
        <w:t>роаналізовано,</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технології</w:t>
      </w:r>
      <w:r w:rsidR="00480420" w:rsidRPr="00B7305F">
        <w:rPr>
          <w:rFonts w:cs="Times New Roman"/>
          <w:color w:val="000000" w:themeColor="text1"/>
          <w:lang w:val="uk-UA"/>
        </w:rPr>
        <w:t xml:space="preserve"> </w:t>
      </w:r>
      <w:r w:rsidRPr="00B7305F">
        <w:rPr>
          <w:rFonts w:cs="Times New Roman"/>
          <w:color w:val="000000" w:themeColor="text1"/>
          <w:lang w:val="uk-UA"/>
        </w:rPr>
        <w:t>проникають</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театральну</w:t>
      </w:r>
      <w:r w:rsidR="00480420" w:rsidRPr="00B7305F">
        <w:rPr>
          <w:rFonts w:cs="Times New Roman"/>
          <w:color w:val="000000" w:themeColor="text1"/>
          <w:lang w:val="uk-UA"/>
        </w:rPr>
        <w:t xml:space="preserve"> </w:t>
      </w:r>
      <w:r w:rsidRPr="00B7305F">
        <w:rPr>
          <w:rFonts w:cs="Times New Roman"/>
          <w:color w:val="000000" w:themeColor="text1"/>
          <w:lang w:val="uk-UA"/>
        </w:rPr>
        <w:t>практику</w:t>
      </w:r>
      <w:r w:rsidR="00480420" w:rsidRPr="00B7305F">
        <w:rPr>
          <w:rFonts w:cs="Times New Roman"/>
          <w:color w:val="000000" w:themeColor="text1"/>
          <w:lang w:val="uk-UA"/>
        </w:rPr>
        <w:t xml:space="preserve"> </w:t>
      </w:r>
      <w:r w:rsidRPr="00B7305F">
        <w:rPr>
          <w:rFonts w:cs="Times New Roman"/>
          <w:color w:val="000000" w:themeColor="text1"/>
          <w:lang w:val="uk-UA"/>
        </w:rPr>
        <w:t>ХХІ</w:t>
      </w:r>
      <w:r w:rsidR="00480420" w:rsidRPr="00B7305F">
        <w:rPr>
          <w:rFonts w:cs="Times New Roman"/>
          <w:color w:val="000000" w:themeColor="text1"/>
          <w:lang w:val="uk-UA"/>
        </w:rPr>
        <w:t xml:space="preserve"> </w:t>
      </w:r>
      <w:r w:rsidRPr="00B7305F">
        <w:rPr>
          <w:rFonts w:cs="Times New Roman"/>
          <w:color w:val="000000" w:themeColor="text1"/>
          <w:lang w:val="uk-UA"/>
        </w:rPr>
        <w:t>століття,</w:t>
      </w:r>
      <w:r w:rsidR="00480420" w:rsidRPr="00B7305F">
        <w:rPr>
          <w:rFonts w:cs="Times New Roman"/>
          <w:color w:val="000000" w:themeColor="text1"/>
          <w:lang w:val="uk-UA"/>
        </w:rPr>
        <w:t xml:space="preserve"> </w:t>
      </w:r>
      <w:r w:rsidRPr="00B7305F">
        <w:rPr>
          <w:rFonts w:cs="Times New Roman"/>
          <w:color w:val="000000" w:themeColor="text1"/>
          <w:lang w:val="uk-UA"/>
        </w:rPr>
        <w:t>трансформуючи</w:t>
      </w:r>
      <w:r w:rsidR="00480420" w:rsidRPr="00B7305F">
        <w:rPr>
          <w:rFonts w:cs="Times New Roman"/>
          <w:color w:val="000000" w:themeColor="text1"/>
          <w:lang w:val="uk-UA"/>
        </w:rPr>
        <w:t xml:space="preserve"> </w:t>
      </w:r>
      <w:r w:rsidRPr="00B7305F">
        <w:rPr>
          <w:rFonts w:cs="Times New Roman"/>
          <w:color w:val="000000" w:themeColor="text1"/>
          <w:lang w:val="uk-UA"/>
        </w:rPr>
        <w:t>традиційні</w:t>
      </w:r>
      <w:r w:rsidR="00480420" w:rsidRPr="00B7305F">
        <w:rPr>
          <w:rFonts w:cs="Times New Roman"/>
          <w:color w:val="000000" w:themeColor="text1"/>
          <w:lang w:val="uk-UA"/>
        </w:rPr>
        <w:t xml:space="preserve"> </w:t>
      </w:r>
      <w:r w:rsidRPr="00B7305F">
        <w:rPr>
          <w:rFonts w:cs="Times New Roman"/>
          <w:color w:val="000000" w:themeColor="text1"/>
          <w:lang w:val="uk-UA"/>
        </w:rPr>
        <w:t>уявлення</w:t>
      </w:r>
      <w:r w:rsidR="00480420" w:rsidRPr="00B7305F">
        <w:rPr>
          <w:rFonts w:cs="Times New Roman"/>
          <w:color w:val="000000" w:themeColor="text1"/>
          <w:lang w:val="uk-UA"/>
        </w:rPr>
        <w:t xml:space="preserve"> </w:t>
      </w:r>
      <w:r w:rsidRPr="00B7305F">
        <w:rPr>
          <w:rFonts w:cs="Times New Roman"/>
          <w:color w:val="000000" w:themeColor="text1"/>
          <w:lang w:val="uk-UA"/>
        </w:rPr>
        <w:t>про</w:t>
      </w:r>
      <w:r w:rsidR="00480420" w:rsidRPr="00B7305F">
        <w:rPr>
          <w:rFonts w:cs="Times New Roman"/>
          <w:color w:val="000000" w:themeColor="text1"/>
          <w:lang w:val="uk-UA"/>
        </w:rPr>
        <w:t xml:space="preserve"> </w:t>
      </w:r>
      <w:r w:rsidRPr="00B7305F">
        <w:rPr>
          <w:rFonts w:cs="Times New Roman"/>
          <w:color w:val="000000" w:themeColor="text1"/>
          <w:lang w:val="uk-UA"/>
        </w:rPr>
        <w:t>сцену,</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час.</w:t>
      </w:r>
      <w:r w:rsidR="00480420" w:rsidRPr="00B7305F">
        <w:rPr>
          <w:rFonts w:cs="Times New Roman"/>
          <w:color w:val="000000" w:themeColor="text1"/>
          <w:lang w:val="uk-UA"/>
        </w:rPr>
        <w:t xml:space="preserve"> </w:t>
      </w:r>
      <w:r w:rsidRPr="00B7305F">
        <w:rPr>
          <w:rFonts w:cs="Times New Roman"/>
          <w:color w:val="000000" w:themeColor="text1"/>
          <w:lang w:val="uk-UA"/>
        </w:rPr>
        <w:t>Мова</w:t>
      </w:r>
      <w:r w:rsidR="00480420" w:rsidRPr="00B7305F">
        <w:rPr>
          <w:rFonts w:cs="Times New Roman"/>
          <w:color w:val="000000" w:themeColor="text1"/>
          <w:lang w:val="uk-UA"/>
        </w:rPr>
        <w:t xml:space="preserve"> </w:t>
      </w:r>
      <w:r w:rsidRPr="00B7305F">
        <w:rPr>
          <w:rFonts w:cs="Times New Roman"/>
          <w:color w:val="000000" w:themeColor="text1"/>
          <w:lang w:val="uk-UA"/>
        </w:rPr>
        <w:t>йде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про</w:t>
      </w:r>
      <w:r w:rsidR="00480420" w:rsidRPr="00B7305F">
        <w:rPr>
          <w:rFonts w:cs="Times New Roman"/>
          <w:color w:val="000000" w:themeColor="text1"/>
          <w:lang w:val="uk-UA"/>
        </w:rPr>
        <w:t xml:space="preserve"> </w:t>
      </w:r>
      <w:r w:rsidRPr="00B7305F">
        <w:rPr>
          <w:rFonts w:cs="Times New Roman"/>
          <w:color w:val="000000" w:themeColor="text1"/>
          <w:lang w:val="uk-UA"/>
        </w:rPr>
        <w:t>використання</w:t>
      </w:r>
      <w:r w:rsidR="00480420" w:rsidRPr="00B7305F">
        <w:rPr>
          <w:rFonts w:cs="Times New Roman"/>
          <w:color w:val="000000" w:themeColor="text1"/>
          <w:lang w:val="uk-UA"/>
        </w:rPr>
        <w:t xml:space="preserve"> </w:t>
      </w:r>
      <w:r w:rsidRPr="00B7305F">
        <w:rPr>
          <w:rFonts w:cs="Times New Roman"/>
          <w:color w:val="000000" w:themeColor="text1"/>
          <w:lang w:val="uk-UA"/>
        </w:rPr>
        <w:t>відеопроєкцій,</w:t>
      </w:r>
      <w:r w:rsidR="00480420" w:rsidRPr="00B7305F">
        <w:rPr>
          <w:rFonts w:cs="Times New Roman"/>
          <w:color w:val="000000" w:themeColor="text1"/>
          <w:lang w:val="uk-UA"/>
        </w:rPr>
        <w:t xml:space="preserve"> </w:t>
      </w:r>
      <w:r w:rsidRPr="00B7305F">
        <w:rPr>
          <w:rFonts w:cs="Times New Roman"/>
          <w:color w:val="000000" w:themeColor="text1"/>
          <w:lang w:val="uk-UA"/>
        </w:rPr>
        <w:t>LED-екранів</w:t>
      </w:r>
      <w:r w:rsidR="00480420" w:rsidRPr="00B7305F">
        <w:rPr>
          <w:rFonts w:cs="Times New Roman"/>
          <w:color w:val="000000" w:themeColor="text1"/>
          <w:lang w:val="uk-UA"/>
        </w:rPr>
        <w:t xml:space="preserve"> </w:t>
      </w:r>
      <w:r w:rsidRPr="00B7305F">
        <w:rPr>
          <w:rFonts w:cs="Times New Roman"/>
          <w:color w:val="000000" w:themeColor="text1"/>
          <w:lang w:val="uk-UA"/>
        </w:rPr>
        <w:t>чи</w:t>
      </w:r>
      <w:r w:rsidR="00480420" w:rsidRPr="00B7305F">
        <w:rPr>
          <w:rFonts w:cs="Times New Roman"/>
          <w:color w:val="000000" w:themeColor="text1"/>
          <w:lang w:val="uk-UA"/>
        </w:rPr>
        <w:t xml:space="preserve"> </w:t>
      </w:r>
      <w:r w:rsidRPr="00B7305F">
        <w:rPr>
          <w:rFonts w:cs="Times New Roman"/>
          <w:color w:val="000000" w:themeColor="text1"/>
          <w:lang w:val="uk-UA"/>
        </w:rPr>
        <w:t>трансляцій</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про</w:t>
      </w:r>
      <w:r w:rsidR="00480420" w:rsidRPr="00B7305F">
        <w:rPr>
          <w:rFonts w:cs="Times New Roman"/>
          <w:color w:val="000000" w:themeColor="text1"/>
          <w:lang w:val="uk-UA"/>
        </w:rPr>
        <w:t xml:space="preserve"> </w:t>
      </w:r>
      <w:r w:rsidRPr="00B7305F">
        <w:rPr>
          <w:rFonts w:cs="Times New Roman"/>
          <w:color w:val="000000" w:themeColor="text1"/>
          <w:lang w:val="uk-UA"/>
        </w:rPr>
        <w:t>глибоку</w:t>
      </w:r>
      <w:r w:rsidR="00480420" w:rsidRPr="00B7305F">
        <w:rPr>
          <w:rFonts w:cs="Times New Roman"/>
          <w:color w:val="000000" w:themeColor="text1"/>
          <w:lang w:val="uk-UA"/>
        </w:rPr>
        <w:t xml:space="preserve"> </w:t>
      </w:r>
      <w:r w:rsidRPr="00B7305F">
        <w:rPr>
          <w:rFonts w:cs="Times New Roman"/>
          <w:color w:val="000000" w:themeColor="text1"/>
          <w:lang w:val="uk-UA"/>
        </w:rPr>
        <w:t>зміну</w:t>
      </w:r>
      <w:r w:rsidR="00480420" w:rsidRPr="00B7305F">
        <w:rPr>
          <w:rFonts w:cs="Times New Roman"/>
          <w:color w:val="000000" w:themeColor="text1"/>
          <w:lang w:val="uk-UA"/>
        </w:rPr>
        <w:t xml:space="preserve"> </w:t>
      </w:r>
      <w:r w:rsidRPr="00B7305F">
        <w:rPr>
          <w:rFonts w:cs="Times New Roman"/>
          <w:color w:val="000000" w:themeColor="text1"/>
          <w:lang w:val="uk-UA"/>
        </w:rPr>
        <w:t>драматургії</w:t>
      </w:r>
      <w:r w:rsidR="00480420" w:rsidRPr="00B7305F">
        <w:rPr>
          <w:rFonts w:cs="Times New Roman"/>
          <w:color w:val="000000" w:themeColor="text1"/>
          <w:lang w:val="uk-UA"/>
        </w:rPr>
        <w:t xml:space="preserve"> </w:t>
      </w:r>
      <w:r w:rsidRPr="00B7305F">
        <w:rPr>
          <w:rFonts w:cs="Times New Roman"/>
          <w:color w:val="000000" w:themeColor="text1"/>
          <w:lang w:val="uk-UA"/>
        </w:rPr>
        <w:t>самої</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Замість</w:t>
      </w:r>
      <w:r w:rsidR="00480420" w:rsidRPr="00B7305F">
        <w:rPr>
          <w:rFonts w:cs="Times New Roman"/>
          <w:color w:val="000000" w:themeColor="text1"/>
          <w:lang w:val="uk-UA"/>
        </w:rPr>
        <w:t xml:space="preserve"> </w:t>
      </w:r>
      <w:r w:rsidRPr="00B7305F">
        <w:rPr>
          <w:rFonts w:cs="Times New Roman"/>
          <w:color w:val="000000" w:themeColor="text1"/>
          <w:lang w:val="uk-UA"/>
        </w:rPr>
        <w:t>лінійного</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фрагментовані</w:t>
      </w:r>
      <w:r w:rsidR="00480420" w:rsidRPr="00B7305F">
        <w:rPr>
          <w:rFonts w:cs="Times New Roman"/>
          <w:color w:val="000000" w:themeColor="text1"/>
          <w:lang w:val="uk-UA"/>
        </w:rPr>
        <w:t xml:space="preserve"> </w:t>
      </w:r>
      <w:r w:rsidRPr="00B7305F">
        <w:rPr>
          <w:rFonts w:cs="Times New Roman"/>
          <w:color w:val="000000" w:themeColor="text1"/>
          <w:lang w:val="uk-UA"/>
        </w:rPr>
        <w:t>структури,</w:t>
      </w:r>
      <w:r w:rsidR="00480420" w:rsidRPr="00B7305F">
        <w:rPr>
          <w:rFonts w:cs="Times New Roman"/>
          <w:color w:val="000000" w:themeColor="text1"/>
          <w:lang w:val="uk-UA"/>
        </w:rPr>
        <w:t xml:space="preserve"> </w:t>
      </w:r>
      <w:r w:rsidRPr="00B7305F">
        <w:rPr>
          <w:rFonts w:cs="Times New Roman"/>
          <w:color w:val="000000" w:themeColor="text1"/>
          <w:lang w:val="uk-UA"/>
        </w:rPr>
        <w:t>замість</w:t>
      </w:r>
      <w:r w:rsidR="00480420" w:rsidRPr="00B7305F">
        <w:rPr>
          <w:rFonts w:cs="Times New Roman"/>
          <w:color w:val="000000" w:themeColor="text1"/>
          <w:lang w:val="uk-UA"/>
        </w:rPr>
        <w:t xml:space="preserve"> </w:t>
      </w:r>
      <w:r w:rsidRPr="00B7305F">
        <w:rPr>
          <w:rFonts w:cs="Times New Roman"/>
          <w:color w:val="000000" w:themeColor="text1"/>
          <w:lang w:val="uk-UA"/>
        </w:rPr>
        <w:t>одного</w:t>
      </w:r>
      <w:r w:rsidR="00480420" w:rsidRPr="00B7305F">
        <w:rPr>
          <w:rFonts w:cs="Times New Roman"/>
          <w:color w:val="000000" w:themeColor="text1"/>
          <w:lang w:val="uk-UA"/>
        </w:rPr>
        <w:t xml:space="preserve"> </w:t>
      </w:r>
      <w:r w:rsidRPr="00B7305F">
        <w:rPr>
          <w:rFonts w:cs="Times New Roman"/>
          <w:color w:val="000000" w:themeColor="text1"/>
          <w:lang w:val="uk-UA"/>
        </w:rPr>
        <w:t>глядацького</w:t>
      </w:r>
      <w:r w:rsidR="00480420" w:rsidRPr="00B7305F">
        <w:rPr>
          <w:rFonts w:cs="Times New Roman"/>
          <w:color w:val="000000" w:themeColor="text1"/>
          <w:lang w:val="uk-UA"/>
        </w:rPr>
        <w:t xml:space="preserve"> </w:t>
      </w:r>
      <w:r w:rsidRPr="00B7305F">
        <w:rPr>
          <w:rFonts w:cs="Times New Roman"/>
          <w:color w:val="000000" w:themeColor="text1"/>
          <w:lang w:val="uk-UA"/>
        </w:rPr>
        <w:t>фокуса</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множинні</w:t>
      </w:r>
      <w:r w:rsidR="00480420" w:rsidRPr="00B7305F">
        <w:rPr>
          <w:rFonts w:cs="Times New Roman"/>
          <w:color w:val="000000" w:themeColor="text1"/>
          <w:lang w:val="uk-UA"/>
        </w:rPr>
        <w:t xml:space="preserve"> </w:t>
      </w:r>
      <w:r w:rsidRPr="00B7305F">
        <w:rPr>
          <w:rFonts w:cs="Times New Roman"/>
          <w:color w:val="000000" w:themeColor="text1"/>
          <w:lang w:val="uk-UA"/>
        </w:rPr>
        <w:t>візуальні</w:t>
      </w:r>
      <w:r w:rsidR="00480420" w:rsidRPr="00B7305F">
        <w:rPr>
          <w:rFonts w:cs="Times New Roman"/>
          <w:color w:val="000000" w:themeColor="text1"/>
          <w:lang w:val="uk-UA"/>
        </w:rPr>
        <w:t xml:space="preserve"> </w:t>
      </w:r>
      <w:r w:rsidRPr="00B7305F">
        <w:rPr>
          <w:rFonts w:cs="Times New Roman"/>
          <w:color w:val="000000" w:themeColor="text1"/>
          <w:lang w:val="uk-UA"/>
        </w:rPr>
        <w:t>рівні,</w:t>
      </w:r>
      <w:r w:rsidR="00480420" w:rsidRPr="00B7305F">
        <w:rPr>
          <w:rFonts w:cs="Times New Roman"/>
          <w:color w:val="000000" w:themeColor="text1"/>
          <w:lang w:val="uk-UA"/>
        </w:rPr>
        <w:t xml:space="preserve"> </w:t>
      </w:r>
      <w:r w:rsidRPr="00B7305F">
        <w:rPr>
          <w:rFonts w:cs="Times New Roman"/>
          <w:color w:val="000000" w:themeColor="text1"/>
          <w:lang w:val="uk-UA"/>
        </w:rPr>
        <w:t>замість</w:t>
      </w:r>
      <w:r w:rsidR="00480420" w:rsidRPr="00B7305F">
        <w:rPr>
          <w:rFonts w:cs="Times New Roman"/>
          <w:color w:val="000000" w:themeColor="text1"/>
          <w:lang w:val="uk-UA"/>
        </w:rPr>
        <w:t xml:space="preserve"> </w:t>
      </w:r>
      <w:r w:rsidRPr="00B7305F">
        <w:rPr>
          <w:rFonts w:cs="Times New Roman"/>
          <w:color w:val="000000" w:themeColor="text1"/>
          <w:lang w:val="uk-UA"/>
        </w:rPr>
        <w:t>тілесної</w:t>
      </w:r>
      <w:r w:rsidR="00480420" w:rsidRPr="00B7305F">
        <w:rPr>
          <w:rFonts w:cs="Times New Roman"/>
          <w:color w:val="000000" w:themeColor="text1"/>
          <w:lang w:val="uk-UA"/>
        </w:rPr>
        <w:t xml:space="preserve"> </w:t>
      </w:r>
      <w:r w:rsidRPr="00B7305F">
        <w:rPr>
          <w:rFonts w:cs="Times New Roman"/>
          <w:color w:val="000000" w:themeColor="text1"/>
          <w:lang w:val="uk-UA"/>
        </w:rPr>
        <w:t>гри</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гібрид</w:t>
      </w:r>
      <w:r w:rsidR="00480420" w:rsidRPr="00B7305F">
        <w:rPr>
          <w:rFonts w:cs="Times New Roman"/>
          <w:color w:val="000000" w:themeColor="text1"/>
          <w:lang w:val="uk-UA"/>
        </w:rPr>
        <w:t xml:space="preserve"> </w:t>
      </w:r>
      <w:r w:rsidRPr="00B7305F">
        <w:rPr>
          <w:rFonts w:cs="Times New Roman"/>
          <w:color w:val="000000" w:themeColor="text1"/>
          <w:lang w:val="uk-UA"/>
        </w:rPr>
        <w:t>тілесної</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цифрової</w:t>
      </w:r>
      <w:r w:rsidR="00480420" w:rsidRPr="00B7305F">
        <w:rPr>
          <w:rFonts w:cs="Times New Roman"/>
          <w:color w:val="000000" w:themeColor="text1"/>
          <w:lang w:val="uk-UA"/>
        </w:rPr>
        <w:t xml:space="preserve"> </w:t>
      </w:r>
      <w:r w:rsidRPr="00B7305F">
        <w:rPr>
          <w:rFonts w:cs="Times New Roman"/>
          <w:color w:val="000000" w:themeColor="text1"/>
          <w:lang w:val="uk-UA"/>
        </w:rPr>
        <w:t>присутності.</w:t>
      </w:r>
      <w:r w:rsidR="00480420" w:rsidRPr="00B7305F">
        <w:rPr>
          <w:rFonts w:cs="Times New Roman"/>
          <w:color w:val="000000" w:themeColor="text1"/>
          <w:lang w:val="uk-UA"/>
        </w:rPr>
        <w:t xml:space="preserve"> </w:t>
      </w:r>
      <w:r w:rsidRPr="00B7305F">
        <w:rPr>
          <w:rFonts w:cs="Times New Roman"/>
          <w:color w:val="000000" w:themeColor="text1"/>
          <w:lang w:val="uk-UA"/>
        </w:rPr>
        <w:t>В</w:t>
      </w:r>
      <w:r w:rsidR="00480420" w:rsidRPr="00B7305F">
        <w:rPr>
          <w:rFonts w:cs="Times New Roman"/>
          <w:color w:val="000000" w:themeColor="text1"/>
          <w:lang w:val="uk-UA"/>
        </w:rPr>
        <w:t xml:space="preserve"> </w:t>
      </w:r>
      <w:r w:rsidRPr="00B7305F">
        <w:rPr>
          <w:rFonts w:cs="Times New Roman"/>
          <w:color w:val="000000" w:themeColor="text1"/>
          <w:lang w:val="uk-UA"/>
        </w:rPr>
        <w:t>результаті</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набуває</w:t>
      </w:r>
      <w:r w:rsidR="00480420" w:rsidRPr="00B7305F">
        <w:rPr>
          <w:rFonts w:cs="Times New Roman"/>
          <w:color w:val="000000" w:themeColor="text1"/>
          <w:lang w:val="uk-UA"/>
        </w:rPr>
        <w:t xml:space="preserve"> </w:t>
      </w:r>
      <w:r w:rsidRPr="00B7305F">
        <w:rPr>
          <w:rFonts w:cs="Times New Roman"/>
          <w:color w:val="000000" w:themeColor="text1"/>
          <w:lang w:val="uk-UA"/>
        </w:rPr>
        <w:t>нової</w:t>
      </w:r>
      <w:r w:rsidR="00480420" w:rsidRPr="00B7305F">
        <w:rPr>
          <w:rFonts w:cs="Times New Roman"/>
          <w:color w:val="000000" w:themeColor="text1"/>
          <w:lang w:val="uk-UA"/>
        </w:rPr>
        <w:t xml:space="preserve"> </w:t>
      </w:r>
      <w:r w:rsidRPr="00B7305F">
        <w:rPr>
          <w:rFonts w:cs="Times New Roman"/>
          <w:color w:val="000000" w:themeColor="text1"/>
          <w:lang w:val="uk-UA"/>
        </w:rPr>
        <w:t>мови</w:t>
      </w:r>
      <w:r w:rsidR="00480420" w:rsidRPr="00B7305F">
        <w:rPr>
          <w:rFonts w:cs="Times New Roman"/>
          <w:color w:val="000000" w:themeColor="text1"/>
          <w:lang w:val="uk-UA"/>
        </w:rPr>
        <w:t xml:space="preserve"> </w:t>
      </w:r>
      <w:r w:rsidRPr="00B7305F">
        <w:rPr>
          <w:rFonts w:cs="Times New Roman"/>
          <w:color w:val="000000" w:themeColor="text1"/>
          <w:lang w:val="uk-UA"/>
        </w:rPr>
        <w:t>виразності,</w:t>
      </w:r>
      <w:r w:rsidR="00480420" w:rsidRPr="00B7305F">
        <w:rPr>
          <w:rFonts w:cs="Times New Roman"/>
          <w:color w:val="000000" w:themeColor="text1"/>
          <w:lang w:val="uk-UA"/>
        </w:rPr>
        <w:t xml:space="preserve"> </w:t>
      </w:r>
      <w:r w:rsidRPr="00B7305F">
        <w:rPr>
          <w:rFonts w:cs="Times New Roman"/>
          <w:color w:val="000000" w:themeColor="text1"/>
          <w:lang w:val="uk-UA"/>
        </w:rPr>
        <w:t>розширюючи</w:t>
      </w:r>
      <w:r w:rsidR="00480420" w:rsidRPr="00B7305F">
        <w:rPr>
          <w:rFonts w:cs="Times New Roman"/>
          <w:color w:val="000000" w:themeColor="text1"/>
          <w:lang w:val="uk-UA"/>
        </w:rPr>
        <w:t xml:space="preserve"> </w:t>
      </w:r>
      <w:r w:rsidRPr="00B7305F">
        <w:rPr>
          <w:rFonts w:cs="Times New Roman"/>
          <w:color w:val="000000" w:themeColor="text1"/>
          <w:lang w:val="uk-UA"/>
        </w:rPr>
        <w:t>свою</w:t>
      </w:r>
      <w:r w:rsidR="00480420" w:rsidRPr="00B7305F">
        <w:rPr>
          <w:rFonts w:cs="Times New Roman"/>
          <w:color w:val="000000" w:themeColor="text1"/>
          <w:lang w:val="uk-UA"/>
        </w:rPr>
        <w:t xml:space="preserve"> </w:t>
      </w:r>
      <w:r w:rsidRPr="00B7305F">
        <w:rPr>
          <w:rFonts w:cs="Times New Roman"/>
          <w:color w:val="000000" w:themeColor="text1"/>
          <w:lang w:val="uk-UA"/>
        </w:rPr>
        <w:t>естетику</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рахунок</w:t>
      </w:r>
      <w:r w:rsidR="00480420" w:rsidRPr="00B7305F">
        <w:rPr>
          <w:rFonts w:cs="Times New Roman"/>
          <w:color w:val="000000" w:themeColor="text1"/>
          <w:lang w:val="uk-UA"/>
        </w:rPr>
        <w:t xml:space="preserve"> </w:t>
      </w:r>
      <w:r w:rsidRPr="00B7305F">
        <w:rPr>
          <w:rFonts w:cs="Times New Roman"/>
          <w:color w:val="000000" w:themeColor="text1"/>
          <w:lang w:val="uk-UA"/>
        </w:rPr>
        <w:t>елементів,</w:t>
      </w:r>
      <w:r w:rsidR="00480420" w:rsidRPr="00B7305F">
        <w:rPr>
          <w:rFonts w:cs="Times New Roman"/>
          <w:color w:val="000000" w:themeColor="text1"/>
          <w:lang w:val="uk-UA"/>
        </w:rPr>
        <w:t xml:space="preserve"> </w:t>
      </w:r>
      <w:r w:rsidRPr="00B7305F">
        <w:rPr>
          <w:rFonts w:cs="Times New Roman"/>
          <w:color w:val="000000" w:themeColor="text1"/>
          <w:lang w:val="uk-UA"/>
        </w:rPr>
        <w:t>раніше</w:t>
      </w:r>
      <w:r w:rsidR="00480420" w:rsidRPr="00B7305F">
        <w:rPr>
          <w:rFonts w:cs="Times New Roman"/>
          <w:color w:val="000000" w:themeColor="text1"/>
          <w:lang w:val="uk-UA"/>
        </w:rPr>
        <w:t xml:space="preserve"> </w:t>
      </w:r>
      <w:r w:rsidRPr="00B7305F">
        <w:rPr>
          <w:rFonts w:cs="Times New Roman"/>
          <w:color w:val="000000" w:themeColor="text1"/>
          <w:lang w:val="uk-UA"/>
        </w:rPr>
        <w:t>притаманних</w:t>
      </w:r>
      <w:r w:rsidR="00480420" w:rsidRPr="00B7305F">
        <w:rPr>
          <w:rFonts w:cs="Times New Roman"/>
          <w:color w:val="000000" w:themeColor="text1"/>
          <w:lang w:val="uk-UA"/>
        </w:rPr>
        <w:t xml:space="preserve"> </w:t>
      </w:r>
      <w:r w:rsidRPr="00B7305F">
        <w:rPr>
          <w:rFonts w:cs="Times New Roman"/>
          <w:color w:val="000000" w:themeColor="text1"/>
          <w:lang w:val="uk-UA"/>
        </w:rPr>
        <w:t>виключно</w:t>
      </w:r>
      <w:r w:rsidR="00480420" w:rsidRPr="00B7305F">
        <w:rPr>
          <w:rFonts w:cs="Times New Roman"/>
          <w:color w:val="000000" w:themeColor="text1"/>
          <w:lang w:val="uk-UA"/>
        </w:rPr>
        <w:t xml:space="preserve"> </w:t>
      </w:r>
      <w:r w:rsidRPr="00B7305F">
        <w:rPr>
          <w:rFonts w:cs="Times New Roman"/>
          <w:color w:val="000000" w:themeColor="text1"/>
          <w:lang w:val="uk-UA"/>
        </w:rPr>
        <w:t>кіно.</w:t>
      </w:r>
    </w:p>
    <w:p w14:paraId="6CC20C6C" w14:textId="492B9AF3" w:rsidR="00692654" w:rsidRPr="00B7305F" w:rsidRDefault="0039501A" w:rsidP="00051784">
      <w:pPr>
        <w:spacing w:after="0"/>
        <w:ind w:left="0" w:firstLine="709"/>
        <w:jc w:val="both"/>
        <w:rPr>
          <w:rFonts w:cs="Times New Roman"/>
          <w:color w:val="000000" w:themeColor="text1"/>
          <w:lang w:val="uk-UA"/>
        </w:rPr>
      </w:pPr>
      <w:r>
        <w:rPr>
          <w:rFonts w:cs="Times New Roman"/>
          <w:color w:val="000000" w:themeColor="text1"/>
          <w:lang w:val="uk-UA"/>
        </w:rPr>
        <w:t>Б</w:t>
      </w:r>
      <w:r w:rsidRPr="00B7305F">
        <w:rPr>
          <w:rFonts w:cs="Times New Roman"/>
          <w:color w:val="000000" w:themeColor="text1"/>
          <w:lang w:val="uk-UA"/>
        </w:rPr>
        <w:t>ули</w:t>
      </w:r>
      <w:r w:rsidR="00480420" w:rsidRPr="00B7305F">
        <w:rPr>
          <w:rFonts w:cs="Times New Roman"/>
          <w:color w:val="000000" w:themeColor="text1"/>
          <w:lang w:val="uk-UA"/>
        </w:rPr>
        <w:t xml:space="preserve"> </w:t>
      </w:r>
      <w:r w:rsidRPr="00B7305F">
        <w:rPr>
          <w:rFonts w:cs="Times New Roman"/>
          <w:color w:val="000000" w:themeColor="text1"/>
          <w:lang w:val="uk-UA"/>
        </w:rPr>
        <w:t>розглянуті</w:t>
      </w:r>
      <w:r w:rsidR="00480420" w:rsidRPr="00B7305F">
        <w:rPr>
          <w:rFonts w:cs="Times New Roman"/>
          <w:color w:val="000000" w:themeColor="text1"/>
          <w:lang w:val="uk-UA"/>
        </w:rPr>
        <w:t xml:space="preserve"> </w:t>
      </w:r>
      <w:r w:rsidRPr="00B7305F">
        <w:rPr>
          <w:rFonts w:cs="Times New Roman"/>
          <w:color w:val="000000" w:themeColor="text1"/>
          <w:lang w:val="uk-UA"/>
        </w:rPr>
        <w:t>інноваційні</w:t>
      </w:r>
      <w:r w:rsidR="00480420" w:rsidRPr="00B7305F">
        <w:rPr>
          <w:rFonts w:cs="Times New Roman"/>
          <w:color w:val="000000" w:themeColor="text1"/>
          <w:lang w:val="uk-UA"/>
        </w:rPr>
        <w:t xml:space="preserve"> </w:t>
      </w:r>
      <w:r w:rsidRPr="00B7305F">
        <w:rPr>
          <w:rFonts w:cs="Times New Roman"/>
          <w:color w:val="000000" w:themeColor="text1"/>
          <w:lang w:val="uk-UA"/>
        </w:rPr>
        <w:t>форми</w:t>
      </w:r>
      <w:r w:rsidR="00480420" w:rsidRPr="00B7305F">
        <w:rPr>
          <w:rFonts w:cs="Times New Roman"/>
          <w:color w:val="000000" w:themeColor="text1"/>
          <w:lang w:val="uk-UA"/>
        </w:rPr>
        <w:t xml:space="preserve"> </w:t>
      </w:r>
      <w:r w:rsidRPr="00B7305F">
        <w:rPr>
          <w:rFonts w:cs="Times New Roman"/>
          <w:color w:val="000000" w:themeColor="text1"/>
          <w:lang w:val="uk-UA"/>
        </w:rPr>
        <w:t>сценічного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межа</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театром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зникає.</w:t>
      </w:r>
      <w:r w:rsidR="00480420" w:rsidRPr="00B7305F">
        <w:rPr>
          <w:rFonts w:cs="Times New Roman"/>
          <w:color w:val="000000" w:themeColor="text1"/>
          <w:lang w:val="uk-UA"/>
        </w:rPr>
        <w:t xml:space="preserve"> </w:t>
      </w:r>
      <w:r w:rsidRPr="00B7305F">
        <w:rPr>
          <w:rFonts w:cs="Times New Roman"/>
          <w:color w:val="000000" w:themeColor="text1"/>
          <w:lang w:val="uk-UA"/>
        </w:rPr>
        <w:t>Вистави,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яких</w:t>
      </w:r>
      <w:r w:rsidR="00480420" w:rsidRPr="00B7305F">
        <w:rPr>
          <w:rFonts w:cs="Times New Roman"/>
          <w:color w:val="000000" w:themeColor="text1"/>
          <w:lang w:val="uk-UA"/>
        </w:rPr>
        <w:t xml:space="preserve"> </w:t>
      </w:r>
      <w:r w:rsidRPr="00B7305F">
        <w:rPr>
          <w:rFonts w:cs="Times New Roman"/>
          <w:color w:val="000000" w:themeColor="text1"/>
          <w:lang w:val="uk-UA"/>
        </w:rPr>
        <w:t>камера</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сцена</w:t>
      </w:r>
      <w:r w:rsidR="00480420" w:rsidRPr="00B7305F">
        <w:rPr>
          <w:rFonts w:cs="Times New Roman"/>
          <w:color w:val="000000" w:themeColor="text1"/>
          <w:lang w:val="uk-UA"/>
        </w:rPr>
        <w:t xml:space="preserve"> </w:t>
      </w:r>
      <w:r w:rsidRPr="00B7305F">
        <w:rPr>
          <w:rFonts w:cs="Times New Roman"/>
          <w:color w:val="000000" w:themeColor="text1"/>
          <w:lang w:val="uk-UA"/>
        </w:rPr>
        <w:t>діють</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створюють</w:t>
      </w:r>
      <w:r w:rsidR="00480420" w:rsidRPr="00B7305F">
        <w:rPr>
          <w:rFonts w:cs="Times New Roman"/>
          <w:color w:val="000000" w:themeColor="text1"/>
          <w:lang w:val="uk-UA"/>
        </w:rPr>
        <w:t xml:space="preserve"> </w:t>
      </w:r>
      <w:r w:rsidRPr="00B7305F">
        <w:rPr>
          <w:rFonts w:cs="Times New Roman"/>
          <w:color w:val="000000" w:themeColor="text1"/>
          <w:lang w:val="uk-UA"/>
        </w:rPr>
        <w:t>новий</w:t>
      </w:r>
      <w:r w:rsidR="00480420" w:rsidRPr="00B7305F">
        <w:rPr>
          <w:rFonts w:cs="Times New Roman"/>
          <w:color w:val="000000" w:themeColor="text1"/>
          <w:lang w:val="uk-UA"/>
        </w:rPr>
        <w:t xml:space="preserve"> </w:t>
      </w:r>
      <w:r w:rsidRPr="00B7305F">
        <w:rPr>
          <w:rFonts w:cs="Times New Roman"/>
          <w:color w:val="000000" w:themeColor="text1"/>
          <w:lang w:val="uk-UA"/>
        </w:rPr>
        <w:t>художній</w:t>
      </w:r>
      <w:r w:rsidR="00480420" w:rsidRPr="00B7305F">
        <w:rPr>
          <w:rFonts w:cs="Times New Roman"/>
          <w:color w:val="000000" w:themeColor="text1"/>
          <w:lang w:val="uk-UA"/>
        </w:rPr>
        <w:t xml:space="preserve"> </w:t>
      </w:r>
      <w:r w:rsidRPr="00B7305F">
        <w:rPr>
          <w:rFonts w:cs="Times New Roman"/>
          <w:color w:val="000000" w:themeColor="text1"/>
          <w:lang w:val="uk-UA"/>
        </w:rPr>
        <w:t>простір,</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якому</w:t>
      </w:r>
      <w:r w:rsidR="00480420" w:rsidRPr="00B7305F">
        <w:rPr>
          <w:rFonts w:cs="Times New Roman"/>
          <w:color w:val="000000" w:themeColor="text1"/>
          <w:lang w:val="uk-UA"/>
        </w:rPr>
        <w:t xml:space="preserve"> </w:t>
      </w:r>
      <w:r w:rsidRPr="00B7305F">
        <w:rPr>
          <w:rFonts w:cs="Times New Roman"/>
          <w:color w:val="000000" w:themeColor="text1"/>
          <w:lang w:val="uk-UA"/>
        </w:rPr>
        <w:t>глядач</w:t>
      </w:r>
      <w:r w:rsidR="00480420" w:rsidRPr="00B7305F">
        <w:rPr>
          <w:rFonts w:cs="Times New Roman"/>
          <w:color w:val="000000" w:themeColor="text1"/>
          <w:lang w:val="uk-UA"/>
        </w:rPr>
        <w:t xml:space="preserve"> </w:t>
      </w:r>
      <w:r w:rsidRPr="00B7305F">
        <w:rPr>
          <w:rFonts w:cs="Times New Roman"/>
          <w:color w:val="000000" w:themeColor="text1"/>
          <w:lang w:val="uk-UA"/>
        </w:rPr>
        <w:t>бачить</w:t>
      </w:r>
      <w:r w:rsidR="00480420" w:rsidRPr="00B7305F">
        <w:rPr>
          <w:rFonts w:cs="Times New Roman"/>
          <w:color w:val="000000" w:themeColor="text1"/>
          <w:lang w:val="uk-UA"/>
        </w:rPr>
        <w:t xml:space="preserve"> </w:t>
      </w:r>
      <w:r w:rsidRPr="00B7305F">
        <w:rPr>
          <w:rFonts w:cs="Times New Roman"/>
          <w:color w:val="000000" w:themeColor="text1"/>
          <w:lang w:val="uk-UA"/>
        </w:rPr>
        <w:t>одразу</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живе</w:t>
      </w:r>
      <w:r w:rsidR="00480420" w:rsidRPr="00B7305F">
        <w:rPr>
          <w:rFonts w:cs="Times New Roman"/>
          <w:color w:val="000000" w:themeColor="text1"/>
          <w:lang w:val="uk-UA"/>
        </w:rPr>
        <w:t xml:space="preserve"> </w:t>
      </w:r>
      <w:r w:rsidRPr="00B7305F">
        <w:rPr>
          <w:rFonts w:cs="Times New Roman"/>
          <w:color w:val="000000" w:themeColor="text1"/>
          <w:lang w:val="uk-UA"/>
        </w:rPr>
        <w:t>тіло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екранне</w:t>
      </w:r>
      <w:r w:rsidR="00480420" w:rsidRPr="00B7305F">
        <w:rPr>
          <w:rFonts w:cs="Times New Roman"/>
          <w:color w:val="000000" w:themeColor="text1"/>
          <w:lang w:val="uk-UA"/>
        </w:rPr>
        <w:t xml:space="preserve"> </w:t>
      </w:r>
      <w:r w:rsidRPr="00B7305F">
        <w:rPr>
          <w:rFonts w:cs="Times New Roman"/>
          <w:color w:val="000000" w:themeColor="text1"/>
          <w:lang w:val="uk-UA"/>
        </w:rPr>
        <w:t>зображення.</w:t>
      </w:r>
      <w:r w:rsidR="00480420" w:rsidRPr="00B7305F">
        <w:rPr>
          <w:rFonts w:cs="Times New Roman"/>
          <w:color w:val="000000" w:themeColor="text1"/>
          <w:lang w:val="uk-UA"/>
        </w:rPr>
        <w:t xml:space="preserve"> </w:t>
      </w:r>
      <w:r w:rsidRPr="00B7305F">
        <w:rPr>
          <w:rFonts w:cs="Times New Roman"/>
          <w:color w:val="000000" w:themeColor="text1"/>
          <w:lang w:val="uk-UA"/>
        </w:rPr>
        <w:t>Такі</w:t>
      </w:r>
      <w:r w:rsidR="00480420" w:rsidRPr="00B7305F">
        <w:rPr>
          <w:rFonts w:cs="Times New Roman"/>
          <w:color w:val="000000" w:themeColor="text1"/>
          <w:lang w:val="uk-UA"/>
        </w:rPr>
        <w:t xml:space="preserve"> </w:t>
      </w:r>
      <w:r w:rsidRPr="00B7305F">
        <w:rPr>
          <w:rFonts w:cs="Times New Roman"/>
          <w:color w:val="000000" w:themeColor="text1"/>
          <w:lang w:val="uk-UA"/>
        </w:rPr>
        <w:t>проєкти,</w:t>
      </w:r>
      <w:r w:rsidR="00480420" w:rsidRPr="00B7305F">
        <w:rPr>
          <w:rFonts w:cs="Times New Roman"/>
          <w:color w:val="000000" w:themeColor="text1"/>
          <w:lang w:val="uk-UA"/>
        </w:rPr>
        <w:t xml:space="preserve"> </w:t>
      </w:r>
      <w:r w:rsidRPr="00B7305F">
        <w:rPr>
          <w:rFonts w:cs="Times New Roman"/>
          <w:color w:val="000000" w:themeColor="text1"/>
          <w:lang w:val="uk-UA"/>
        </w:rPr>
        <w:t>як</w:t>
      </w:r>
      <w:r w:rsidR="00480420" w:rsidRPr="00B7305F">
        <w:rPr>
          <w:rFonts w:cs="Times New Roman"/>
          <w:color w:val="000000" w:themeColor="text1"/>
          <w:lang w:val="uk-UA"/>
        </w:rPr>
        <w:t xml:space="preserve"> </w:t>
      </w:r>
      <w:r w:rsidRPr="00B7305F">
        <w:rPr>
          <w:rFonts w:cs="Times New Roman"/>
          <w:color w:val="000000" w:themeColor="text1"/>
          <w:lang w:val="uk-UA"/>
        </w:rPr>
        <w:t>cine-theatre</w:t>
      </w:r>
      <w:r w:rsidRPr="0066386B">
        <w:rPr>
          <w:rFonts w:cs="Times New Roman"/>
          <w:lang w:val="uk-UA"/>
        </w:rPr>
        <w:t>,</w:t>
      </w:r>
      <w:r w:rsidR="00480420" w:rsidRPr="0066386B">
        <w:rPr>
          <w:rFonts w:cs="Times New Roman"/>
          <w:lang w:val="uk-UA"/>
        </w:rPr>
        <w:t xml:space="preserve"> </w:t>
      </w:r>
      <w:r w:rsidRPr="0066386B">
        <w:rPr>
          <w:rFonts w:cs="Times New Roman"/>
          <w:lang w:val="uk-UA"/>
        </w:rPr>
        <w:t>імерсивні</w:t>
      </w:r>
      <w:r w:rsidR="00480420" w:rsidRPr="0066386B">
        <w:rPr>
          <w:rFonts w:cs="Times New Roman"/>
          <w:lang w:val="uk-UA"/>
        </w:rPr>
        <w:t xml:space="preserve"> </w:t>
      </w:r>
      <w:r w:rsidRPr="00B7305F">
        <w:rPr>
          <w:rFonts w:cs="Times New Roman"/>
          <w:color w:val="000000" w:themeColor="text1"/>
          <w:lang w:val="uk-UA"/>
        </w:rPr>
        <w:t>цифрові</w:t>
      </w:r>
      <w:r w:rsidR="00480420" w:rsidRPr="00B7305F">
        <w:rPr>
          <w:rFonts w:cs="Times New Roman"/>
          <w:color w:val="000000" w:themeColor="text1"/>
          <w:lang w:val="uk-UA"/>
        </w:rPr>
        <w:t xml:space="preserve"> </w:t>
      </w:r>
      <w:r w:rsidRPr="00B7305F">
        <w:rPr>
          <w:rFonts w:cs="Times New Roman"/>
          <w:color w:val="000000" w:themeColor="text1"/>
          <w:lang w:val="uk-UA"/>
        </w:rPr>
        <w:t>постановки</w:t>
      </w:r>
      <w:r w:rsidR="00480420" w:rsidRPr="00B7305F">
        <w:rPr>
          <w:rFonts w:cs="Times New Roman"/>
          <w:color w:val="000000" w:themeColor="text1"/>
          <w:lang w:val="uk-UA"/>
        </w:rPr>
        <w:t xml:space="preserve"> </w:t>
      </w:r>
      <w:r w:rsidRPr="00B7305F">
        <w:rPr>
          <w:rFonts w:cs="Times New Roman"/>
          <w:color w:val="000000" w:themeColor="text1"/>
          <w:lang w:val="uk-UA"/>
        </w:rPr>
        <w:t>або</w:t>
      </w:r>
      <w:r w:rsidR="00480420" w:rsidRPr="00B7305F">
        <w:rPr>
          <w:rFonts w:cs="Times New Roman"/>
          <w:color w:val="000000" w:themeColor="text1"/>
          <w:lang w:val="uk-UA"/>
        </w:rPr>
        <w:t xml:space="preserve"> </w:t>
      </w:r>
      <w:r w:rsidRPr="00B7305F">
        <w:rPr>
          <w:rFonts w:cs="Times New Roman"/>
          <w:color w:val="000000" w:themeColor="text1"/>
          <w:lang w:val="uk-UA"/>
        </w:rPr>
        <w:t>живі</w:t>
      </w:r>
      <w:r w:rsidR="00480420" w:rsidRPr="00B7305F">
        <w:rPr>
          <w:rFonts w:cs="Times New Roman"/>
          <w:color w:val="000000" w:themeColor="text1"/>
          <w:lang w:val="uk-UA"/>
        </w:rPr>
        <w:t xml:space="preserve"> </w:t>
      </w:r>
      <w:r w:rsidRPr="00B7305F">
        <w:rPr>
          <w:rFonts w:cs="Times New Roman"/>
          <w:color w:val="000000" w:themeColor="text1"/>
          <w:lang w:val="uk-UA"/>
        </w:rPr>
        <w:t>кіно-перформанси,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збагачують</w:t>
      </w:r>
      <w:r w:rsidR="00480420" w:rsidRPr="00B7305F">
        <w:rPr>
          <w:rFonts w:cs="Times New Roman"/>
          <w:color w:val="000000" w:themeColor="text1"/>
          <w:lang w:val="uk-UA"/>
        </w:rPr>
        <w:t xml:space="preserve"> </w:t>
      </w:r>
      <w:r w:rsidRPr="00B7305F">
        <w:rPr>
          <w:rFonts w:cs="Times New Roman"/>
          <w:color w:val="000000" w:themeColor="text1"/>
          <w:lang w:val="uk-UA"/>
        </w:rPr>
        <w:t>візуальний</w:t>
      </w:r>
      <w:r w:rsidR="00480420" w:rsidRPr="00B7305F">
        <w:rPr>
          <w:rFonts w:cs="Times New Roman"/>
          <w:color w:val="000000" w:themeColor="text1"/>
          <w:lang w:val="uk-UA"/>
        </w:rPr>
        <w:t xml:space="preserve"> </w:t>
      </w:r>
      <w:r w:rsidRPr="00B7305F">
        <w:rPr>
          <w:rFonts w:cs="Times New Roman"/>
          <w:color w:val="000000" w:themeColor="text1"/>
          <w:lang w:val="uk-UA"/>
        </w:rPr>
        <w:t>досвід</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вони</w:t>
      </w:r>
      <w:r w:rsidR="00480420" w:rsidRPr="00B7305F">
        <w:rPr>
          <w:rFonts w:cs="Times New Roman"/>
          <w:color w:val="000000" w:themeColor="text1"/>
          <w:lang w:val="uk-UA"/>
        </w:rPr>
        <w:t xml:space="preserve"> </w:t>
      </w:r>
      <w:r w:rsidRPr="00B7305F">
        <w:rPr>
          <w:rFonts w:cs="Times New Roman"/>
          <w:color w:val="000000" w:themeColor="text1"/>
          <w:lang w:val="uk-UA"/>
        </w:rPr>
        <w:t>змінюють</w:t>
      </w:r>
      <w:r w:rsidR="00480420" w:rsidRPr="00B7305F">
        <w:rPr>
          <w:rFonts w:cs="Times New Roman"/>
          <w:color w:val="000000" w:themeColor="text1"/>
          <w:lang w:val="uk-UA"/>
        </w:rPr>
        <w:t xml:space="preserve"> </w:t>
      </w:r>
      <w:r w:rsidRPr="00B7305F">
        <w:rPr>
          <w:rFonts w:cs="Times New Roman"/>
          <w:color w:val="000000" w:themeColor="text1"/>
          <w:lang w:val="uk-UA"/>
        </w:rPr>
        <w:t>сам</w:t>
      </w:r>
      <w:r w:rsidR="00480420" w:rsidRPr="00B7305F">
        <w:rPr>
          <w:rFonts w:cs="Times New Roman"/>
          <w:color w:val="000000" w:themeColor="text1"/>
          <w:lang w:val="uk-UA"/>
        </w:rPr>
        <w:t xml:space="preserve"> </w:t>
      </w:r>
      <w:r w:rsidRPr="00B7305F">
        <w:rPr>
          <w:rFonts w:cs="Times New Roman"/>
          <w:color w:val="000000" w:themeColor="text1"/>
          <w:lang w:val="uk-UA"/>
        </w:rPr>
        <w:t>спосіб</w:t>
      </w:r>
      <w:r w:rsidR="00480420" w:rsidRPr="00B7305F">
        <w:rPr>
          <w:rFonts w:cs="Times New Roman"/>
          <w:color w:val="000000" w:themeColor="text1"/>
          <w:lang w:val="uk-UA"/>
        </w:rPr>
        <w:t xml:space="preserve"> </w:t>
      </w:r>
      <w:r w:rsidRPr="00B7305F">
        <w:rPr>
          <w:rFonts w:cs="Times New Roman"/>
          <w:color w:val="000000" w:themeColor="text1"/>
          <w:lang w:val="uk-UA"/>
        </w:rPr>
        <w:t>переживання</w:t>
      </w:r>
      <w:r w:rsidR="00480420" w:rsidRPr="00B7305F">
        <w:rPr>
          <w:rFonts w:cs="Times New Roman"/>
          <w:color w:val="000000" w:themeColor="text1"/>
          <w:lang w:val="uk-UA"/>
        </w:rPr>
        <w:t xml:space="preserve"> </w:t>
      </w:r>
      <w:r w:rsidRPr="00B7305F">
        <w:rPr>
          <w:rFonts w:cs="Times New Roman"/>
          <w:color w:val="000000" w:themeColor="text1"/>
          <w:lang w:val="uk-UA"/>
        </w:rPr>
        <w:t>дії,</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отже,</w:t>
      </w:r>
      <w:r w:rsidR="00480420" w:rsidRPr="00B7305F">
        <w:rPr>
          <w:rFonts w:cs="Times New Roman"/>
          <w:color w:val="000000" w:themeColor="text1"/>
          <w:lang w:val="uk-UA"/>
        </w:rPr>
        <w:t xml:space="preserve"> </w:t>
      </w:r>
      <w:r w:rsidRPr="00B7305F">
        <w:rPr>
          <w:rFonts w:cs="Times New Roman"/>
          <w:color w:val="000000" w:themeColor="text1"/>
          <w:lang w:val="uk-UA"/>
        </w:rPr>
        <w:t>вимагають</w:t>
      </w:r>
      <w:r w:rsidR="00480420" w:rsidRPr="00B7305F">
        <w:rPr>
          <w:rFonts w:cs="Times New Roman"/>
          <w:color w:val="000000" w:themeColor="text1"/>
          <w:lang w:val="uk-UA"/>
        </w:rPr>
        <w:t xml:space="preserve"> </w:t>
      </w:r>
      <w:r w:rsidRPr="00B7305F">
        <w:rPr>
          <w:rFonts w:cs="Times New Roman"/>
          <w:color w:val="000000" w:themeColor="text1"/>
          <w:lang w:val="uk-UA"/>
        </w:rPr>
        <w:t>від</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компетенцій.</w:t>
      </w:r>
      <w:r w:rsidR="00480420" w:rsidRPr="00B7305F">
        <w:rPr>
          <w:rFonts w:cs="Times New Roman"/>
          <w:color w:val="000000" w:themeColor="text1"/>
          <w:lang w:val="uk-UA"/>
        </w:rPr>
        <w:t xml:space="preserve"> </w:t>
      </w:r>
      <w:r w:rsidRPr="00B7305F">
        <w:rPr>
          <w:rFonts w:cs="Times New Roman"/>
          <w:color w:val="000000" w:themeColor="text1"/>
          <w:lang w:val="uk-UA"/>
        </w:rPr>
        <w:t>Головне</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допустити,</w:t>
      </w:r>
      <w:r w:rsidR="00480420" w:rsidRPr="00B7305F">
        <w:rPr>
          <w:rFonts w:cs="Times New Roman"/>
          <w:color w:val="000000" w:themeColor="text1"/>
          <w:lang w:val="uk-UA"/>
        </w:rPr>
        <w:t xml:space="preserve"> </w:t>
      </w:r>
      <w:r w:rsidRPr="00B7305F">
        <w:rPr>
          <w:rFonts w:cs="Times New Roman"/>
          <w:color w:val="000000" w:themeColor="text1"/>
          <w:lang w:val="uk-UA"/>
        </w:rPr>
        <w:t>щоб</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технологія</w:t>
      </w:r>
      <w:r w:rsidR="00480420" w:rsidRPr="00B7305F">
        <w:rPr>
          <w:rFonts w:cs="Times New Roman"/>
          <w:color w:val="000000" w:themeColor="text1"/>
          <w:lang w:val="uk-UA"/>
        </w:rPr>
        <w:t xml:space="preserve"> </w:t>
      </w:r>
      <w:r w:rsidRPr="00B7305F">
        <w:rPr>
          <w:rFonts w:cs="Times New Roman"/>
          <w:color w:val="000000" w:themeColor="text1"/>
          <w:lang w:val="uk-UA"/>
        </w:rPr>
        <w:t>замінила</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мистецтво;</w:t>
      </w:r>
      <w:r w:rsidR="00480420" w:rsidRPr="00B7305F">
        <w:rPr>
          <w:rFonts w:cs="Times New Roman"/>
          <w:color w:val="000000" w:themeColor="text1"/>
          <w:lang w:val="uk-UA"/>
        </w:rPr>
        <w:t xml:space="preserve"> </w:t>
      </w:r>
      <w:r w:rsidRPr="00B7305F">
        <w:rPr>
          <w:rFonts w:cs="Times New Roman"/>
          <w:color w:val="000000" w:themeColor="text1"/>
          <w:lang w:val="uk-UA"/>
        </w:rPr>
        <w:t>найкращі</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експерименти</w:t>
      </w:r>
      <w:r w:rsidR="00480420" w:rsidRPr="00B7305F">
        <w:rPr>
          <w:rFonts w:cs="Times New Roman"/>
          <w:color w:val="000000" w:themeColor="text1"/>
          <w:lang w:val="uk-UA"/>
        </w:rPr>
        <w:t xml:space="preserve"> </w:t>
      </w:r>
      <w:r w:rsidRPr="00B7305F">
        <w:rPr>
          <w:rFonts w:cs="Times New Roman"/>
          <w:color w:val="000000" w:themeColor="text1"/>
          <w:lang w:val="uk-UA"/>
        </w:rPr>
        <w:t>ті,</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кіно</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театр</w:t>
      </w:r>
      <w:r w:rsidR="00480420" w:rsidRPr="00B7305F">
        <w:rPr>
          <w:rFonts w:cs="Times New Roman"/>
          <w:color w:val="000000" w:themeColor="text1"/>
          <w:lang w:val="uk-UA"/>
        </w:rPr>
        <w:t xml:space="preserve"> </w:t>
      </w:r>
      <w:r w:rsidRPr="00B7305F">
        <w:rPr>
          <w:rFonts w:cs="Times New Roman"/>
          <w:color w:val="000000" w:themeColor="text1"/>
          <w:lang w:val="uk-UA"/>
        </w:rPr>
        <w:t>доповнюють</w:t>
      </w:r>
      <w:r w:rsidR="00480420" w:rsidRPr="00B7305F">
        <w:rPr>
          <w:rFonts w:cs="Times New Roman"/>
          <w:color w:val="000000" w:themeColor="text1"/>
          <w:lang w:val="uk-UA"/>
        </w:rPr>
        <w:t xml:space="preserve"> </w:t>
      </w:r>
      <w:r w:rsidRPr="00B7305F">
        <w:rPr>
          <w:rFonts w:cs="Times New Roman"/>
          <w:color w:val="000000" w:themeColor="text1"/>
          <w:lang w:val="uk-UA"/>
        </w:rPr>
        <w:t>одне</w:t>
      </w:r>
      <w:r w:rsidR="00480420" w:rsidRPr="00B7305F">
        <w:rPr>
          <w:rFonts w:cs="Times New Roman"/>
          <w:color w:val="000000" w:themeColor="text1"/>
          <w:lang w:val="uk-UA"/>
        </w:rPr>
        <w:t xml:space="preserve"> </w:t>
      </w:r>
      <w:r w:rsidRPr="00B7305F">
        <w:rPr>
          <w:rFonts w:cs="Times New Roman"/>
          <w:color w:val="000000" w:themeColor="text1"/>
          <w:lang w:val="uk-UA"/>
        </w:rPr>
        <w:t>одного,</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втрачаючи</w:t>
      </w:r>
      <w:r w:rsidR="00480420" w:rsidRPr="00B7305F">
        <w:rPr>
          <w:rFonts w:cs="Times New Roman"/>
          <w:color w:val="000000" w:themeColor="text1"/>
          <w:lang w:val="uk-UA"/>
        </w:rPr>
        <w:t xml:space="preserve"> </w:t>
      </w:r>
      <w:r w:rsidRPr="00B7305F">
        <w:rPr>
          <w:rFonts w:cs="Times New Roman"/>
          <w:color w:val="000000" w:themeColor="text1"/>
          <w:lang w:val="uk-UA"/>
        </w:rPr>
        <w:t>автентичності.</w:t>
      </w:r>
    </w:p>
    <w:p w14:paraId="6B638092" w14:textId="6B71351C" w:rsidR="00692654" w:rsidRPr="00B7305F" w:rsidRDefault="0039501A" w:rsidP="00051784">
      <w:pPr>
        <w:spacing w:after="0"/>
        <w:ind w:left="0" w:firstLine="709"/>
        <w:jc w:val="both"/>
        <w:rPr>
          <w:rFonts w:cs="Times New Roman"/>
          <w:color w:val="000000" w:themeColor="text1"/>
          <w:lang w:val="uk-UA"/>
        </w:rPr>
      </w:pPr>
      <w:r>
        <w:rPr>
          <w:rFonts w:cs="Times New Roman"/>
          <w:color w:val="000000" w:themeColor="text1"/>
          <w:lang w:val="uk-UA"/>
        </w:rPr>
        <w:t>У</w:t>
      </w:r>
      <w:r w:rsidRPr="00B7305F">
        <w:rPr>
          <w:rFonts w:cs="Times New Roman"/>
          <w:color w:val="000000" w:themeColor="text1"/>
          <w:lang w:val="uk-UA"/>
        </w:rPr>
        <w:t>вагу</w:t>
      </w:r>
      <w:r w:rsidR="00480420" w:rsidRPr="00B7305F">
        <w:rPr>
          <w:rFonts w:cs="Times New Roman"/>
          <w:color w:val="000000" w:themeColor="text1"/>
          <w:lang w:val="uk-UA"/>
        </w:rPr>
        <w:t xml:space="preserve"> </w:t>
      </w:r>
      <w:r w:rsidRPr="00B7305F">
        <w:rPr>
          <w:rFonts w:cs="Times New Roman"/>
          <w:color w:val="000000" w:themeColor="text1"/>
          <w:lang w:val="uk-UA"/>
        </w:rPr>
        <w:t>зосереджено</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перспективах</w:t>
      </w:r>
      <w:r w:rsidR="00480420" w:rsidRPr="00B7305F">
        <w:rPr>
          <w:rFonts w:cs="Times New Roman"/>
          <w:color w:val="000000" w:themeColor="text1"/>
          <w:lang w:val="uk-UA"/>
        </w:rPr>
        <w:t xml:space="preserve"> </w:t>
      </w:r>
      <w:r w:rsidRPr="00B7305F">
        <w:rPr>
          <w:rFonts w:cs="Times New Roman"/>
          <w:color w:val="000000" w:themeColor="text1"/>
          <w:lang w:val="uk-UA"/>
        </w:rPr>
        <w:t>розвитку</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де</w:t>
      </w:r>
      <w:r w:rsidR="00480420" w:rsidRPr="00B7305F">
        <w:rPr>
          <w:rFonts w:cs="Times New Roman"/>
          <w:color w:val="000000" w:themeColor="text1"/>
          <w:lang w:val="uk-UA"/>
        </w:rPr>
        <w:t xml:space="preserve"> </w:t>
      </w:r>
      <w:r w:rsidRPr="00B7305F">
        <w:rPr>
          <w:rFonts w:cs="Times New Roman"/>
          <w:color w:val="000000" w:themeColor="text1"/>
          <w:lang w:val="uk-UA"/>
        </w:rPr>
        <w:t>ключовим</w:t>
      </w:r>
      <w:r w:rsidR="00480420" w:rsidRPr="00B7305F">
        <w:rPr>
          <w:rFonts w:cs="Times New Roman"/>
          <w:color w:val="000000" w:themeColor="text1"/>
          <w:lang w:val="uk-UA"/>
        </w:rPr>
        <w:t xml:space="preserve"> </w:t>
      </w:r>
      <w:r w:rsidRPr="00B7305F">
        <w:rPr>
          <w:rFonts w:cs="Times New Roman"/>
          <w:color w:val="000000" w:themeColor="text1"/>
          <w:lang w:val="uk-UA"/>
        </w:rPr>
        <w:t>вектором</w:t>
      </w:r>
      <w:r w:rsidR="00480420" w:rsidRPr="00B7305F">
        <w:rPr>
          <w:rFonts w:cs="Times New Roman"/>
          <w:color w:val="000000" w:themeColor="text1"/>
          <w:lang w:val="uk-UA"/>
        </w:rPr>
        <w:t xml:space="preserve"> </w:t>
      </w:r>
      <w:r w:rsidRPr="00B7305F">
        <w:rPr>
          <w:rFonts w:cs="Times New Roman"/>
          <w:color w:val="000000" w:themeColor="text1"/>
          <w:lang w:val="uk-UA"/>
        </w:rPr>
        <w:t>майбутнього</w:t>
      </w:r>
      <w:r w:rsidR="00480420" w:rsidRPr="00B7305F">
        <w:rPr>
          <w:rFonts w:cs="Times New Roman"/>
          <w:color w:val="000000" w:themeColor="text1"/>
          <w:lang w:val="uk-UA"/>
        </w:rPr>
        <w:t xml:space="preserve"> </w:t>
      </w:r>
      <w:r w:rsidRPr="00B7305F">
        <w:rPr>
          <w:rFonts w:cs="Times New Roman"/>
          <w:color w:val="000000" w:themeColor="text1"/>
          <w:lang w:val="uk-UA"/>
        </w:rPr>
        <w:t>стає</w:t>
      </w:r>
      <w:r w:rsidR="00480420" w:rsidRPr="00B7305F">
        <w:rPr>
          <w:rFonts w:cs="Times New Roman"/>
          <w:color w:val="000000" w:themeColor="text1"/>
          <w:lang w:val="uk-UA"/>
        </w:rPr>
        <w:t xml:space="preserve"> </w:t>
      </w:r>
      <w:r w:rsidRPr="00B7305F">
        <w:rPr>
          <w:rFonts w:cs="Times New Roman"/>
          <w:color w:val="000000" w:themeColor="text1"/>
          <w:lang w:val="uk-UA"/>
        </w:rPr>
        <w:t>формування</w:t>
      </w:r>
      <w:r w:rsidR="00480420" w:rsidRPr="00B7305F">
        <w:rPr>
          <w:rFonts w:cs="Times New Roman"/>
          <w:color w:val="000000" w:themeColor="text1"/>
          <w:lang w:val="uk-UA"/>
        </w:rPr>
        <w:t xml:space="preserve"> </w:t>
      </w:r>
      <w:r w:rsidRPr="00B7305F">
        <w:rPr>
          <w:rFonts w:cs="Times New Roman"/>
          <w:color w:val="000000" w:themeColor="text1"/>
          <w:lang w:val="uk-UA"/>
        </w:rPr>
        <w:t>універсального,</w:t>
      </w:r>
      <w:r w:rsidR="00480420" w:rsidRPr="00B7305F">
        <w:rPr>
          <w:rFonts w:cs="Times New Roman"/>
          <w:color w:val="000000" w:themeColor="text1"/>
          <w:lang w:val="uk-UA"/>
        </w:rPr>
        <w:t xml:space="preserve"> </w:t>
      </w:r>
      <w:r w:rsidRPr="00B7305F">
        <w:rPr>
          <w:rFonts w:cs="Times New Roman"/>
          <w:color w:val="000000" w:themeColor="text1"/>
          <w:lang w:val="uk-UA"/>
        </w:rPr>
        <w:t>«гібридного»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виконавець,</w:t>
      </w:r>
      <w:r w:rsidR="00480420" w:rsidRPr="00B7305F">
        <w:rPr>
          <w:rFonts w:cs="Times New Roman"/>
          <w:color w:val="000000" w:themeColor="text1"/>
          <w:lang w:val="uk-UA"/>
        </w:rPr>
        <w:t xml:space="preserve"> </w:t>
      </w:r>
      <w:r w:rsidRPr="00B7305F">
        <w:rPr>
          <w:rFonts w:cs="Times New Roman"/>
          <w:color w:val="000000" w:themeColor="text1"/>
          <w:lang w:val="uk-UA"/>
        </w:rPr>
        <w:t>який</w:t>
      </w:r>
      <w:r w:rsidR="00480420" w:rsidRPr="00B7305F">
        <w:rPr>
          <w:rFonts w:cs="Times New Roman"/>
          <w:color w:val="000000" w:themeColor="text1"/>
          <w:lang w:val="uk-UA"/>
        </w:rPr>
        <w:t xml:space="preserve"> </w:t>
      </w:r>
      <w:r w:rsidRPr="00B7305F">
        <w:rPr>
          <w:rFonts w:cs="Times New Roman"/>
          <w:color w:val="000000" w:themeColor="text1"/>
          <w:lang w:val="uk-UA"/>
        </w:rPr>
        <w:t>володіє</w:t>
      </w:r>
      <w:r w:rsidR="00480420" w:rsidRPr="00B7305F">
        <w:rPr>
          <w:rFonts w:cs="Times New Roman"/>
          <w:color w:val="000000" w:themeColor="text1"/>
          <w:lang w:val="uk-UA"/>
        </w:rPr>
        <w:t xml:space="preserve"> </w:t>
      </w:r>
      <w:r w:rsidRPr="00B7305F">
        <w:rPr>
          <w:rFonts w:cs="Times New Roman"/>
          <w:color w:val="000000" w:themeColor="text1"/>
          <w:lang w:val="uk-UA"/>
        </w:rPr>
        <w:t>сценічною</w:t>
      </w:r>
      <w:r w:rsidR="00480420" w:rsidRPr="00B7305F">
        <w:rPr>
          <w:rFonts w:cs="Times New Roman"/>
          <w:color w:val="000000" w:themeColor="text1"/>
          <w:lang w:val="uk-UA"/>
        </w:rPr>
        <w:t xml:space="preserve"> </w:t>
      </w:r>
      <w:r w:rsidRPr="00B7305F">
        <w:rPr>
          <w:rFonts w:cs="Times New Roman"/>
          <w:color w:val="000000" w:themeColor="text1"/>
          <w:lang w:val="uk-UA"/>
        </w:rPr>
        <w:t>енергією,</w:t>
      </w:r>
      <w:r w:rsidR="00480420" w:rsidRPr="00B7305F">
        <w:rPr>
          <w:rFonts w:cs="Times New Roman"/>
          <w:color w:val="000000" w:themeColor="text1"/>
          <w:lang w:val="uk-UA"/>
        </w:rPr>
        <w:t xml:space="preserve"> </w:t>
      </w:r>
      <w:r w:rsidRPr="00B7305F">
        <w:rPr>
          <w:rFonts w:cs="Times New Roman"/>
          <w:color w:val="000000" w:themeColor="text1"/>
          <w:lang w:val="uk-UA"/>
        </w:rPr>
        <w:t>камерною</w:t>
      </w:r>
      <w:r w:rsidR="00480420" w:rsidRPr="00B7305F">
        <w:rPr>
          <w:rFonts w:cs="Times New Roman"/>
          <w:color w:val="000000" w:themeColor="text1"/>
          <w:lang w:val="uk-UA"/>
        </w:rPr>
        <w:t xml:space="preserve"> </w:t>
      </w:r>
      <w:r w:rsidRPr="00B7305F">
        <w:rPr>
          <w:rFonts w:cs="Times New Roman"/>
          <w:color w:val="000000" w:themeColor="text1"/>
          <w:lang w:val="uk-UA"/>
        </w:rPr>
        <w:t>точністю,</w:t>
      </w:r>
      <w:r w:rsidR="00480420" w:rsidRPr="00B7305F">
        <w:rPr>
          <w:rFonts w:cs="Times New Roman"/>
          <w:color w:val="000000" w:themeColor="text1"/>
          <w:lang w:val="uk-UA"/>
        </w:rPr>
        <w:t xml:space="preserve"> </w:t>
      </w:r>
      <w:r w:rsidRPr="00B7305F">
        <w:rPr>
          <w:rFonts w:cs="Times New Roman"/>
          <w:color w:val="000000" w:themeColor="text1"/>
          <w:lang w:val="uk-UA"/>
        </w:rPr>
        <w:lastRenderedPageBreak/>
        <w:t>розумінням</w:t>
      </w:r>
      <w:r w:rsidR="00480420" w:rsidRPr="00B7305F">
        <w:rPr>
          <w:rFonts w:cs="Times New Roman"/>
          <w:color w:val="000000" w:themeColor="text1"/>
          <w:lang w:val="uk-UA"/>
        </w:rPr>
        <w:t xml:space="preserve"> </w:t>
      </w:r>
      <w:r w:rsidRPr="00B7305F">
        <w:rPr>
          <w:rFonts w:cs="Times New Roman"/>
          <w:color w:val="000000" w:themeColor="text1"/>
          <w:lang w:val="uk-UA"/>
        </w:rPr>
        <w:t>монтажу,</w:t>
      </w:r>
      <w:r w:rsidR="00480420" w:rsidRPr="00B7305F">
        <w:rPr>
          <w:rFonts w:cs="Times New Roman"/>
          <w:color w:val="000000" w:themeColor="text1"/>
          <w:lang w:val="uk-UA"/>
        </w:rPr>
        <w:t xml:space="preserve"> </w:t>
      </w:r>
      <w:r w:rsidRPr="00B7305F">
        <w:rPr>
          <w:rFonts w:cs="Times New Roman"/>
          <w:color w:val="000000" w:themeColor="text1"/>
          <w:lang w:val="uk-UA"/>
        </w:rPr>
        <w:t>чуттям</w:t>
      </w:r>
      <w:r w:rsidR="00480420" w:rsidRPr="00B7305F">
        <w:rPr>
          <w:rFonts w:cs="Times New Roman"/>
          <w:color w:val="000000" w:themeColor="text1"/>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живу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та</w:t>
      </w:r>
      <w:r w:rsidR="00480420" w:rsidRPr="00B7305F">
        <w:rPr>
          <w:rFonts w:cs="Times New Roman"/>
          <w:color w:val="000000" w:themeColor="text1"/>
          <w:lang w:val="uk-UA"/>
        </w:rPr>
        <w:t xml:space="preserve"> </w:t>
      </w:r>
      <w:r w:rsidRPr="00B7305F">
        <w:rPr>
          <w:rFonts w:cs="Times New Roman"/>
          <w:color w:val="000000" w:themeColor="text1"/>
          <w:lang w:val="uk-UA"/>
        </w:rPr>
        <w:t>екранну</w:t>
      </w:r>
      <w:r w:rsidR="00480420" w:rsidRPr="00B7305F">
        <w:rPr>
          <w:rFonts w:cs="Times New Roman"/>
          <w:color w:val="000000" w:themeColor="text1"/>
          <w:lang w:val="uk-UA"/>
        </w:rPr>
        <w:t xml:space="preserve"> </w:t>
      </w:r>
      <w:r w:rsidRPr="00B7305F">
        <w:rPr>
          <w:rFonts w:cs="Times New Roman"/>
          <w:color w:val="000000" w:themeColor="text1"/>
          <w:lang w:val="uk-UA"/>
        </w:rPr>
        <w:t>емоцію.</w:t>
      </w:r>
      <w:r w:rsidR="00480420" w:rsidRPr="00B7305F">
        <w:rPr>
          <w:rFonts w:cs="Times New Roman"/>
          <w:color w:val="000000" w:themeColor="text1"/>
          <w:lang w:val="uk-UA"/>
        </w:rPr>
        <w:t xml:space="preserve"> </w:t>
      </w:r>
      <w:r w:rsidRPr="00B7305F">
        <w:rPr>
          <w:rFonts w:cs="Times New Roman"/>
          <w:color w:val="000000" w:themeColor="text1"/>
          <w:lang w:val="uk-UA"/>
        </w:rPr>
        <w:t>Його</w:t>
      </w:r>
      <w:r w:rsidR="00480420" w:rsidRPr="00B7305F">
        <w:rPr>
          <w:rFonts w:cs="Times New Roman"/>
          <w:color w:val="000000" w:themeColor="text1"/>
          <w:lang w:val="uk-UA"/>
        </w:rPr>
        <w:t xml:space="preserve"> </w:t>
      </w:r>
      <w:r w:rsidRPr="00B7305F">
        <w:rPr>
          <w:rFonts w:cs="Times New Roman"/>
          <w:color w:val="000000" w:themeColor="text1"/>
          <w:lang w:val="uk-UA"/>
        </w:rPr>
        <w:t>підготовка</w:t>
      </w:r>
      <w:r w:rsidR="00480420" w:rsidRPr="00B7305F">
        <w:rPr>
          <w:rFonts w:cs="Times New Roman"/>
          <w:color w:val="000000" w:themeColor="text1"/>
          <w:lang w:val="uk-UA"/>
        </w:rPr>
        <w:t xml:space="preserve"> </w:t>
      </w:r>
      <w:r w:rsidRPr="00B7305F">
        <w:rPr>
          <w:rFonts w:cs="Times New Roman"/>
          <w:color w:val="000000" w:themeColor="text1"/>
          <w:lang w:val="uk-UA"/>
        </w:rPr>
        <w:t>потребує</w:t>
      </w:r>
      <w:r w:rsidR="00480420" w:rsidRPr="00B7305F">
        <w:rPr>
          <w:rFonts w:cs="Times New Roman"/>
          <w:color w:val="000000" w:themeColor="text1"/>
          <w:lang w:val="uk-UA"/>
        </w:rPr>
        <w:t xml:space="preserve"> </w:t>
      </w:r>
      <w:r w:rsidRPr="00B7305F">
        <w:rPr>
          <w:rFonts w:cs="Times New Roman"/>
          <w:color w:val="000000" w:themeColor="text1"/>
          <w:lang w:val="uk-UA"/>
        </w:rPr>
        <w:t>нових</w:t>
      </w:r>
      <w:r w:rsidR="00480420" w:rsidRPr="00B7305F">
        <w:rPr>
          <w:rFonts w:cs="Times New Roman"/>
          <w:color w:val="000000" w:themeColor="text1"/>
          <w:lang w:val="uk-UA"/>
        </w:rPr>
        <w:t xml:space="preserve"> </w:t>
      </w:r>
      <w:r w:rsidRPr="00B7305F">
        <w:rPr>
          <w:rFonts w:cs="Times New Roman"/>
          <w:color w:val="000000" w:themeColor="text1"/>
          <w:lang w:val="uk-UA"/>
        </w:rPr>
        <w:t>освітніх</w:t>
      </w:r>
      <w:r w:rsidR="00480420" w:rsidRPr="00B7305F">
        <w:rPr>
          <w:rFonts w:cs="Times New Roman"/>
          <w:color w:val="000000" w:themeColor="text1"/>
          <w:lang w:val="uk-UA"/>
        </w:rPr>
        <w:t xml:space="preserve"> </w:t>
      </w:r>
      <w:r w:rsidRPr="00B7305F">
        <w:rPr>
          <w:rFonts w:cs="Times New Roman"/>
          <w:color w:val="000000" w:themeColor="text1"/>
          <w:lang w:val="uk-UA"/>
        </w:rPr>
        <w:t>програм,</w:t>
      </w:r>
      <w:r w:rsidR="00480420" w:rsidRPr="00B7305F">
        <w:rPr>
          <w:rFonts w:cs="Times New Roman"/>
          <w:color w:val="000000" w:themeColor="text1"/>
          <w:lang w:val="uk-UA"/>
        </w:rPr>
        <w:t xml:space="preserve"> </w:t>
      </w:r>
      <w:r w:rsidRPr="00B7305F">
        <w:rPr>
          <w:rFonts w:cs="Times New Roman"/>
          <w:color w:val="000000" w:themeColor="text1"/>
          <w:lang w:val="uk-UA"/>
        </w:rPr>
        <w:t>лабораторій,</w:t>
      </w:r>
      <w:r w:rsidR="00480420" w:rsidRPr="00B7305F">
        <w:rPr>
          <w:rFonts w:cs="Times New Roman"/>
          <w:color w:val="000000" w:themeColor="text1"/>
          <w:lang w:val="uk-UA"/>
        </w:rPr>
        <w:t xml:space="preserve"> </w:t>
      </w:r>
      <w:r w:rsidRPr="00B7305F">
        <w:rPr>
          <w:rFonts w:cs="Times New Roman"/>
          <w:color w:val="000000" w:themeColor="text1"/>
          <w:lang w:val="uk-UA"/>
        </w:rPr>
        <w:t>міждисциплінарних</w:t>
      </w:r>
      <w:r w:rsidR="00480420" w:rsidRPr="00B7305F">
        <w:rPr>
          <w:rFonts w:cs="Times New Roman"/>
          <w:color w:val="000000" w:themeColor="text1"/>
          <w:lang w:val="uk-UA"/>
        </w:rPr>
        <w:t xml:space="preserve"> </w:t>
      </w:r>
      <w:r w:rsidRPr="00B7305F">
        <w:rPr>
          <w:rFonts w:cs="Times New Roman"/>
          <w:color w:val="000000" w:themeColor="text1"/>
          <w:lang w:val="uk-UA"/>
        </w:rPr>
        <w:t>резиденцій.</w:t>
      </w:r>
      <w:r w:rsidR="00480420" w:rsidRPr="00B7305F">
        <w:rPr>
          <w:rFonts w:cs="Times New Roman"/>
          <w:color w:val="000000" w:themeColor="text1"/>
          <w:lang w:val="uk-UA"/>
        </w:rPr>
        <w:t xml:space="preserve"> </w:t>
      </w:r>
      <w:r w:rsidRPr="00B7305F">
        <w:rPr>
          <w:rFonts w:cs="Times New Roman"/>
          <w:color w:val="000000" w:themeColor="text1"/>
          <w:lang w:val="uk-UA"/>
        </w:rPr>
        <w:t>Техніка</w:t>
      </w:r>
      <w:r w:rsidR="00480420" w:rsidRPr="00B7305F">
        <w:rPr>
          <w:rFonts w:cs="Times New Roman"/>
          <w:color w:val="000000" w:themeColor="text1"/>
          <w:lang w:val="uk-UA"/>
        </w:rPr>
        <w:t xml:space="preserve"> </w:t>
      </w:r>
      <w:r w:rsidRPr="00B7305F">
        <w:rPr>
          <w:rFonts w:cs="Times New Roman"/>
          <w:color w:val="000000" w:themeColor="text1"/>
          <w:lang w:val="uk-UA"/>
        </w:rPr>
        <w:t>такого</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повинна</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адаптивною,</w:t>
      </w:r>
      <w:r w:rsidR="00480420" w:rsidRPr="00B7305F">
        <w:rPr>
          <w:rFonts w:cs="Times New Roman"/>
          <w:color w:val="000000" w:themeColor="text1"/>
          <w:lang w:val="uk-UA"/>
        </w:rPr>
        <w:t xml:space="preserve"> </w:t>
      </w:r>
      <w:r w:rsidRPr="00B7305F">
        <w:rPr>
          <w:rFonts w:cs="Times New Roman"/>
          <w:color w:val="000000" w:themeColor="text1"/>
          <w:lang w:val="uk-UA"/>
        </w:rPr>
        <w:t>гнучкою,</w:t>
      </w:r>
      <w:r w:rsidR="00480420" w:rsidRPr="00B7305F">
        <w:rPr>
          <w:rFonts w:cs="Times New Roman"/>
          <w:color w:val="000000" w:themeColor="text1"/>
          <w:lang w:val="uk-UA"/>
        </w:rPr>
        <w:t xml:space="preserve"> </w:t>
      </w:r>
      <w:r w:rsidRPr="00B7305F">
        <w:rPr>
          <w:rFonts w:cs="Times New Roman"/>
          <w:color w:val="000000" w:themeColor="text1"/>
          <w:lang w:val="uk-UA"/>
        </w:rPr>
        <w:t>емоційно</w:t>
      </w:r>
      <w:r w:rsidR="00480420" w:rsidRPr="00B7305F">
        <w:rPr>
          <w:rFonts w:cs="Times New Roman"/>
          <w:color w:val="000000" w:themeColor="text1"/>
          <w:lang w:val="uk-UA"/>
        </w:rPr>
        <w:t xml:space="preserve"> </w:t>
      </w:r>
      <w:r w:rsidRPr="00B7305F">
        <w:rPr>
          <w:rFonts w:cs="Times New Roman"/>
          <w:color w:val="000000" w:themeColor="text1"/>
          <w:lang w:val="uk-UA"/>
        </w:rPr>
        <w:t>рафінованою</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одночасно</w:t>
      </w:r>
      <w:r w:rsidR="00480420" w:rsidRPr="00B7305F">
        <w:rPr>
          <w:rFonts w:cs="Times New Roman"/>
          <w:color w:val="000000" w:themeColor="text1"/>
          <w:lang w:val="uk-UA"/>
        </w:rPr>
        <w:t xml:space="preserve"> </w:t>
      </w:r>
      <w:r w:rsidRPr="00B7305F">
        <w:rPr>
          <w:rFonts w:cs="Times New Roman"/>
          <w:color w:val="000000" w:themeColor="text1"/>
          <w:lang w:val="uk-UA"/>
        </w:rPr>
        <w:t>мовою</w:t>
      </w:r>
      <w:r w:rsidR="00480420" w:rsidRPr="00B7305F">
        <w:rPr>
          <w:rFonts w:cs="Times New Roman"/>
          <w:color w:val="000000" w:themeColor="text1"/>
          <w:lang w:val="uk-UA"/>
        </w:rPr>
        <w:t xml:space="preserve"> </w:t>
      </w:r>
      <w:r w:rsidRPr="00B7305F">
        <w:rPr>
          <w:rFonts w:cs="Times New Roman"/>
          <w:color w:val="000000" w:themeColor="text1"/>
          <w:lang w:val="uk-UA"/>
        </w:rPr>
        <w:t>сцени</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мовою</w:t>
      </w:r>
      <w:r w:rsidR="00480420" w:rsidRPr="00B7305F">
        <w:rPr>
          <w:rFonts w:cs="Times New Roman"/>
          <w:color w:val="000000" w:themeColor="text1"/>
          <w:lang w:val="uk-UA"/>
        </w:rPr>
        <w:t xml:space="preserve"> </w:t>
      </w:r>
      <w:r w:rsidRPr="00B7305F">
        <w:rPr>
          <w:rFonts w:cs="Times New Roman"/>
          <w:color w:val="000000" w:themeColor="text1"/>
          <w:lang w:val="uk-UA"/>
        </w:rPr>
        <w:t>кадру.</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контексті</w:t>
      </w:r>
      <w:r w:rsidR="00480420" w:rsidRPr="00B7305F">
        <w:rPr>
          <w:rFonts w:cs="Times New Roman"/>
          <w:color w:val="000000" w:themeColor="text1"/>
          <w:lang w:val="uk-UA"/>
        </w:rPr>
        <w:t xml:space="preserve"> </w:t>
      </w: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просто</w:t>
      </w:r>
      <w:r w:rsidR="00480420" w:rsidRPr="00B7305F">
        <w:rPr>
          <w:rFonts w:cs="Times New Roman"/>
          <w:color w:val="000000" w:themeColor="text1"/>
          <w:lang w:val="uk-UA"/>
        </w:rPr>
        <w:t xml:space="preserve"> </w:t>
      </w:r>
      <w:r w:rsidRPr="00B7305F">
        <w:rPr>
          <w:rFonts w:cs="Times New Roman"/>
          <w:color w:val="000000" w:themeColor="text1"/>
          <w:lang w:val="uk-UA"/>
        </w:rPr>
        <w:t>технічне</w:t>
      </w:r>
      <w:r w:rsidR="00480420" w:rsidRPr="00B7305F">
        <w:rPr>
          <w:rFonts w:cs="Times New Roman"/>
          <w:color w:val="000000" w:themeColor="text1"/>
          <w:lang w:val="uk-UA"/>
        </w:rPr>
        <w:t xml:space="preserve"> </w:t>
      </w:r>
      <w:r w:rsidRPr="00B7305F">
        <w:rPr>
          <w:rFonts w:cs="Times New Roman"/>
          <w:color w:val="000000" w:themeColor="text1"/>
          <w:lang w:val="uk-UA"/>
        </w:rPr>
        <w:t>поєднання</w:t>
      </w:r>
      <w:r w:rsidR="00480420" w:rsidRPr="00B7305F">
        <w:rPr>
          <w:rFonts w:cs="Times New Roman"/>
          <w:color w:val="000000" w:themeColor="text1"/>
          <w:lang w:val="uk-UA"/>
        </w:rPr>
        <w:t xml:space="preserve"> </w:t>
      </w:r>
      <w:r w:rsidRPr="00B7305F">
        <w:rPr>
          <w:rFonts w:cs="Times New Roman"/>
          <w:color w:val="000000" w:themeColor="text1"/>
          <w:lang w:val="uk-UA"/>
        </w:rPr>
        <w:t>навичок,</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народження</w:t>
      </w:r>
      <w:r w:rsidR="00480420" w:rsidRPr="00B7305F">
        <w:rPr>
          <w:rFonts w:cs="Times New Roman"/>
          <w:color w:val="000000" w:themeColor="text1"/>
          <w:lang w:val="uk-UA"/>
        </w:rPr>
        <w:t xml:space="preserve"> </w:t>
      </w:r>
      <w:r w:rsidRPr="00B7305F">
        <w:rPr>
          <w:rFonts w:cs="Times New Roman"/>
          <w:color w:val="000000" w:themeColor="text1"/>
          <w:lang w:val="uk-UA"/>
        </w:rPr>
        <w:t>нової</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акторської</w:t>
      </w:r>
      <w:r w:rsidR="00480420" w:rsidRPr="00B7305F">
        <w:rPr>
          <w:rFonts w:cs="Times New Roman"/>
          <w:color w:val="000000" w:themeColor="text1"/>
          <w:lang w:val="uk-UA"/>
        </w:rPr>
        <w:t xml:space="preserve"> </w:t>
      </w:r>
      <w:r w:rsidRPr="00B7305F">
        <w:rPr>
          <w:rFonts w:cs="Times New Roman"/>
          <w:color w:val="000000" w:themeColor="text1"/>
          <w:lang w:val="uk-UA"/>
        </w:rPr>
        <w:t>природи,</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відповідає</w:t>
      </w:r>
      <w:r w:rsidR="00480420" w:rsidRPr="00B7305F">
        <w:rPr>
          <w:rFonts w:cs="Times New Roman"/>
          <w:color w:val="000000" w:themeColor="text1"/>
          <w:lang w:val="uk-UA"/>
        </w:rPr>
        <w:t xml:space="preserve"> </w:t>
      </w:r>
      <w:r w:rsidRPr="00B7305F">
        <w:rPr>
          <w:rFonts w:cs="Times New Roman"/>
          <w:color w:val="000000" w:themeColor="text1"/>
          <w:lang w:val="uk-UA"/>
        </w:rPr>
        <w:t>гібридному</w:t>
      </w:r>
      <w:r w:rsidR="00480420" w:rsidRPr="00B7305F">
        <w:rPr>
          <w:rFonts w:cs="Times New Roman"/>
          <w:color w:val="000000" w:themeColor="text1"/>
          <w:lang w:val="uk-UA"/>
        </w:rPr>
        <w:t xml:space="preserve"> </w:t>
      </w:r>
      <w:r w:rsidRPr="00B7305F">
        <w:rPr>
          <w:rFonts w:cs="Times New Roman"/>
          <w:color w:val="000000" w:themeColor="text1"/>
          <w:lang w:val="uk-UA"/>
        </w:rPr>
        <w:t>світу</w:t>
      </w:r>
      <w:r w:rsidR="00480420" w:rsidRPr="00B7305F">
        <w:rPr>
          <w:rFonts w:cs="Times New Roman"/>
          <w:color w:val="000000" w:themeColor="text1"/>
          <w:lang w:val="uk-UA"/>
        </w:rPr>
        <w:t xml:space="preserve"> </w:t>
      </w:r>
      <w:r w:rsidRPr="00B7305F">
        <w:rPr>
          <w:rFonts w:cs="Times New Roman"/>
          <w:color w:val="000000" w:themeColor="text1"/>
          <w:lang w:val="uk-UA"/>
        </w:rPr>
        <w:t>сучасного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p>
    <w:p w14:paraId="67A27D7B" w14:textId="2E4EF525" w:rsidR="00692654" w:rsidRPr="00B7305F" w:rsidRDefault="00000000" w:rsidP="00051784">
      <w:pPr>
        <w:spacing w:after="0"/>
        <w:ind w:left="0" w:firstLine="709"/>
        <w:jc w:val="both"/>
        <w:rPr>
          <w:rFonts w:cs="Times New Roman"/>
          <w:color w:val="000000" w:themeColor="text1"/>
          <w:lang w:val="uk-UA"/>
        </w:rPr>
      </w:pPr>
      <w:r w:rsidRPr="00B7305F">
        <w:rPr>
          <w:rFonts w:cs="Times New Roman"/>
          <w:color w:val="000000" w:themeColor="text1"/>
          <w:lang w:val="uk-UA"/>
        </w:rPr>
        <w:t>Інтеграція</w:t>
      </w:r>
      <w:r w:rsidR="00480420" w:rsidRPr="00B7305F">
        <w:rPr>
          <w:rFonts w:cs="Times New Roman"/>
          <w:color w:val="000000" w:themeColor="text1"/>
          <w:lang w:val="uk-UA"/>
        </w:rPr>
        <w:t xml:space="preserve"> </w:t>
      </w:r>
      <w:r w:rsidRPr="00B7305F">
        <w:rPr>
          <w:rFonts w:cs="Times New Roman"/>
          <w:color w:val="000000" w:themeColor="text1"/>
          <w:lang w:val="uk-UA"/>
        </w:rPr>
        <w:t>театральних</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кінематографічних</w:t>
      </w:r>
      <w:r w:rsidR="00480420" w:rsidRPr="00B7305F">
        <w:rPr>
          <w:rFonts w:cs="Times New Roman"/>
          <w:color w:val="000000" w:themeColor="text1"/>
          <w:lang w:val="uk-UA"/>
        </w:rPr>
        <w:t xml:space="preserve"> </w:t>
      </w:r>
      <w:r w:rsidRPr="00B7305F">
        <w:rPr>
          <w:rFonts w:cs="Times New Roman"/>
          <w:color w:val="000000" w:themeColor="text1"/>
          <w:lang w:val="uk-UA"/>
        </w:rPr>
        <w:t>технік</w:t>
      </w:r>
      <w:r w:rsidR="00480420" w:rsidRPr="00B7305F">
        <w:rPr>
          <w:rFonts w:cs="Times New Roman"/>
          <w:color w:val="000000" w:themeColor="text1"/>
          <w:lang w:val="uk-UA"/>
        </w:rPr>
        <w:t xml:space="preserve"> </w:t>
      </w:r>
      <w:r w:rsidRPr="00B7305F">
        <w:rPr>
          <w:rFonts w:cs="Times New Roman"/>
          <w:color w:val="000000" w:themeColor="text1"/>
          <w:lang w:val="uk-UA"/>
        </w:rPr>
        <w:t>—</w:t>
      </w:r>
      <w:r w:rsidR="00480420" w:rsidRPr="00B7305F">
        <w:rPr>
          <w:rFonts w:cs="Times New Roman"/>
          <w:color w:val="000000" w:themeColor="text1"/>
          <w:lang w:val="uk-UA"/>
        </w:rPr>
        <w:t xml:space="preserve"> </w:t>
      </w:r>
      <w:r w:rsidRPr="00B7305F">
        <w:rPr>
          <w:rFonts w:cs="Times New Roman"/>
          <w:color w:val="000000" w:themeColor="text1"/>
          <w:lang w:val="uk-UA"/>
        </w:rPr>
        <w:t>це</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тимчасова</w:t>
      </w:r>
      <w:r w:rsidR="00480420" w:rsidRPr="00B7305F">
        <w:rPr>
          <w:rFonts w:cs="Times New Roman"/>
          <w:color w:val="000000" w:themeColor="text1"/>
          <w:lang w:val="uk-UA"/>
        </w:rPr>
        <w:t xml:space="preserve"> </w:t>
      </w:r>
      <w:r w:rsidRPr="00B7305F">
        <w:rPr>
          <w:rFonts w:cs="Times New Roman"/>
          <w:color w:val="000000" w:themeColor="text1"/>
          <w:lang w:val="uk-UA"/>
        </w:rPr>
        <w:t>мода,</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глибинна</w:t>
      </w:r>
      <w:r w:rsidR="00480420" w:rsidRPr="00B7305F">
        <w:rPr>
          <w:rFonts w:cs="Times New Roman"/>
          <w:color w:val="000000" w:themeColor="text1"/>
          <w:lang w:val="uk-UA"/>
        </w:rPr>
        <w:t xml:space="preserve"> </w:t>
      </w:r>
      <w:r w:rsidRPr="00B7305F">
        <w:rPr>
          <w:rFonts w:cs="Times New Roman"/>
          <w:color w:val="000000" w:themeColor="text1"/>
          <w:lang w:val="uk-UA"/>
        </w:rPr>
        <w:t>еволюція</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актора,</w:t>
      </w:r>
      <w:r w:rsidR="00480420" w:rsidRPr="00B7305F">
        <w:rPr>
          <w:rFonts w:cs="Times New Roman"/>
          <w:color w:val="000000" w:themeColor="text1"/>
          <w:lang w:val="uk-UA"/>
        </w:rPr>
        <w:t xml:space="preserve"> </w:t>
      </w:r>
      <w:r w:rsidRPr="00B7305F">
        <w:rPr>
          <w:rFonts w:cs="Times New Roman"/>
          <w:color w:val="000000" w:themeColor="text1"/>
          <w:lang w:val="uk-UA"/>
        </w:rPr>
        <w:t>що</w:t>
      </w:r>
      <w:r w:rsidR="00480420" w:rsidRPr="00B7305F">
        <w:rPr>
          <w:rFonts w:cs="Times New Roman"/>
          <w:color w:val="000000" w:themeColor="text1"/>
          <w:lang w:val="uk-UA"/>
        </w:rPr>
        <w:t xml:space="preserve"> </w:t>
      </w:r>
      <w:r w:rsidRPr="00B7305F">
        <w:rPr>
          <w:rFonts w:cs="Times New Roman"/>
          <w:color w:val="000000" w:themeColor="text1"/>
          <w:lang w:val="uk-UA"/>
        </w:rPr>
        <w:t>відображає</w:t>
      </w:r>
      <w:r w:rsidR="00480420" w:rsidRPr="00B7305F">
        <w:rPr>
          <w:rFonts w:cs="Times New Roman"/>
          <w:color w:val="000000" w:themeColor="text1"/>
          <w:lang w:val="uk-UA"/>
        </w:rPr>
        <w:t xml:space="preserve"> </w:t>
      </w:r>
      <w:r w:rsidRPr="00B7305F">
        <w:rPr>
          <w:rFonts w:cs="Times New Roman"/>
          <w:color w:val="000000" w:themeColor="text1"/>
          <w:lang w:val="uk-UA"/>
        </w:rPr>
        <w:t>зміни</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культурі</w:t>
      </w:r>
      <w:r w:rsidR="00480420" w:rsidRPr="00B7305F">
        <w:rPr>
          <w:rFonts w:cs="Times New Roman"/>
          <w:color w:val="000000" w:themeColor="text1"/>
          <w:lang w:val="uk-UA"/>
        </w:rPr>
        <w:t xml:space="preserve"> </w:t>
      </w:r>
      <w:r w:rsidRPr="00B7305F">
        <w:rPr>
          <w:rFonts w:cs="Times New Roman"/>
          <w:color w:val="000000" w:themeColor="text1"/>
          <w:lang w:val="uk-UA"/>
        </w:rPr>
        <w:t>загалом:</w:t>
      </w:r>
      <w:r w:rsidR="00480420" w:rsidRPr="00B7305F">
        <w:rPr>
          <w:rFonts w:cs="Times New Roman"/>
          <w:color w:val="000000" w:themeColor="text1"/>
          <w:lang w:val="uk-UA"/>
        </w:rPr>
        <w:t xml:space="preserve"> </w:t>
      </w:r>
      <w:r w:rsidRPr="00B7305F">
        <w:rPr>
          <w:rFonts w:cs="Times New Roman"/>
          <w:color w:val="000000" w:themeColor="text1"/>
          <w:lang w:val="uk-UA"/>
        </w:rPr>
        <w:t>фрагментарність,</w:t>
      </w:r>
      <w:r w:rsidR="00480420" w:rsidRPr="00B7305F">
        <w:rPr>
          <w:rFonts w:cs="Times New Roman"/>
          <w:color w:val="000000" w:themeColor="text1"/>
          <w:lang w:val="uk-UA"/>
        </w:rPr>
        <w:t xml:space="preserve"> </w:t>
      </w:r>
      <w:r w:rsidRPr="00B7305F">
        <w:rPr>
          <w:rFonts w:cs="Times New Roman"/>
          <w:color w:val="000000" w:themeColor="text1"/>
          <w:lang w:val="uk-UA"/>
        </w:rPr>
        <w:t>мультимедійність,</w:t>
      </w:r>
      <w:r w:rsidR="00480420" w:rsidRPr="00B7305F">
        <w:rPr>
          <w:rFonts w:cs="Times New Roman"/>
          <w:color w:val="000000" w:themeColor="text1"/>
          <w:lang w:val="uk-UA"/>
        </w:rPr>
        <w:t xml:space="preserve"> </w:t>
      </w:r>
      <w:r w:rsidRPr="00B7305F">
        <w:rPr>
          <w:rFonts w:cs="Times New Roman"/>
          <w:color w:val="000000" w:themeColor="text1"/>
          <w:lang w:val="uk-UA"/>
        </w:rPr>
        <w:t>цифрову</w:t>
      </w:r>
      <w:r w:rsidR="00480420" w:rsidRPr="00B7305F">
        <w:rPr>
          <w:rFonts w:cs="Times New Roman"/>
          <w:color w:val="000000" w:themeColor="text1"/>
          <w:lang w:val="uk-UA"/>
        </w:rPr>
        <w:t xml:space="preserve"> </w:t>
      </w:r>
      <w:r w:rsidRPr="00B7305F">
        <w:rPr>
          <w:rFonts w:cs="Times New Roman"/>
          <w:color w:val="000000" w:themeColor="text1"/>
          <w:lang w:val="uk-UA"/>
        </w:rPr>
        <w:t>присутність,</w:t>
      </w:r>
      <w:r w:rsidR="00480420" w:rsidRPr="00B7305F">
        <w:rPr>
          <w:rFonts w:cs="Times New Roman"/>
          <w:color w:val="000000" w:themeColor="text1"/>
          <w:lang w:val="uk-UA"/>
        </w:rPr>
        <w:t xml:space="preserve"> </w:t>
      </w:r>
      <w:r w:rsidRPr="00B7305F">
        <w:rPr>
          <w:rFonts w:cs="Times New Roman"/>
          <w:color w:val="000000" w:themeColor="text1"/>
          <w:lang w:val="uk-UA"/>
        </w:rPr>
        <w:t>необхідність</w:t>
      </w:r>
      <w:r w:rsidR="00480420" w:rsidRPr="00B7305F">
        <w:rPr>
          <w:rFonts w:cs="Times New Roman"/>
          <w:color w:val="000000" w:themeColor="text1"/>
          <w:lang w:val="uk-UA"/>
        </w:rPr>
        <w:t xml:space="preserve"> </w:t>
      </w:r>
      <w:r w:rsidRPr="00B7305F">
        <w:rPr>
          <w:rFonts w:cs="Times New Roman"/>
          <w:color w:val="000000" w:themeColor="text1"/>
          <w:lang w:val="uk-UA"/>
        </w:rPr>
        <w:t>миттєвого</w:t>
      </w:r>
      <w:r w:rsidR="00480420" w:rsidRPr="00B7305F">
        <w:rPr>
          <w:rFonts w:cs="Times New Roman"/>
          <w:color w:val="000000" w:themeColor="text1"/>
          <w:lang w:val="uk-UA"/>
        </w:rPr>
        <w:t xml:space="preserve"> </w:t>
      </w:r>
      <w:r w:rsidRPr="00B7305F">
        <w:rPr>
          <w:rFonts w:cs="Times New Roman"/>
          <w:color w:val="000000" w:themeColor="text1"/>
          <w:lang w:val="uk-UA"/>
        </w:rPr>
        <w:t>перемикання</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реальністю</w:t>
      </w:r>
      <w:r w:rsidR="00480420" w:rsidRPr="00B7305F">
        <w:rPr>
          <w:rFonts w:cs="Times New Roman"/>
          <w:color w:val="000000" w:themeColor="text1"/>
          <w:lang w:val="uk-UA"/>
        </w:rPr>
        <w:t xml:space="preserve"> </w:t>
      </w:r>
      <w:r w:rsidRPr="00B7305F">
        <w:rPr>
          <w:rFonts w:cs="Times New Roman"/>
          <w:color w:val="000000" w:themeColor="text1"/>
          <w:lang w:val="uk-UA"/>
        </w:rPr>
        <w:t>й</w:t>
      </w:r>
      <w:r w:rsidR="00480420" w:rsidRPr="00B7305F">
        <w:rPr>
          <w:rFonts w:cs="Times New Roman"/>
          <w:color w:val="000000" w:themeColor="text1"/>
          <w:lang w:val="uk-UA"/>
        </w:rPr>
        <w:t xml:space="preserve"> </w:t>
      </w:r>
      <w:r w:rsidRPr="00B7305F">
        <w:rPr>
          <w:rFonts w:cs="Times New Roman"/>
          <w:color w:val="000000" w:themeColor="text1"/>
          <w:lang w:val="uk-UA"/>
        </w:rPr>
        <w:t>віртуальністю.</w:t>
      </w:r>
      <w:r w:rsidR="00480420" w:rsidRPr="00B7305F">
        <w:rPr>
          <w:rFonts w:cs="Times New Roman"/>
          <w:color w:val="000000" w:themeColor="text1"/>
          <w:lang w:val="uk-UA"/>
        </w:rPr>
        <w:t xml:space="preserve"> </w:t>
      </w:r>
      <w:r w:rsidRPr="00B7305F">
        <w:rPr>
          <w:rFonts w:cs="Times New Roman"/>
          <w:color w:val="000000" w:themeColor="text1"/>
          <w:lang w:val="uk-UA"/>
        </w:rPr>
        <w:t>У</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світі</w:t>
      </w:r>
      <w:r w:rsidR="00480420" w:rsidRPr="00B7305F">
        <w:rPr>
          <w:rFonts w:cs="Times New Roman"/>
          <w:color w:val="000000" w:themeColor="text1"/>
          <w:lang w:val="uk-UA"/>
        </w:rPr>
        <w:t xml:space="preserve"> </w:t>
      </w:r>
      <w:r w:rsidRPr="00B7305F">
        <w:rPr>
          <w:rFonts w:cs="Times New Roman"/>
          <w:color w:val="000000" w:themeColor="text1"/>
          <w:lang w:val="uk-UA"/>
        </w:rPr>
        <w:t>актор</w:t>
      </w:r>
      <w:r w:rsidR="00480420" w:rsidRPr="00B7305F">
        <w:rPr>
          <w:rFonts w:cs="Times New Roman"/>
          <w:color w:val="000000" w:themeColor="text1"/>
          <w:lang w:val="uk-UA"/>
        </w:rPr>
        <w:t xml:space="preserve"> </w:t>
      </w:r>
      <w:r w:rsidRPr="00B7305F">
        <w:rPr>
          <w:rFonts w:cs="Times New Roman"/>
          <w:color w:val="000000" w:themeColor="text1"/>
          <w:lang w:val="uk-UA"/>
        </w:rPr>
        <w:t>повинен</w:t>
      </w:r>
      <w:r w:rsidR="00480420" w:rsidRPr="00B7305F">
        <w:rPr>
          <w:rFonts w:cs="Times New Roman"/>
          <w:color w:val="000000" w:themeColor="text1"/>
          <w:lang w:val="uk-UA"/>
        </w:rPr>
        <w:t xml:space="preserve"> </w:t>
      </w:r>
      <w:r w:rsidRPr="00B7305F">
        <w:rPr>
          <w:rFonts w:cs="Times New Roman"/>
          <w:color w:val="000000" w:themeColor="text1"/>
          <w:lang w:val="uk-UA"/>
        </w:rPr>
        <w:t>бути</w:t>
      </w:r>
      <w:r w:rsidR="00480420" w:rsidRPr="00B7305F">
        <w:rPr>
          <w:rFonts w:cs="Times New Roman"/>
          <w:color w:val="000000" w:themeColor="text1"/>
          <w:lang w:val="uk-UA"/>
        </w:rPr>
        <w:t xml:space="preserve"> </w:t>
      </w:r>
      <w:r w:rsidRPr="00B7305F">
        <w:rPr>
          <w:rFonts w:cs="Times New Roman"/>
          <w:color w:val="000000" w:themeColor="text1"/>
          <w:lang w:val="uk-UA"/>
        </w:rPr>
        <w:t>не</w:t>
      </w:r>
      <w:r w:rsidR="00480420" w:rsidRPr="00B7305F">
        <w:rPr>
          <w:rFonts w:cs="Times New Roman"/>
          <w:color w:val="000000" w:themeColor="text1"/>
          <w:lang w:val="uk-UA"/>
        </w:rPr>
        <w:t xml:space="preserve"> </w:t>
      </w:r>
      <w:r w:rsidRPr="00B7305F">
        <w:rPr>
          <w:rFonts w:cs="Times New Roman"/>
          <w:color w:val="000000" w:themeColor="text1"/>
          <w:lang w:val="uk-UA"/>
        </w:rPr>
        <w:t>лише</w:t>
      </w:r>
      <w:r w:rsidR="00480420" w:rsidRPr="00B7305F">
        <w:rPr>
          <w:rFonts w:cs="Times New Roman"/>
          <w:color w:val="000000" w:themeColor="text1"/>
          <w:lang w:val="uk-UA"/>
        </w:rPr>
        <w:t xml:space="preserve"> </w:t>
      </w:r>
      <w:r w:rsidRPr="00B7305F">
        <w:rPr>
          <w:rFonts w:cs="Times New Roman"/>
          <w:color w:val="000000" w:themeColor="text1"/>
          <w:lang w:val="uk-UA"/>
        </w:rPr>
        <w:t>виконавцем,</w:t>
      </w:r>
      <w:r w:rsidR="00480420" w:rsidRPr="00B7305F">
        <w:rPr>
          <w:rFonts w:cs="Times New Roman"/>
          <w:color w:val="000000" w:themeColor="text1"/>
          <w:lang w:val="uk-UA"/>
        </w:rPr>
        <w:t xml:space="preserve"> </w:t>
      </w:r>
      <w:r w:rsidRPr="00B7305F">
        <w:rPr>
          <w:rFonts w:cs="Times New Roman"/>
          <w:color w:val="000000" w:themeColor="text1"/>
          <w:lang w:val="uk-UA"/>
        </w:rPr>
        <w:t>а</w:t>
      </w:r>
      <w:r w:rsidR="00480420" w:rsidRPr="00B7305F">
        <w:rPr>
          <w:rFonts w:cs="Times New Roman"/>
          <w:color w:val="000000" w:themeColor="text1"/>
          <w:lang w:val="uk-UA"/>
        </w:rPr>
        <w:t xml:space="preserve"> </w:t>
      </w:r>
      <w:r w:rsidRPr="00B7305F">
        <w:rPr>
          <w:rFonts w:cs="Times New Roman"/>
          <w:color w:val="000000" w:themeColor="text1"/>
          <w:lang w:val="uk-UA"/>
        </w:rPr>
        <w:t>медіатором</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просторами,</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живим</w:t>
      </w:r>
      <w:r w:rsidR="00480420" w:rsidRPr="00B7305F">
        <w:rPr>
          <w:rFonts w:cs="Times New Roman"/>
          <w:color w:val="000000" w:themeColor="text1"/>
          <w:lang w:val="uk-UA"/>
        </w:rPr>
        <w:t xml:space="preserve"> </w:t>
      </w:r>
      <w:r w:rsidRPr="00B7305F">
        <w:rPr>
          <w:rFonts w:cs="Times New Roman"/>
          <w:color w:val="000000" w:themeColor="text1"/>
          <w:lang w:val="uk-UA"/>
        </w:rPr>
        <w:t>тілом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цифровим</w:t>
      </w:r>
      <w:r w:rsidR="00480420" w:rsidRPr="00B7305F">
        <w:rPr>
          <w:rFonts w:cs="Times New Roman"/>
          <w:color w:val="000000" w:themeColor="text1"/>
          <w:lang w:val="uk-UA"/>
        </w:rPr>
        <w:t xml:space="preserve"> </w:t>
      </w:r>
      <w:r w:rsidRPr="00B7305F">
        <w:rPr>
          <w:rFonts w:cs="Times New Roman"/>
          <w:color w:val="000000" w:themeColor="text1"/>
          <w:lang w:val="uk-UA"/>
        </w:rPr>
        <w:t>образом,</w:t>
      </w:r>
      <w:r w:rsidR="00480420" w:rsidRPr="00B7305F">
        <w:rPr>
          <w:rFonts w:cs="Times New Roman"/>
          <w:color w:val="000000" w:themeColor="text1"/>
          <w:lang w:val="uk-UA"/>
        </w:rPr>
        <w:t xml:space="preserve"> </w:t>
      </w:r>
      <w:r w:rsidRPr="00B7305F">
        <w:rPr>
          <w:rFonts w:cs="Times New Roman"/>
          <w:color w:val="000000" w:themeColor="text1"/>
          <w:lang w:val="uk-UA"/>
        </w:rPr>
        <w:t>між</w:t>
      </w:r>
      <w:r w:rsidR="00480420" w:rsidRPr="00B7305F">
        <w:rPr>
          <w:rFonts w:cs="Times New Roman"/>
          <w:color w:val="000000" w:themeColor="text1"/>
          <w:lang w:val="uk-UA"/>
        </w:rPr>
        <w:t xml:space="preserve"> </w:t>
      </w:r>
      <w:r w:rsidRPr="00B7305F">
        <w:rPr>
          <w:rFonts w:cs="Times New Roman"/>
          <w:color w:val="000000" w:themeColor="text1"/>
          <w:lang w:val="uk-UA"/>
        </w:rPr>
        <w:t>емоцією</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технологією.</w:t>
      </w:r>
    </w:p>
    <w:p w14:paraId="7122F52B" w14:textId="784ED022" w:rsidR="00964F8A" w:rsidRDefault="00000000" w:rsidP="00964F8A">
      <w:pPr>
        <w:spacing w:after="0"/>
        <w:ind w:left="0" w:firstLine="709"/>
        <w:jc w:val="both"/>
        <w:rPr>
          <w:rFonts w:cs="Times New Roman"/>
          <w:color w:val="000000" w:themeColor="text1"/>
          <w:lang w:val="uk-UA"/>
        </w:rPr>
      </w:pPr>
      <w:r w:rsidRPr="00B7305F">
        <w:rPr>
          <w:rFonts w:cs="Times New Roman"/>
          <w:color w:val="000000" w:themeColor="text1"/>
          <w:lang w:val="uk-UA"/>
        </w:rPr>
        <w:t>Майбутнє</w:t>
      </w:r>
      <w:r w:rsidR="00480420" w:rsidRPr="00B7305F">
        <w:rPr>
          <w:rFonts w:cs="Times New Roman"/>
          <w:color w:val="000000" w:themeColor="text1"/>
          <w:lang w:val="uk-UA"/>
        </w:rPr>
        <w:t xml:space="preserve"> </w:t>
      </w:r>
      <w:r w:rsidRPr="00B7305F">
        <w:rPr>
          <w:rFonts w:cs="Times New Roman"/>
          <w:color w:val="000000" w:themeColor="text1"/>
          <w:lang w:val="uk-UA"/>
        </w:rPr>
        <w:t>акторського</w:t>
      </w:r>
      <w:r w:rsidR="00480420" w:rsidRPr="00B7305F">
        <w:rPr>
          <w:rFonts w:cs="Times New Roman"/>
          <w:color w:val="000000" w:themeColor="text1"/>
          <w:lang w:val="uk-UA"/>
        </w:rPr>
        <w:t xml:space="preserve"> </w:t>
      </w:r>
      <w:r w:rsidRPr="00B7305F">
        <w:rPr>
          <w:rFonts w:cs="Times New Roman"/>
          <w:color w:val="000000" w:themeColor="text1"/>
          <w:lang w:val="uk-UA"/>
        </w:rPr>
        <w:t>мистецтва</w:t>
      </w:r>
      <w:r w:rsidR="00480420" w:rsidRPr="00B7305F">
        <w:rPr>
          <w:rFonts w:cs="Times New Roman"/>
          <w:color w:val="000000" w:themeColor="text1"/>
          <w:lang w:val="uk-UA"/>
        </w:rPr>
        <w:t xml:space="preserve"> </w:t>
      </w:r>
      <w:r w:rsidRPr="00B7305F">
        <w:rPr>
          <w:rFonts w:cs="Times New Roman"/>
          <w:color w:val="000000" w:themeColor="text1"/>
          <w:lang w:val="uk-UA"/>
        </w:rPr>
        <w:t>за</w:t>
      </w:r>
      <w:r w:rsidR="00480420" w:rsidRPr="00B7305F">
        <w:rPr>
          <w:rFonts w:cs="Times New Roman"/>
          <w:color w:val="000000" w:themeColor="text1"/>
          <w:lang w:val="uk-UA"/>
        </w:rPr>
        <w:t xml:space="preserve"> </w:t>
      </w:r>
      <w:r w:rsidRPr="00B7305F">
        <w:rPr>
          <w:rFonts w:cs="Times New Roman"/>
          <w:color w:val="000000" w:themeColor="text1"/>
          <w:lang w:val="uk-UA"/>
        </w:rPr>
        <w:t>гнучкістю,</w:t>
      </w:r>
      <w:r w:rsidR="00480420" w:rsidRPr="00B7305F">
        <w:rPr>
          <w:rFonts w:cs="Times New Roman"/>
          <w:color w:val="000000" w:themeColor="text1"/>
          <w:lang w:val="uk-UA"/>
        </w:rPr>
        <w:t xml:space="preserve"> </w:t>
      </w:r>
      <w:r w:rsidRPr="00B7305F">
        <w:rPr>
          <w:rFonts w:cs="Times New Roman"/>
          <w:color w:val="000000" w:themeColor="text1"/>
          <w:lang w:val="uk-UA"/>
        </w:rPr>
        <w:t>відкритістю</w:t>
      </w:r>
      <w:r w:rsidR="00480420" w:rsidRPr="00B7305F">
        <w:rPr>
          <w:rFonts w:cs="Times New Roman"/>
          <w:color w:val="000000" w:themeColor="text1"/>
          <w:lang w:val="uk-UA"/>
        </w:rPr>
        <w:t xml:space="preserve"> </w:t>
      </w:r>
      <w:r w:rsidRPr="00B7305F">
        <w:rPr>
          <w:rFonts w:cs="Times New Roman"/>
          <w:color w:val="000000" w:themeColor="text1"/>
          <w:lang w:val="uk-UA"/>
        </w:rPr>
        <w:t>до</w:t>
      </w:r>
      <w:r w:rsidR="00480420" w:rsidRPr="00B7305F">
        <w:rPr>
          <w:rFonts w:cs="Times New Roman"/>
          <w:color w:val="000000" w:themeColor="text1"/>
          <w:lang w:val="uk-UA"/>
        </w:rPr>
        <w:t xml:space="preserve"> </w:t>
      </w:r>
      <w:r w:rsidRPr="00B7305F">
        <w:rPr>
          <w:rFonts w:cs="Times New Roman"/>
          <w:color w:val="000000" w:themeColor="text1"/>
          <w:lang w:val="uk-UA"/>
        </w:rPr>
        <w:t>експерименту,</w:t>
      </w:r>
      <w:r w:rsidR="00480420" w:rsidRPr="00B7305F">
        <w:rPr>
          <w:rFonts w:cs="Times New Roman"/>
          <w:color w:val="000000" w:themeColor="text1"/>
          <w:lang w:val="uk-UA"/>
        </w:rPr>
        <w:t xml:space="preserve"> </w:t>
      </w:r>
      <w:r w:rsidRPr="00B7305F">
        <w:rPr>
          <w:rFonts w:cs="Times New Roman"/>
          <w:color w:val="000000" w:themeColor="text1"/>
          <w:lang w:val="uk-UA"/>
        </w:rPr>
        <w:t>здатністю</w:t>
      </w:r>
      <w:r w:rsidR="00480420" w:rsidRPr="00B7305F">
        <w:rPr>
          <w:rFonts w:cs="Times New Roman"/>
          <w:color w:val="000000" w:themeColor="text1"/>
          <w:lang w:val="uk-UA"/>
        </w:rPr>
        <w:t xml:space="preserve"> </w:t>
      </w:r>
      <w:r w:rsidRPr="00B7305F">
        <w:rPr>
          <w:rFonts w:cs="Times New Roman"/>
          <w:color w:val="000000" w:themeColor="text1"/>
          <w:lang w:val="uk-UA"/>
        </w:rPr>
        <w:t>«перекладати</w:t>
      </w:r>
      <w:r w:rsidR="00480420" w:rsidRPr="00B7305F">
        <w:rPr>
          <w:rFonts w:cs="Times New Roman"/>
          <w:color w:val="000000" w:themeColor="text1"/>
          <w:lang w:val="uk-UA"/>
        </w:rPr>
        <w:t xml:space="preserve"> </w:t>
      </w:r>
      <w:r w:rsidRPr="0066386B">
        <w:rPr>
          <w:rFonts w:cs="Times New Roman"/>
          <w:lang w:val="uk-UA"/>
        </w:rPr>
        <w:t>себе</w:t>
      </w:r>
      <w:r w:rsidR="007C39BE" w:rsidRPr="0066386B">
        <w:rPr>
          <w:rFonts w:cs="Times New Roman"/>
          <w:lang w:val="uk-UA"/>
        </w:rPr>
        <w:t xml:space="preserve"> </w:t>
      </w:r>
      <w:r w:rsidR="007C39BE" w:rsidRPr="0066386B">
        <w:rPr>
          <w:rFonts w:cs="Times New Roman"/>
          <w:lang w:val="ru-RU"/>
        </w:rPr>
        <w:t>[</w:t>
      </w:r>
      <w:r w:rsidR="0066386B" w:rsidRPr="0066386B">
        <w:rPr>
          <w:rFonts w:cs="Times New Roman"/>
          <w:lang w:val="ru-RU"/>
        </w:rPr>
        <w:t>33</w:t>
      </w:r>
      <w:r w:rsidR="007C39BE" w:rsidRPr="0066386B">
        <w:rPr>
          <w:rFonts w:cs="Times New Roman"/>
          <w:lang w:val="ru-RU"/>
        </w:rPr>
        <w:t xml:space="preserve">, </w:t>
      </w:r>
      <w:r w:rsidR="007C39BE" w:rsidRPr="0066386B">
        <w:rPr>
          <w:rFonts w:cs="Times New Roman"/>
        </w:rPr>
        <w:t>c</w:t>
      </w:r>
      <w:r w:rsidR="007C39BE" w:rsidRPr="0066386B">
        <w:rPr>
          <w:rFonts w:cs="Times New Roman"/>
          <w:lang w:val="ru-RU"/>
        </w:rPr>
        <w:t>.</w:t>
      </w:r>
      <w:r w:rsidR="0066386B" w:rsidRPr="0066386B">
        <w:rPr>
          <w:rFonts w:cs="Times New Roman"/>
          <w:lang w:val="ru-RU"/>
        </w:rPr>
        <w:t>276</w:t>
      </w:r>
      <w:r w:rsidR="007C39BE" w:rsidRPr="0066386B">
        <w:rPr>
          <w:rFonts w:cs="Times New Roman"/>
          <w:lang w:val="ru-RU"/>
        </w:rPr>
        <w:t>]</w:t>
      </w:r>
      <w:r w:rsidRPr="0066386B">
        <w:rPr>
          <w:rFonts w:cs="Times New Roman"/>
          <w:lang w:val="uk-UA"/>
        </w:rPr>
        <w:t>»</w:t>
      </w:r>
      <w:r w:rsidR="00480420" w:rsidRPr="0066386B">
        <w:rPr>
          <w:rFonts w:cs="Times New Roman"/>
          <w:lang w:val="uk-UA"/>
        </w:rPr>
        <w:t xml:space="preserve"> </w:t>
      </w:r>
      <w:r w:rsidRPr="00B7305F">
        <w:rPr>
          <w:rFonts w:cs="Times New Roman"/>
          <w:color w:val="000000" w:themeColor="text1"/>
          <w:lang w:val="uk-UA"/>
        </w:rPr>
        <w:t>на</w:t>
      </w:r>
      <w:r w:rsidR="00480420" w:rsidRPr="00B7305F">
        <w:rPr>
          <w:rFonts w:cs="Times New Roman"/>
          <w:color w:val="000000" w:themeColor="text1"/>
          <w:lang w:val="uk-UA"/>
        </w:rPr>
        <w:t xml:space="preserve"> </w:t>
      </w:r>
      <w:r w:rsidRPr="00B7305F">
        <w:rPr>
          <w:rFonts w:cs="Times New Roman"/>
          <w:color w:val="000000" w:themeColor="text1"/>
          <w:lang w:val="uk-UA"/>
        </w:rPr>
        <w:t>мову</w:t>
      </w:r>
      <w:r w:rsidR="00480420" w:rsidRPr="00B7305F">
        <w:rPr>
          <w:rFonts w:cs="Times New Roman"/>
          <w:color w:val="000000" w:themeColor="text1"/>
          <w:lang w:val="uk-UA"/>
        </w:rPr>
        <w:t xml:space="preserve"> </w:t>
      </w:r>
      <w:r w:rsidRPr="00B7305F">
        <w:rPr>
          <w:rFonts w:cs="Times New Roman"/>
          <w:color w:val="000000" w:themeColor="text1"/>
          <w:lang w:val="uk-UA"/>
        </w:rPr>
        <w:t>різних</w:t>
      </w:r>
      <w:r w:rsidR="00480420" w:rsidRPr="00B7305F">
        <w:rPr>
          <w:rFonts w:cs="Times New Roman"/>
          <w:color w:val="000000" w:themeColor="text1"/>
          <w:lang w:val="uk-UA"/>
        </w:rPr>
        <w:t xml:space="preserve"> </w:t>
      </w:r>
      <w:r w:rsidRPr="00B7305F">
        <w:rPr>
          <w:rFonts w:cs="Times New Roman"/>
          <w:color w:val="000000" w:themeColor="text1"/>
          <w:lang w:val="uk-UA"/>
        </w:rPr>
        <w:t>форматів,</w:t>
      </w:r>
      <w:r w:rsidR="00480420" w:rsidRPr="00B7305F">
        <w:rPr>
          <w:rFonts w:cs="Times New Roman"/>
          <w:color w:val="000000" w:themeColor="text1"/>
          <w:lang w:val="uk-UA"/>
        </w:rPr>
        <w:t xml:space="preserve"> </w:t>
      </w:r>
      <w:r w:rsidRPr="00B7305F">
        <w:rPr>
          <w:rFonts w:cs="Times New Roman"/>
          <w:color w:val="000000" w:themeColor="text1"/>
          <w:lang w:val="uk-UA"/>
        </w:rPr>
        <w:t>залишаючись</w:t>
      </w:r>
      <w:r w:rsidR="00480420" w:rsidRPr="00B7305F">
        <w:rPr>
          <w:rFonts w:cs="Times New Roman"/>
          <w:color w:val="000000" w:themeColor="text1"/>
          <w:lang w:val="uk-UA"/>
        </w:rPr>
        <w:t xml:space="preserve"> </w:t>
      </w:r>
      <w:r w:rsidRPr="00B7305F">
        <w:rPr>
          <w:rFonts w:cs="Times New Roman"/>
          <w:color w:val="000000" w:themeColor="text1"/>
          <w:lang w:val="uk-UA"/>
        </w:rPr>
        <w:t>при</w:t>
      </w:r>
      <w:r w:rsidR="00480420" w:rsidRPr="00B7305F">
        <w:rPr>
          <w:rFonts w:cs="Times New Roman"/>
          <w:color w:val="000000" w:themeColor="text1"/>
          <w:lang w:val="uk-UA"/>
        </w:rPr>
        <w:t xml:space="preserve"> </w:t>
      </w:r>
      <w:r w:rsidRPr="00B7305F">
        <w:rPr>
          <w:rFonts w:cs="Times New Roman"/>
          <w:color w:val="000000" w:themeColor="text1"/>
          <w:lang w:val="uk-UA"/>
        </w:rPr>
        <w:t>цьому</w:t>
      </w:r>
      <w:r w:rsidR="00480420" w:rsidRPr="00B7305F">
        <w:rPr>
          <w:rFonts w:cs="Times New Roman"/>
          <w:color w:val="000000" w:themeColor="text1"/>
          <w:lang w:val="uk-UA"/>
        </w:rPr>
        <w:t xml:space="preserve"> </w:t>
      </w:r>
      <w:r w:rsidRPr="00B7305F">
        <w:rPr>
          <w:rFonts w:cs="Times New Roman"/>
          <w:color w:val="000000" w:themeColor="text1"/>
          <w:lang w:val="uk-UA"/>
        </w:rPr>
        <w:t>живим,</w:t>
      </w:r>
      <w:r w:rsidR="00480420" w:rsidRPr="00B7305F">
        <w:rPr>
          <w:rFonts w:cs="Times New Roman"/>
          <w:color w:val="000000" w:themeColor="text1"/>
          <w:lang w:val="uk-UA"/>
        </w:rPr>
        <w:t xml:space="preserve"> </w:t>
      </w:r>
      <w:r w:rsidRPr="00B7305F">
        <w:rPr>
          <w:rFonts w:cs="Times New Roman"/>
          <w:color w:val="000000" w:themeColor="text1"/>
          <w:lang w:val="uk-UA"/>
        </w:rPr>
        <w:t>чесним</w:t>
      </w:r>
      <w:r w:rsidR="00480420" w:rsidRPr="00B7305F">
        <w:rPr>
          <w:rFonts w:cs="Times New Roman"/>
          <w:color w:val="000000" w:themeColor="text1"/>
          <w:lang w:val="uk-UA"/>
        </w:rPr>
        <w:t xml:space="preserve"> </w:t>
      </w:r>
      <w:r w:rsidRPr="00B7305F">
        <w:rPr>
          <w:rFonts w:cs="Times New Roman"/>
          <w:color w:val="000000" w:themeColor="text1"/>
          <w:lang w:val="uk-UA"/>
        </w:rPr>
        <w:t>і</w:t>
      </w:r>
      <w:r w:rsidR="00480420" w:rsidRPr="00B7305F">
        <w:rPr>
          <w:rFonts w:cs="Times New Roman"/>
          <w:color w:val="000000" w:themeColor="text1"/>
          <w:lang w:val="uk-UA"/>
        </w:rPr>
        <w:t xml:space="preserve"> </w:t>
      </w:r>
      <w:r w:rsidRPr="00B7305F">
        <w:rPr>
          <w:rFonts w:cs="Times New Roman"/>
          <w:color w:val="000000" w:themeColor="text1"/>
          <w:lang w:val="uk-UA"/>
        </w:rPr>
        <w:t>органічним.</w:t>
      </w:r>
    </w:p>
    <w:p w14:paraId="0293A7A9" w14:textId="77777777" w:rsidR="00964F8A" w:rsidRDefault="00964F8A">
      <w:pPr>
        <w:rPr>
          <w:rFonts w:cs="Times New Roman"/>
          <w:color w:val="000000" w:themeColor="text1"/>
          <w:lang w:val="uk-UA"/>
        </w:rPr>
      </w:pPr>
      <w:r>
        <w:rPr>
          <w:rFonts w:cs="Times New Roman"/>
          <w:color w:val="000000" w:themeColor="text1"/>
          <w:lang w:val="uk-UA"/>
        </w:rPr>
        <w:br w:type="page"/>
      </w:r>
    </w:p>
    <w:p w14:paraId="21709D49" w14:textId="370F1CD0" w:rsidR="00964F8A" w:rsidRDefault="00964F8A" w:rsidP="00964F8A">
      <w:pPr>
        <w:spacing w:after="0"/>
        <w:ind w:left="0" w:firstLine="709"/>
        <w:jc w:val="center"/>
        <w:rPr>
          <w:rFonts w:cs="Times New Roman"/>
          <w:b/>
          <w:bCs/>
          <w:color w:val="000000" w:themeColor="text1"/>
          <w:lang w:val="uk-UA"/>
        </w:rPr>
      </w:pPr>
      <w:r w:rsidRPr="00964F8A">
        <w:rPr>
          <w:rFonts w:cs="Times New Roman"/>
          <w:b/>
          <w:bCs/>
          <w:color w:val="000000" w:themeColor="text1"/>
          <w:lang w:val="uk-UA"/>
        </w:rPr>
        <w:lastRenderedPageBreak/>
        <w:t>В</w:t>
      </w:r>
      <w:r>
        <w:rPr>
          <w:rFonts w:cs="Times New Roman"/>
          <w:b/>
          <w:bCs/>
          <w:color w:val="000000" w:themeColor="text1"/>
          <w:lang w:val="uk-UA"/>
        </w:rPr>
        <w:t>ИСНОВ</w:t>
      </w:r>
      <w:r w:rsidR="00AF6019">
        <w:rPr>
          <w:rFonts w:cs="Times New Roman"/>
          <w:b/>
          <w:bCs/>
          <w:color w:val="000000" w:themeColor="text1"/>
          <w:lang w:val="uk-UA"/>
        </w:rPr>
        <w:t>КИ</w:t>
      </w:r>
    </w:p>
    <w:p w14:paraId="48F3D301" w14:textId="77777777" w:rsidR="00AF6019" w:rsidRPr="00964F8A" w:rsidRDefault="00AF6019" w:rsidP="00964F8A">
      <w:pPr>
        <w:spacing w:after="0"/>
        <w:ind w:left="0" w:firstLine="709"/>
        <w:jc w:val="center"/>
        <w:rPr>
          <w:rFonts w:cs="Times New Roman"/>
          <w:b/>
          <w:bCs/>
          <w:color w:val="000000" w:themeColor="text1"/>
          <w:lang w:val="uk-UA"/>
        </w:rPr>
      </w:pPr>
    </w:p>
    <w:p w14:paraId="44BE5497" w14:textId="36F8BF63" w:rsidR="00964F8A" w:rsidRPr="00942025" w:rsidRDefault="00AF6019" w:rsidP="00964F8A">
      <w:pPr>
        <w:spacing w:after="0"/>
        <w:ind w:left="0" w:firstLine="85"/>
        <w:jc w:val="both"/>
        <w:rPr>
          <w:rFonts w:cs="Times New Roman"/>
          <w:color w:val="000000" w:themeColor="text1"/>
          <w:lang w:val="uk-UA"/>
        </w:rPr>
      </w:pPr>
      <w:bookmarkStart w:id="1" w:name="_Hlk216222690"/>
      <w:r>
        <w:rPr>
          <w:rFonts w:cs="Times New Roman"/>
          <w:lang w:val="uk-UA"/>
        </w:rPr>
        <w:t xml:space="preserve">           </w:t>
      </w:r>
      <w:r w:rsidR="00964F8A" w:rsidRPr="00942025">
        <w:rPr>
          <w:rFonts w:cs="Times New Roman"/>
          <w:lang w:val="uk-UA"/>
        </w:rPr>
        <w:t>Магістерська робота «Сценічне мистецтво та кіно: взаємодія акторських технік і сценічних форм» стала результатом ґрунтовного аналізу складного, багаторівневого процесу взаємопроникнення театру та кінематографа на рівні акторської майстерності. У центрі цього дослідження — актор як головна ланка між двома мистецькими системами, що хоч і різні за засобами вираження, мають спільну мету — створення правдивого, глибокого художнього образу.</w:t>
      </w:r>
    </w:p>
    <w:p w14:paraId="54BFF8C6" w14:textId="56AD07B8" w:rsidR="00964F8A" w:rsidRPr="00D123F9" w:rsidRDefault="00D123F9" w:rsidP="00D123F9">
      <w:pPr>
        <w:spacing w:after="160"/>
        <w:ind w:left="0"/>
        <w:jc w:val="both"/>
        <w:rPr>
          <w:rFonts w:cs="Times New Roman"/>
          <w:lang w:val="uk-UA"/>
        </w:rPr>
      </w:pPr>
      <w:r>
        <w:rPr>
          <w:rFonts w:cs="Times New Roman"/>
          <w:lang w:val="uk-UA"/>
        </w:rPr>
        <w:t xml:space="preserve">          1.</w:t>
      </w:r>
      <w:r w:rsidR="00964F8A" w:rsidRPr="00D123F9">
        <w:rPr>
          <w:rFonts w:cs="Times New Roman"/>
          <w:lang w:val="uk-UA"/>
        </w:rPr>
        <w:t>Історичні етапи розвитку акторської техніки в театрі та кіно. Розвиток акторської техніки в театрі та кінематографі пройшов складний шлях від ритуально-обрядових форм до психологічно мотивованої дії. У традиційному театрі античності акторська майстерність ґрунтувалася на чітких структурних компонентах: жест, поза, голосове моделювання, використання маски. У добу Середньовіччя та Ренесансу з’явилися перші світські професійні театри, що сприяло формуванню акторських амплуа й канонів виконання. Переломним став XVII–XVIII століття, коли в європейській театральній культурі виник актор-індивідуальність, здатний трактувати образ через емоційну особистісну виразність.</w:t>
      </w:r>
    </w:p>
    <w:p w14:paraId="63B7AE8D" w14:textId="77777777" w:rsidR="00964F8A" w:rsidRPr="00942025" w:rsidRDefault="00964F8A" w:rsidP="00964F8A">
      <w:pPr>
        <w:spacing w:after="160"/>
        <w:ind w:left="0"/>
        <w:jc w:val="both"/>
        <w:rPr>
          <w:rFonts w:cs="Times New Roman"/>
          <w:lang w:val="uk-UA"/>
        </w:rPr>
      </w:pPr>
      <w:r w:rsidRPr="00942025">
        <w:rPr>
          <w:rFonts w:cs="Times New Roman"/>
          <w:lang w:val="uk-UA"/>
        </w:rPr>
        <w:t>XIX–XX століття ознаменувалися появою системи К. Станіславського, що докорінно змінила розуміння акторської техніки, перенісши акцент з зовнішнього жесту на внутрішній психологічний процес. Паралельно В. Мейєрхольд, Є. Вахтангов та М. Чехов формували нові підходи до пластики, ритму, імпровізації та фізичної дії. Ці системи згодом стали основою професійної підготовки актора як у театрі, так і в кіно.</w:t>
      </w:r>
    </w:p>
    <w:p w14:paraId="18B04346" w14:textId="77777777" w:rsidR="00964F8A" w:rsidRPr="00942025" w:rsidRDefault="00964F8A" w:rsidP="00964F8A">
      <w:pPr>
        <w:spacing w:after="160"/>
        <w:ind w:left="0"/>
        <w:jc w:val="both"/>
        <w:rPr>
          <w:rFonts w:cs="Times New Roman"/>
          <w:lang w:val="uk-UA"/>
        </w:rPr>
      </w:pPr>
      <w:r w:rsidRPr="00942025">
        <w:rPr>
          <w:rFonts w:cs="Times New Roman"/>
          <w:lang w:val="uk-UA"/>
        </w:rPr>
        <w:t xml:space="preserve">З появою кінематографа наприкінці XIX століття акторська техніка зазнала суттєвих трансформацій. Відмовившись від театральної експресії, актор кіно наблизився до природності та документальності. Важливу роль відіграли крупний план і монтаж — вони вимагали від виконавця мінімалізму засобів, внутрішньої концентрації та </w:t>
      </w:r>
      <w:r w:rsidRPr="00942025">
        <w:rPr>
          <w:rFonts w:cs="Times New Roman"/>
          <w:lang w:val="uk-UA"/>
        </w:rPr>
        <w:lastRenderedPageBreak/>
        <w:t>здатності передавати емоцію через мікропластику. У другій половині ХХ століття американська «метод-гра» (Метод Лі Страсберга) поєднала напрацювання театральної психотехніки з камерністю кінодії, започаткувавши новий етап розвитку професії.</w:t>
      </w:r>
    </w:p>
    <w:p w14:paraId="3D11850F" w14:textId="77777777" w:rsidR="00964F8A" w:rsidRPr="00942025" w:rsidRDefault="00964F8A" w:rsidP="00964F8A">
      <w:pPr>
        <w:spacing w:after="160"/>
        <w:ind w:left="0"/>
        <w:jc w:val="both"/>
        <w:rPr>
          <w:rFonts w:cs="Times New Roman"/>
          <w:lang w:val="uk-UA"/>
        </w:rPr>
      </w:pPr>
      <w:r w:rsidRPr="00942025">
        <w:rPr>
          <w:rFonts w:cs="Times New Roman"/>
          <w:lang w:val="uk-UA"/>
        </w:rPr>
        <w:t>Уперше наголошено на тому, що взаємодія театру й кіно не є одностороннім перенесенням досвіду, а являє собою динамічний процес взаємного збагачення, в якому сценічні методи можуть трансформуватися під впливом камерної пластики, а кінематографічні принципи — змінювати логіку сценічного існування.</w:t>
      </w:r>
    </w:p>
    <w:p w14:paraId="642A65DE" w14:textId="77777777" w:rsidR="00964F8A" w:rsidRPr="00942025" w:rsidRDefault="00964F8A" w:rsidP="00964F8A">
      <w:pPr>
        <w:spacing w:after="160"/>
        <w:ind w:left="0"/>
        <w:jc w:val="both"/>
        <w:rPr>
          <w:rFonts w:cs="Times New Roman"/>
          <w:lang w:val="uk-UA"/>
        </w:rPr>
      </w:pPr>
      <w:r w:rsidRPr="00942025">
        <w:rPr>
          <w:rFonts w:cs="Times New Roman"/>
          <w:lang w:val="uk-UA"/>
        </w:rPr>
        <w:t>Уточнено понятійний апарат дослідження, передусім зміст понять «акторська техніка», «сценічна форма», «екранна поведінка актора», «професійна адаптація акторської дії». Розкриття цих категорій дозволило вибудувати цілісну теоретичну основу дослідження та виокремити головні структурні характеристики акторської діяльності, що змінюються залежно від умов виконання — на сцені чи перед камерою. Уточнення термінології сприяло формуванню більш точних критеріїв аналізу сучасних акторських практик та їхнього взаємного впливу.</w:t>
      </w:r>
    </w:p>
    <w:p w14:paraId="4992D22F" w14:textId="77777777" w:rsidR="00964F8A" w:rsidRPr="00942025" w:rsidRDefault="00964F8A" w:rsidP="00964F8A">
      <w:pPr>
        <w:spacing w:after="160"/>
        <w:ind w:left="0"/>
        <w:jc w:val="both"/>
        <w:rPr>
          <w:rFonts w:cs="Times New Roman"/>
          <w:lang w:val="uk-UA"/>
        </w:rPr>
      </w:pPr>
      <w:r w:rsidRPr="00942025">
        <w:rPr>
          <w:rFonts w:cs="Times New Roman"/>
          <w:lang w:val="uk-UA"/>
        </w:rPr>
        <w:t>Запропоновано авторське бачення шляхів інтеграції театральної школи у кінематографічну практику, що передбачає визначення принципів адаптації сценічних методик до специфіки екранних засобів виразності. Доведено, що ефективне поєднання театральної й кінематографічної підготовки можливе за умови формування в актора здатності гнучко змінювати масштаб емоційної дії, темпоритм, ступінь зовнішньої експресії та внутрішньої концентрації. З’ясовано, що окремі елементи театральної школи — робота з тілесною пластикою, голосовою опорою, психофізичним імпульсом — здатні успішно функціонувати перед камерою, якщо адаптуються з урахуванням технічних параметрів знімального процесу та законів екранної мікродії.</w:t>
      </w:r>
    </w:p>
    <w:p w14:paraId="20963B6E" w14:textId="77777777" w:rsidR="00964F8A" w:rsidRPr="00942025" w:rsidRDefault="00964F8A" w:rsidP="00964F8A">
      <w:pPr>
        <w:spacing w:after="160"/>
        <w:ind w:left="0"/>
        <w:jc w:val="both"/>
        <w:rPr>
          <w:rFonts w:cs="Times New Roman"/>
          <w:lang w:val="uk-UA"/>
        </w:rPr>
      </w:pPr>
      <w:r w:rsidRPr="00942025">
        <w:rPr>
          <w:rFonts w:cs="Times New Roman"/>
          <w:lang w:val="uk-UA"/>
        </w:rPr>
        <w:lastRenderedPageBreak/>
        <w:t>Окреслено ключові тенденції розвитку сучасної акторської освіти в умовах технологічного прогресу та розширення аудіовізуального простору. Показано, що актор XXI століття потребує універсальної професійної підготовки, у якій театральні та кінематографічні навички не розмежовуються, а формують єдину систему.</w:t>
      </w:r>
    </w:p>
    <w:p w14:paraId="3E72A315" w14:textId="77777777" w:rsidR="00964F8A" w:rsidRPr="00942025" w:rsidRDefault="00964F8A" w:rsidP="00964F8A">
      <w:pPr>
        <w:spacing w:after="160"/>
        <w:ind w:left="0"/>
        <w:jc w:val="both"/>
        <w:rPr>
          <w:rFonts w:cs="Times New Roman"/>
          <w:lang w:val="uk-UA"/>
        </w:rPr>
      </w:pPr>
      <w:r w:rsidRPr="00942025">
        <w:rPr>
          <w:rFonts w:cs="Times New Roman"/>
          <w:lang w:val="uk-UA"/>
        </w:rPr>
        <w:t>Обґрунтовано, що розвиток нових технологій — зокрема цифрових платформ, віртуальної реальності, захоплення руху та мультимедійних інтерактивних рішень — суттєво змінює вимоги до актора, підвищуючи значення психологічної гнучкості, технічної обізнаності та здатності працювати в мультиформатних умовах. Доведено, що інтеграція двох мистецьких сфер відкриває можливості для створення нових педагогічних моделей, орієнтованих на універсального актора нового покоління.</w:t>
      </w:r>
    </w:p>
    <w:p w14:paraId="4EE73857" w14:textId="77777777" w:rsidR="00964F8A" w:rsidRPr="00942025" w:rsidRDefault="00964F8A" w:rsidP="00964F8A">
      <w:pPr>
        <w:spacing w:after="160"/>
        <w:ind w:left="0"/>
        <w:jc w:val="both"/>
        <w:rPr>
          <w:rFonts w:cs="Times New Roman"/>
          <w:lang w:val="uk-UA"/>
        </w:rPr>
      </w:pPr>
      <w:r w:rsidRPr="00942025">
        <w:rPr>
          <w:rFonts w:cs="Times New Roman"/>
          <w:lang w:val="uk-UA"/>
        </w:rPr>
        <w:t>Сьогодні акторська техніка інтегрує традиції театру, методи кінематографічного виконання та сучасні цифрові технології, такі як захоплення руху та віртуальна реальність, формуючи універсальну модель актора XXI століття. Така інтеграція дозволяє поєднувати класичну сценічну майстерність із можливостями сучасного медіапростору, забезпечуючи більш гнучкий підхід до побудови акторського образу, відпрацювання емоційної правди та адаптації технік до умов сцени й знімального майданчика. У результаті актор здобуває здатність ефективно працювати у мультиформатному середовищі, зберігаючи внутрішню щирість та психологічну насиченість персонажа.</w:t>
      </w:r>
    </w:p>
    <w:p w14:paraId="17694809" w14:textId="6FF65F94" w:rsidR="00964F8A" w:rsidRPr="00942025" w:rsidRDefault="00D123F9" w:rsidP="00964F8A">
      <w:pPr>
        <w:spacing w:after="160"/>
        <w:ind w:left="0" w:firstLine="85"/>
        <w:jc w:val="both"/>
        <w:rPr>
          <w:rFonts w:cs="Times New Roman"/>
          <w:lang w:val="uk-UA"/>
        </w:rPr>
      </w:pPr>
      <w:r>
        <w:rPr>
          <w:rFonts w:cs="Times New Roman"/>
          <w:lang w:val="uk-UA"/>
        </w:rPr>
        <w:t xml:space="preserve">          2.</w:t>
      </w:r>
      <w:r w:rsidR="00964F8A" w:rsidRPr="00942025">
        <w:rPr>
          <w:rFonts w:cs="Times New Roman"/>
          <w:lang w:val="uk-UA"/>
        </w:rPr>
        <w:t>Спільні методологічні принципи акторської школи театру та кіно. Попри відмінності медіумів, акторська техніка театру й кіно базується на низці спільних методологічних принципів, що визначають фундамент професії. Першим із них є принцип психологічної достовірності, сформульований у театральній практиці Станіславського. Як на сцені, так і в кадрі актор повинен здійснювати внутрішньо мотивовану дію, що випливає з логіки характеру та ситуації.</w:t>
      </w:r>
    </w:p>
    <w:p w14:paraId="3CFD405C" w14:textId="77777777" w:rsidR="00964F8A" w:rsidRPr="00942025" w:rsidRDefault="00964F8A" w:rsidP="00964F8A">
      <w:pPr>
        <w:spacing w:after="160"/>
        <w:ind w:left="0"/>
        <w:jc w:val="both"/>
        <w:rPr>
          <w:rFonts w:cs="Times New Roman"/>
          <w:lang w:val="uk-UA"/>
        </w:rPr>
      </w:pPr>
      <w:r w:rsidRPr="00942025">
        <w:rPr>
          <w:rFonts w:cs="Times New Roman"/>
          <w:lang w:val="uk-UA"/>
        </w:rPr>
        <w:lastRenderedPageBreak/>
        <w:t>Другим є принцип внутрішньої дії, який передбачає активний перебіг думок, почуттів і намірів у межах образу. Хоч у театрі цей процес набуває більшої експресивності, а в кіно — камерності, його сутність залишається незмінною: актор створює живу взаємодію з партнером і обставинами.</w:t>
      </w:r>
    </w:p>
    <w:p w14:paraId="5A9AE103" w14:textId="77777777" w:rsidR="00964F8A" w:rsidRPr="00942025" w:rsidRDefault="00964F8A" w:rsidP="00964F8A">
      <w:pPr>
        <w:spacing w:after="160"/>
        <w:ind w:left="0"/>
        <w:jc w:val="both"/>
        <w:rPr>
          <w:rFonts w:cs="Times New Roman"/>
          <w:lang w:val="uk-UA"/>
        </w:rPr>
      </w:pPr>
      <w:r w:rsidRPr="00942025">
        <w:rPr>
          <w:rFonts w:cs="Times New Roman"/>
          <w:lang w:val="uk-UA"/>
        </w:rPr>
        <w:t>Третім принципом є тілесно-пластична органіка. Тіло актора — універсальний інструмент виразності. У театрі воно працює на масштабі сцени й глядацької зали, у кіно — в точному кадруванні. Проте завдання однакове: дія має бути природною, цілісною й узгодженою з внутрішнім станом персонажа.</w:t>
      </w:r>
    </w:p>
    <w:p w14:paraId="02B716E5" w14:textId="77777777" w:rsidR="00964F8A" w:rsidRPr="00942025" w:rsidRDefault="00964F8A" w:rsidP="00964F8A">
      <w:pPr>
        <w:spacing w:after="160"/>
        <w:ind w:left="0"/>
        <w:jc w:val="both"/>
        <w:rPr>
          <w:rFonts w:cs="Times New Roman"/>
          <w:lang w:val="uk-UA"/>
        </w:rPr>
      </w:pPr>
      <w:r w:rsidRPr="00942025">
        <w:rPr>
          <w:rFonts w:cs="Times New Roman"/>
          <w:lang w:val="uk-UA"/>
        </w:rPr>
        <w:t>Четвертий принцип — ситуаційність, тобто залежність акторської поведінки від обставин, що формують драматичний конфлікт. Цей принцип однаково важливий і для театральної партитури ролі, і для побудови епізоду перед камерою.</w:t>
      </w:r>
    </w:p>
    <w:p w14:paraId="44F60AC2" w14:textId="77777777" w:rsidR="00964F8A" w:rsidRPr="00942025" w:rsidRDefault="00964F8A" w:rsidP="00964F8A">
      <w:pPr>
        <w:spacing w:after="160"/>
        <w:ind w:left="0"/>
        <w:jc w:val="both"/>
        <w:rPr>
          <w:rFonts w:cs="Times New Roman"/>
          <w:lang w:val="uk-UA"/>
        </w:rPr>
      </w:pPr>
      <w:r w:rsidRPr="00942025">
        <w:rPr>
          <w:rFonts w:cs="Times New Roman"/>
          <w:lang w:val="uk-UA"/>
        </w:rPr>
        <w:t>П’ятий принцип — етичний та професійний кодекс акторської творчості: дисципліна, партнерство, здатність слухати, реагувати, нести відповідальність за творчий процес. Ці засади є універсальними для обох мистецтв.</w:t>
      </w:r>
    </w:p>
    <w:p w14:paraId="2E079DD4" w14:textId="77777777" w:rsidR="00964F8A" w:rsidRPr="00942025" w:rsidRDefault="00964F8A" w:rsidP="00964F8A">
      <w:pPr>
        <w:spacing w:after="160"/>
        <w:ind w:left="0"/>
        <w:jc w:val="both"/>
        <w:rPr>
          <w:rFonts w:cs="Times New Roman"/>
          <w:lang w:val="uk-UA"/>
        </w:rPr>
      </w:pPr>
      <w:r w:rsidRPr="00942025">
        <w:rPr>
          <w:rFonts w:cs="Times New Roman"/>
          <w:lang w:val="uk-UA"/>
        </w:rPr>
        <w:t>Таким чином, термін «акторська школа» передбачає спільний культурно-методологічний простір, у межах якого формуються як сценічні, так і кінематографічні моделі акторської техніки.</w:t>
      </w:r>
    </w:p>
    <w:p w14:paraId="753EA754" w14:textId="4E811909" w:rsidR="00964F8A" w:rsidRPr="00942025" w:rsidRDefault="00D123F9" w:rsidP="00964F8A">
      <w:pPr>
        <w:spacing w:after="160"/>
        <w:ind w:left="0" w:firstLine="85"/>
        <w:jc w:val="both"/>
        <w:rPr>
          <w:rFonts w:cs="Times New Roman"/>
          <w:lang w:val="uk-UA"/>
        </w:rPr>
      </w:pPr>
      <w:r>
        <w:rPr>
          <w:rFonts w:cs="Times New Roman"/>
          <w:lang w:val="uk-UA"/>
        </w:rPr>
        <w:t xml:space="preserve">              3.</w:t>
      </w:r>
      <w:r w:rsidR="00964F8A" w:rsidRPr="00942025">
        <w:rPr>
          <w:rFonts w:cs="Times New Roman"/>
          <w:lang w:val="uk-UA"/>
        </w:rPr>
        <w:t>Специфіка використання сценічних методик у кінематографічній практиці. Перехід акторських технік із театру в кіно є одним із найважливіших шляхів формування сучасної професійної мови актора. Багато сценічних методик, адаптованих до кінематографічних умов, зберігають свою дієвість, проте змінюють форму й інтенсивність застосування.</w:t>
      </w:r>
    </w:p>
    <w:p w14:paraId="7FA62F22" w14:textId="77777777" w:rsidR="00964F8A" w:rsidRPr="00942025" w:rsidRDefault="00964F8A" w:rsidP="00964F8A">
      <w:pPr>
        <w:spacing w:after="160"/>
        <w:ind w:left="0"/>
        <w:jc w:val="both"/>
        <w:rPr>
          <w:rFonts w:cs="Times New Roman"/>
          <w:lang w:val="uk-UA"/>
        </w:rPr>
      </w:pPr>
      <w:r w:rsidRPr="00942025">
        <w:rPr>
          <w:rFonts w:cs="Times New Roman"/>
          <w:lang w:val="uk-UA"/>
        </w:rPr>
        <w:t xml:space="preserve">Система Станіславського, з її принципами «життя в запропонованих обставинах», роботи над завданням та аналізу дії, стала основою практично всієї світової екранної акторської школи. У кіно ці принципи реалізуються через мікропсихологію, точне </w:t>
      </w:r>
      <w:r w:rsidRPr="00942025">
        <w:rPr>
          <w:rFonts w:cs="Times New Roman"/>
          <w:lang w:val="uk-UA"/>
        </w:rPr>
        <w:lastRenderedPageBreak/>
        <w:t>проживання внутрішнього моменту, реакційність, мінімалізм жесту та концентрацію погляду.</w:t>
      </w:r>
    </w:p>
    <w:p w14:paraId="256B21AA" w14:textId="77777777" w:rsidR="00964F8A" w:rsidRPr="00942025" w:rsidRDefault="00964F8A" w:rsidP="00964F8A">
      <w:pPr>
        <w:spacing w:after="160"/>
        <w:ind w:left="0"/>
        <w:jc w:val="both"/>
        <w:rPr>
          <w:rFonts w:cs="Times New Roman"/>
          <w:lang w:val="uk-UA"/>
        </w:rPr>
      </w:pPr>
      <w:r w:rsidRPr="00942025">
        <w:rPr>
          <w:rFonts w:cs="Times New Roman"/>
          <w:lang w:val="uk-UA"/>
        </w:rPr>
        <w:t>Метод М. Чехова — це робота з уявою, психологічним жестом, емоційною атмосферою — набув особливого значення у фільмах, що вимагають виразної внутрішньої пластики. Його прийоми дозволяють створювати образ не лише за допомогою фізичної присутності, а й через енергетичну дію.</w:t>
      </w:r>
    </w:p>
    <w:p w14:paraId="19F74968" w14:textId="77777777" w:rsidR="00964F8A" w:rsidRPr="00942025" w:rsidRDefault="00964F8A" w:rsidP="00964F8A">
      <w:pPr>
        <w:spacing w:after="160"/>
        <w:ind w:left="0"/>
        <w:jc w:val="both"/>
        <w:rPr>
          <w:rFonts w:cs="Times New Roman"/>
          <w:lang w:val="uk-UA"/>
        </w:rPr>
      </w:pPr>
      <w:r w:rsidRPr="00942025">
        <w:rPr>
          <w:rFonts w:cs="Times New Roman"/>
          <w:lang w:val="uk-UA"/>
        </w:rPr>
        <w:t>Елементи біомеханіки Мейєрхольда стали підґрунтям для рухових технік у фільмах, що потребують точної координації, пластичної структурності або підвищеної експресії. Вони активно використовуються в жанровому кіно (бойовики, фантастика, історичні стрічки), а також у роботі з технікою рухового моделювання.</w:t>
      </w:r>
    </w:p>
    <w:p w14:paraId="3EC7DBAB" w14:textId="77777777" w:rsidR="00964F8A" w:rsidRPr="00942025" w:rsidRDefault="00964F8A" w:rsidP="00964F8A">
      <w:pPr>
        <w:spacing w:after="160"/>
        <w:ind w:left="0"/>
        <w:jc w:val="both"/>
        <w:rPr>
          <w:rFonts w:cs="Times New Roman"/>
          <w:lang w:val="uk-UA"/>
        </w:rPr>
      </w:pPr>
      <w:r w:rsidRPr="00942025">
        <w:rPr>
          <w:rFonts w:cs="Times New Roman"/>
          <w:lang w:val="uk-UA"/>
        </w:rPr>
        <w:t>Імпровізація як сценічна практика також є важливим елементом у кіно. Багато сучасних режисерів (К. Лассетер, Д. Шапіро, М. Соррентіно) застосовують її для створення природних діалогів і динамічних сцен, що зберігають елемент живого творчого пошуку.</w:t>
      </w:r>
    </w:p>
    <w:p w14:paraId="14431481" w14:textId="77777777" w:rsidR="00964F8A" w:rsidRPr="00942025" w:rsidRDefault="00964F8A" w:rsidP="00964F8A">
      <w:pPr>
        <w:spacing w:after="160"/>
        <w:ind w:left="0"/>
        <w:jc w:val="both"/>
        <w:rPr>
          <w:rFonts w:cs="Times New Roman"/>
          <w:lang w:val="uk-UA"/>
        </w:rPr>
      </w:pPr>
      <w:r w:rsidRPr="00942025">
        <w:rPr>
          <w:rFonts w:cs="Times New Roman"/>
          <w:lang w:val="uk-UA"/>
        </w:rPr>
        <w:t>Таким чином, сценічні методики не лише інтегруються в кінематограф, але й утворюють основу професійної техніки актора, забезпечуючи глибину, психологічну правдивість і художню цілісність екранного образу.</w:t>
      </w:r>
    </w:p>
    <w:p w14:paraId="6C76431F" w14:textId="6CC3C725" w:rsidR="00964F8A" w:rsidRPr="00942025" w:rsidRDefault="00D123F9" w:rsidP="00964F8A">
      <w:pPr>
        <w:spacing w:after="160"/>
        <w:ind w:left="0" w:firstLine="85"/>
        <w:jc w:val="both"/>
        <w:rPr>
          <w:rFonts w:cs="Times New Roman"/>
          <w:lang w:val="uk-UA"/>
        </w:rPr>
      </w:pPr>
      <w:r>
        <w:rPr>
          <w:rFonts w:cs="Times New Roman"/>
          <w:lang w:val="uk-UA"/>
        </w:rPr>
        <w:t xml:space="preserve">            4.</w:t>
      </w:r>
      <w:r w:rsidR="00964F8A" w:rsidRPr="00942025">
        <w:rPr>
          <w:rFonts w:cs="Times New Roman"/>
          <w:lang w:val="uk-UA"/>
        </w:rPr>
        <w:t>Сучасні тенденції синтезу акторських технік. Сучасне акторське мистецтво перебуває в стані активного синтезу, що об’єднує методи театру, кіно та цифрових технологій. Цей процес зумовлений зміною культурного середовища, глобалізацією, розвитком медіаплатформ і новими формами взаємодії зі глядачем.</w:t>
      </w:r>
    </w:p>
    <w:p w14:paraId="0FF9E730" w14:textId="77777777" w:rsidR="00964F8A" w:rsidRPr="00942025" w:rsidRDefault="00964F8A" w:rsidP="00964F8A">
      <w:pPr>
        <w:spacing w:after="160"/>
        <w:ind w:left="0"/>
        <w:jc w:val="both"/>
        <w:rPr>
          <w:rFonts w:cs="Times New Roman"/>
          <w:lang w:val="uk-UA"/>
        </w:rPr>
      </w:pPr>
      <w:r w:rsidRPr="00942025">
        <w:rPr>
          <w:rFonts w:cs="Times New Roman"/>
          <w:lang w:val="uk-UA"/>
        </w:rPr>
        <w:t>Першою тенденцією є універсалізація акторської підготовки: навчальні програми вимагають від актора здатності працювати на сцені, у кадрі, у цифровому середовищі, у документальних та перформативних практиках. Це формує багатовимірність професії.</w:t>
      </w:r>
    </w:p>
    <w:p w14:paraId="0126D7B6" w14:textId="77777777" w:rsidR="00964F8A" w:rsidRPr="00942025" w:rsidRDefault="00964F8A" w:rsidP="00964F8A">
      <w:pPr>
        <w:spacing w:after="160"/>
        <w:ind w:left="0"/>
        <w:jc w:val="both"/>
        <w:rPr>
          <w:rFonts w:cs="Times New Roman"/>
          <w:lang w:val="uk-UA"/>
        </w:rPr>
      </w:pPr>
      <w:r w:rsidRPr="00942025">
        <w:rPr>
          <w:rFonts w:cs="Times New Roman"/>
          <w:lang w:val="uk-UA"/>
        </w:rPr>
        <w:lastRenderedPageBreak/>
        <w:t>Друга тенденція — інтенсивне використання технологій. Техніка рухового моделювання, віртуальна реальність, 3D-сканування створюють нові вимоги до пластичної та психологічної техніки актора. Виконавець має бути здатним діяти в умовах відсутності реального партнерського середовища, спираючись лише на уяву та технічні орієнтири.</w:t>
      </w:r>
    </w:p>
    <w:p w14:paraId="4A2E083B" w14:textId="77777777" w:rsidR="00964F8A" w:rsidRPr="00942025" w:rsidRDefault="00964F8A" w:rsidP="00964F8A">
      <w:pPr>
        <w:spacing w:after="160"/>
        <w:ind w:left="0"/>
        <w:jc w:val="both"/>
        <w:rPr>
          <w:rFonts w:cs="Times New Roman"/>
          <w:lang w:val="uk-UA"/>
        </w:rPr>
      </w:pPr>
      <w:r w:rsidRPr="00942025">
        <w:rPr>
          <w:rFonts w:cs="Times New Roman"/>
          <w:lang w:val="uk-UA"/>
        </w:rPr>
        <w:t>Третя тенденція пов’язана з імпровізаційною природою сучасної акторської дії. Режисери дедалі частіше використовують недоопрацьовані сценічні завдання, даючи акторові свободу формувати емоційні переходи, рухову поведінку та інтонаційний малюнок.</w:t>
      </w:r>
    </w:p>
    <w:p w14:paraId="62FE923B" w14:textId="77777777" w:rsidR="00964F8A" w:rsidRPr="00942025" w:rsidRDefault="00964F8A" w:rsidP="00964F8A">
      <w:pPr>
        <w:spacing w:after="160"/>
        <w:ind w:left="0"/>
        <w:jc w:val="both"/>
        <w:rPr>
          <w:rFonts w:cs="Times New Roman"/>
          <w:lang w:val="uk-UA"/>
        </w:rPr>
      </w:pPr>
      <w:r w:rsidRPr="00942025">
        <w:rPr>
          <w:rFonts w:cs="Times New Roman"/>
          <w:lang w:val="uk-UA"/>
        </w:rPr>
        <w:t>Четверта тенденція — гібридність сценічних форм. Театральні вистави включають кінопроекцію, мультимедіа, тоді як кіно активно звертається до театральної експресії, живого виконання, перформативних технік.</w:t>
      </w:r>
    </w:p>
    <w:p w14:paraId="5B3CBBB9" w14:textId="77777777" w:rsidR="00964F8A" w:rsidRPr="00942025" w:rsidRDefault="00964F8A" w:rsidP="00964F8A">
      <w:pPr>
        <w:spacing w:after="160"/>
        <w:ind w:left="0"/>
        <w:jc w:val="both"/>
        <w:rPr>
          <w:rFonts w:cs="Times New Roman"/>
          <w:lang w:val="uk-UA"/>
        </w:rPr>
      </w:pPr>
      <w:r w:rsidRPr="00942025">
        <w:rPr>
          <w:rFonts w:cs="Times New Roman"/>
          <w:lang w:val="uk-UA"/>
        </w:rPr>
        <w:t>Отже, синтез акторських технік є ключовим шляхом еволюції сучасного мистецтва, формуючи нову модель актора — мобільного, технологічно підготовленого й художньо універсального.</w:t>
      </w:r>
    </w:p>
    <w:p w14:paraId="43FA7D53" w14:textId="3FB5A6DD" w:rsidR="00964F8A" w:rsidRPr="00D123F9" w:rsidRDefault="00D123F9" w:rsidP="00D123F9">
      <w:pPr>
        <w:spacing w:after="160"/>
        <w:ind w:left="0"/>
        <w:jc w:val="both"/>
        <w:rPr>
          <w:rFonts w:cs="Times New Roman"/>
          <w:lang w:val="uk-UA"/>
        </w:rPr>
      </w:pPr>
      <w:r>
        <w:rPr>
          <w:rFonts w:cs="Times New Roman"/>
          <w:lang w:val="uk-UA"/>
        </w:rPr>
        <w:t xml:space="preserve">           5.</w:t>
      </w:r>
      <w:r w:rsidR="00964F8A" w:rsidRPr="00D123F9">
        <w:rPr>
          <w:rFonts w:cs="Times New Roman"/>
          <w:lang w:val="uk-UA"/>
        </w:rPr>
        <w:t>Перспективи інтеграції театру та кіно у XXI столітті. У XXI столітті інтеграція театру й кінематографа набуває стратегічного значення для розвитку акторської професії. Цей процес визначає майбутні художні формати, режисерські підходи та педагогічні моделі. Однією з головних перспектив є формування єдиного творчого простору, у якому сцена, екран і цифрові медіа діють як взаємодоповнювальні елементи.</w:t>
      </w:r>
    </w:p>
    <w:p w14:paraId="7BA6C02D" w14:textId="77777777" w:rsidR="00964F8A" w:rsidRPr="00942025" w:rsidRDefault="00964F8A" w:rsidP="00964F8A">
      <w:pPr>
        <w:spacing w:after="160"/>
        <w:ind w:left="0"/>
        <w:jc w:val="both"/>
        <w:rPr>
          <w:rFonts w:cs="Times New Roman"/>
          <w:lang w:val="uk-UA"/>
        </w:rPr>
      </w:pPr>
      <w:r w:rsidRPr="00942025">
        <w:rPr>
          <w:rFonts w:cs="Times New Roman"/>
          <w:lang w:val="uk-UA"/>
        </w:rPr>
        <w:t>Театр дедалі частіше використовує кінематографічні засоби: крупний план через живе відео, монтажну логіку побудови сцен, динамічне світло й роботу камери у реальному часі. З іншого боку, кіно звертається до театральних принципів колективності, тривалої репетиційної роботи та безпосередньої живої енергії актора.</w:t>
      </w:r>
    </w:p>
    <w:p w14:paraId="4727752F" w14:textId="77777777" w:rsidR="00964F8A" w:rsidRPr="00942025" w:rsidRDefault="00964F8A" w:rsidP="00964F8A">
      <w:pPr>
        <w:spacing w:after="160"/>
        <w:ind w:left="0"/>
        <w:jc w:val="both"/>
        <w:rPr>
          <w:rFonts w:cs="Times New Roman"/>
          <w:lang w:val="uk-UA"/>
        </w:rPr>
      </w:pPr>
      <w:r w:rsidRPr="00942025">
        <w:rPr>
          <w:rFonts w:cs="Times New Roman"/>
          <w:lang w:val="uk-UA"/>
        </w:rPr>
        <w:lastRenderedPageBreak/>
        <w:t>Перспективним напрямом є розвиток цифрового театру, де поєднуються відеоперформанс, стримінг, інтерактивні форми та VR-постановки. Для актора це означає необхідність володіти різними системами технік, здатністю працювати в гібридних умовах та пристосовуватися до нових форматів взаємодії з глядачем.</w:t>
      </w:r>
    </w:p>
    <w:p w14:paraId="4FC76936" w14:textId="77777777" w:rsidR="00964F8A" w:rsidRPr="00942025" w:rsidRDefault="00964F8A" w:rsidP="00964F8A">
      <w:pPr>
        <w:spacing w:after="160"/>
        <w:ind w:left="0"/>
        <w:jc w:val="both"/>
        <w:rPr>
          <w:rFonts w:cs="Times New Roman"/>
          <w:lang w:val="uk-UA"/>
        </w:rPr>
      </w:pPr>
      <w:r w:rsidRPr="00942025">
        <w:rPr>
          <w:rFonts w:cs="Times New Roman"/>
          <w:lang w:val="uk-UA"/>
        </w:rPr>
        <w:t>Важливим є розвиток нової педагогічної моделі, що базуватиметься на інтегрованому навчанні акторів — театральна, кінематографічна та цифрова техніка мають утворювати єдиний навчальний комплекс. Такий підхід здатен забезпечити конкурентоспроможність виконавця на сучасному ринку творчих професій.</w:t>
      </w:r>
    </w:p>
    <w:p w14:paraId="301C0DFE" w14:textId="77777777" w:rsidR="00964F8A" w:rsidRPr="00942025" w:rsidRDefault="00964F8A" w:rsidP="00964F8A">
      <w:pPr>
        <w:spacing w:after="160"/>
        <w:ind w:left="0"/>
        <w:jc w:val="both"/>
        <w:rPr>
          <w:rFonts w:cs="Times New Roman"/>
          <w:lang w:val="uk-UA"/>
        </w:rPr>
      </w:pPr>
      <w:r w:rsidRPr="00942025">
        <w:rPr>
          <w:rFonts w:cs="Times New Roman"/>
          <w:lang w:val="uk-UA"/>
        </w:rPr>
        <w:t>Отже, інтеграція театру та кіно у XXI столітті відкриває можливості для створення нових жанрів, ускладнення акторської техніки й формування універсальної професії актора глобальної культури.</w:t>
      </w:r>
    </w:p>
    <w:p w14:paraId="3F5186CA" w14:textId="77777777" w:rsidR="00964F8A" w:rsidRPr="00942025" w:rsidRDefault="00964F8A" w:rsidP="00964F8A">
      <w:pPr>
        <w:spacing w:after="160"/>
        <w:ind w:left="0"/>
        <w:jc w:val="both"/>
        <w:rPr>
          <w:rFonts w:cs="Times New Roman"/>
          <w:lang w:val="uk-UA"/>
        </w:rPr>
      </w:pPr>
      <w:r w:rsidRPr="00942025">
        <w:rPr>
          <w:rFonts w:cs="Times New Roman"/>
          <w:lang w:val="uk-UA"/>
        </w:rPr>
        <w:t>Протягом виконання дослідження було вивчено і теоретичні основи сценічного та кіномистецтва, і практичні трансформації акторських технік, і сучасні тенденції інтеграції технологій, що змінюють природу театру та кіно. Робота базується на критичному осмисленні акторських шкіл — зокрема, системи Станіславського, методів Мейєрхольда, Чехова, Лі Страсберга та інших. Водночас проаналізовано, як ці школи зазнавали трансформацій під впливом кіно, і як сам кінематограф спонукав до створення нових форм існування актора — більш мінімалістичних, психологічно точних, внутрішньо напружених.</w:t>
      </w:r>
    </w:p>
    <w:p w14:paraId="35ACD218" w14:textId="688026EB" w:rsidR="00964F8A" w:rsidRPr="00964F8A" w:rsidRDefault="00964F8A" w:rsidP="00964F8A">
      <w:pPr>
        <w:spacing w:after="160"/>
        <w:ind w:left="0"/>
        <w:jc w:val="both"/>
        <w:rPr>
          <w:rFonts w:cs="Times New Roman"/>
          <w:lang w:val="uk-UA"/>
        </w:rPr>
      </w:pPr>
      <w:r w:rsidRPr="00942025">
        <w:rPr>
          <w:rFonts w:cs="Times New Roman"/>
          <w:lang w:val="uk-UA"/>
        </w:rPr>
        <w:t>Ключовим висновком є усвідомлення того, що театр і кіно не існують у паралельних вимірах. Їхній взаємовплив сьогодні очевидний і незворотній. Сучасна театральна сцена дедалі частіше використовує кінематографічні прийоми — монтажну логіку, відеопроєкцію, поділ на «кадри» в режисерському рішенні. У свою чергу, кінематограф, особливо авторське кіно, активно звертається до театральних методів — безперервної сцени, довгих монологів, камерності гри, а іноді навіть до «театралізованої» побудови кадру.</w:t>
      </w:r>
    </w:p>
    <w:p w14:paraId="3ED73673" w14:textId="7FD30949" w:rsidR="0066118A" w:rsidRPr="00964F8A" w:rsidRDefault="00964F8A" w:rsidP="00AF6019">
      <w:pPr>
        <w:rPr>
          <w:rFonts w:cs="Times New Roman"/>
          <w:b/>
          <w:bCs/>
          <w:lang w:val="uk-UA"/>
        </w:rPr>
      </w:pPr>
      <w:r w:rsidRPr="00964F8A">
        <w:rPr>
          <w:rFonts w:cs="Times New Roman"/>
          <w:lang w:val="uk-UA"/>
        </w:rPr>
        <w:br w:type="page"/>
      </w:r>
      <w:r w:rsidR="0066118A" w:rsidRPr="00964F8A">
        <w:rPr>
          <w:rFonts w:cs="Times New Roman"/>
          <w:b/>
          <w:bCs/>
          <w:lang w:val="uk-UA"/>
        </w:rPr>
        <w:lastRenderedPageBreak/>
        <w:t>СПИСОК ВИКОРИСТАНИХ ДЖЕРЕЛ</w:t>
      </w:r>
    </w:p>
    <w:p w14:paraId="6150BBDC" w14:textId="77777777" w:rsidR="0066118A" w:rsidRPr="00917EAB" w:rsidRDefault="0066118A" w:rsidP="0066118A">
      <w:pPr>
        <w:spacing w:after="0"/>
        <w:ind w:left="0" w:firstLine="709"/>
        <w:jc w:val="both"/>
        <w:rPr>
          <w:rFonts w:cs="Times New Roman"/>
          <w:b/>
          <w:bCs/>
          <w:lang w:val="uk-UA"/>
        </w:rPr>
      </w:pPr>
    </w:p>
    <w:p w14:paraId="7143C34E" w14:textId="77777777" w:rsidR="0066118A" w:rsidRPr="00917EAB" w:rsidRDefault="0066118A" w:rsidP="0066118A">
      <w:pPr>
        <w:spacing w:after="0"/>
        <w:ind w:left="0"/>
        <w:jc w:val="both"/>
        <w:rPr>
          <w:rFonts w:cs="Times New Roman"/>
          <w:lang w:val="uk-UA"/>
        </w:rPr>
      </w:pPr>
      <w:r w:rsidRPr="00917EAB">
        <w:rPr>
          <w:rFonts w:cs="Times New Roman"/>
          <w:lang w:val="uk-UA"/>
        </w:rPr>
        <w:t>1. Барнич М. М. Майстерність актора: техніка «обману». Київ: Вид. центр «Академія», 2016.</w:t>
      </w:r>
      <w:r w:rsidRPr="00917EAB">
        <w:rPr>
          <w:lang w:val="uk-UA"/>
        </w:rPr>
        <w:t xml:space="preserve">     с. 56   </w:t>
      </w:r>
      <w:hyperlink r:id="rId11" w:history="1">
        <w:r w:rsidRPr="00917EAB">
          <w:rPr>
            <w:rStyle w:val="affa"/>
            <w:rFonts w:cs="Times New Roman"/>
            <w:color w:val="auto"/>
            <w:lang w:val="uk-UA"/>
          </w:rPr>
          <w:t>https://lib.if.ua/news/1499338158.html</w:t>
        </w:r>
      </w:hyperlink>
      <w:r w:rsidRPr="00917EAB">
        <w:rPr>
          <w:rFonts w:cs="Times New Roman"/>
          <w:lang w:val="uk-UA"/>
        </w:rPr>
        <w:t xml:space="preserve"> </w:t>
      </w:r>
    </w:p>
    <w:p w14:paraId="4FA8861D"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2. Десятник Г. О., Лимар Л. Д. Основи акторської майстерності в екранній творчості.  Київ: КМАЕЦМ, 2020. С 36  </w:t>
      </w:r>
    </w:p>
    <w:p w14:paraId="0F2DED44" w14:textId="77777777" w:rsidR="0066118A" w:rsidRPr="00917EAB" w:rsidRDefault="00000000" w:rsidP="0066118A">
      <w:pPr>
        <w:spacing w:after="0"/>
        <w:ind w:left="0"/>
        <w:jc w:val="both"/>
        <w:rPr>
          <w:rFonts w:cs="Times New Roman"/>
          <w:lang w:val="uk-UA"/>
        </w:rPr>
      </w:pPr>
      <w:hyperlink r:id="rId12" w:history="1">
        <w:r w:rsidR="0066118A" w:rsidRPr="00917EAB">
          <w:rPr>
            <w:rStyle w:val="affa"/>
            <w:rFonts w:cs="Times New Roman"/>
            <w:color w:val="auto"/>
            <w:lang w:val="uk-UA"/>
          </w:rPr>
          <w:t>https://knutd.edu.ua/files/ex_pr/2025/1.16.pdf</w:t>
        </w:r>
      </w:hyperlink>
      <w:r w:rsidR="0066118A" w:rsidRPr="00917EAB">
        <w:rPr>
          <w:rFonts w:cs="Times New Roman"/>
          <w:lang w:val="uk-UA"/>
        </w:rPr>
        <w:t xml:space="preserve"> </w:t>
      </w:r>
    </w:p>
    <w:p w14:paraId="6FF3FE4D" w14:textId="77777777" w:rsidR="0066118A" w:rsidRPr="00917EAB" w:rsidRDefault="0066118A" w:rsidP="0066118A">
      <w:pPr>
        <w:spacing w:after="0"/>
        <w:ind w:left="0"/>
        <w:jc w:val="both"/>
        <w:rPr>
          <w:rFonts w:cs="Times New Roman"/>
          <w:lang w:val="uk-UA"/>
        </w:rPr>
      </w:pPr>
      <w:r w:rsidRPr="00917EAB">
        <w:rPr>
          <w:rFonts w:cs="Times New Roman"/>
          <w:lang w:val="uk-UA"/>
        </w:rPr>
        <w:t>3. Веселовська Г. І. Театральна освіта в Україні: проблеми та перспективи розвитку в контексті європейської інтеграції // Науковий вісник Київського національного університету театру, кіно і телебачення імені І. К. Карпенка-Карого. 2019. Вип. 24. С. 13–21. Покликання:</w:t>
      </w:r>
    </w:p>
    <w:p w14:paraId="7E6FBD70" w14:textId="77777777" w:rsidR="0066118A" w:rsidRPr="00917EAB" w:rsidRDefault="00000000" w:rsidP="0066118A">
      <w:pPr>
        <w:spacing w:after="0"/>
        <w:ind w:left="0"/>
        <w:jc w:val="both"/>
        <w:rPr>
          <w:rFonts w:cs="Times New Roman"/>
          <w:lang w:val="uk-UA"/>
        </w:rPr>
      </w:pPr>
      <w:hyperlink r:id="rId13" w:history="1">
        <w:r w:rsidR="0066118A" w:rsidRPr="00917EAB">
          <w:rPr>
            <w:rStyle w:val="affa"/>
            <w:rFonts w:cs="Times New Roman"/>
            <w:color w:val="auto"/>
            <w:lang w:val="uk-UA"/>
          </w:rPr>
          <w:t>https://nrat.ukrintei.ua/en/repozytariyi-zakladiv-vyshhoyi-osvity-uk/</w:t>
        </w:r>
      </w:hyperlink>
    </w:p>
    <w:p w14:paraId="1FC3806E" w14:textId="6CF1B3E3" w:rsidR="0066118A" w:rsidRPr="00917EAB" w:rsidRDefault="0066118A" w:rsidP="0066118A">
      <w:pPr>
        <w:spacing w:after="0"/>
        <w:ind w:left="0"/>
        <w:jc w:val="both"/>
        <w:rPr>
          <w:rFonts w:cs="Times New Roman"/>
          <w:lang w:val="uk-UA"/>
        </w:rPr>
      </w:pPr>
      <w:r w:rsidRPr="00917EAB">
        <w:rPr>
          <w:rFonts w:cs="Times New Roman"/>
          <w:lang w:val="uk-UA"/>
        </w:rPr>
        <w:t xml:space="preserve">4. Гнатковський О. Я. Методологія акторського тренінгу: від Курбаса до сучасності // Вісник Львівської національної академії мистецтв. 2021. № 45. С. 78.Покликання: </w:t>
      </w:r>
      <w:hyperlink r:id="rId14" w:tgtFrame="_blank" w:history="1">
        <w:r w:rsidRPr="00917EAB">
          <w:rPr>
            <w:rStyle w:val="affa"/>
            <w:rFonts w:cs="Times New Roman"/>
            <w:color w:val="auto"/>
            <w:lang w:val="uk-UA"/>
          </w:rPr>
          <w:t>https://uk.wikipedia.org/wiki/%D0%96%D1%83%D1%80%D0%BD%D0%B0%D0%BB</w:t>
        </w:r>
      </w:hyperlink>
    </w:p>
    <w:p w14:paraId="2A22B07D"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5. Скляр В. М. Психофізичний імпульс актора в умовах сцени та кадру: порівняльний аналіз // Культура і сучасність. 2023. № 1. С. 45–56. Покликання: </w:t>
      </w:r>
      <w:hyperlink r:id="rId15" w:tgtFrame="_blank" w:history="1">
        <w:r w:rsidRPr="00917EAB">
          <w:rPr>
            <w:rStyle w:val="affa"/>
            <w:rFonts w:cs="Times New Roman"/>
            <w:color w:val="auto"/>
            <w:lang w:val="uk-UA"/>
          </w:rPr>
          <w:t>https://archives.gov.ua/ua/</w:t>
        </w:r>
      </w:hyperlink>
    </w:p>
    <w:p w14:paraId="0FD96B8D"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6. Кужельний О. П. Режисура як інструмент синтезу сценічних і кінематографічних прийомів // Мистецтвознавство України. 2020. № 3. С. 112. Покликання: </w:t>
      </w:r>
      <w:hyperlink r:id="rId16" w:tgtFrame="_blank" w:history="1">
        <w:r w:rsidRPr="00917EAB">
          <w:rPr>
            <w:rStyle w:val="affa"/>
            <w:rFonts w:cs="Times New Roman"/>
            <w:color w:val="auto"/>
            <w:lang w:val="uk-UA"/>
          </w:rPr>
          <w:t>https://ua.on-news.net/blogi/yak-rozmistyty-stattyu-v-interneti-vse-za-i-proty/</w:t>
        </w:r>
      </w:hyperlink>
    </w:p>
    <w:p w14:paraId="22FFC648"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7. Kurbas L. Young Theatre. Selected Writings. (Переклади вибраних праць Леся Курбаса, доступних англійською). </w:t>
      </w:r>
      <w:r w:rsidRPr="00917EAB">
        <w:rPr>
          <w:rFonts w:cs="Times New Roman"/>
        </w:rPr>
        <w:t xml:space="preserve">C.57 </w:t>
      </w:r>
      <w:r w:rsidRPr="00917EAB">
        <w:rPr>
          <w:rFonts w:cs="Times New Roman"/>
          <w:lang w:val="uk-UA"/>
        </w:rPr>
        <w:t>Покликання:</w:t>
      </w:r>
    </w:p>
    <w:p w14:paraId="49668BA0" w14:textId="77777777" w:rsidR="0066118A" w:rsidRPr="00917EAB" w:rsidRDefault="00000000" w:rsidP="0066118A">
      <w:pPr>
        <w:spacing w:after="0"/>
        <w:ind w:left="0"/>
        <w:jc w:val="both"/>
        <w:rPr>
          <w:rFonts w:cs="Times New Roman"/>
          <w:lang w:val="uk-UA"/>
        </w:rPr>
      </w:pPr>
      <w:hyperlink r:id="rId17" w:history="1">
        <w:r w:rsidR="0066118A" w:rsidRPr="00917EAB">
          <w:rPr>
            <w:rStyle w:val="affa"/>
            <w:rFonts w:cs="Times New Roman"/>
            <w:color w:val="auto"/>
            <w:lang w:val="uk-UA"/>
          </w:rPr>
          <w:t>https://book-ye.com.ua/elektronni-knyhy/</w:t>
        </w:r>
      </w:hyperlink>
    </w:p>
    <w:p w14:paraId="7E07604C"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8. Grotowski J. Towards a Poor Theatre. New York: Routledge, 2002. Покликання: </w:t>
      </w:r>
      <w:hyperlink r:id="rId18" w:tgtFrame="_blank" w:history="1">
        <w:r w:rsidRPr="00917EAB">
          <w:rPr>
            <w:rStyle w:val="affa"/>
            <w:rFonts w:cs="Times New Roman"/>
            <w:color w:val="auto"/>
            <w:lang w:val="uk-UA"/>
          </w:rPr>
          <w:t>http://journals.kogpa.te.ua/</w:t>
        </w:r>
      </w:hyperlink>
    </w:p>
    <w:p w14:paraId="7C064861" w14:textId="77777777" w:rsidR="0066118A" w:rsidRPr="00917EAB" w:rsidRDefault="0066118A" w:rsidP="0066118A">
      <w:pPr>
        <w:spacing w:after="0"/>
        <w:ind w:left="0"/>
        <w:jc w:val="both"/>
        <w:rPr>
          <w:rFonts w:cs="Times New Roman"/>
          <w:lang w:val="uk-UA"/>
        </w:rPr>
      </w:pPr>
      <w:r w:rsidRPr="00917EAB">
        <w:rPr>
          <w:rFonts w:cs="Times New Roman"/>
          <w:lang w:val="uk-UA"/>
        </w:rPr>
        <w:lastRenderedPageBreak/>
        <w:t>9.  Brecht B. The Messingkauf Dialogues. London: Methuen Drama, 2015. (Академічне видання про теорію відчуження). Покликання:</w:t>
      </w:r>
    </w:p>
    <w:p w14:paraId="1813AC59" w14:textId="77777777" w:rsidR="0066118A" w:rsidRPr="00917EAB" w:rsidRDefault="00000000" w:rsidP="0066118A">
      <w:pPr>
        <w:spacing w:after="0"/>
        <w:ind w:left="0"/>
        <w:jc w:val="both"/>
        <w:rPr>
          <w:rFonts w:cs="Times New Roman"/>
          <w:lang w:val="uk-UA"/>
        </w:rPr>
      </w:pPr>
      <w:hyperlink r:id="rId19" w:history="1">
        <w:r w:rsidR="0066118A" w:rsidRPr="00917EAB">
          <w:rPr>
            <w:rStyle w:val="affa"/>
            <w:rFonts w:cs="Times New Roman"/>
            <w:color w:val="auto"/>
            <w:lang w:val="uk-UA"/>
          </w:rPr>
          <w:t>http://journals.kogpa.te.ua/</w:t>
        </w:r>
      </w:hyperlink>
    </w:p>
    <w:p w14:paraId="45C79697"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10.  Strasberg L. A Dream of Passion: The Development of the Method. Boston: Little, Brown and Company, 1987. Покликання: </w:t>
      </w:r>
      <w:hyperlink r:id="rId20" w:tgtFrame="_blank" w:history="1">
        <w:r w:rsidRPr="00917EAB">
          <w:rPr>
            <w:rStyle w:val="affa"/>
            <w:rFonts w:cs="Times New Roman"/>
            <w:color w:val="auto"/>
            <w:lang w:val="uk-UA"/>
          </w:rPr>
          <w:t>http://journals.kogpa.te.ua/</w:t>
        </w:r>
      </w:hyperlink>
    </w:p>
    <w:p w14:paraId="14E90AE8"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11.  Bordwell D. Film Art: An Introduction McGraw-Hill Education, 2017. (Розділи про акторську гру та монтаж). Покликання: </w:t>
      </w:r>
      <w:hyperlink r:id="rId21" w:tgtFrame="_blank" w:history="1">
        <w:r w:rsidRPr="00917EAB">
          <w:rPr>
            <w:rStyle w:val="affa"/>
            <w:rFonts w:cs="Times New Roman"/>
            <w:color w:val="auto"/>
            <w:lang w:val="uk-UA"/>
          </w:rPr>
          <w:t>http://journals.kogpa.te.ua/</w:t>
        </w:r>
      </w:hyperlink>
    </w:p>
    <w:p w14:paraId="4B5416E9"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12. Williams R. The Actor's Tools: The Actor's Guide to Physical and Vocal Freedom. London: Methuen Drama, 2018. Покликання: </w:t>
      </w:r>
      <w:hyperlink r:id="rId22" w:tgtFrame="_blank" w:history="1">
        <w:r w:rsidRPr="00917EAB">
          <w:rPr>
            <w:rStyle w:val="affa"/>
            <w:rFonts w:cs="Times New Roman"/>
            <w:color w:val="auto"/>
            <w:lang w:val="uk-UA"/>
          </w:rPr>
          <w:t>http://journals.kogpa.te.ua/</w:t>
        </w:r>
      </w:hyperlink>
    </w:p>
    <w:p w14:paraId="73FFBE0F" w14:textId="00258EFB" w:rsidR="0066118A" w:rsidRPr="00917EAB" w:rsidRDefault="0066118A" w:rsidP="0066118A">
      <w:pPr>
        <w:spacing w:after="0"/>
        <w:ind w:left="0"/>
        <w:jc w:val="both"/>
        <w:rPr>
          <w:rFonts w:cs="Times New Roman"/>
          <w:lang w:val="uk-UA"/>
        </w:rPr>
      </w:pPr>
      <w:r w:rsidRPr="00917EAB">
        <w:rPr>
          <w:rFonts w:cs="Times New Roman"/>
          <w:lang w:val="uk-UA"/>
        </w:rPr>
        <w:t>13.  Pavis P. Dictionary of the Theatre: Terms, Concepts, and Analysis. Toronto: University of Toronto Press, 1998.</w:t>
      </w:r>
      <w:r>
        <w:rPr>
          <w:rFonts w:cs="Times New Roman"/>
          <w:lang w:val="uk-UA"/>
        </w:rPr>
        <w:t xml:space="preserve"> С35</w:t>
      </w:r>
      <w:r w:rsidRPr="00917EAB">
        <w:rPr>
          <w:rFonts w:cs="Times New Roman"/>
          <w:lang w:val="uk-UA"/>
        </w:rPr>
        <w:t xml:space="preserve"> (Оновлене видання словника Паві). Покликання: </w:t>
      </w:r>
      <w:hyperlink r:id="rId23" w:tgtFrame="_blank" w:history="1">
        <w:r w:rsidRPr="00917EAB">
          <w:rPr>
            <w:rStyle w:val="affa"/>
            <w:rFonts w:cs="Times New Roman"/>
            <w:color w:val="auto"/>
            <w:lang w:val="uk-UA"/>
          </w:rPr>
          <w:t>http://journals.kogpa.te.ua/</w:t>
        </w:r>
      </w:hyperlink>
    </w:p>
    <w:p w14:paraId="352B485A"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14.  Schechner R. Performance Studies: An Introduction. New York: Routledge, 2013. (Праці з перформативності та медіа-театру). Покликання: </w:t>
      </w:r>
      <w:hyperlink r:id="rId24" w:tgtFrame="_blank" w:history="1">
        <w:r w:rsidRPr="00917EAB">
          <w:rPr>
            <w:rStyle w:val="affa"/>
            <w:rFonts w:cs="Times New Roman"/>
            <w:color w:val="auto"/>
            <w:lang w:val="uk-UA"/>
          </w:rPr>
          <w:t>http://journals.kogpa.te.ua/</w:t>
        </w:r>
      </w:hyperlink>
    </w:p>
    <w:p w14:paraId="588364C2"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15.  Chekhov M. To the Actor: On the Technique of Acting. New York: Routledge, 2002. (Основна праця про психологічний жест). Покликання: </w:t>
      </w:r>
      <w:hyperlink r:id="rId25" w:tgtFrame="_blank" w:history="1">
        <w:r w:rsidRPr="00917EAB">
          <w:rPr>
            <w:rStyle w:val="affa"/>
            <w:rFonts w:cs="Times New Roman"/>
            <w:color w:val="auto"/>
            <w:lang w:val="uk-UA"/>
          </w:rPr>
          <w:t>http://journals.kogpa.te.ua/</w:t>
        </w:r>
      </w:hyperlink>
    </w:p>
    <w:p w14:paraId="43BD4BEE"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16. Müller  H. The Hamlet Machine and Other Texts for the Stage. New York: Performing Arts Journal Publications, 1984. (Про вплив технологій та синтез форм у сучасному театрі). Покликання: </w:t>
      </w:r>
      <w:hyperlink r:id="rId26" w:tgtFrame="_blank" w:history="1">
        <w:r w:rsidRPr="00917EAB">
          <w:rPr>
            <w:rStyle w:val="affa"/>
            <w:rFonts w:cs="Times New Roman"/>
            <w:color w:val="auto"/>
            <w:lang w:val="uk-UA"/>
          </w:rPr>
          <w:t>http://journals.kogpa.te.ua/</w:t>
        </w:r>
      </w:hyperlink>
    </w:p>
    <w:p w14:paraId="5016C10D"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17.  Hutcheon L. A Theory of Adaptation. New York: Routledge, 2006. (Теоретична база для аналізу адаптації сценічних форм у кіно). Покликання: </w:t>
      </w:r>
      <w:hyperlink r:id="rId27" w:tgtFrame="_blank" w:history="1">
        <w:r w:rsidRPr="00917EAB">
          <w:rPr>
            <w:rStyle w:val="affa"/>
            <w:rFonts w:cs="Times New Roman"/>
            <w:color w:val="auto"/>
            <w:lang w:val="uk-UA"/>
          </w:rPr>
          <w:t>http://journals.kogpa.te.ua/</w:t>
        </w:r>
      </w:hyperlink>
    </w:p>
    <w:p w14:paraId="13F8F687" w14:textId="48DBC79C" w:rsidR="0066118A" w:rsidRPr="00917EAB" w:rsidRDefault="0066118A" w:rsidP="0066118A">
      <w:pPr>
        <w:spacing w:after="0"/>
        <w:ind w:left="0"/>
        <w:jc w:val="both"/>
        <w:rPr>
          <w:rFonts w:cs="Times New Roman"/>
          <w:lang w:val="uk-UA"/>
        </w:rPr>
      </w:pPr>
      <w:r w:rsidRPr="00917EAB">
        <w:rPr>
          <w:rFonts w:cs="Times New Roman"/>
          <w:lang w:val="uk-UA"/>
        </w:rPr>
        <w:t xml:space="preserve">18.  Скуратівська О. С. Трансформація образу актора в умовах цифрової сцени: від тіла до аватара // Актуальні проблеми історії, теорії та практики художньої культури. 2024. № 4. С. 99. Покликання: </w:t>
      </w:r>
      <w:hyperlink r:id="rId28" w:tgtFrame="_blank" w:history="1">
        <w:r w:rsidRPr="00917EAB">
          <w:rPr>
            <w:rStyle w:val="affa"/>
            <w:rFonts w:cs="Times New Roman"/>
            <w:color w:val="auto"/>
            <w:lang w:val="uk-UA"/>
          </w:rPr>
          <w:t>https://archives.gov.ua/ua/</w:t>
        </w:r>
      </w:hyperlink>
    </w:p>
    <w:p w14:paraId="5116549C" w14:textId="77777777" w:rsidR="0066118A" w:rsidRPr="00917EAB" w:rsidRDefault="0066118A" w:rsidP="0066118A">
      <w:pPr>
        <w:spacing w:after="0"/>
        <w:ind w:left="0"/>
        <w:jc w:val="both"/>
        <w:rPr>
          <w:rFonts w:cs="Times New Roman"/>
          <w:lang w:val="ru-RU"/>
        </w:rPr>
      </w:pPr>
      <w:r w:rsidRPr="00917EAB">
        <w:rPr>
          <w:rFonts w:cs="Times New Roman"/>
          <w:lang w:val="ru-RU"/>
        </w:rPr>
        <w:t>19. Бабенко С. В. Трансформація принципів психологічної школи в акторській майстерності кіно. Автореферат дисертації. Київ: КНУТКіТ ім. І. К. Карпенка-Карого. 2022.   С 114.</w:t>
      </w:r>
    </w:p>
    <w:p w14:paraId="60B8CE05" w14:textId="77777777" w:rsidR="0066118A" w:rsidRPr="00917EAB" w:rsidRDefault="0066118A" w:rsidP="0066118A">
      <w:pPr>
        <w:spacing w:after="0"/>
        <w:ind w:left="0"/>
        <w:jc w:val="both"/>
        <w:rPr>
          <w:rFonts w:cs="Times New Roman"/>
          <w:lang w:val="uk-UA"/>
        </w:rPr>
      </w:pPr>
      <w:r w:rsidRPr="00917EAB">
        <w:rPr>
          <w:rFonts w:cs="Times New Roman"/>
          <w:lang w:val="uk-UA"/>
        </w:rPr>
        <w:lastRenderedPageBreak/>
        <w:t xml:space="preserve">20. </w:t>
      </w:r>
      <w:r w:rsidRPr="00917EAB">
        <w:rPr>
          <w:rFonts w:cs="Times New Roman"/>
          <w:lang w:val="ru-RU"/>
        </w:rPr>
        <w:t xml:space="preserve">Мельниченко Л. В. Медіатизація театрального простору як чинник трансформації акторської гри. // </w:t>
      </w:r>
      <w:r w:rsidRPr="00917EAB">
        <w:rPr>
          <w:rFonts w:cs="Times New Roman"/>
          <w:i/>
          <w:iCs/>
          <w:lang w:val="ru-RU"/>
        </w:rPr>
        <w:t>Мистецтвознавчі студії</w:t>
      </w:r>
      <w:r w:rsidRPr="00917EAB">
        <w:rPr>
          <w:rFonts w:cs="Times New Roman"/>
          <w:lang w:val="ru-RU"/>
        </w:rPr>
        <w:t>. 2024. № 1. С. 90.</w:t>
      </w:r>
      <w:r w:rsidRPr="00917EAB">
        <w:rPr>
          <w:rFonts w:cs="Times New Roman"/>
          <w:lang w:val="uk-UA"/>
        </w:rPr>
        <w:t xml:space="preserve"> </w:t>
      </w:r>
      <w:hyperlink r:id="rId29" w:history="1">
        <w:r w:rsidRPr="00917EAB">
          <w:rPr>
            <w:rStyle w:val="affa"/>
            <w:rFonts w:cs="Times New Roman"/>
            <w:color w:val="auto"/>
          </w:rPr>
          <w:t>https</w:t>
        </w:r>
        <w:r w:rsidRPr="00917EAB">
          <w:rPr>
            <w:rStyle w:val="affa"/>
            <w:rFonts w:cs="Times New Roman"/>
            <w:color w:val="auto"/>
            <w:lang w:val="ru-RU"/>
          </w:rPr>
          <w:t>://</w:t>
        </w:r>
        <w:r w:rsidRPr="00917EAB">
          <w:rPr>
            <w:rStyle w:val="affa"/>
            <w:rFonts w:cs="Times New Roman"/>
            <w:color w:val="auto"/>
          </w:rPr>
          <w:t>journals</w:t>
        </w:r>
        <w:r w:rsidRPr="00917EAB">
          <w:rPr>
            <w:rStyle w:val="affa"/>
            <w:rFonts w:cs="Times New Roman"/>
            <w:color w:val="auto"/>
            <w:lang w:val="ru-RU"/>
          </w:rPr>
          <w:t>.</w:t>
        </w:r>
        <w:r w:rsidRPr="00917EAB">
          <w:rPr>
            <w:rStyle w:val="affa"/>
            <w:rFonts w:cs="Times New Roman"/>
            <w:color w:val="auto"/>
          </w:rPr>
          <w:t>uran</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ms</w:t>
        </w:r>
        <w:r w:rsidRPr="00917EAB">
          <w:rPr>
            <w:rStyle w:val="affa"/>
            <w:rFonts w:cs="Times New Roman"/>
            <w:color w:val="auto"/>
            <w:lang w:val="ru-RU"/>
          </w:rPr>
          <w:t>/</w:t>
        </w:r>
        <w:r w:rsidRPr="00917EAB">
          <w:rPr>
            <w:rStyle w:val="affa"/>
            <w:rFonts w:cs="Times New Roman"/>
            <w:color w:val="auto"/>
          </w:rPr>
          <w:t>articleview</w:t>
        </w:r>
      </w:hyperlink>
    </w:p>
    <w:p w14:paraId="2CC47E7E"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21. </w:t>
      </w:r>
      <w:r w:rsidRPr="00917EAB">
        <w:rPr>
          <w:rFonts w:cs="Times New Roman"/>
          <w:lang w:val="ru-RU"/>
        </w:rPr>
        <w:t xml:space="preserve">Короленко В. П. Синтез мистецтв у режисурі Леся Курбаса та його сучасні інтерпретації. // </w:t>
      </w:r>
      <w:r w:rsidRPr="00917EAB">
        <w:rPr>
          <w:rFonts w:cs="Times New Roman"/>
          <w:i/>
          <w:iCs/>
          <w:lang w:val="ru-RU"/>
        </w:rPr>
        <w:t>Українське мистецтвознавство</w:t>
      </w:r>
      <w:r w:rsidRPr="00917EAB">
        <w:rPr>
          <w:rFonts w:cs="Times New Roman"/>
          <w:lang w:val="ru-RU"/>
        </w:rPr>
        <w:t>. 2022. Вип. 24.   С 47.</w:t>
      </w:r>
    </w:p>
    <w:p w14:paraId="0935781A" w14:textId="77777777" w:rsidR="0066118A" w:rsidRPr="00917EAB" w:rsidRDefault="00000000" w:rsidP="0066118A">
      <w:pPr>
        <w:spacing w:after="0"/>
        <w:ind w:left="0" w:firstLine="709"/>
        <w:jc w:val="both"/>
        <w:rPr>
          <w:rFonts w:cs="Times New Roman"/>
          <w:lang w:val="uk-UA"/>
        </w:rPr>
      </w:pPr>
      <w:hyperlink r:id="rId30" w:history="1">
        <w:r w:rsidR="0066118A" w:rsidRPr="00917EAB">
          <w:rPr>
            <w:rStyle w:val="affa"/>
            <w:rFonts w:cs="Times New Roman"/>
            <w:color w:val="auto"/>
          </w:rPr>
          <w:t>http</w:t>
        </w:r>
        <w:r w:rsidR="0066118A" w:rsidRPr="00917EAB">
          <w:rPr>
            <w:rStyle w:val="affa"/>
            <w:rFonts w:cs="Times New Roman"/>
            <w:color w:val="auto"/>
            <w:lang w:val="uk-UA"/>
          </w:rPr>
          <w:t>://</w:t>
        </w:r>
        <w:r w:rsidR="0066118A" w:rsidRPr="00917EAB">
          <w:rPr>
            <w:rStyle w:val="affa"/>
            <w:rFonts w:cs="Times New Roman"/>
            <w:color w:val="auto"/>
          </w:rPr>
          <w:t>uis</w:t>
        </w:r>
        <w:r w:rsidR="0066118A" w:rsidRPr="00917EAB">
          <w:rPr>
            <w:rStyle w:val="affa"/>
            <w:rFonts w:cs="Times New Roman"/>
            <w:color w:val="auto"/>
            <w:lang w:val="uk-UA"/>
          </w:rPr>
          <w:t>.</w:t>
        </w:r>
        <w:r w:rsidR="0066118A" w:rsidRPr="00917EAB">
          <w:rPr>
            <w:rStyle w:val="affa"/>
            <w:rFonts w:cs="Times New Roman"/>
            <w:color w:val="auto"/>
          </w:rPr>
          <w:t>arts</w:t>
        </w:r>
        <w:r w:rsidR="0066118A" w:rsidRPr="00917EAB">
          <w:rPr>
            <w:rStyle w:val="affa"/>
            <w:rFonts w:cs="Times New Roman"/>
            <w:color w:val="auto"/>
            <w:lang w:val="uk-UA"/>
          </w:rPr>
          <w:t>.</w:t>
        </w:r>
        <w:r w:rsidR="0066118A" w:rsidRPr="00917EAB">
          <w:rPr>
            <w:rStyle w:val="affa"/>
            <w:rFonts w:cs="Times New Roman"/>
            <w:color w:val="auto"/>
          </w:rPr>
          <w:t>co</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article</w:t>
        </w:r>
        <w:r w:rsidR="0066118A" w:rsidRPr="00917EAB">
          <w:rPr>
            <w:rStyle w:val="affa"/>
            <w:rFonts w:cs="Times New Roman"/>
            <w:color w:val="auto"/>
            <w:lang w:val="uk-UA"/>
          </w:rPr>
          <w:t>/</w:t>
        </w:r>
        <w:r w:rsidR="0066118A" w:rsidRPr="00917EAB">
          <w:rPr>
            <w:rStyle w:val="affa"/>
            <w:rFonts w:cs="Times New Roman"/>
            <w:color w:val="auto"/>
          </w:rPr>
          <w:t>download</w:t>
        </w:r>
        <w:r w:rsidR="0066118A" w:rsidRPr="00917EAB">
          <w:rPr>
            <w:rStyle w:val="affa"/>
            <w:rFonts w:cs="Times New Roman"/>
            <w:color w:val="auto"/>
            <w:lang w:val="uk-UA"/>
          </w:rPr>
          <w:t>/245800/246000</w:t>
        </w:r>
      </w:hyperlink>
    </w:p>
    <w:p w14:paraId="634D2621" w14:textId="77777777" w:rsidR="0066118A" w:rsidRPr="00917EAB" w:rsidRDefault="0066118A" w:rsidP="0066118A">
      <w:pPr>
        <w:spacing w:after="0"/>
        <w:ind w:left="0"/>
        <w:jc w:val="both"/>
        <w:rPr>
          <w:lang w:val="uk-UA"/>
        </w:rPr>
      </w:pPr>
      <w:r w:rsidRPr="00917EAB">
        <w:rPr>
          <w:rFonts w:cs="Times New Roman"/>
          <w:lang w:val="uk-UA"/>
        </w:rPr>
        <w:t xml:space="preserve">22. Шевчук А. Г. Акторська освіта в контексті нових медіа: виклики та інновації. // </w:t>
      </w:r>
      <w:r w:rsidRPr="00917EAB">
        <w:rPr>
          <w:rFonts w:cs="Times New Roman"/>
          <w:i/>
          <w:iCs/>
          <w:lang w:val="uk-UA"/>
        </w:rPr>
        <w:t>Вісник Львівської національної академії мистецтв</w:t>
      </w:r>
      <w:r w:rsidRPr="00917EAB">
        <w:rPr>
          <w:rFonts w:cs="Times New Roman"/>
          <w:lang w:val="uk-UA"/>
        </w:rPr>
        <w:t>. 2023. № 48.</w:t>
      </w:r>
      <w:r w:rsidRPr="00917EAB">
        <w:rPr>
          <w:lang w:val="uk-UA"/>
        </w:rPr>
        <w:t xml:space="preserve"> С.</w:t>
      </w:r>
      <w:r>
        <w:rPr>
          <w:lang w:val="uk-UA"/>
        </w:rPr>
        <w:t>47</w:t>
      </w:r>
      <w:r w:rsidRPr="00917EAB">
        <w:rPr>
          <w:lang w:val="uk-UA"/>
        </w:rPr>
        <w:t xml:space="preserve"> </w:t>
      </w:r>
    </w:p>
    <w:p w14:paraId="21BCB208" w14:textId="77777777" w:rsidR="0066118A" w:rsidRPr="00917EAB" w:rsidRDefault="0066118A" w:rsidP="0066118A">
      <w:pPr>
        <w:spacing w:after="0"/>
        <w:ind w:left="0"/>
        <w:jc w:val="both"/>
        <w:rPr>
          <w:rFonts w:cs="Times New Roman"/>
          <w:lang w:val="uk-UA"/>
        </w:rPr>
      </w:pPr>
      <w:r w:rsidRPr="00917EAB">
        <w:rPr>
          <w:lang w:val="uk-UA"/>
        </w:rPr>
        <w:t>.</w:t>
      </w:r>
      <w:hyperlink r:id="rId31" w:history="1">
        <w:r w:rsidRPr="00917EAB">
          <w:rPr>
            <w:rStyle w:val="affa"/>
            <w:rFonts w:cs="Times New Roman"/>
            <w:color w:val="auto"/>
          </w:rPr>
          <w:t>http</w:t>
        </w:r>
        <w:r w:rsidRPr="00917EAB">
          <w:rPr>
            <w:rStyle w:val="affa"/>
            <w:rFonts w:cs="Times New Roman"/>
            <w:color w:val="auto"/>
            <w:lang w:val="uk-UA"/>
          </w:rPr>
          <w:t>://</w:t>
        </w:r>
        <w:r w:rsidRPr="00917EAB">
          <w:rPr>
            <w:rStyle w:val="affa"/>
            <w:rFonts w:cs="Times New Roman"/>
            <w:color w:val="auto"/>
          </w:rPr>
          <w:t>visnyk</w:t>
        </w:r>
        <w:r w:rsidRPr="00917EAB">
          <w:rPr>
            <w:rStyle w:val="affa"/>
            <w:rFonts w:cs="Times New Roman"/>
            <w:color w:val="auto"/>
            <w:lang w:val="uk-UA"/>
          </w:rPr>
          <w:t>.</w:t>
        </w:r>
        <w:r w:rsidRPr="00917EAB">
          <w:rPr>
            <w:rStyle w:val="affa"/>
            <w:rFonts w:cs="Times New Roman"/>
            <w:color w:val="auto"/>
          </w:rPr>
          <w:t>lnam</w:t>
        </w:r>
        <w:r w:rsidRPr="00917EAB">
          <w:rPr>
            <w:rStyle w:val="affa"/>
            <w:rFonts w:cs="Times New Roman"/>
            <w:color w:val="auto"/>
            <w:lang w:val="uk-UA"/>
          </w:rPr>
          <w:t>.</w:t>
        </w:r>
        <w:r w:rsidRPr="00917EAB">
          <w:rPr>
            <w:rStyle w:val="affa"/>
            <w:rFonts w:cs="Times New Roman"/>
            <w:color w:val="auto"/>
          </w:rPr>
          <w:t>edu</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visnyk</w:t>
        </w:r>
        <w:r w:rsidRPr="00917EAB">
          <w:rPr>
            <w:rStyle w:val="affa"/>
            <w:rFonts w:cs="Times New Roman"/>
            <w:color w:val="auto"/>
            <w:lang w:val="uk-UA"/>
          </w:rPr>
          <w:t>/</w:t>
        </w:r>
        <w:r w:rsidRPr="00917EAB">
          <w:rPr>
            <w:rStyle w:val="affa"/>
            <w:rFonts w:cs="Times New Roman"/>
            <w:color w:val="auto"/>
          </w:rPr>
          <w:t>visnyk</w:t>
        </w:r>
        <w:r w:rsidRPr="00917EAB">
          <w:rPr>
            <w:rStyle w:val="affa"/>
            <w:rFonts w:cs="Times New Roman"/>
            <w:color w:val="auto"/>
            <w:lang w:val="uk-UA"/>
          </w:rPr>
          <w:t>_48/</w:t>
        </w:r>
        <w:r w:rsidRPr="00917EAB">
          <w:rPr>
            <w:rStyle w:val="affa"/>
            <w:rFonts w:cs="Times New Roman"/>
            <w:color w:val="auto"/>
          </w:rPr>
          <w:t>shevchuk</w:t>
        </w:r>
        <w:r w:rsidRPr="00917EAB">
          <w:rPr>
            <w:rStyle w:val="affa"/>
            <w:rFonts w:cs="Times New Roman"/>
            <w:color w:val="auto"/>
            <w:lang w:val="uk-UA"/>
          </w:rPr>
          <w:t>_2023.</w:t>
        </w:r>
        <w:r w:rsidRPr="00917EAB">
          <w:rPr>
            <w:rStyle w:val="affa"/>
            <w:rFonts w:cs="Times New Roman"/>
            <w:color w:val="auto"/>
          </w:rPr>
          <w:t>pdf</w:t>
        </w:r>
      </w:hyperlink>
    </w:p>
    <w:p w14:paraId="5F06A1EA"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23. </w:t>
      </w:r>
      <w:r w:rsidRPr="00917EAB">
        <w:rPr>
          <w:rFonts w:cs="Times New Roman"/>
          <w:lang w:val="ru-RU"/>
        </w:rPr>
        <w:t xml:space="preserve">Коваленко О. В. Естетика фрагментарності у сучасному медіа-театрі. // </w:t>
      </w:r>
      <w:r w:rsidRPr="00917EAB">
        <w:rPr>
          <w:rFonts w:cs="Times New Roman"/>
          <w:i/>
          <w:iCs/>
          <w:lang w:val="ru-RU"/>
        </w:rPr>
        <w:t>Культурологічні студії</w:t>
      </w:r>
      <w:r w:rsidRPr="00917EAB">
        <w:rPr>
          <w:rFonts w:cs="Times New Roman"/>
          <w:lang w:val="ru-RU"/>
        </w:rPr>
        <w:t xml:space="preserve">. 2021. № 1. С. 55. </w:t>
      </w:r>
    </w:p>
    <w:p w14:paraId="1C7E7303" w14:textId="77777777" w:rsidR="0066118A" w:rsidRPr="00917EAB" w:rsidRDefault="00000000" w:rsidP="0066118A">
      <w:pPr>
        <w:spacing w:after="0"/>
        <w:ind w:left="0" w:firstLine="709"/>
        <w:jc w:val="both"/>
        <w:rPr>
          <w:rFonts w:cs="Times New Roman"/>
          <w:lang w:val="uk-UA"/>
        </w:rPr>
      </w:pPr>
      <w:hyperlink r:id="rId32" w:history="1">
        <w:r w:rsidR="0066118A" w:rsidRPr="00917EAB">
          <w:rPr>
            <w:rStyle w:val="affa"/>
            <w:rFonts w:cs="Times New Roman"/>
            <w:color w:val="auto"/>
          </w:rPr>
          <w:t>http</w:t>
        </w:r>
        <w:r w:rsidR="0066118A" w:rsidRPr="00917EAB">
          <w:rPr>
            <w:rStyle w:val="affa"/>
            <w:rFonts w:cs="Times New Roman"/>
            <w:color w:val="auto"/>
            <w:lang w:val="uk-UA"/>
          </w:rPr>
          <w:t>://</w:t>
        </w:r>
        <w:r w:rsidR="0066118A" w:rsidRPr="00917EAB">
          <w:rPr>
            <w:rStyle w:val="affa"/>
            <w:rFonts w:cs="Times New Roman"/>
            <w:color w:val="auto"/>
          </w:rPr>
          <w:t>nbuv</w:t>
        </w:r>
        <w:r w:rsidR="0066118A" w:rsidRPr="00917EAB">
          <w:rPr>
            <w:rStyle w:val="affa"/>
            <w:rFonts w:cs="Times New Roman"/>
            <w:color w:val="auto"/>
            <w:lang w:val="uk-UA"/>
          </w:rPr>
          <w:t>.</w:t>
        </w:r>
        <w:r w:rsidR="0066118A" w:rsidRPr="00917EAB">
          <w:rPr>
            <w:rStyle w:val="affa"/>
            <w:rFonts w:cs="Times New Roman"/>
            <w:color w:val="auto"/>
          </w:rPr>
          <w:t>gov</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UJRN</w:t>
        </w:r>
        <w:r w:rsidR="0066118A" w:rsidRPr="00917EAB">
          <w:rPr>
            <w:rStyle w:val="affa"/>
            <w:rFonts w:cs="Times New Roman"/>
            <w:color w:val="auto"/>
            <w:lang w:val="uk-UA"/>
          </w:rPr>
          <w:t>/</w:t>
        </w:r>
        <w:r w:rsidR="0066118A" w:rsidRPr="00917EAB">
          <w:rPr>
            <w:rStyle w:val="affa"/>
            <w:rFonts w:cs="Times New Roman"/>
            <w:color w:val="auto"/>
          </w:rPr>
          <w:t>kult</w:t>
        </w:r>
        <w:r w:rsidR="0066118A" w:rsidRPr="00917EAB">
          <w:rPr>
            <w:rStyle w:val="affa"/>
            <w:rFonts w:cs="Times New Roman"/>
            <w:color w:val="auto"/>
            <w:lang w:val="uk-UA"/>
          </w:rPr>
          <w:t>_</w:t>
        </w:r>
        <w:r w:rsidR="0066118A" w:rsidRPr="00917EAB">
          <w:rPr>
            <w:rStyle w:val="affa"/>
            <w:rFonts w:cs="Times New Roman"/>
            <w:color w:val="auto"/>
          </w:rPr>
          <w:t>stud</w:t>
        </w:r>
        <w:r w:rsidR="0066118A" w:rsidRPr="00917EAB">
          <w:rPr>
            <w:rStyle w:val="affa"/>
            <w:rFonts w:cs="Times New Roman"/>
            <w:color w:val="auto"/>
            <w:lang w:val="uk-UA"/>
          </w:rPr>
          <w:t>_2021_1_8</w:t>
        </w:r>
      </w:hyperlink>
    </w:p>
    <w:p w14:paraId="3A0F0E3C" w14:textId="77777777" w:rsidR="0066118A" w:rsidRPr="00917EAB" w:rsidRDefault="0066118A" w:rsidP="0066118A">
      <w:pPr>
        <w:spacing w:after="0"/>
        <w:ind w:left="0"/>
        <w:jc w:val="both"/>
        <w:rPr>
          <w:rFonts w:cs="Times New Roman"/>
          <w:lang w:val="ru-RU"/>
        </w:rPr>
      </w:pPr>
      <w:r w:rsidRPr="00917EAB">
        <w:rPr>
          <w:rFonts w:cs="Times New Roman"/>
          <w:lang w:val="uk-UA"/>
        </w:rPr>
        <w:t xml:space="preserve">24. </w:t>
      </w:r>
      <w:r w:rsidRPr="00917EAB">
        <w:rPr>
          <w:rFonts w:cs="Times New Roman"/>
          <w:lang w:val="ru-RU"/>
        </w:rPr>
        <w:t xml:space="preserve">Гончарук І. С. Проблема достовірності переживання в акторській майстерності: сцена </w:t>
      </w:r>
      <w:r w:rsidRPr="00917EAB">
        <w:rPr>
          <w:rFonts w:cs="Times New Roman"/>
        </w:rPr>
        <w:t>vs</w:t>
      </w:r>
      <w:r w:rsidRPr="00917EAB">
        <w:rPr>
          <w:rFonts w:cs="Times New Roman"/>
          <w:lang w:val="ru-RU"/>
        </w:rPr>
        <w:t xml:space="preserve">. кадр. // </w:t>
      </w:r>
      <w:r w:rsidRPr="00917EAB">
        <w:rPr>
          <w:rFonts w:cs="Times New Roman"/>
          <w:i/>
          <w:iCs/>
          <w:lang w:val="ru-RU"/>
        </w:rPr>
        <w:t>Проблеми сучасності: мистецтво, культура, педагогіка</w:t>
      </w:r>
      <w:r w:rsidRPr="00917EAB">
        <w:rPr>
          <w:rFonts w:cs="Times New Roman"/>
          <w:lang w:val="ru-RU"/>
        </w:rPr>
        <w:t xml:space="preserve">. 2023. С 45 </w:t>
      </w:r>
    </w:p>
    <w:p w14:paraId="6EA1ECF6" w14:textId="77777777" w:rsidR="0066118A" w:rsidRPr="00917EAB" w:rsidRDefault="00000000" w:rsidP="0066118A">
      <w:pPr>
        <w:spacing w:after="0"/>
        <w:ind w:left="0"/>
        <w:jc w:val="both"/>
        <w:rPr>
          <w:rFonts w:cs="Times New Roman"/>
          <w:lang w:val="uk-UA"/>
        </w:rPr>
      </w:pPr>
      <w:hyperlink r:id="rId33" w:history="1">
        <w:r w:rsidR="0066118A" w:rsidRPr="00917EAB">
          <w:rPr>
            <w:rStyle w:val="affa"/>
            <w:rFonts w:cs="Times New Roman"/>
            <w:color w:val="auto"/>
          </w:rPr>
          <w:t>https</w:t>
        </w:r>
        <w:r w:rsidR="0066118A" w:rsidRPr="00917EAB">
          <w:rPr>
            <w:rStyle w:val="affa"/>
            <w:rFonts w:cs="Times New Roman"/>
            <w:color w:val="auto"/>
            <w:lang w:val="ru-RU"/>
          </w:rPr>
          <w:t>://</w:t>
        </w:r>
        <w:r w:rsidR="0066118A" w:rsidRPr="00917EAB">
          <w:rPr>
            <w:rStyle w:val="affa"/>
            <w:rFonts w:cs="Times New Roman"/>
            <w:color w:val="auto"/>
          </w:rPr>
          <w:t>journals</w:t>
        </w:r>
        <w:r w:rsidR="0066118A" w:rsidRPr="00917EAB">
          <w:rPr>
            <w:rStyle w:val="affa"/>
            <w:rFonts w:cs="Times New Roman"/>
            <w:color w:val="auto"/>
            <w:lang w:val="ru-RU"/>
          </w:rPr>
          <w:t>.</w:t>
        </w:r>
        <w:r w:rsidR="0066118A" w:rsidRPr="00917EAB">
          <w:rPr>
            <w:rStyle w:val="affa"/>
            <w:rFonts w:cs="Times New Roman"/>
            <w:color w:val="auto"/>
          </w:rPr>
          <w:t>uran</w:t>
        </w:r>
        <w:r w:rsidR="0066118A" w:rsidRPr="00917EAB">
          <w:rPr>
            <w:rStyle w:val="affa"/>
            <w:rFonts w:cs="Times New Roman"/>
            <w:color w:val="auto"/>
            <w:lang w:val="ru-RU"/>
          </w:rPr>
          <w:t>.</w:t>
        </w:r>
        <w:r w:rsidR="0066118A" w:rsidRPr="00917EAB">
          <w:rPr>
            <w:rStyle w:val="affa"/>
            <w:rFonts w:cs="Times New Roman"/>
            <w:color w:val="auto"/>
          </w:rPr>
          <w:t>ua</w:t>
        </w:r>
        <w:r w:rsidR="0066118A" w:rsidRPr="00917EAB">
          <w:rPr>
            <w:rStyle w:val="affa"/>
            <w:rFonts w:cs="Times New Roman"/>
            <w:color w:val="auto"/>
            <w:lang w:val="ru-RU"/>
          </w:rPr>
          <w:t>/</w:t>
        </w:r>
        <w:r w:rsidR="0066118A" w:rsidRPr="00917EAB">
          <w:rPr>
            <w:rStyle w:val="affa"/>
            <w:rFonts w:cs="Times New Roman"/>
            <w:color w:val="auto"/>
          </w:rPr>
          <w:t>psmkp</w:t>
        </w:r>
        <w:r w:rsidR="0066118A" w:rsidRPr="00917EAB">
          <w:rPr>
            <w:rStyle w:val="affa"/>
            <w:rFonts w:cs="Times New Roman"/>
            <w:color w:val="auto"/>
            <w:lang w:val="ru-RU"/>
          </w:rPr>
          <w:t>/</w:t>
        </w:r>
        <w:r w:rsidR="0066118A" w:rsidRPr="00917EAB">
          <w:rPr>
            <w:rStyle w:val="affa"/>
            <w:rFonts w:cs="Times New Roman"/>
            <w:color w:val="auto"/>
          </w:rPr>
          <w:t>article</w:t>
        </w:r>
        <w:r w:rsidR="0066118A" w:rsidRPr="00917EAB">
          <w:rPr>
            <w:rStyle w:val="affa"/>
            <w:rFonts w:cs="Times New Roman"/>
            <w:color w:val="auto"/>
            <w:lang w:val="ru-RU"/>
          </w:rPr>
          <w:t>/</w:t>
        </w:r>
        <w:r w:rsidR="0066118A" w:rsidRPr="00917EAB">
          <w:rPr>
            <w:rStyle w:val="affa"/>
            <w:rFonts w:cs="Times New Roman"/>
            <w:color w:val="auto"/>
          </w:rPr>
          <w:t>download</w:t>
        </w:r>
        <w:r w:rsidR="0066118A" w:rsidRPr="00917EAB">
          <w:rPr>
            <w:rStyle w:val="affa"/>
            <w:rFonts w:cs="Times New Roman"/>
            <w:color w:val="auto"/>
            <w:lang w:val="ru-RU"/>
          </w:rPr>
          <w:t>/291000/291300</w:t>
        </w:r>
      </w:hyperlink>
    </w:p>
    <w:p w14:paraId="550C790D" w14:textId="77777777" w:rsidR="0066118A" w:rsidRPr="00917EAB" w:rsidRDefault="0066118A" w:rsidP="0066118A">
      <w:pPr>
        <w:spacing w:after="0"/>
        <w:ind w:left="0"/>
        <w:jc w:val="both"/>
        <w:rPr>
          <w:rFonts w:cs="Times New Roman"/>
          <w:lang w:val="uk-UA"/>
        </w:rPr>
      </w:pPr>
      <w:r w:rsidRPr="00917EAB">
        <w:rPr>
          <w:rFonts w:cs="Times New Roman"/>
          <w:lang w:val="ru-RU"/>
        </w:rPr>
        <w:t xml:space="preserve">25. Ткач Л. А. Психологічна правда в кіно та на сцені: пошук сутнісних відмінностей. // </w:t>
      </w:r>
      <w:r w:rsidRPr="00917EAB">
        <w:rPr>
          <w:rFonts w:cs="Times New Roman"/>
          <w:i/>
          <w:iCs/>
          <w:lang w:val="ru-RU"/>
        </w:rPr>
        <w:t>Наукові записки НАОМА</w:t>
      </w:r>
      <w:r w:rsidRPr="00917EAB">
        <w:rPr>
          <w:rFonts w:cs="Times New Roman"/>
          <w:lang w:val="ru-RU"/>
        </w:rPr>
        <w:t>. 2019.</w:t>
      </w:r>
      <w:r>
        <w:rPr>
          <w:rFonts w:cs="Times New Roman"/>
          <w:lang w:val="ru-RU"/>
        </w:rPr>
        <w:t xml:space="preserve"> </w:t>
      </w:r>
      <w:r w:rsidRPr="00917EAB">
        <w:rPr>
          <w:rFonts w:cs="Times New Roman"/>
          <w:lang w:val="ru-RU"/>
        </w:rPr>
        <w:t>с 65</w:t>
      </w:r>
    </w:p>
    <w:p w14:paraId="5A8CBFE9" w14:textId="77777777" w:rsidR="0066118A" w:rsidRPr="00917EAB" w:rsidRDefault="00000000" w:rsidP="0066118A">
      <w:pPr>
        <w:spacing w:after="0"/>
        <w:ind w:left="0" w:firstLine="709"/>
        <w:jc w:val="both"/>
        <w:rPr>
          <w:rFonts w:cs="Times New Roman"/>
          <w:lang w:val="uk-UA"/>
        </w:rPr>
      </w:pPr>
      <w:hyperlink r:id="rId34" w:history="1">
        <w:r w:rsidR="0066118A" w:rsidRPr="00917EAB">
          <w:rPr>
            <w:rStyle w:val="affa"/>
            <w:rFonts w:cs="Times New Roman"/>
            <w:color w:val="auto"/>
          </w:rPr>
          <w:t>http</w:t>
        </w:r>
        <w:r w:rsidR="0066118A" w:rsidRPr="00917EAB">
          <w:rPr>
            <w:rStyle w:val="affa"/>
            <w:rFonts w:cs="Times New Roman"/>
            <w:color w:val="auto"/>
            <w:lang w:val="uk-UA"/>
          </w:rPr>
          <w:t>://</w:t>
        </w:r>
        <w:r w:rsidR="0066118A" w:rsidRPr="00917EAB">
          <w:rPr>
            <w:rStyle w:val="affa"/>
            <w:rFonts w:cs="Times New Roman"/>
            <w:color w:val="auto"/>
          </w:rPr>
          <w:t>nbuv</w:t>
        </w:r>
        <w:r w:rsidR="0066118A" w:rsidRPr="00917EAB">
          <w:rPr>
            <w:rStyle w:val="affa"/>
            <w:rFonts w:cs="Times New Roman"/>
            <w:color w:val="auto"/>
            <w:lang w:val="uk-UA"/>
          </w:rPr>
          <w:t>.</w:t>
        </w:r>
        <w:r w:rsidR="0066118A" w:rsidRPr="00917EAB">
          <w:rPr>
            <w:rStyle w:val="affa"/>
            <w:rFonts w:cs="Times New Roman"/>
            <w:color w:val="auto"/>
          </w:rPr>
          <w:t>gov</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UJRN</w:t>
        </w:r>
        <w:r w:rsidR="0066118A" w:rsidRPr="00917EAB">
          <w:rPr>
            <w:rStyle w:val="affa"/>
            <w:rFonts w:cs="Times New Roman"/>
            <w:color w:val="auto"/>
            <w:lang w:val="uk-UA"/>
          </w:rPr>
          <w:t>/</w:t>
        </w:r>
        <w:r w:rsidR="0066118A" w:rsidRPr="00917EAB">
          <w:rPr>
            <w:rStyle w:val="affa"/>
            <w:rFonts w:cs="Times New Roman"/>
            <w:color w:val="auto"/>
          </w:rPr>
          <w:t>NZ</w:t>
        </w:r>
        <w:r w:rsidR="0066118A" w:rsidRPr="00917EAB">
          <w:rPr>
            <w:rStyle w:val="affa"/>
            <w:rFonts w:cs="Times New Roman"/>
            <w:color w:val="auto"/>
            <w:lang w:val="uk-UA"/>
          </w:rPr>
          <w:t>_</w:t>
        </w:r>
        <w:r w:rsidR="0066118A" w:rsidRPr="00917EAB">
          <w:rPr>
            <w:rStyle w:val="affa"/>
            <w:rFonts w:cs="Times New Roman"/>
            <w:color w:val="auto"/>
          </w:rPr>
          <w:t>NAOMA</w:t>
        </w:r>
        <w:r w:rsidR="0066118A" w:rsidRPr="00917EAB">
          <w:rPr>
            <w:rStyle w:val="affa"/>
            <w:rFonts w:cs="Times New Roman"/>
            <w:color w:val="auto"/>
            <w:lang w:val="uk-UA"/>
          </w:rPr>
          <w:t>_2019_1_7</w:t>
        </w:r>
      </w:hyperlink>
    </w:p>
    <w:p w14:paraId="64AB45D4" w14:textId="003C9200" w:rsidR="0066118A" w:rsidRPr="00917EAB" w:rsidRDefault="0066118A" w:rsidP="0066118A">
      <w:pPr>
        <w:spacing w:after="0"/>
        <w:ind w:left="0"/>
        <w:jc w:val="both"/>
        <w:rPr>
          <w:rFonts w:cs="Times New Roman"/>
          <w:lang w:val="uk-UA"/>
        </w:rPr>
      </w:pPr>
      <w:r w:rsidRPr="00917EAB">
        <w:rPr>
          <w:rFonts w:cs="Times New Roman"/>
          <w:lang w:val="uk-UA"/>
        </w:rPr>
        <w:t xml:space="preserve">26 Волошина М. М. Ефект відчуження Брехта та його реалізація засобами кіно і відео в сучасних постановках. // </w:t>
      </w:r>
      <w:r w:rsidRPr="00917EAB">
        <w:rPr>
          <w:rFonts w:cs="Times New Roman"/>
          <w:i/>
          <w:iCs/>
          <w:lang w:val="uk-UA"/>
        </w:rPr>
        <w:t>Театрологічні студії</w:t>
      </w:r>
      <w:r w:rsidRPr="00917EAB">
        <w:rPr>
          <w:rFonts w:cs="Times New Roman"/>
          <w:lang w:val="uk-UA"/>
        </w:rPr>
        <w:t>. 2021. № 2. С. 110.</w:t>
      </w:r>
    </w:p>
    <w:p w14:paraId="19A2BD58" w14:textId="77777777" w:rsidR="0066118A" w:rsidRPr="00917EAB" w:rsidRDefault="00000000" w:rsidP="0066118A">
      <w:pPr>
        <w:spacing w:after="0"/>
        <w:ind w:left="0" w:firstLine="709"/>
        <w:jc w:val="both"/>
        <w:rPr>
          <w:rFonts w:cs="Times New Roman"/>
          <w:lang w:val="uk-UA"/>
        </w:rPr>
      </w:pPr>
      <w:hyperlink r:id="rId35" w:history="1">
        <w:r w:rsidR="0066118A" w:rsidRPr="00917EAB">
          <w:rPr>
            <w:rStyle w:val="affa"/>
            <w:rFonts w:cs="Times New Roman"/>
            <w:color w:val="auto"/>
          </w:rPr>
          <w:t>https</w:t>
        </w:r>
        <w:r w:rsidR="0066118A" w:rsidRPr="00917EAB">
          <w:rPr>
            <w:rStyle w:val="affa"/>
            <w:rFonts w:cs="Times New Roman"/>
            <w:color w:val="auto"/>
            <w:lang w:val="uk-UA"/>
          </w:rPr>
          <w:t>://</w:t>
        </w:r>
        <w:r w:rsidR="0066118A" w:rsidRPr="00917EAB">
          <w:rPr>
            <w:rStyle w:val="affa"/>
            <w:rFonts w:cs="Times New Roman"/>
            <w:color w:val="auto"/>
          </w:rPr>
          <w:t>journals</w:t>
        </w:r>
        <w:r w:rsidR="0066118A" w:rsidRPr="00917EAB">
          <w:rPr>
            <w:rStyle w:val="affa"/>
            <w:rFonts w:cs="Times New Roman"/>
            <w:color w:val="auto"/>
            <w:lang w:val="uk-UA"/>
          </w:rPr>
          <w:t>.</w:t>
        </w:r>
        <w:r w:rsidR="0066118A" w:rsidRPr="00917EAB">
          <w:rPr>
            <w:rStyle w:val="affa"/>
            <w:rFonts w:cs="Times New Roman"/>
            <w:color w:val="auto"/>
          </w:rPr>
          <w:t>uran</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ts</w:t>
        </w:r>
        <w:r w:rsidR="0066118A" w:rsidRPr="00917EAB">
          <w:rPr>
            <w:rStyle w:val="affa"/>
            <w:rFonts w:cs="Times New Roman"/>
            <w:color w:val="auto"/>
            <w:lang w:val="uk-UA"/>
          </w:rPr>
          <w:t>/</w:t>
        </w:r>
        <w:r w:rsidR="0066118A" w:rsidRPr="00917EAB">
          <w:rPr>
            <w:rStyle w:val="affa"/>
            <w:rFonts w:cs="Times New Roman"/>
            <w:color w:val="auto"/>
          </w:rPr>
          <w:t>article</w:t>
        </w:r>
        <w:r w:rsidR="0066118A" w:rsidRPr="00917EAB">
          <w:rPr>
            <w:rStyle w:val="affa"/>
            <w:rFonts w:cs="Times New Roman"/>
            <w:color w:val="auto"/>
            <w:lang w:val="uk-UA"/>
          </w:rPr>
          <w:t>/</w:t>
        </w:r>
        <w:r w:rsidR="0066118A" w:rsidRPr="00917EAB">
          <w:rPr>
            <w:rStyle w:val="affa"/>
            <w:rFonts w:cs="Times New Roman"/>
            <w:color w:val="auto"/>
          </w:rPr>
          <w:t>download</w:t>
        </w:r>
        <w:r w:rsidR="0066118A" w:rsidRPr="00917EAB">
          <w:rPr>
            <w:rStyle w:val="affa"/>
            <w:rFonts w:cs="Times New Roman"/>
            <w:color w:val="auto"/>
            <w:lang w:val="uk-UA"/>
          </w:rPr>
          <w:t>/251020/251200</w:t>
        </w:r>
      </w:hyperlink>
    </w:p>
    <w:p w14:paraId="13469EF4" w14:textId="77777777" w:rsidR="0066118A" w:rsidRPr="00917EAB" w:rsidRDefault="0066118A" w:rsidP="0066118A">
      <w:pPr>
        <w:spacing w:after="0"/>
        <w:ind w:left="0"/>
        <w:jc w:val="both"/>
        <w:rPr>
          <w:rFonts w:cs="Times New Roman"/>
          <w:lang w:val="ru-RU"/>
        </w:rPr>
      </w:pPr>
      <w:r w:rsidRPr="00917EAB">
        <w:rPr>
          <w:rFonts w:cs="Times New Roman"/>
          <w:lang w:val="uk-UA"/>
        </w:rPr>
        <w:t xml:space="preserve">27. </w:t>
      </w:r>
      <w:r w:rsidRPr="00917EAB">
        <w:rPr>
          <w:rFonts w:cs="Times New Roman"/>
          <w:lang w:val="ru-RU"/>
        </w:rPr>
        <w:t xml:space="preserve">Михайлюк В. І. Крупний план у театрі: естетичний досвід українських режисерів. // </w:t>
      </w:r>
      <w:r w:rsidRPr="00917EAB">
        <w:rPr>
          <w:rFonts w:cs="Times New Roman"/>
          <w:i/>
          <w:iCs/>
          <w:lang w:val="ru-RU"/>
        </w:rPr>
        <w:t>Вісник Київського національного університету культури і мистецтв</w:t>
      </w:r>
      <w:r w:rsidRPr="00917EAB">
        <w:rPr>
          <w:rFonts w:cs="Times New Roman"/>
          <w:lang w:val="ru-RU"/>
        </w:rPr>
        <w:t xml:space="preserve">. 2024. С 65 </w:t>
      </w:r>
    </w:p>
    <w:p w14:paraId="174CC325" w14:textId="77777777" w:rsidR="0066118A" w:rsidRPr="00917EAB" w:rsidRDefault="00000000" w:rsidP="0066118A">
      <w:pPr>
        <w:spacing w:after="0"/>
        <w:ind w:left="0"/>
        <w:jc w:val="both"/>
        <w:rPr>
          <w:rFonts w:cs="Times New Roman"/>
          <w:lang w:val="uk-UA"/>
        </w:rPr>
      </w:pPr>
      <w:hyperlink r:id="rId36" w:history="1">
        <w:r w:rsidR="0066118A" w:rsidRPr="00917EAB">
          <w:rPr>
            <w:rStyle w:val="affa"/>
            <w:rFonts w:cs="Times New Roman"/>
            <w:color w:val="auto"/>
          </w:rPr>
          <w:t>https</w:t>
        </w:r>
        <w:r w:rsidR="0066118A" w:rsidRPr="00917EAB">
          <w:rPr>
            <w:rStyle w:val="affa"/>
            <w:rFonts w:cs="Times New Roman"/>
            <w:color w:val="auto"/>
            <w:lang w:val="ru-RU"/>
          </w:rPr>
          <w:t>://</w:t>
        </w:r>
        <w:r w:rsidR="0066118A" w:rsidRPr="00917EAB">
          <w:rPr>
            <w:rStyle w:val="affa"/>
            <w:rFonts w:cs="Times New Roman"/>
            <w:color w:val="auto"/>
          </w:rPr>
          <w:t>visnyk</w:t>
        </w:r>
        <w:r w:rsidR="0066118A" w:rsidRPr="00917EAB">
          <w:rPr>
            <w:rStyle w:val="affa"/>
            <w:rFonts w:cs="Times New Roman"/>
            <w:color w:val="auto"/>
            <w:lang w:val="ru-RU"/>
          </w:rPr>
          <w:t>.</w:t>
        </w:r>
        <w:r w:rsidR="0066118A" w:rsidRPr="00917EAB">
          <w:rPr>
            <w:rStyle w:val="affa"/>
            <w:rFonts w:cs="Times New Roman"/>
            <w:color w:val="auto"/>
          </w:rPr>
          <w:t>knukim</w:t>
        </w:r>
        <w:r w:rsidR="0066118A" w:rsidRPr="00917EAB">
          <w:rPr>
            <w:rStyle w:val="affa"/>
            <w:rFonts w:cs="Times New Roman"/>
            <w:color w:val="auto"/>
            <w:lang w:val="ru-RU"/>
          </w:rPr>
          <w:t>.</w:t>
        </w:r>
        <w:r w:rsidR="0066118A" w:rsidRPr="00917EAB">
          <w:rPr>
            <w:rStyle w:val="affa"/>
            <w:rFonts w:cs="Times New Roman"/>
            <w:color w:val="auto"/>
          </w:rPr>
          <w:t>edu</w:t>
        </w:r>
        <w:r w:rsidR="0066118A" w:rsidRPr="00917EAB">
          <w:rPr>
            <w:rStyle w:val="affa"/>
            <w:rFonts w:cs="Times New Roman"/>
            <w:color w:val="auto"/>
            <w:lang w:val="ru-RU"/>
          </w:rPr>
          <w:t>.</w:t>
        </w:r>
        <w:r w:rsidR="0066118A" w:rsidRPr="00917EAB">
          <w:rPr>
            <w:rStyle w:val="affa"/>
            <w:rFonts w:cs="Times New Roman"/>
            <w:color w:val="auto"/>
          </w:rPr>
          <w:t>ua</w:t>
        </w:r>
        <w:r w:rsidR="0066118A" w:rsidRPr="00917EAB">
          <w:rPr>
            <w:rStyle w:val="affa"/>
            <w:rFonts w:cs="Times New Roman"/>
            <w:color w:val="auto"/>
            <w:lang w:val="ru-RU"/>
          </w:rPr>
          <w:t>/</w:t>
        </w:r>
        <w:r w:rsidR="0066118A" w:rsidRPr="00917EAB">
          <w:rPr>
            <w:rStyle w:val="affa"/>
            <w:rFonts w:cs="Times New Roman"/>
            <w:color w:val="auto"/>
          </w:rPr>
          <w:t>article</w:t>
        </w:r>
        <w:r w:rsidR="0066118A" w:rsidRPr="00917EAB">
          <w:rPr>
            <w:rStyle w:val="affa"/>
            <w:rFonts w:cs="Times New Roman"/>
            <w:color w:val="auto"/>
            <w:lang w:val="ru-RU"/>
          </w:rPr>
          <w:t>/</w:t>
        </w:r>
        <w:r w:rsidR="0066118A" w:rsidRPr="00917EAB">
          <w:rPr>
            <w:rStyle w:val="affa"/>
            <w:rFonts w:cs="Times New Roman"/>
            <w:color w:val="auto"/>
          </w:rPr>
          <w:t>download</w:t>
        </w:r>
        <w:r w:rsidR="0066118A" w:rsidRPr="00917EAB">
          <w:rPr>
            <w:rStyle w:val="affa"/>
            <w:rFonts w:cs="Times New Roman"/>
            <w:color w:val="auto"/>
            <w:lang w:val="ru-RU"/>
          </w:rPr>
          <w:t>/300123/300400</w:t>
        </w:r>
      </w:hyperlink>
    </w:p>
    <w:p w14:paraId="76E7275F"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28. </w:t>
      </w:r>
      <w:r w:rsidRPr="00917EAB">
        <w:rPr>
          <w:rFonts w:cs="Times New Roman"/>
          <w:lang w:val="ru-RU"/>
        </w:rPr>
        <w:t xml:space="preserve">Іваницька О. Ю. Акторський тренінг як основа для роботи в полімедійному просторі. // </w:t>
      </w:r>
      <w:r w:rsidRPr="00917EAB">
        <w:rPr>
          <w:rFonts w:cs="Times New Roman"/>
          <w:i/>
          <w:iCs/>
          <w:lang w:val="ru-RU"/>
        </w:rPr>
        <w:t>Культура і мистецтво в сучасному світі</w:t>
      </w:r>
      <w:r w:rsidRPr="00917EAB">
        <w:rPr>
          <w:rFonts w:cs="Times New Roman"/>
          <w:lang w:val="ru-RU"/>
        </w:rPr>
        <w:t>. 2022. № 3. С. 44.</w:t>
      </w:r>
      <w:r w:rsidRPr="00917EAB">
        <w:rPr>
          <w:rFonts w:cs="Times New Roman"/>
          <w:lang w:val="uk-UA"/>
        </w:rPr>
        <w:t xml:space="preserve"> </w:t>
      </w:r>
      <w:hyperlink r:id="rId37" w:history="1">
        <w:r w:rsidRPr="00917EAB">
          <w:rPr>
            <w:rStyle w:val="affa"/>
            <w:rFonts w:cs="Times New Roman"/>
            <w:color w:val="auto"/>
          </w:rPr>
          <w:t>https</w:t>
        </w:r>
        <w:r w:rsidRPr="00917EAB">
          <w:rPr>
            <w:rStyle w:val="affa"/>
            <w:rFonts w:cs="Times New Roman"/>
            <w:color w:val="auto"/>
            <w:lang w:val="ru-RU"/>
          </w:rPr>
          <w:t>://</w:t>
        </w:r>
        <w:r w:rsidRPr="00917EAB">
          <w:rPr>
            <w:rStyle w:val="affa"/>
            <w:rFonts w:cs="Times New Roman"/>
            <w:color w:val="auto"/>
          </w:rPr>
          <w:t>kims</w:t>
        </w:r>
        <w:r w:rsidRPr="00917EAB">
          <w:rPr>
            <w:rStyle w:val="affa"/>
            <w:rFonts w:cs="Times New Roman"/>
            <w:color w:val="auto"/>
            <w:lang w:val="ru-RU"/>
          </w:rPr>
          <w:t>.</w:t>
        </w:r>
        <w:r w:rsidRPr="00917EAB">
          <w:rPr>
            <w:rStyle w:val="affa"/>
            <w:rFonts w:cs="Times New Roman"/>
            <w:color w:val="auto"/>
          </w:rPr>
          <w:t>knukim</w:t>
        </w:r>
        <w:r w:rsidRPr="00917EAB">
          <w:rPr>
            <w:rStyle w:val="affa"/>
            <w:rFonts w:cs="Times New Roman"/>
            <w:color w:val="auto"/>
            <w:lang w:val="ru-RU"/>
          </w:rPr>
          <w:t>.</w:t>
        </w:r>
        <w:r w:rsidRPr="00917EAB">
          <w:rPr>
            <w:rStyle w:val="affa"/>
            <w:rFonts w:cs="Times New Roman"/>
            <w:color w:val="auto"/>
          </w:rPr>
          <w:t>edu</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article</w:t>
        </w:r>
        <w:r w:rsidRPr="00917EAB">
          <w:rPr>
            <w:rStyle w:val="affa"/>
            <w:rFonts w:cs="Times New Roman"/>
            <w:color w:val="auto"/>
            <w:lang w:val="ru-RU"/>
          </w:rPr>
          <w:t>/</w:t>
        </w:r>
        <w:r w:rsidRPr="00917EAB">
          <w:rPr>
            <w:rStyle w:val="affa"/>
            <w:rFonts w:cs="Times New Roman"/>
            <w:color w:val="auto"/>
          </w:rPr>
          <w:t>download</w:t>
        </w:r>
        <w:r w:rsidRPr="00917EAB">
          <w:rPr>
            <w:rStyle w:val="affa"/>
            <w:rFonts w:cs="Times New Roman"/>
            <w:color w:val="auto"/>
            <w:lang w:val="ru-RU"/>
          </w:rPr>
          <w:t>/267800/267900</w:t>
        </w:r>
      </w:hyperlink>
    </w:p>
    <w:p w14:paraId="1CDE6BEA" w14:textId="2E193FFD" w:rsidR="0066118A" w:rsidRPr="00917EAB" w:rsidRDefault="0066118A" w:rsidP="0066118A">
      <w:pPr>
        <w:spacing w:after="0"/>
        <w:ind w:left="0"/>
        <w:jc w:val="both"/>
        <w:rPr>
          <w:rFonts w:cs="Times New Roman"/>
          <w:lang w:val="uk-UA"/>
        </w:rPr>
      </w:pPr>
      <w:r w:rsidRPr="00917EAB">
        <w:rPr>
          <w:rFonts w:cs="Times New Roman"/>
          <w:lang w:val="uk-UA"/>
        </w:rPr>
        <w:lastRenderedPageBreak/>
        <w:t>29.</w:t>
      </w:r>
      <w:r w:rsidRPr="00917EAB">
        <w:rPr>
          <w:lang w:val="ru-RU"/>
        </w:rPr>
        <w:t xml:space="preserve"> </w:t>
      </w:r>
      <w:r w:rsidRPr="00917EAB">
        <w:rPr>
          <w:rFonts w:cs="Times New Roman"/>
          <w:lang w:val="ru-RU"/>
        </w:rPr>
        <w:t xml:space="preserve">Сидоренко А. О. Акторська індивідуальність у контексті різних стилів (від Брехта до постдраматичного театру). // </w:t>
      </w:r>
      <w:r w:rsidRPr="00917EAB">
        <w:rPr>
          <w:rFonts w:cs="Times New Roman"/>
          <w:i/>
          <w:iCs/>
          <w:lang w:val="ru-RU"/>
        </w:rPr>
        <w:t>Українське мистецтвознавство</w:t>
      </w:r>
      <w:r w:rsidRPr="00917EAB">
        <w:rPr>
          <w:rFonts w:cs="Times New Roman"/>
          <w:lang w:val="ru-RU"/>
        </w:rPr>
        <w:t>. 2020. Вип. 21.</w:t>
      </w:r>
      <w:r w:rsidRPr="00917EAB">
        <w:rPr>
          <w:rFonts w:cs="Times New Roman"/>
          <w:lang w:val="uk-UA"/>
        </w:rPr>
        <w:t xml:space="preserve"> С. 37  </w:t>
      </w:r>
      <w:hyperlink r:id="rId38" w:history="1">
        <w:r w:rsidRPr="00917EAB">
          <w:rPr>
            <w:rStyle w:val="affa"/>
            <w:rFonts w:cs="Times New Roman"/>
            <w:color w:val="auto"/>
          </w:rPr>
          <w:t>http</w:t>
        </w:r>
        <w:r w:rsidRPr="00917EAB">
          <w:rPr>
            <w:rStyle w:val="affa"/>
            <w:rFonts w:cs="Times New Roman"/>
            <w:color w:val="auto"/>
            <w:lang w:val="ru-RU"/>
          </w:rPr>
          <w:t>://</w:t>
        </w:r>
        <w:r w:rsidRPr="00917EAB">
          <w:rPr>
            <w:rStyle w:val="affa"/>
            <w:rFonts w:cs="Times New Roman"/>
            <w:color w:val="auto"/>
          </w:rPr>
          <w:t>uis</w:t>
        </w:r>
        <w:r w:rsidRPr="00917EAB">
          <w:rPr>
            <w:rStyle w:val="affa"/>
            <w:rFonts w:cs="Times New Roman"/>
            <w:color w:val="auto"/>
            <w:lang w:val="ru-RU"/>
          </w:rPr>
          <w:t>.</w:t>
        </w:r>
        <w:r w:rsidRPr="00917EAB">
          <w:rPr>
            <w:rStyle w:val="affa"/>
            <w:rFonts w:cs="Times New Roman"/>
            <w:color w:val="auto"/>
          </w:rPr>
          <w:t>arts</w:t>
        </w:r>
        <w:r w:rsidRPr="00917EAB">
          <w:rPr>
            <w:rStyle w:val="affa"/>
            <w:rFonts w:cs="Times New Roman"/>
            <w:color w:val="auto"/>
            <w:lang w:val="ru-RU"/>
          </w:rPr>
          <w:t>.</w:t>
        </w:r>
        <w:r w:rsidRPr="00917EAB">
          <w:rPr>
            <w:rStyle w:val="affa"/>
            <w:rFonts w:cs="Times New Roman"/>
            <w:color w:val="auto"/>
          </w:rPr>
          <w:t>co</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article</w:t>
        </w:r>
        <w:r w:rsidRPr="00917EAB">
          <w:rPr>
            <w:rStyle w:val="affa"/>
            <w:rFonts w:cs="Times New Roman"/>
            <w:color w:val="auto"/>
            <w:lang w:val="ru-RU"/>
          </w:rPr>
          <w:t>/</w:t>
        </w:r>
        <w:r w:rsidRPr="00917EAB">
          <w:rPr>
            <w:rStyle w:val="affa"/>
            <w:rFonts w:cs="Times New Roman"/>
            <w:color w:val="auto"/>
          </w:rPr>
          <w:t>download</w:t>
        </w:r>
        <w:r w:rsidRPr="00917EAB">
          <w:rPr>
            <w:rStyle w:val="affa"/>
            <w:rFonts w:cs="Times New Roman"/>
            <w:color w:val="auto"/>
            <w:lang w:val="ru-RU"/>
          </w:rPr>
          <w:t>/205937/206500</w:t>
        </w:r>
      </w:hyperlink>
    </w:p>
    <w:p w14:paraId="1BDEA1FD" w14:textId="77777777" w:rsidR="0066118A" w:rsidRDefault="0066118A" w:rsidP="0066118A">
      <w:pPr>
        <w:spacing w:after="0"/>
        <w:ind w:left="0"/>
        <w:jc w:val="both"/>
        <w:rPr>
          <w:rFonts w:cs="Times New Roman"/>
          <w:lang w:val="uk-UA"/>
        </w:rPr>
      </w:pPr>
      <w:r w:rsidRPr="00917EAB">
        <w:rPr>
          <w:rFonts w:cs="Times New Roman"/>
          <w:lang w:val="uk-UA"/>
        </w:rPr>
        <w:t>30.</w:t>
      </w:r>
      <w:r w:rsidRPr="00917EAB">
        <w:rPr>
          <w:lang w:val="ru-RU"/>
        </w:rPr>
        <w:t xml:space="preserve"> </w:t>
      </w:r>
      <w:r w:rsidRPr="00917EAB">
        <w:rPr>
          <w:rFonts w:cs="Times New Roman"/>
          <w:lang w:val="ru-RU"/>
        </w:rPr>
        <w:t xml:space="preserve">Лабінськ М. Г. Екранні технології в сучасному перформативному мистецтві. // </w:t>
      </w:r>
      <w:r w:rsidRPr="00917EAB">
        <w:rPr>
          <w:rFonts w:cs="Times New Roman"/>
          <w:i/>
          <w:iCs/>
          <w:lang w:val="ru-RU"/>
        </w:rPr>
        <w:t>Мистецтвознавство</w:t>
      </w:r>
      <w:r w:rsidRPr="00917EAB">
        <w:rPr>
          <w:rFonts w:cs="Times New Roman"/>
          <w:lang w:val="ru-RU"/>
        </w:rPr>
        <w:t>.2023.№ 2. С. 78.</w:t>
      </w:r>
      <w:r w:rsidRPr="00917EAB">
        <w:rPr>
          <w:rFonts w:cs="Times New Roman"/>
          <w:lang w:val="uk-UA"/>
        </w:rPr>
        <w:t xml:space="preserve">  </w:t>
      </w:r>
    </w:p>
    <w:p w14:paraId="46F9204E" w14:textId="77777777" w:rsidR="0066118A" w:rsidRPr="00F07914" w:rsidRDefault="00000000" w:rsidP="0066118A">
      <w:pPr>
        <w:spacing w:after="0"/>
        <w:ind w:left="0"/>
        <w:jc w:val="both"/>
        <w:rPr>
          <w:rFonts w:cs="Times New Roman"/>
          <w:lang w:val="uk-UA"/>
        </w:rPr>
      </w:pPr>
      <w:hyperlink r:id="rId39" w:history="1">
        <w:r w:rsidR="0066118A" w:rsidRPr="008C4951">
          <w:rPr>
            <w:rStyle w:val="affa"/>
            <w:rFonts w:cs="Times New Roman"/>
          </w:rPr>
          <w:t>http</w:t>
        </w:r>
        <w:r w:rsidR="0066118A" w:rsidRPr="008C4951">
          <w:rPr>
            <w:rStyle w:val="affa"/>
            <w:rFonts w:cs="Times New Roman"/>
            <w:lang w:val="uk-UA"/>
          </w:rPr>
          <w:t>://</w:t>
        </w:r>
        <w:r w:rsidR="0066118A" w:rsidRPr="008C4951">
          <w:rPr>
            <w:rStyle w:val="affa"/>
            <w:rFonts w:cs="Times New Roman"/>
          </w:rPr>
          <w:t>journals</w:t>
        </w:r>
        <w:r w:rsidR="0066118A" w:rsidRPr="008C4951">
          <w:rPr>
            <w:rStyle w:val="affa"/>
            <w:rFonts w:cs="Times New Roman"/>
            <w:lang w:val="uk-UA"/>
          </w:rPr>
          <w:t>.</w:t>
        </w:r>
        <w:r w:rsidR="0066118A" w:rsidRPr="008C4951">
          <w:rPr>
            <w:rStyle w:val="affa"/>
            <w:rFonts w:cs="Times New Roman"/>
          </w:rPr>
          <w:t>msu</w:t>
        </w:r>
        <w:r w:rsidR="0066118A" w:rsidRPr="008C4951">
          <w:rPr>
            <w:rStyle w:val="affa"/>
            <w:rFonts w:cs="Times New Roman"/>
            <w:lang w:val="uk-UA"/>
          </w:rPr>
          <w:t>.</w:t>
        </w:r>
        <w:r w:rsidR="0066118A" w:rsidRPr="008C4951">
          <w:rPr>
            <w:rStyle w:val="affa"/>
            <w:rFonts w:cs="Times New Roman"/>
          </w:rPr>
          <w:t>edu</w:t>
        </w:r>
        <w:r w:rsidR="0066118A" w:rsidRPr="008C4951">
          <w:rPr>
            <w:rStyle w:val="affa"/>
            <w:rFonts w:cs="Times New Roman"/>
            <w:lang w:val="uk-UA"/>
          </w:rPr>
          <w:t>.</w:t>
        </w:r>
        <w:r w:rsidR="0066118A" w:rsidRPr="008C4951">
          <w:rPr>
            <w:rStyle w:val="affa"/>
            <w:rFonts w:cs="Times New Roman"/>
          </w:rPr>
          <w:t>ua</w:t>
        </w:r>
        <w:r w:rsidR="0066118A" w:rsidRPr="008C4951">
          <w:rPr>
            <w:rStyle w:val="affa"/>
            <w:rFonts w:cs="Times New Roman"/>
            <w:lang w:val="uk-UA"/>
          </w:rPr>
          <w:t>/</w:t>
        </w:r>
        <w:r w:rsidR="0066118A" w:rsidRPr="008C4951">
          <w:rPr>
            <w:rStyle w:val="affa"/>
            <w:rFonts w:cs="Times New Roman"/>
          </w:rPr>
          <w:t>index</w:t>
        </w:r>
        <w:r w:rsidR="0066118A" w:rsidRPr="008C4951">
          <w:rPr>
            <w:rStyle w:val="affa"/>
            <w:rFonts w:cs="Times New Roman"/>
            <w:lang w:val="uk-UA"/>
          </w:rPr>
          <w:t>.</w:t>
        </w:r>
        <w:r w:rsidR="0066118A" w:rsidRPr="008C4951">
          <w:rPr>
            <w:rStyle w:val="affa"/>
            <w:rFonts w:cs="Times New Roman"/>
          </w:rPr>
          <w:t>php</w:t>
        </w:r>
        <w:r w:rsidR="0066118A" w:rsidRPr="008C4951">
          <w:rPr>
            <w:rStyle w:val="affa"/>
            <w:rFonts w:cs="Times New Roman"/>
            <w:lang w:val="uk-UA"/>
          </w:rPr>
          <w:t>/</w:t>
        </w:r>
        <w:r w:rsidR="0066118A" w:rsidRPr="008C4951">
          <w:rPr>
            <w:rStyle w:val="affa"/>
            <w:rFonts w:cs="Times New Roman"/>
          </w:rPr>
          <w:t>ms</w:t>
        </w:r>
        <w:r w:rsidR="0066118A" w:rsidRPr="008C4951">
          <w:rPr>
            <w:rStyle w:val="affa"/>
            <w:rFonts w:cs="Times New Roman"/>
            <w:lang w:val="uk-UA"/>
          </w:rPr>
          <w:t>/</w:t>
        </w:r>
        <w:r w:rsidR="0066118A" w:rsidRPr="008C4951">
          <w:rPr>
            <w:rStyle w:val="affa"/>
            <w:rFonts w:cs="Times New Roman"/>
          </w:rPr>
          <w:t>article</w:t>
        </w:r>
        <w:r w:rsidR="0066118A" w:rsidRPr="008C4951">
          <w:rPr>
            <w:rStyle w:val="affa"/>
            <w:rFonts w:cs="Times New Roman"/>
            <w:lang w:val="uk-UA"/>
          </w:rPr>
          <w:t>/</w:t>
        </w:r>
        <w:r w:rsidR="0066118A" w:rsidRPr="008C4951">
          <w:rPr>
            <w:rStyle w:val="affa"/>
            <w:rFonts w:cs="Times New Roman"/>
          </w:rPr>
          <w:t>download</w:t>
        </w:r>
        <w:r w:rsidR="0066118A" w:rsidRPr="008C4951">
          <w:rPr>
            <w:rStyle w:val="affa"/>
            <w:rFonts w:cs="Times New Roman"/>
            <w:lang w:val="uk-UA"/>
          </w:rPr>
          <w:t>/511/550</w:t>
        </w:r>
      </w:hyperlink>
    </w:p>
    <w:p w14:paraId="5E592F6B" w14:textId="77777777" w:rsidR="0066118A" w:rsidRPr="00917EAB" w:rsidRDefault="0066118A" w:rsidP="0066118A">
      <w:pPr>
        <w:spacing w:after="0"/>
        <w:ind w:left="0"/>
        <w:jc w:val="both"/>
        <w:rPr>
          <w:rFonts w:cs="Times New Roman"/>
          <w:lang w:val="ru-RU"/>
        </w:rPr>
      </w:pPr>
      <w:r w:rsidRPr="00917EAB">
        <w:rPr>
          <w:rFonts w:cs="Times New Roman"/>
          <w:lang w:val="uk-UA"/>
        </w:rPr>
        <w:t>31.</w:t>
      </w:r>
      <w:r w:rsidRPr="00917EAB">
        <w:rPr>
          <w:lang w:val="ru-RU"/>
        </w:rPr>
        <w:t xml:space="preserve"> </w:t>
      </w:r>
      <w:r w:rsidRPr="00917EAB">
        <w:rPr>
          <w:rFonts w:cs="Times New Roman"/>
          <w:lang w:val="ru-RU"/>
        </w:rPr>
        <w:t xml:space="preserve">Коваль О. М. Методологічні основи підготовки універсального актора (сцена/кадр). // </w:t>
      </w:r>
      <w:r w:rsidRPr="00917EAB">
        <w:rPr>
          <w:rFonts w:cs="Times New Roman"/>
          <w:i/>
          <w:iCs/>
          <w:lang w:val="ru-RU"/>
        </w:rPr>
        <w:t>Збірник наукових праць Національної академії мистецтв</w:t>
      </w:r>
      <w:r w:rsidRPr="00917EAB">
        <w:rPr>
          <w:rFonts w:cs="Times New Roman"/>
          <w:lang w:val="ru-RU"/>
        </w:rPr>
        <w:t>. 2021.с 43</w:t>
      </w:r>
    </w:p>
    <w:p w14:paraId="1E7D08F8" w14:textId="77777777" w:rsidR="0066118A" w:rsidRPr="00917EAB" w:rsidRDefault="0066118A" w:rsidP="0066118A">
      <w:pPr>
        <w:spacing w:after="0"/>
        <w:ind w:left="0"/>
        <w:jc w:val="both"/>
        <w:rPr>
          <w:rFonts w:cs="Times New Roman"/>
          <w:lang w:val="uk-UA"/>
        </w:rPr>
      </w:pPr>
      <w:r w:rsidRPr="00917EAB">
        <w:rPr>
          <w:rFonts w:cs="Times New Roman"/>
          <w:lang w:val="ru-RU"/>
        </w:rPr>
        <w:t xml:space="preserve"> № 3.</w:t>
      </w:r>
      <w:r w:rsidRPr="00917EAB">
        <w:rPr>
          <w:rFonts w:cs="Times New Roman"/>
          <w:lang w:val="uk-UA"/>
        </w:rPr>
        <w:t xml:space="preserve"> </w:t>
      </w:r>
      <w:hyperlink r:id="rId40" w:history="1">
        <w:r w:rsidRPr="00917EAB">
          <w:rPr>
            <w:rStyle w:val="affa"/>
            <w:rFonts w:cs="Times New Roman"/>
            <w:color w:val="auto"/>
          </w:rPr>
          <w:t>http</w:t>
        </w:r>
        <w:r w:rsidRPr="00917EAB">
          <w:rPr>
            <w:rStyle w:val="affa"/>
            <w:rFonts w:cs="Times New Roman"/>
            <w:color w:val="auto"/>
            <w:lang w:val="ru-RU"/>
          </w:rPr>
          <w:t>://</w:t>
        </w:r>
        <w:r w:rsidRPr="00917EAB">
          <w:rPr>
            <w:rStyle w:val="affa"/>
            <w:rFonts w:cs="Times New Roman"/>
            <w:color w:val="auto"/>
          </w:rPr>
          <w:t>nbuv</w:t>
        </w:r>
        <w:r w:rsidRPr="00917EAB">
          <w:rPr>
            <w:rStyle w:val="affa"/>
            <w:rFonts w:cs="Times New Roman"/>
            <w:color w:val="auto"/>
            <w:lang w:val="ru-RU"/>
          </w:rPr>
          <w:t>.</w:t>
        </w:r>
        <w:r w:rsidRPr="00917EAB">
          <w:rPr>
            <w:rStyle w:val="affa"/>
            <w:rFonts w:cs="Times New Roman"/>
            <w:color w:val="auto"/>
          </w:rPr>
          <w:t>gov</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UJRN</w:t>
        </w:r>
        <w:r w:rsidRPr="00917EAB">
          <w:rPr>
            <w:rStyle w:val="affa"/>
            <w:rFonts w:cs="Times New Roman"/>
            <w:color w:val="auto"/>
            <w:lang w:val="ru-RU"/>
          </w:rPr>
          <w:t>/</w:t>
        </w:r>
        <w:r w:rsidRPr="00917EAB">
          <w:rPr>
            <w:rStyle w:val="affa"/>
            <w:rFonts w:cs="Times New Roman"/>
            <w:color w:val="auto"/>
          </w:rPr>
          <w:t>Zn</w:t>
        </w:r>
        <w:r w:rsidRPr="00917EAB">
          <w:rPr>
            <w:rStyle w:val="affa"/>
            <w:rFonts w:cs="Times New Roman"/>
            <w:color w:val="auto"/>
            <w:lang w:val="ru-RU"/>
          </w:rPr>
          <w:t>_</w:t>
        </w:r>
        <w:r w:rsidRPr="00917EAB">
          <w:rPr>
            <w:rStyle w:val="affa"/>
            <w:rFonts w:cs="Times New Roman"/>
            <w:color w:val="auto"/>
          </w:rPr>
          <w:t>namu</w:t>
        </w:r>
        <w:r w:rsidRPr="00917EAB">
          <w:rPr>
            <w:rStyle w:val="affa"/>
            <w:rFonts w:cs="Times New Roman"/>
            <w:color w:val="auto"/>
            <w:lang w:val="ru-RU"/>
          </w:rPr>
          <w:t>_2021_3_10</w:t>
        </w:r>
      </w:hyperlink>
    </w:p>
    <w:p w14:paraId="3DCDD78E"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32. Павловський В. В. Проблематика методу фізичних дій К. С. Станіславського в контексті сучасного театрального процесу. Київ: Вісник КНУКіМ. 2017. № 84. Серія «Мистецтвознавство»  С. 29. </w:t>
      </w:r>
    </w:p>
    <w:p w14:paraId="1CD324AD" w14:textId="77777777" w:rsidR="0066118A" w:rsidRPr="00917EAB" w:rsidRDefault="00000000" w:rsidP="0066118A">
      <w:pPr>
        <w:spacing w:after="0"/>
        <w:ind w:left="0" w:firstLine="709"/>
        <w:jc w:val="both"/>
        <w:rPr>
          <w:rFonts w:cs="Times New Roman"/>
          <w:lang w:val="uk-UA"/>
        </w:rPr>
      </w:pPr>
      <w:hyperlink r:id="rId41" w:history="1">
        <w:r w:rsidR="0066118A" w:rsidRPr="00917EAB">
          <w:rPr>
            <w:rStyle w:val="affa"/>
            <w:rFonts w:cs="Times New Roman"/>
            <w:color w:val="auto"/>
          </w:rPr>
          <w:t>http</w:t>
        </w:r>
        <w:r w:rsidR="0066118A" w:rsidRPr="00917EAB">
          <w:rPr>
            <w:rStyle w:val="affa"/>
            <w:rFonts w:cs="Times New Roman"/>
            <w:color w:val="auto"/>
            <w:lang w:val="uk-UA"/>
          </w:rPr>
          <w:t>://</w:t>
        </w:r>
        <w:r w:rsidR="0066118A" w:rsidRPr="00917EAB">
          <w:rPr>
            <w:rStyle w:val="affa"/>
            <w:rFonts w:cs="Times New Roman"/>
            <w:color w:val="auto"/>
          </w:rPr>
          <w:t>journals</w:t>
        </w:r>
        <w:r w:rsidR="0066118A" w:rsidRPr="00917EAB">
          <w:rPr>
            <w:rStyle w:val="affa"/>
            <w:rFonts w:cs="Times New Roman"/>
            <w:color w:val="auto"/>
            <w:lang w:val="uk-UA"/>
          </w:rPr>
          <w:t>.</w:t>
        </w:r>
        <w:r w:rsidR="0066118A" w:rsidRPr="00917EAB">
          <w:rPr>
            <w:rStyle w:val="affa"/>
            <w:rFonts w:cs="Times New Roman"/>
            <w:color w:val="auto"/>
          </w:rPr>
          <w:t>nuau</w:t>
        </w:r>
        <w:r w:rsidR="0066118A" w:rsidRPr="00917EAB">
          <w:rPr>
            <w:rStyle w:val="affa"/>
            <w:rFonts w:cs="Times New Roman"/>
            <w:color w:val="auto"/>
            <w:lang w:val="uk-UA"/>
          </w:rPr>
          <w:t>.</w:t>
        </w:r>
        <w:r w:rsidR="0066118A" w:rsidRPr="00917EAB">
          <w:rPr>
            <w:rStyle w:val="affa"/>
            <w:rFonts w:cs="Times New Roman"/>
            <w:color w:val="auto"/>
          </w:rPr>
          <w:t>net</w:t>
        </w:r>
        <w:r w:rsidR="0066118A" w:rsidRPr="00917EAB">
          <w:rPr>
            <w:rStyle w:val="affa"/>
            <w:rFonts w:cs="Times New Roman"/>
            <w:color w:val="auto"/>
            <w:lang w:val="uk-UA"/>
          </w:rPr>
          <w:t>/</w:t>
        </w:r>
        <w:r w:rsidR="0066118A" w:rsidRPr="00917EAB">
          <w:rPr>
            <w:rStyle w:val="affa"/>
            <w:rFonts w:cs="Times New Roman"/>
            <w:color w:val="auto"/>
          </w:rPr>
          <w:t>index</w:t>
        </w:r>
        <w:r w:rsidR="0066118A" w:rsidRPr="00917EAB">
          <w:rPr>
            <w:rStyle w:val="affa"/>
            <w:rFonts w:cs="Times New Roman"/>
            <w:color w:val="auto"/>
            <w:lang w:val="uk-UA"/>
          </w:rPr>
          <w:t>.</w:t>
        </w:r>
        <w:r w:rsidR="0066118A" w:rsidRPr="00917EAB">
          <w:rPr>
            <w:rStyle w:val="affa"/>
            <w:rFonts w:cs="Times New Roman"/>
            <w:color w:val="auto"/>
          </w:rPr>
          <w:t>php</w:t>
        </w:r>
        <w:r w:rsidR="0066118A" w:rsidRPr="00917EAB">
          <w:rPr>
            <w:rStyle w:val="affa"/>
            <w:rFonts w:cs="Times New Roman"/>
            <w:color w:val="auto"/>
            <w:lang w:val="uk-UA"/>
          </w:rPr>
          <w:t>/</w:t>
        </w:r>
        <w:r w:rsidR="0066118A" w:rsidRPr="00917EAB">
          <w:rPr>
            <w:rStyle w:val="affa"/>
            <w:rFonts w:cs="Times New Roman"/>
            <w:color w:val="auto"/>
          </w:rPr>
          <w:t>tm</w:t>
        </w:r>
        <w:r w:rsidR="0066118A" w:rsidRPr="00917EAB">
          <w:rPr>
            <w:rStyle w:val="affa"/>
            <w:rFonts w:cs="Times New Roman"/>
            <w:color w:val="auto"/>
            <w:lang w:val="uk-UA"/>
          </w:rPr>
          <w:t>/</w:t>
        </w:r>
        <w:r w:rsidR="0066118A" w:rsidRPr="00917EAB">
          <w:rPr>
            <w:rStyle w:val="affa"/>
            <w:rFonts w:cs="Times New Roman"/>
            <w:color w:val="auto"/>
          </w:rPr>
          <w:t>article</w:t>
        </w:r>
        <w:r w:rsidR="0066118A" w:rsidRPr="00917EAB">
          <w:rPr>
            <w:rStyle w:val="affa"/>
            <w:rFonts w:cs="Times New Roman"/>
            <w:color w:val="auto"/>
            <w:lang w:val="uk-UA"/>
          </w:rPr>
          <w:t>/</w:t>
        </w:r>
        <w:r w:rsidR="0066118A" w:rsidRPr="00917EAB">
          <w:rPr>
            <w:rStyle w:val="affa"/>
            <w:rFonts w:cs="Times New Roman"/>
            <w:color w:val="auto"/>
          </w:rPr>
          <w:t>download</w:t>
        </w:r>
        <w:r w:rsidR="0066118A" w:rsidRPr="00917EAB">
          <w:rPr>
            <w:rStyle w:val="affa"/>
            <w:rFonts w:cs="Times New Roman"/>
            <w:color w:val="auto"/>
            <w:lang w:val="uk-UA"/>
          </w:rPr>
          <w:t>/459/600</w:t>
        </w:r>
      </w:hyperlink>
    </w:p>
    <w:p w14:paraId="6B32BC43" w14:textId="77777777" w:rsidR="0066118A" w:rsidRPr="00917EAB" w:rsidRDefault="0066118A" w:rsidP="0066118A">
      <w:pPr>
        <w:spacing w:after="0"/>
        <w:ind w:left="0"/>
        <w:jc w:val="both"/>
        <w:rPr>
          <w:rFonts w:cs="Times New Roman"/>
        </w:rPr>
      </w:pPr>
      <w:r w:rsidRPr="00917EAB">
        <w:rPr>
          <w:rFonts w:cs="Times New Roman"/>
          <w:lang w:val="uk-UA"/>
        </w:rPr>
        <w:t xml:space="preserve">33. Пансо В. Праця і талант у творчості актора; пер. з рос. Львів: Хто видавець? 2014. 276 с. + 14 с. Іл.  </w:t>
      </w:r>
      <w:hyperlink r:id="rId42" w:history="1">
        <w:r w:rsidRPr="00917EAB">
          <w:rPr>
            <w:rStyle w:val="affa"/>
            <w:rFonts w:cs="Times New Roman"/>
            <w:color w:val="auto"/>
          </w:rPr>
          <w:t>https://book-ye.com.ua/kamenyar-panso-pratsya-i-talent/</w:t>
        </w:r>
      </w:hyperlink>
    </w:p>
    <w:p w14:paraId="4E8CFF01" w14:textId="4E3EEB1B" w:rsidR="007E6142" w:rsidRDefault="0066118A" w:rsidP="0066118A">
      <w:pPr>
        <w:spacing w:after="0"/>
        <w:ind w:left="0"/>
        <w:jc w:val="both"/>
        <w:rPr>
          <w:lang w:val="ru-RU"/>
        </w:rPr>
      </w:pPr>
      <w:r w:rsidRPr="00917EAB">
        <w:rPr>
          <w:rFonts w:cs="Times New Roman"/>
          <w:lang w:val="uk-UA"/>
        </w:rPr>
        <w:t>34. Пацунов В.П. ПАРАДОКСИ «СЛОВЕСНОЇ ДІЇ». ТЕОРІЯ ТА ПРАКТИКА. Київ: Вісник</w:t>
      </w:r>
      <w:r w:rsidR="007E6142">
        <w:rPr>
          <w:rFonts w:cs="Times New Roman"/>
          <w:lang w:val="uk-UA"/>
        </w:rPr>
        <w:t xml:space="preserve"> </w:t>
      </w:r>
      <w:r w:rsidRPr="00917EAB">
        <w:rPr>
          <w:rFonts w:cs="Times New Roman"/>
          <w:lang w:val="uk-UA"/>
        </w:rPr>
        <w:t>КНУКіМ.</w:t>
      </w:r>
      <w:r w:rsidR="007E6142">
        <w:rPr>
          <w:rFonts w:cs="Times New Roman"/>
          <w:lang w:val="uk-UA"/>
        </w:rPr>
        <w:t xml:space="preserve"> </w:t>
      </w:r>
      <w:r w:rsidRPr="00917EAB">
        <w:rPr>
          <w:rFonts w:cs="Times New Roman"/>
          <w:lang w:val="uk-UA"/>
        </w:rPr>
        <w:t>Серія</w:t>
      </w:r>
      <w:r w:rsidR="007E6142">
        <w:rPr>
          <w:rFonts w:cs="Times New Roman"/>
          <w:lang w:val="uk-UA"/>
        </w:rPr>
        <w:t xml:space="preserve"> </w:t>
      </w:r>
      <w:r w:rsidRPr="00917EAB">
        <w:rPr>
          <w:rFonts w:cs="Times New Roman"/>
          <w:lang w:val="uk-UA"/>
        </w:rPr>
        <w:t>«Мистецтвознавство».2017.С.</w:t>
      </w:r>
      <w:r w:rsidR="007E6142">
        <w:rPr>
          <w:rFonts w:cs="Times New Roman"/>
          <w:lang w:val="uk-UA"/>
        </w:rPr>
        <w:t>7</w:t>
      </w:r>
      <w:r w:rsidRPr="00917EAB">
        <w:rPr>
          <w:rFonts w:cs="Times New Roman"/>
          <w:lang w:val="uk-UA"/>
        </w:rPr>
        <w:t>3.URL.</w:t>
      </w:r>
    </w:p>
    <w:p w14:paraId="146D581E" w14:textId="237B602E" w:rsidR="0066118A" w:rsidRPr="00917EAB" w:rsidRDefault="00000000" w:rsidP="0066118A">
      <w:pPr>
        <w:spacing w:after="0"/>
        <w:ind w:left="0"/>
        <w:jc w:val="both"/>
        <w:rPr>
          <w:rFonts w:cs="Times New Roman"/>
          <w:lang w:val="uk-UA"/>
        </w:rPr>
      </w:pPr>
      <w:hyperlink r:id="rId43" w:history="1">
        <w:r w:rsidR="007E6142" w:rsidRPr="00F9787B">
          <w:rPr>
            <w:rStyle w:val="affa"/>
            <w:rFonts w:cs="Times New Roman"/>
          </w:rPr>
          <w:t>https</w:t>
        </w:r>
        <w:r w:rsidR="007E6142" w:rsidRPr="00F9787B">
          <w:rPr>
            <w:rStyle w:val="affa"/>
            <w:rFonts w:cs="Times New Roman"/>
            <w:lang w:val="ru-RU"/>
          </w:rPr>
          <w:t>://</w:t>
        </w:r>
        <w:r w:rsidR="007E6142" w:rsidRPr="00F9787B">
          <w:rPr>
            <w:rStyle w:val="affa"/>
            <w:rFonts w:cs="Times New Roman"/>
          </w:rPr>
          <w:t>visnyk</w:t>
        </w:r>
        <w:r w:rsidR="007E6142" w:rsidRPr="00F9787B">
          <w:rPr>
            <w:rStyle w:val="affa"/>
            <w:rFonts w:cs="Times New Roman"/>
            <w:lang w:val="ru-RU"/>
          </w:rPr>
          <w:t>.</w:t>
        </w:r>
        <w:r w:rsidR="007E6142" w:rsidRPr="00F9787B">
          <w:rPr>
            <w:rStyle w:val="affa"/>
            <w:rFonts w:cs="Times New Roman"/>
          </w:rPr>
          <w:t>knukim</w:t>
        </w:r>
        <w:r w:rsidR="007E6142" w:rsidRPr="00F9787B">
          <w:rPr>
            <w:rStyle w:val="affa"/>
            <w:rFonts w:cs="Times New Roman"/>
            <w:lang w:val="ru-RU"/>
          </w:rPr>
          <w:t>.</w:t>
        </w:r>
        <w:r w:rsidR="007E6142" w:rsidRPr="00F9787B">
          <w:rPr>
            <w:rStyle w:val="affa"/>
            <w:rFonts w:cs="Times New Roman"/>
          </w:rPr>
          <w:t>edu</w:t>
        </w:r>
        <w:r w:rsidR="007E6142" w:rsidRPr="00F9787B">
          <w:rPr>
            <w:rStyle w:val="affa"/>
            <w:rFonts w:cs="Times New Roman"/>
            <w:lang w:val="ru-RU"/>
          </w:rPr>
          <w:t>.</w:t>
        </w:r>
        <w:r w:rsidR="007E6142" w:rsidRPr="00F9787B">
          <w:rPr>
            <w:rStyle w:val="affa"/>
            <w:rFonts w:cs="Times New Roman"/>
          </w:rPr>
          <w:t>ua</w:t>
        </w:r>
        <w:r w:rsidR="007E6142" w:rsidRPr="00F9787B">
          <w:rPr>
            <w:rStyle w:val="affa"/>
            <w:rFonts w:cs="Times New Roman"/>
            <w:lang w:val="ru-RU"/>
          </w:rPr>
          <w:t>/</w:t>
        </w:r>
        <w:r w:rsidR="007E6142" w:rsidRPr="00F9787B">
          <w:rPr>
            <w:rStyle w:val="affa"/>
            <w:rFonts w:cs="Times New Roman"/>
          </w:rPr>
          <w:t>article</w:t>
        </w:r>
        <w:r w:rsidR="007E6142" w:rsidRPr="00F9787B">
          <w:rPr>
            <w:rStyle w:val="affa"/>
            <w:rFonts w:cs="Times New Roman"/>
            <w:lang w:val="ru-RU"/>
          </w:rPr>
          <w:t>/</w:t>
        </w:r>
        <w:r w:rsidR="007E6142" w:rsidRPr="00F9787B">
          <w:rPr>
            <w:rStyle w:val="affa"/>
            <w:rFonts w:cs="Times New Roman"/>
          </w:rPr>
          <w:t>view</w:t>
        </w:r>
        <w:r w:rsidR="007E6142" w:rsidRPr="00F9787B">
          <w:rPr>
            <w:rStyle w:val="affa"/>
            <w:rFonts w:cs="Times New Roman"/>
            <w:lang w:val="ru-RU"/>
          </w:rPr>
          <w:t>/215643</w:t>
        </w:r>
      </w:hyperlink>
    </w:p>
    <w:p w14:paraId="41DA4174" w14:textId="4EC6E78F" w:rsidR="0066118A" w:rsidRPr="00917EAB" w:rsidRDefault="0066118A" w:rsidP="0066118A">
      <w:pPr>
        <w:spacing w:after="0"/>
        <w:ind w:left="0"/>
        <w:jc w:val="both"/>
        <w:rPr>
          <w:rFonts w:cs="Times New Roman"/>
          <w:lang w:val="uk-UA"/>
        </w:rPr>
      </w:pPr>
      <w:r w:rsidRPr="00917EAB">
        <w:rPr>
          <w:rFonts w:cs="Times New Roman"/>
          <w:lang w:val="uk-UA"/>
        </w:rPr>
        <w:t xml:space="preserve">35. Підлісна Л. Від слова написаного до слова живого. Київ: Вісник Київського Національного університету театру, кіно і телебачення імені І. К. Карпенка-Карого. 2019. С. 79. </w:t>
      </w:r>
      <w:hyperlink r:id="rId44" w:history="1">
        <w:r w:rsidRPr="00917EAB">
          <w:rPr>
            <w:rStyle w:val="affa"/>
            <w:rFonts w:cs="Times New Roman"/>
            <w:color w:val="auto"/>
          </w:rPr>
          <w:t>https</w:t>
        </w:r>
        <w:r w:rsidRPr="00917EAB">
          <w:rPr>
            <w:rStyle w:val="affa"/>
            <w:rFonts w:cs="Times New Roman"/>
            <w:color w:val="auto"/>
            <w:lang w:val="ru-RU"/>
          </w:rPr>
          <w:t>://</w:t>
        </w:r>
        <w:r w:rsidRPr="00917EAB">
          <w:rPr>
            <w:rStyle w:val="affa"/>
            <w:rFonts w:cs="Times New Roman"/>
            <w:color w:val="auto"/>
          </w:rPr>
          <w:t>visnyk</w:t>
        </w:r>
        <w:r w:rsidRPr="00917EAB">
          <w:rPr>
            <w:rStyle w:val="affa"/>
            <w:rFonts w:cs="Times New Roman"/>
            <w:color w:val="auto"/>
            <w:lang w:val="ru-RU"/>
          </w:rPr>
          <w:t>-</w:t>
        </w:r>
        <w:r w:rsidRPr="00917EAB">
          <w:rPr>
            <w:rStyle w:val="affa"/>
            <w:rFonts w:cs="Times New Roman"/>
            <w:color w:val="auto"/>
          </w:rPr>
          <w:t>karpenka</w:t>
        </w:r>
        <w:r w:rsidRPr="00917EAB">
          <w:rPr>
            <w:rStyle w:val="affa"/>
            <w:rFonts w:cs="Times New Roman"/>
            <w:color w:val="auto"/>
            <w:lang w:val="ru-RU"/>
          </w:rPr>
          <w:t>.</w:t>
        </w:r>
        <w:r w:rsidRPr="00917EAB">
          <w:rPr>
            <w:rStyle w:val="affa"/>
            <w:rFonts w:cs="Times New Roman"/>
            <w:color w:val="auto"/>
          </w:rPr>
          <w:t>knutkt</w:t>
        </w:r>
        <w:r w:rsidRPr="00917EAB">
          <w:rPr>
            <w:rStyle w:val="affa"/>
            <w:rFonts w:cs="Times New Roman"/>
            <w:color w:val="auto"/>
            <w:lang w:val="ru-RU"/>
          </w:rPr>
          <w:t>.</w:t>
        </w:r>
        <w:r w:rsidRPr="00917EAB">
          <w:rPr>
            <w:rStyle w:val="affa"/>
            <w:rFonts w:cs="Times New Roman"/>
            <w:color w:val="auto"/>
          </w:rPr>
          <w:t>edu</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article</w:t>
        </w:r>
        <w:r w:rsidRPr="00917EAB">
          <w:rPr>
            <w:rStyle w:val="affa"/>
            <w:rFonts w:cs="Times New Roman"/>
            <w:color w:val="auto"/>
            <w:lang w:val="ru-RU"/>
          </w:rPr>
          <w:t>/</w:t>
        </w:r>
        <w:r w:rsidRPr="00917EAB">
          <w:rPr>
            <w:rStyle w:val="affa"/>
            <w:rFonts w:cs="Times New Roman"/>
            <w:color w:val="auto"/>
          </w:rPr>
          <w:t>view</w:t>
        </w:r>
        <w:r w:rsidRPr="00917EAB">
          <w:rPr>
            <w:rStyle w:val="affa"/>
            <w:rFonts w:cs="Times New Roman"/>
            <w:color w:val="auto"/>
            <w:lang w:val="ru-RU"/>
          </w:rPr>
          <w:t>/223105</w:t>
        </w:r>
      </w:hyperlink>
    </w:p>
    <w:p w14:paraId="6D0DCEB6" w14:textId="77777777" w:rsidR="0066118A" w:rsidRPr="00917EAB" w:rsidRDefault="0066118A" w:rsidP="0066118A">
      <w:pPr>
        <w:spacing w:after="0"/>
        <w:ind w:left="0"/>
        <w:jc w:val="both"/>
        <w:rPr>
          <w:rFonts w:cs="Times New Roman"/>
          <w:lang w:val="uk-UA"/>
        </w:rPr>
      </w:pPr>
      <w:r w:rsidRPr="00917EAB">
        <w:rPr>
          <w:rFonts w:cs="Times New Roman"/>
          <w:lang w:val="uk-UA"/>
        </w:rPr>
        <w:t>36. Саган В.А. Акторський тренінг – основа розвитку творчої особистості (дидактика і методика): навч. посібник.  Луганськ: Вид-во ЛДІКМ  2011. с 184 с.</w:t>
      </w:r>
      <w:r w:rsidRPr="00917EAB">
        <w:rPr>
          <w:lang w:val="ru-RU"/>
        </w:rPr>
        <w:t xml:space="preserve"> </w:t>
      </w:r>
      <w:hyperlink r:id="rId45" w:history="1">
        <w:r w:rsidRPr="00917EAB">
          <w:rPr>
            <w:rStyle w:val="affa"/>
            <w:rFonts w:cs="Times New Roman"/>
            <w:color w:val="auto"/>
          </w:rPr>
          <w:t>http</w:t>
        </w:r>
        <w:r w:rsidRPr="00917EAB">
          <w:rPr>
            <w:rStyle w:val="affa"/>
            <w:rFonts w:cs="Times New Roman"/>
            <w:color w:val="auto"/>
            <w:lang w:val="ru-RU"/>
          </w:rPr>
          <w:t>://</w:t>
        </w:r>
        <w:r w:rsidRPr="00917EAB">
          <w:rPr>
            <w:rStyle w:val="affa"/>
            <w:rFonts w:cs="Times New Roman"/>
            <w:color w:val="auto"/>
          </w:rPr>
          <w:t>dspace</w:t>
        </w:r>
        <w:r w:rsidRPr="00917EAB">
          <w:rPr>
            <w:rStyle w:val="affa"/>
            <w:rFonts w:cs="Times New Roman"/>
            <w:color w:val="auto"/>
            <w:lang w:val="ru-RU"/>
          </w:rPr>
          <w:t>.</w:t>
        </w:r>
        <w:r w:rsidRPr="00917EAB">
          <w:rPr>
            <w:rStyle w:val="affa"/>
            <w:rFonts w:cs="Times New Roman"/>
            <w:color w:val="auto"/>
          </w:rPr>
          <w:t>ldikm</w:t>
        </w:r>
        <w:r w:rsidRPr="00917EAB">
          <w:rPr>
            <w:rStyle w:val="affa"/>
            <w:rFonts w:cs="Times New Roman"/>
            <w:color w:val="auto"/>
            <w:lang w:val="ru-RU"/>
          </w:rPr>
          <w:t>.</w:t>
        </w:r>
        <w:r w:rsidRPr="00917EAB">
          <w:rPr>
            <w:rStyle w:val="affa"/>
            <w:rFonts w:cs="Times New Roman"/>
            <w:color w:val="auto"/>
          </w:rPr>
          <w:t>edu</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handle</w:t>
        </w:r>
        <w:r w:rsidRPr="00917EAB">
          <w:rPr>
            <w:rStyle w:val="affa"/>
            <w:rFonts w:cs="Times New Roman"/>
            <w:color w:val="auto"/>
            <w:lang w:val="ru-RU"/>
          </w:rPr>
          <w:t>/123456789/450</w:t>
        </w:r>
      </w:hyperlink>
    </w:p>
    <w:p w14:paraId="45C01893"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37. Саксаганський П. К. Моя праця над роллю. Київ : Мистецтво. 1937. 40 с. </w:t>
      </w:r>
      <w:hyperlink r:id="rId46" w:history="1">
        <w:r w:rsidRPr="00917EAB">
          <w:rPr>
            <w:rStyle w:val="affa"/>
            <w:rFonts w:cs="Times New Roman"/>
            <w:color w:val="auto"/>
          </w:rPr>
          <w:t>https</w:t>
        </w:r>
        <w:r w:rsidRPr="00917EAB">
          <w:rPr>
            <w:rStyle w:val="affa"/>
            <w:rFonts w:cs="Times New Roman"/>
            <w:color w:val="auto"/>
            <w:lang w:val="ru-RU"/>
          </w:rPr>
          <w:t>://</w:t>
        </w:r>
        <w:r w:rsidRPr="00917EAB">
          <w:rPr>
            <w:rStyle w:val="affa"/>
            <w:rFonts w:cs="Times New Roman"/>
            <w:color w:val="auto"/>
          </w:rPr>
          <w:t>elib</w:t>
        </w:r>
        <w:r w:rsidRPr="00917EAB">
          <w:rPr>
            <w:rStyle w:val="affa"/>
            <w:rFonts w:cs="Times New Roman"/>
            <w:color w:val="auto"/>
            <w:lang w:val="ru-RU"/>
          </w:rPr>
          <w:t>.</w:t>
        </w:r>
        <w:r w:rsidRPr="00917EAB">
          <w:rPr>
            <w:rStyle w:val="affa"/>
            <w:rFonts w:cs="Times New Roman"/>
            <w:color w:val="auto"/>
          </w:rPr>
          <w:t>nlu</w:t>
        </w:r>
        <w:r w:rsidRPr="00917EAB">
          <w:rPr>
            <w:rStyle w:val="affa"/>
            <w:rFonts w:cs="Times New Roman"/>
            <w:color w:val="auto"/>
            <w:lang w:val="ru-RU"/>
          </w:rPr>
          <w:t>.</w:t>
        </w:r>
        <w:r w:rsidRPr="00917EAB">
          <w:rPr>
            <w:rStyle w:val="affa"/>
            <w:rFonts w:cs="Times New Roman"/>
            <w:color w:val="auto"/>
          </w:rPr>
          <w:t>org</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view</w:t>
        </w:r>
        <w:r w:rsidRPr="00917EAB">
          <w:rPr>
            <w:rStyle w:val="affa"/>
            <w:rFonts w:cs="Times New Roman"/>
            <w:color w:val="auto"/>
            <w:lang w:val="ru-RU"/>
          </w:rPr>
          <w:t>.</w:t>
        </w:r>
        <w:r w:rsidRPr="00917EAB">
          <w:rPr>
            <w:rStyle w:val="affa"/>
            <w:rFonts w:cs="Times New Roman"/>
            <w:color w:val="auto"/>
          </w:rPr>
          <w:t>html</w:t>
        </w:r>
        <w:r w:rsidRPr="00917EAB">
          <w:rPr>
            <w:rStyle w:val="affa"/>
            <w:rFonts w:cs="Times New Roman"/>
            <w:color w:val="auto"/>
            <w:lang w:val="ru-RU"/>
          </w:rPr>
          <w:t>?</w:t>
        </w:r>
        <w:r w:rsidRPr="00917EAB">
          <w:rPr>
            <w:rStyle w:val="affa"/>
            <w:rFonts w:cs="Times New Roman"/>
            <w:color w:val="auto"/>
          </w:rPr>
          <w:t>id</w:t>
        </w:r>
        <w:r w:rsidRPr="00917EAB">
          <w:rPr>
            <w:rStyle w:val="affa"/>
            <w:rFonts w:cs="Times New Roman"/>
            <w:color w:val="auto"/>
            <w:lang w:val="ru-RU"/>
          </w:rPr>
          <w:t>=12345</w:t>
        </w:r>
      </w:hyperlink>
    </w:p>
    <w:p w14:paraId="757B8E00" w14:textId="6AA72A28" w:rsidR="0066118A" w:rsidRPr="00917EAB" w:rsidRDefault="0066118A" w:rsidP="0066118A">
      <w:pPr>
        <w:spacing w:after="0"/>
        <w:ind w:left="0"/>
        <w:jc w:val="both"/>
        <w:rPr>
          <w:rFonts w:cs="Times New Roman"/>
          <w:lang w:val="uk-UA"/>
        </w:rPr>
      </w:pPr>
      <w:r w:rsidRPr="00917EAB">
        <w:rPr>
          <w:rFonts w:cs="Times New Roman"/>
          <w:lang w:val="uk-UA"/>
        </w:rPr>
        <w:lastRenderedPageBreak/>
        <w:t>38. Силабус навчальної дисципліни акторська майстерність. Дніпро: Дніпропетроваська академія музики ім. М. Глінки. 2019.  С</w:t>
      </w:r>
      <w:r w:rsidR="007E6142">
        <w:rPr>
          <w:rFonts w:cs="Times New Roman"/>
          <w:lang w:val="uk-UA"/>
        </w:rPr>
        <w:t>.</w:t>
      </w:r>
      <w:r w:rsidRPr="00917EAB">
        <w:rPr>
          <w:rFonts w:cs="Times New Roman"/>
          <w:lang w:val="uk-UA"/>
        </w:rPr>
        <w:t xml:space="preserve">57 URL </w:t>
      </w:r>
    </w:p>
    <w:p w14:paraId="20038499" w14:textId="77777777" w:rsidR="0066118A" w:rsidRPr="00917EAB" w:rsidRDefault="00000000" w:rsidP="0066118A">
      <w:pPr>
        <w:spacing w:after="0"/>
        <w:ind w:left="0" w:firstLine="709"/>
        <w:jc w:val="both"/>
        <w:rPr>
          <w:rFonts w:cs="Times New Roman"/>
          <w:lang w:val="uk-UA"/>
        </w:rPr>
      </w:pPr>
      <w:hyperlink r:id="rId47" w:history="1">
        <w:r w:rsidR="0066118A" w:rsidRPr="00917EAB">
          <w:rPr>
            <w:rStyle w:val="affa"/>
            <w:rFonts w:cs="Times New Roman"/>
            <w:color w:val="auto"/>
          </w:rPr>
          <w:t>https</w:t>
        </w:r>
        <w:r w:rsidR="0066118A" w:rsidRPr="00917EAB">
          <w:rPr>
            <w:rStyle w:val="affa"/>
            <w:rFonts w:cs="Times New Roman"/>
            <w:color w:val="auto"/>
            <w:lang w:val="uk-UA"/>
          </w:rPr>
          <w:t>://</w:t>
        </w:r>
        <w:r w:rsidR="0066118A" w:rsidRPr="00917EAB">
          <w:rPr>
            <w:rStyle w:val="affa"/>
            <w:rFonts w:cs="Times New Roman"/>
            <w:color w:val="auto"/>
          </w:rPr>
          <w:t>dma</w:t>
        </w:r>
        <w:r w:rsidR="0066118A" w:rsidRPr="00917EAB">
          <w:rPr>
            <w:rStyle w:val="affa"/>
            <w:rFonts w:cs="Times New Roman"/>
            <w:color w:val="auto"/>
            <w:lang w:val="uk-UA"/>
          </w:rPr>
          <w:t>.</w:t>
        </w:r>
        <w:r w:rsidR="0066118A" w:rsidRPr="00917EAB">
          <w:rPr>
            <w:rStyle w:val="affa"/>
            <w:rFonts w:cs="Times New Roman"/>
            <w:color w:val="auto"/>
          </w:rPr>
          <w:t>edu</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syllabuses</w:t>
        </w:r>
        <w:r w:rsidR="0066118A" w:rsidRPr="00917EAB">
          <w:rPr>
            <w:rStyle w:val="affa"/>
            <w:rFonts w:cs="Times New Roman"/>
            <w:color w:val="auto"/>
            <w:lang w:val="uk-UA"/>
          </w:rPr>
          <w:t>/</w:t>
        </w:r>
        <w:r w:rsidR="0066118A" w:rsidRPr="00917EAB">
          <w:rPr>
            <w:rStyle w:val="affa"/>
            <w:rFonts w:cs="Times New Roman"/>
            <w:color w:val="auto"/>
          </w:rPr>
          <w:t>syll</w:t>
        </w:r>
        <w:r w:rsidR="0066118A" w:rsidRPr="00917EAB">
          <w:rPr>
            <w:rStyle w:val="affa"/>
            <w:rFonts w:cs="Times New Roman"/>
            <w:color w:val="auto"/>
            <w:lang w:val="uk-UA"/>
          </w:rPr>
          <w:t>_</w:t>
        </w:r>
        <w:r w:rsidR="0066118A" w:rsidRPr="00917EAB">
          <w:rPr>
            <w:rStyle w:val="affa"/>
            <w:rFonts w:cs="Times New Roman"/>
            <w:color w:val="auto"/>
          </w:rPr>
          <w:t>aktorska</w:t>
        </w:r>
        <w:r w:rsidR="0066118A" w:rsidRPr="00917EAB">
          <w:rPr>
            <w:rStyle w:val="affa"/>
            <w:rFonts w:cs="Times New Roman"/>
            <w:color w:val="auto"/>
            <w:lang w:val="uk-UA"/>
          </w:rPr>
          <w:t>_</w:t>
        </w:r>
        <w:r w:rsidR="0066118A" w:rsidRPr="00917EAB">
          <w:rPr>
            <w:rStyle w:val="affa"/>
            <w:rFonts w:cs="Times New Roman"/>
            <w:color w:val="auto"/>
          </w:rPr>
          <w:t>maister</w:t>
        </w:r>
        <w:r w:rsidR="0066118A" w:rsidRPr="00917EAB">
          <w:rPr>
            <w:rStyle w:val="affa"/>
            <w:rFonts w:cs="Times New Roman"/>
            <w:color w:val="auto"/>
            <w:lang w:val="uk-UA"/>
          </w:rPr>
          <w:t>.</w:t>
        </w:r>
        <w:r w:rsidR="0066118A" w:rsidRPr="00917EAB">
          <w:rPr>
            <w:rStyle w:val="affa"/>
            <w:rFonts w:cs="Times New Roman"/>
            <w:color w:val="auto"/>
          </w:rPr>
          <w:t>pdf</w:t>
        </w:r>
      </w:hyperlink>
    </w:p>
    <w:p w14:paraId="420298F4"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39. Сорока І.І. «Підтекст» та «внутрішній монолог» у словесній дії актора. Київ: НАКККіМ. Збірник наукових праць: сучасне мистецтво, №16.  2020.  С. 219. </w:t>
      </w:r>
    </w:p>
    <w:p w14:paraId="78B2AB65" w14:textId="77777777" w:rsidR="0066118A" w:rsidRPr="00917EAB" w:rsidRDefault="00000000" w:rsidP="0066118A">
      <w:pPr>
        <w:spacing w:after="0"/>
        <w:ind w:left="0" w:firstLine="709"/>
        <w:jc w:val="both"/>
        <w:rPr>
          <w:rFonts w:cs="Times New Roman"/>
          <w:lang w:val="uk-UA"/>
        </w:rPr>
      </w:pPr>
      <w:hyperlink r:id="rId48" w:history="1">
        <w:r w:rsidR="0066118A" w:rsidRPr="00917EAB">
          <w:rPr>
            <w:rStyle w:val="affa"/>
            <w:rFonts w:cs="Times New Roman"/>
            <w:color w:val="auto"/>
          </w:rPr>
          <w:t>http</w:t>
        </w:r>
        <w:r w:rsidR="0066118A" w:rsidRPr="00917EAB">
          <w:rPr>
            <w:rStyle w:val="affa"/>
            <w:rFonts w:cs="Times New Roman"/>
            <w:color w:val="auto"/>
            <w:lang w:val="uk-UA"/>
          </w:rPr>
          <w:t>://</w:t>
        </w:r>
        <w:r w:rsidR="0066118A" w:rsidRPr="00917EAB">
          <w:rPr>
            <w:rStyle w:val="affa"/>
            <w:rFonts w:cs="Times New Roman"/>
            <w:color w:val="auto"/>
          </w:rPr>
          <w:t>nbuv</w:t>
        </w:r>
        <w:r w:rsidR="0066118A" w:rsidRPr="00917EAB">
          <w:rPr>
            <w:rStyle w:val="affa"/>
            <w:rFonts w:cs="Times New Roman"/>
            <w:color w:val="auto"/>
            <w:lang w:val="uk-UA"/>
          </w:rPr>
          <w:t>.</w:t>
        </w:r>
        <w:r w:rsidR="0066118A" w:rsidRPr="00917EAB">
          <w:rPr>
            <w:rStyle w:val="affa"/>
            <w:rFonts w:cs="Times New Roman"/>
            <w:color w:val="auto"/>
          </w:rPr>
          <w:t>gov</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UJRN</w:t>
        </w:r>
        <w:r w:rsidR="0066118A" w:rsidRPr="00917EAB">
          <w:rPr>
            <w:rStyle w:val="affa"/>
            <w:rFonts w:cs="Times New Roman"/>
            <w:color w:val="auto"/>
            <w:lang w:val="uk-UA"/>
          </w:rPr>
          <w:t>/</w:t>
        </w:r>
        <w:r w:rsidR="0066118A" w:rsidRPr="00917EAB">
          <w:rPr>
            <w:rStyle w:val="affa"/>
            <w:rFonts w:cs="Times New Roman"/>
            <w:color w:val="auto"/>
          </w:rPr>
          <w:t>ZM</w:t>
        </w:r>
        <w:r w:rsidR="0066118A" w:rsidRPr="00917EAB">
          <w:rPr>
            <w:rStyle w:val="affa"/>
            <w:rFonts w:cs="Times New Roman"/>
            <w:color w:val="auto"/>
            <w:lang w:val="uk-UA"/>
          </w:rPr>
          <w:t>_2020_16_20</w:t>
        </w:r>
      </w:hyperlink>
    </w:p>
    <w:p w14:paraId="79662AF6" w14:textId="77777777" w:rsidR="0066118A" w:rsidRPr="00F07914" w:rsidRDefault="0066118A" w:rsidP="0066118A">
      <w:pPr>
        <w:spacing w:after="0"/>
        <w:ind w:left="0"/>
        <w:jc w:val="both"/>
        <w:rPr>
          <w:rFonts w:cs="Times New Roman"/>
          <w:lang w:val="ru-RU"/>
        </w:rPr>
      </w:pPr>
      <w:r w:rsidRPr="00917EAB">
        <w:rPr>
          <w:rFonts w:cs="Times New Roman"/>
          <w:lang w:val="uk-UA"/>
        </w:rPr>
        <w:t>40.</w:t>
      </w:r>
      <w:r w:rsidRPr="00917EAB">
        <w:rPr>
          <w:lang w:val="uk-UA"/>
        </w:rPr>
        <w:t xml:space="preserve"> </w:t>
      </w:r>
      <w:r w:rsidRPr="00917EAB">
        <w:rPr>
          <w:rFonts w:cs="Times New Roman"/>
          <w:lang w:val="uk-UA"/>
        </w:rPr>
        <w:t>«Техніка актора …» (Гусакова Н.М.). Київ: НАКККІМ. Репозитарій. 2020. С. 35</w:t>
      </w:r>
    </w:p>
    <w:p w14:paraId="5F8B2783" w14:textId="77777777" w:rsidR="0066118A" w:rsidRPr="00917EAB" w:rsidRDefault="00000000" w:rsidP="0066118A">
      <w:pPr>
        <w:spacing w:after="0"/>
        <w:ind w:left="0"/>
        <w:jc w:val="both"/>
        <w:rPr>
          <w:rFonts w:cs="Times New Roman"/>
          <w:lang w:val="uk-UA"/>
        </w:rPr>
      </w:pPr>
      <w:hyperlink r:id="rId49" w:history="1">
        <w:r w:rsidR="0066118A" w:rsidRPr="00917EAB">
          <w:rPr>
            <w:rStyle w:val="affa"/>
            <w:rFonts w:cs="Times New Roman"/>
            <w:color w:val="auto"/>
          </w:rPr>
          <w:t>https</w:t>
        </w:r>
        <w:r w:rsidR="0066118A" w:rsidRPr="00917EAB">
          <w:rPr>
            <w:rStyle w:val="affa"/>
            <w:rFonts w:cs="Times New Roman"/>
            <w:color w:val="auto"/>
            <w:lang w:val="uk-UA"/>
          </w:rPr>
          <w:t>://</w:t>
        </w:r>
        <w:r w:rsidR="0066118A" w:rsidRPr="00917EAB">
          <w:rPr>
            <w:rStyle w:val="affa"/>
            <w:rFonts w:cs="Times New Roman"/>
            <w:color w:val="auto"/>
          </w:rPr>
          <w:t>elib</w:t>
        </w:r>
        <w:r w:rsidR="0066118A" w:rsidRPr="00917EAB">
          <w:rPr>
            <w:rStyle w:val="affa"/>
            <w:rFonts w:cs="Times New Roman"/>
            <w:color w:val="auto"/>
            <w:lang w:val="uk-UA"/>
          </w:rPr>
          <w:t>.</w:t>
        </w:r>
        <w:r w:rsidR="0066118A" w:rsidRPr="00917EAB">
          <w:rPr>
            <w:rStyle w:val="affa"/>
            <w:rFonts w:cs="Times New Roman"/>
            <w:color w:val="auto"/>
          </w:rPr>
          <w:t>nakkkim</w:t>
        </w:r>
        <w:r w:rsidR="0066118A" w:rsidRPr="00917EAB">
          <w:rPr>
            <w:rStyle w:val="affa"/>
            <w:rFonts w:cs="Times New Roman"/>
            <w:color w:val="auto"/>
            <w:lang w:val="uk-UA"/>
          </w:rPr>
          <w:t>.</w:t>
        </w:r>
        <w:r w:rsidR="0066118A" w:rsidRPr="00917EAB">
          <w:rPr>
            <w:rStyle w:val="affa"/>
            <w:rFonts w:cs="Times New Roman"/>
            <w:color w:val="auto"/>
          </w:rPr>
          <w:t>edu</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handle</w:t>
        </w:r>
        <w:r w:rsidR="0066118A" w:rsidRPr="00917EAB">
          <w:rPr>
            <w:rStyle w:val="affa"/>
            <w:rFonts w:cs="Times New Roman"/>
            <w:color w:val="auto"/>
            <w:lang w:val="uk-UA"/>
          </w:rPr>
          <w:t>/123456789/3451</w:t>
        </w:r>
      </w:hyperlink>
    </w:p>
    <w:p w14:paraId="7877A813" w14:textId="77777777" w:rsidR="0066118A" w:rsidRPr="00917EAB" w:rsidRDefault="0066118A" w:rsidP="0066118A">
      <w:pPr>
        <w:spacing w:after="0"/>
        <w:ind w:left="0"/>
        <w:jc w:val="both"/>
        <w:rPr>
          <w:rFonts w:cs="Times New Roman"/>
          <w:lang w:val="uk-UA"/>
        </w:rPr>
      </w:pPr>
      <w:r w:rsidRPr="00917EAB">
        <w:rPr>
          <w:rFonts w:cs="Times New Roman"/>
          <w:lang w:val="uk-UA"/>
        </w:rPr>
        <w:t>41.</w:t>
      </w:r>
      <w:r w:rsidRPr="00917EAB">
        <w:rPr>
          <w:lang w:val="uk-UA"/>
        </w:rPr>
        <w:t xml:space="preserve"> </w:t>
      </w:r>
      <w:r w:rsidRPr="00917EAB">
        <w:rPr>
          <w:rFonts w:cs="Times New Roman"/>
          <w:lang w:val="uk-UA"/>
        </w:rPr>
        <w:t xml:space="preserve">Нечаєнко Т.В. Винар О.В. Мистецтво сценічного мовлення як основа професійної підготовки майстрів театру і кіно. // </w:t>
      </w:r>
      <w:r w:rsidRPr="00917EAB">
        <w:rPr>
          <w:rFonts w:cs="Times New Roman"/>
          <w:i/>
          <w:iCs/>
          <w:lang w:val="uk-UA"/>
        </w:rPr>
        <w:t>Мистецтвознавчі записки</w:t>
      </w:r>
      <w:r w:rsidRPr="00917EAB">
        <w:rPr>
          <w:rFonts w:cs="Times New Roman"/>
          <w:lang w:val="uk-UA"/>
        </w:rPr>
        <w:t>. Київ: НАКККіМ. 2021. Вип. 40. С</w:t>
      </w:r>
      <w:r>
        <w:rPr>
          <w:rFonts w:cs="Times New Roman"/>
          <w:lang w:val="uk-UA"/>
        </w:rPr>
        <w:t xml:space="preserve"> </w:t>
      </w:r>
      <w:r w:rsidRPr="00917EAB">
        <w:rPr>
          <w:rFonts w:cs="Times New Roman"/>
          <w:lang w:val="uk-UA"/>
        </w:rPr>
        <w:t>100</w:t>
      </w:r>
    </w:p>
    <w:p w14:paraId="2177D8CA" w14:textId="77777777" w:rsidR="0066118A" w:rsidRPr="00917EAB" w:rsidRDefault="00000000" w:rsidP="0066118A">
      <w:pPr>
        <w:spacing w:after="0"/>
        <w:ind w:left="0"/>
        <w:jc w:val="both"/>
        <w:rPr>
          <w:rFonts w:cs="Times New Roman"/>
          <w:lang w:val="uk-UA"/>
        </w:rPr>
      </w:pPr>
      <w:hyperlink r:id="rId50" w:history="1">
        <w:r w:rsidR="0066118A" w:rsidRPr="00917EAB">
          <w:rPr>
            <w:rStyle w:val="affa"/>
            <w:rFonts w:cs="Times New Roman"/>
            <w:color w:val="auto"/>
          </w:rPr>
          <w:t>https</w:t>
        </w:r>
        <w:r w:rsidR="0066118A" w:rsidRPr="00917EAB">
          <w:rPr>
            <w:rStyle w:val="affa"/>
            <w:rFonts w:cs="Times New Roman"/>
            <w:color w:val="auto"/>
            <w:lang w:val="uk-UA"/>
          </w:rPr>
          <w:t>://</w:t>
        </w:r>
        <w:r w:rsidR="0066118A" w:rsidRPr="00917EAB">
          <w:rPr>
            <w:rStyle w:val="affa"/>
            <w:rFonts w:cs="Times New Roman"/>
            <w:color w:val="auto"/>
          </w:rPr>
          <w:t>journals</w:t>
        </w:r>
        <w:r w:rsidR="0066118A" w:rsidRPr="00917EAB">
          <w:rPr>
            <w:rStyle w:val="affa"/>
            <w:rFonts w:cs="Times New Roman"/>
            <w:color w:val="auto"/>
            <w:lang w:val="uk-UA"/>
          </w:rPr>
          <w:t>.</w:t>
        </w:r>
        <w:r w:rsidR="0066118A" w:rsidRPr="00917EAB">
          <w:rPr>
            <w:rStyle w:val="affa"/>
            <w:rFonts w:cs="Times New Roman"/>
            <w:color w:val="auto"/>
          </w:rPr>
          <w:t>uran</w:t>
        </w:r>
        <w:r w:rsidR="0066118A" w:rsidRPr="00917EAB">
          <w:rPr>
            <w:rStyle w:val="affa"/>
            <w:rFonts w:cs="Times New Roman"/>
            <w:color w:val="auto"/>
            <w:lang w:val="uk-UA"/>
          </w:rPr>
          <w:t>.</w:t>
        </w:r>
        <w:r w:rsidR="0066118A" w:rsidRPr="00917EAB">
          <w:rPr>
            <w:rStyle w:val="affa"/>
            <w:rFonts w:cs="Times New Roman"/>
            <w:color w:val="auto"/>
          </w:rPr>
          <w:t>ua</w:t>
        </w:r>
        <w:r w:rsidR="0066118A" w:rsidRPr="00917EAB">
          <w:rPr>
            <w:rStyle w:val="affa"/>
            <w:rFonts w:cs="Times New Roman"/>
            <w:color w:val="auto"/>
            <w:lang w:val="uk-UA"/>
          </w:rPr>
          <w:t>/</w:t>
        </w:r>
        <w:r w:rsidR="0066118A" w:rsidRPr="00917EAB">
          <w:rPr>
            <w:rStyle w:val="affa"/>
            <w:rFonts w:cs="Times New Roman"/>
            <w:color w:val="auto"/>
          </w:rPr>
          <w:t>mz</w:t>
        </w:r>
        <w:r w:rsidR="0066118A" w:rsidRPr="00917EAB">
          <w:rPr>
            <w:rStyle w:val="affa"/>
            <w:rFonts w:cs="Times New Roman"/>
            <w:color w:val="auto"/>
            <w:lang w:val="uk-UA"/>
          </w:rPr>
          <w:t>/</w:t>
        </w:r>
        <w:r w:rsidR="0066118A" w:rsidRPr="00917EAB">
          <w:rPr>
            <w:rStyle w:val="affa"/>
            <w:rFonts w:cs="Times New Roman"/>
            <w:color w:val="auto"/>
          </w:rPr>
          <w:t>article</w:t>
        </w:r>
        <w:r w:rsidR="0066118A" w:rsidRPr="00917EAB">
          <w:rPr>
            <w:rStyle w:val="affa"/>
            <w:rFonts w:cs="Times New Roman"/>
            <w:color w:val="auto"/>
            <w:lang w:val="uk-UA"/>
          </w:rPr>
          <w:t>/</w:t>
        </w:r>
        <w:r w:rsidR="0066118A" w:rsidRPr="00917EAB">
          <w:rPr>
            <w:rStyle w:val="affa"/>
            <w:rFonts w:cs="Times New Roman"/>
            <w:color w:val="auto"/>
          </w:rPr>
          <w:t>view</w:t>
        </w:r>
        <w:r w:rsidR="0066118A" w:rsidRPr="00917EAB">
          <w:rPr>
            <w:rStyle w:val="affa"/>
            <w:rFonts w:cs="Times New Roman"/>
            <w:color w:val="auto"/>
            <w:lang w:val="uk-UA"/>
          </w:rPr>
          <w:t>/255678</w:t>
        </w:r>
      </w:hyperlink>
    </w:p>
    <w:p w14:paraId="0DC488D7" w14:textId="77777777" w:rsidR="0066118A" w:rsidRPr="00917EAB" w:rsidRDefault="0066118A" w:rsidP="0066118A">
      <w:pPr>
        <w:spacing w:after="0"/>
        <w:ind w:left="0"/>
        <w:jc w:val="both"/>
        <w:rPr>
          <w:lang w:val="uk-UA"/>
        </w:rPr>
      </w:pPr>
      <w:r w:rsidRPr="00917EAB">
        <w:rPr>
          <w:rFonts w:cs="Times New Roman"/>
          <w:lang w:val="uk-UA"/>
        </w:rPr>
        <w:t>42.</w:t>
      </w:r>
      <w:r w:rsidRPr="00917EAB">
        <w:rPr>
          <w:lang w:val="ru-RU"/>
        </w:rPr>
        <w:t xml:space="preserve"> </w:t>
      </w:r>
      <w:r w:rsidRPr="00917EAB">
        <w:rPr>
          <w:rFonts w:cs="Times New Roman"/>
          <w:lang w:val="ru-RU"/>
        </w:rPr>
        <w:t xml:space="preserve">Театральне мистецтво. — Київ : Мистецтво, 2020. — </w:t>
      </w:r>
      <w:r w:rsidRPr="00917EAB">
        <w:rPr>
          <w:rFonts w:cs="Times New Roman"/>
        </w:rPr>
        <w:t>c</w:t>
      </w:r>
      <w:r w:rsidRPr="00917EAB">
        <w:rPr>
          <w:rFonts w:cs="Times New Roman"/>
          <w:lang w:val="ru-RU"/>
        </w:rPr>
        <w:t>.256</w:t>
      </w:r>
      <w:r w:rsidRPr="00917EAB">
        <w:rPr>
          <w:rFonts w:cs="Times New Roman"/>
          <w:lang w:val="uk-UA"/>
        </w:rPr>
        <w:t xml:space="preserve">. “Гармонія” </w:t>
      </w:r>
      <w:hyperlink r:id="rId51" w:history="1">
        <w:r w:rsidRPr="00917EAB">
          <w:rPr>
            <w:rStyle w:val="affa"/>
            <w:color w:val="auto"/>
          </w:rPr>
          <w:t>https</w:t>
        </w:r>
        <w:r w:rsidRPr="00917EAB">
          <w:rPr>
            <w:rStyle w:val="affa"/>
            <w:color w:val="auto"/>
            <w:lang w:val="uk-UA"/>
          </w:rPr>
          <w:t>://</w:t>
        </w:r>
        <w:r w:rsidRPr="00917EAB">
          <w:rPr>
            <w:rStyle w:val="affa"/>
            <w:color w:val="auto"/>
          </w:rPr>
          <w:t>www</w:t>
        </w:r>
        <w:r w:rsidRPr="00917EAB">
          <w:rPr>
            <w:rStyle w:val="affa"/>
            <w:color w:val="auto"/>
            <w:lang w:val="uk-UA"/>
          </w:rPr>
          <w:t>.</w:t>
        </w:r>
        <w:r w:rsidRPr="00917EAB">
          <w:rPr>
            <w:rStyle w:val="affa"/>
            <w:color w:val="auto"/>
          </w:rPr>
          <w:t>harmoniya</w:t>
        </w:r>
        <w:r w:rsidRPr="00917EAB">
          <w:rPr>
            <w:rStyle w:val="affa"/>
            <w:color w:val="auto"/>
            <w:lang w:val="uk-UA"/>
          </w:rPr>
          <w:t>.</w:t>
        </w:r>
        <w:r w:rsidRPr="00917EAB">
          <w:rPr>
            <w:rStyle w:val="affa"/>
            <w:color w:val="auto"/>
          </w:rPr>
          <w:t>kiev</w:t>
        </w:r>
        <w:r w:rsidRPr="00917EAB">
          <w:rPr>
            <w:rStyle w:val="affa"/>
            <w:color w:val="auto"/>
            <w:lang w:val="uk-UA"/>
          </w:rPr>
          <w:t>.</w:t>
        </w:r>
        <w:r w:rsidRPr="00917EAB">
          <w:rPr>
            <w:rStyle w:val="affa"/>
            <w:color w:val="auto"/>
          </w:rPr>
          <w:t>ua</w:t>
        </w:r>
        <w:r w:rsidRPr="00917EAB">
          <w:rPr>
            <w:rStyle w:val="affa"/>
            <w:color w:val="auto"/>
            <w:lang w:val="uk-UA"/>
          </w:rPr>
          <w:t>/</w:t>
        </w:r>
        <w:r w:rsidRPr="00917EAB">
          <w:rPr>
            <w:rStyle w:val="affa"/>
            <w:color w:val="auto"/>
          </w:rPr>
          <w:t>theatrical</w:t>
        </w:r>
        <w:r w:rsidRPr="00917EAB">
          <w:rPr>
            <w:rStyle w:val="affa"/>
            <w:color w:val="auto"/>
            <w:lang w:val="uk-UA"/>
          </w:rPr>
          <w:t>-</w:t>
        </w:r>
        <w:r w:rsidRPr="00917EAB">
          <w:rPr>
            <w:rStyle w:val="affa"/>
            <w:color w:val="auto"/>
          </w:rPr>
          <w:t>art</w:t>
        </w:r>
        <w:r w:rsidRPr="00917EAB">
          <w:rPr>
            <w:rStyle w:val="affa"/>
            <w:color w:val="auto"/>
            <w:lang w:val="uk-UA"/>
          </w:rPr>
          <w:t>/</w:t>
        </w:r>
      </w:hyperlink>
    </w:p>
    <w:p w14:paraId="47C25036" w14:textId="77777777" w:rsidR="0066118A" w:rsidRPr="00917EAB" w:rsidRDefault="0066118A" w:rsidP="0066118A">
      <w:pPr>
        <w:spacing w:after="0"/>
        <w:ind w:left="0"/>
        <w:jc w:val="both"/>
        <w:rPr>
          <w:rFonts w:cs="Times New Roman"/>
          <w:lang w:val="ru-RU"/>
        </w:rPr>
      </w:pPr>
      <w:r w:rsidRPr="00917EAB">
        <w:rPr>
          <w:rFonts w:cs="Times New Roman"/>
          <w:lang w:val="uk-UA"/>
        </w:rPr>
        <w:t>43.</w:t>
      </w:r>
      <w:r w:rsidRPr="00917EAB">
        <w:rPr>
          <w:lang w:val="ru-RU"/>
        </w:rPr>
        <w:t xml:space="preserve"> </w:t>
      </w:r>
      <w:r w:rsidRPr="00917EAB">
        <w:rPr>
          <w:rFonts w:cs="Times New Roman"/>
          <w:lang w:val="ru-RU"/>
        </w:rPr>
        <w:t xml:space="preserve">Тищук В. Сценічний метод Всеволода Мейєрхольда та його застосування у цирковому мистецтві. // </w:t>
      </w:r>
      <w:r w:rsidRPr="00917EAB">
        <w:rPr>
          <w:rFonts w:cs="Times New Roman"/>
          <w:i/>
          <w:iCs/>
          <w:lang w:val="ru-RU"/>
        </w:rPr>
        <w:t>Арт-платформа. Збірник наукових праць</w:t>
      </w:r>
      <w:r w:rsidRPr="00917EAB">
        <w:rPr>
          <w:rFonts w:cs="Times New Roman"/>
          <w:lang w:val="ru-RU"/>
        </w:rPr>
        <w:t xml:space="preserve">. Київ: Арт-платформа. 2021. С. 46-67. </w:t>
      </w:r>
      <w:hyperlink r:id="rId52" w:history="1">
        <w:r w:rsidRPr="00917EAB">
          <w:rPr>
            <w:rStyle w:val="affa"/>
            <w:rFonts w:cs="Times New Roman"/>
            <w:color w:val="auto"/>
          </w:rPr>
          <w:t>http</w:t>
        </w:r>
        <w:r w:rsidRPr="00917EAB">
          <w:rPr>
            <w:rStyle w:val="affa"/>
            <w:rFonts w:cs="Times New Roman"/>
            <w:color w:val="auto"/>
            <w:lang w:val="ru-RU"/>
          </w:rPr>
          <w:t>://</w:t>
        </w:r>
        <w:r w:rsidRPr="00917EAB">
          <w:rPr>
            <w:rStyle w:val="affa"/>
            <w:rFonts w:cs="Times New Roman"/>
            <w:color w:val="auto"/>
          </w:rPr>
          <w:t>artplatform</w:t>
        </w:r>
        <w:r w:rsidRPr="00917EAB">
          <w:rPr>
            <w:rStyle w:val="affa"/>
            <w:rFonts w:cs="Times New Roman"/>
            <w:color w:val="auto"/>
            <w:lang w:val="ru-RU"/>
          </w:rPr>
          <w:t>.</w:t>
        </w:r>
        <w:r w:rsidRPr="00917EAB">
          <w:rPr>
            <w:rStyle w:val="affa"/>
            <w:rFonts w:cs="Times New Roman"/>
            <w:color w:val="auto"/>
          </w:rPr>
          <w:t>com</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article</w:t>
        </w:r>
        <w:r w:rsidRPr="00917EAB">
          <w:rPr>
            <w:rStyle w:val="affa"/>
            <w:rFonts w:cs="Times New Roman"/>
            <w:color w:val="auto"/>
            <w:lang w:val="ru-RU"/>
          </w:rPr>
          <w:t>/</w:t>
        </w:r>
        <w:r w:rsidRPr="00917EAB">
          <w:rPr>
            <w:rStyle w:val="affa"/>
            <w:rFonts w:cs="Times New Roman"/>
            <w:color w:val="auto"/>
          </w:rPr>
          <w:t>view</w:t>
        </w:r>
        <w:r w:rsidRPr="00917EAB">
          <w:rPr>
            <w:rStyle w:val="affa"/>
            <w:rFonts w:cs="Times New Roman"/>
            <w:color w:val="auto"/>
            <w:lang w:val="ru-RU"/>
          </w:rPr>
          <w:t>/260010</w:t>
        </w:r>
      </w:hyperlink>
    </w:p>
    <w:p w14:paraId="048BF2A0" w14:textId="77777777" w:rsidR="0066118A" w:rsidRPr="00917EAB" w:rsidRDefault="0066118A" w:rsidP="0066118A">
      <w:pPr>
        <w:spacing w:after="0"/>
        <w:ind w:left="0"/>
        <w:jc w:val="both"/>
        <w:rPr>
          <w:rFonts w:cs="Times New Roman"/>
          <w:lang w:val="ru-RU"/>
        </w:rPr>
      </w:pPr>
      <w:r w:rsidRPr="00917EAB">
        <w:rPr>
          <w:rFonts w:cs="Times New Roman"/>
          <w:lang w:val="uk-UA"/>
        </w:rPr>
        <w:t>44.</w:t>
      </w:r>
      <w:r w:rsidRPr="00917EAB">
        <w:rPr>
          <w:lang w:val="ru-RU"/>
        </w:rPr>
        <w:t xml:space="preserve"> </w:t>
      </w:r>
      <w:r w:rsidRPr="00917EAB">
        <w:rPr>
          <w:rFonts w:cs="Times New Roman"/>
          <w:lang w:val="ru-RU"/>
        </w:rPr>
        <w:t xml:space="preserve">Фруктова Т. С. Філософсько-естетична концепція дії у театрі Єжи Гротовського: спроба осмислення. // </w:t>
      </w:r>
      <w:r w:rsidRPr="00917EAB">
        <w:rPr>
          <w:rFonts w:cs="Times New Roman"/>
          <w:i/>
          <w:iCs/>
          <w:lang w:val="ru-RU"/>
        </w:rPr>
        <w:t>Магістеріум. Культурологія</w:t>
      </w:r>
      <w:r w:rsidRPr="00917EAB">
        <w:rPr>
          <w:rFonts w:cs="Times New Roman"/>
          <w:lang w:val="ru-RU"/>
        </w:rPr>
        <w:t>. Київ: Видавничий дім «Києво-Могилянська академія». 2011. Вип. 42. С. 85.</w:t>
      </w:r>
    </w:p>
    <w:p w14:paraId="07E790C9" w14:textId="77777777" w:rsidR="0066118A" w:rsidRPr="00917EAB" w:rsidRDefault="00000000" w:rsidP="0066118A">
      <w:pPr>
        <w:spacing w:after="0"/>
        <w:ind w:left="0" w:firstLine="709"/>
        <w:jc w:val="both"/>
        <w:rPr>
          <w:rFonts w:cs="Times New Roman"/>
          <w:lang w:val="ru-RU"/>
        </w:rPr>
      </w:pPr>
      <w:hyperlink r:id="rId53" w:history="1">
        <w:r w:rsidR="0066118A" w:rsidRPr="00917EAB">
          <w:rPr>
            <w:rStyle w:val="affa"/>
            <w:rFonts w:cs="Times New Roman"/>
            <w:color w:val="auto"/>
          </w:rPr>
          <w:t>http</w:t>
        </w:r>
        <w:r w:rsidR="0066118A" w:rsidRPr="00917EAB">
          <w:rPr>
            <w:rStyle w:val="affa"/>
            <w:rFonts w:cs="Times New Roman"/>
            <w:color w:val="auto"/>
            <w:lang w:val="ru-RU"/>
          </w:rPr>
          <w:t>://</w:t>
        </w:r>
        <w:r w:rsidR="0066118A" w:rsidRPr="00917EAB">
          <w:rPr>
            <w:rStyle w:val="affa"/>
            <w:rFonts w:cs="Times New Roman"/>
            <w:color w:val="auto"/>
          </w:rPr>
          <w:t>magisterium</w:t>
        </w:r>
        <w:r w:rsidR="0066118A" w:rsidRPr="00917EAB">
          <w:rPr>
            <w:rStyle w:val="affa"/>
            <w:rFonts w:cs="Times New Roman"/>
            <w:color w:val="auto"/>
            <w:lang w:val="ru-RU"/>
          </w:rPr>
          <w:t>.</w:t>
        </w:r>
        <w:r w:rsidR="0066118A" w:rsidRPr="00917EAB">
          <w:rPr>
            <w:rStyle w:val="affa"/>
            <w:rFonts w:cs="Times New Roman"/>
            <w:color w:val="auto"/>
          </w:rPr>
          <w:t>ukma</w:t>
        </w:r>
        <w:r w:rsidR="0066118A" w:rsidRPr="00917EAB">
          <w:rPr>
            <w:rStyle w:val="affa"/>
            <w:rFonts w:cs="Times New Roman"/>
            <w:color w:val="auto"/>
            <w:lang w:val="ru-RU"/>
          </w:rPr>
          <w:t>.</w:t>
        </w:r>
        <w:r w:rsidR="0066118A" w:rsidRPr="00917EAB">
          <w:rPr>
            <w:rStyle w:val="affa"/>
            <w:rFonts w:cs="Times New Roman"/>
            <w:color w:val="auto"/>
          </w:rPr>
          <w:t>edu</w:t>
        </w:r>
        <w:r w:rsidR="0066118A" w:rsidRPr="00917EAB">
          <w:rPr>
            <w:rStyle w:val="affa"/>
            <w:rFonts w:cs="Times New Roman"/>
            <w:color w:val="auto"/>
            <w:lang w:val="ru-RU"/>
          </w:rPr>
          <w:t>.</w:t>
        </w:r>
        <w:r w:rsidR="0066118A" w:rsidRPr="00917EAB">
          <w:rPr>
            <w:rStyle w:val="affa"/>
            <w:rFonts w:cs="Times New Roman"/>
            <w:color w:val="auto"/>
          </w:rPr>
          <w:t>ua</w:t>
        </w:r>
        <w:r w:rsidR="0066118A" w:rsidRPr="00917EAB">
          <w:rPr>
            <w:rStyle w:val="affa"/>
            <w:rFonts w:cs="Times New Roman"/>
            <w:color w:val="auto"/>
            <w:lang w:val="ru-RU"/>
          </w:rPr>
          <w:t>/</w:t>
        </w:r>
        <w:r w:rsidR="0066118A" w:rsidRPr="00917EAB">
          <w:rPr>
            <w:rStyle w:val="affa"/>
            <w:rFonts w:cs="Times New Roman"/>
            <w:color w:val="auto"/>
          </w:rPr>
          <w:t>issue</w:t>
        </w:r>
        <w:r w:rsidR="0066118A" w:rsidRPr="00917EAB">
          <w:rPr>
            <w:rStyle w:val="affa"/>
            <w:rFonts w:cs="Times New Roman"/>
            <w:color w:val="auto"/>
            <w:lang w:val="ru-RU"/>
          </w:rPr>
          <w:t>/42/</w:t>
        </w:r>
        <w:r w:rsidR="0066118A" w:rsidRPr="00917EAB">
          <w:rPr>
            <w:rStyle w:val="affa"/>
            <w:rFonts w:cs="Times New Roman"/>
            <w:color w:val="auto"/>
          </w:rPr>
          <w:t>article</w:t>
        </w:r>
        <w:r w:rsidR="0066118A" w:rsidRPr="00917EAB">
          <w:rPr>
            <w:rStyle w:val="affa"/>
            <w:rFonts w:cs="Times New Roman"/>
            <w:color w:val="auto"/>
            <w:lang w:val="ru-RU"/>
          </w:rPr>
          <w:t>/</w:t>
        </w:r>
        <w:r w:rsidR="0066118A" w:rsidRPr="00917EAB">
          <w:rPr>
            <w:rStyle w:val="affa"/>
            <w:rFonts w:cs="Times New Roman"/>
            <w:color w:val="auto"/>
          </w:rPr>
          <w:t>view</w:t>
        </w:r>
        <w:r w:rsidR="0066118A" w:rsidRPr="00917EAB">
          <w:rPr>
            <w:rStyle w:val="affa"/>
            <w:rFonts w:cs="Times New Roman"/>
            <w:color w:val="auto"/>
            <w:lang w:val="ru-RU"/>
          </w:rPr>
          <w:t>/90</w:t>
        </w:r>
      </w:hyperlink>
    </w:p>
    <w:p w14:paraId="59AA2C62" w14:textId="77777777" w:rsidR="0066118A" w:rsidRPr="00917EAB" w:rsidRDefault="0066118A" w:rsidP="0066118A">
      <w:pPr>
        <w:spacing w:after="0"/>
        <w:ind w:left="0"/>
        <w:jc w:val="both"/>
        <w:rPr>
          <w:rFonts w:cs="Times New Roman"/>
          <w:lang w:val="ru-RU"/>
        </w:rPr>
      </w:pPr>
      <w:r w:rsidRPr="00917EAB">
        <w:rPr>
          <w:rFonts w:cs="Times New Roman"/>
          <w:lang w:val="uk-UA"/>
        </w:rPr>
        <w:t>45. Хлистун О. С. Акторська уява як складова творчого процесу перевтілення. Київ:Культурологічна</w:t>
      </w:r>
      <w:r w:rsidRPr="00917EAB">
        <w:rPr>
          <w:rFonts w:cs="Times New Roman"/>
          <w:lang w:val="ru-RU"/>
        </w:rPr>
        <w:t xml:space="preserve"> </w:t>
      </w:r>
      <w:r w:rsidRPr="00917EAB">
        <w:rPr>
          <w:rFonts w:cs="Times New Roman"/>
          <w:lang w:val="uk-UA"/>
        </w:rPr>
        <w:t>думка.2018.С.52.</w:t>
      </w:r>
    </w:p>
    <w:p w14:paraId="7075A2BC" w14:textId="77777777" w:rsidR="0066118A" w:rsidRPr="0066118A" w:rsidRDefault="0066118A" w:rsidP="0066118A">
      <w:pPr>
        <w:spacing w:after="0"/>
        <w:ind w:left="0"/>
        <w:jc w:val="both"/>
        <w:rPr>
          <w:rFonts w:cs="Times New Roman"/>
          <w:lang w:val="uk-UA"/>
        </w:rPr>
      </w:pPr>
      <w:r w:rsidRPr="00917EAB">
        <w:rPr>
          <w:rFonts w:cs="Times New Roman"/>
          <w:lang w:val="uk-UA"/>
        </w:rPr>
        <w:t xml:space="preserve"> </w:t>
      </w:r>
      <w:hyperlink r:id="rId54" w:history="1">
        <w:r w:rsidRPr="00917EAB">
          <w:rPr>
            <w:rStyle w:val="affa"/>
            <w:rFonts w:cs="Times New Roman"/>
            <w:color w:val="auto"/>
          </w:rPr>
          <w:t>https</w:t>
        </w:r>
        <w:r w:rsidRPr="00917EAB">
          <w:rPr>
            <w:rStyle w:val="affa"/>
            <w:rFonts w:cs="Times New Roman"/>
            <w:color w:val="auto"/>
            <w:lang w:val="uk-UA"/>
          </w:rPr>
          <w:t>://</w:t>
        </w:r>
        <w:r w:rsidRPr="00917EAB">
          <w:rPr>
            <w:rStyle w:val="affa"/>
            <w:rFonts w:cs="Times New Roman"/>
            <w:color w:val="auto"/>
          </w:rPr>
          <w:t>dumka</w:t>
        </w:r>
        <w:r w:rsidRPr="00917EAB">
          <w:rPr>
            <w:rStyle w:val="affa"/>
            <w:rFonts w:cs="Times New Roman"/>
            <w:color w:val="auto"/>
            <w:lang w:val="uk-UA"/>
          </w:rPr>
          <w:t>.</w:t>
        </w:r>
        <w:r w:rsidRPr="00917EAB">
          <w:rPr>
            <w:rStyle w:val="affa"/>
            <w:rFonts w:cs="Times New Roman"/>
            <w:color w:val="auto"/>
          </w:rPr>
          <w:t>org</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article</w:t>
        </w:r>
        <w:r w:rsidRPr="00917EAB">
          <w:rPr>
            <w:rStyle w:val="affa"/>
            <w:rFonts w:cs="Times New Roman"/>
            <w:color w:val="auto"/>
            <w:lang w:val="uk-UA"/>
          </w:rPr>
          <w:t>/</w:t>
        </w:r>
        <w:r w:rsidRPr="00917EAB">
          <w:rPr>
            <w:rStyle w:val="affa"/>
            <w:rFonts w:cs="Times New Roman"/>
            <w:color w:val="auto"/>
          </w:rPr>
          <w:t>view</w:t>
        </w:r>
        <w:r w:rsidRPr="00917EAB">
          <w:rPr>
            <w:rStyle w:val="affa"/>
            <w:rFonts w:cs="Times New Roman"/>
            <w:color w:val="auto"/>
            <w:lang w:val="uk-UA"/>
          </w:rPr>
          <w:t>/135111</w:t>
        </w:r>
      </w:hyperlink>
    </w:p>
    <w:p w14:paraId="6BF0FF27" w14:textId="77777777" w:rsidR="0066118A" w:rsidRPr="00917EAB" w:rsidRDefault="0066118A" w:rsidP="0066118A">
      <w:pPr>
        <w:spacing w:after="0"/>
        <w:ind w:left="0"/>
        <w:jc w:val="both"/>
        <w:rPr>
          <w:rFonts w:cs="Times New Roman"/>
          <w:lang w:val="uk-UA"/>
        </w:rPr>
      </w:pPr>
      <w:r w:rsidRPr="00917EAB">
        <w:rPr>
          <w:rFonts w:cs="Times New Roman"/>
          <w:lang w:val="uk-UA"/>
        </w:rPr>
        <w:t xml:space="preserve">46. Хоролець Л. І. Про вплив способу дії на інтонаційний хід сценічного мовлення актора. Київ: Вісник НАКККіМ. 2019. С. 277. </w:t>
      </w:r>
      <w:hyperlink r:id="rId55" w:history="1">
        <w:r w:rsidRPr="00917EAB">
          <w:rPr>
            <w:rStyle w:val="affa"/>
            <w:rFonts w:cs="Times New Roman"/>
            <w:color w:val="auto"/>
          </w:rPr>
          <w:t>https</w:t>
        </w:r>
        <w:r w:rsidRPr="00917EAB">
          <w:rPr>
            <w:rStyle w:val="affa"/>
            <w:rFonts w:cs="Times New Roman"/>
            <w:color w:val="auto"/>
            <w:lang w:val="uk-UA"/>
          </w:rPr>
          <w:t>://</w:t>
        </w:r>
        <w:r w:rsidRPr="00917EAB">
          <w:rPr>
            <w:rStyle w:val="affa"/>
            <w:rFonts w:cs="Times New Roman"/>
            <w:color w:val="auto"/>
          </w:rPr>
          <w:t>nakkkim</w:t>
        </w:r>
        <w:r w:rsidRPr="00917EAB">
          <w:rPr>
            <w:rStyle w:val="affa"/>
            <w:rFonts w:cs="Times New Roman"/>
            <w:color w:val="auto"/>
            <w:lang w:val="uk-UA"/>
          </w:rPr>
          <w:t>.</w:t>
        </w:r>
        <w:r w:rsidRPr="00917EAB">
          <w:rPr>
            <w:rStyle w:val="affa"/>
            <w:rFonts w:cs="Times New Roman"/>
            <w:color w:val="auto"/>
          </w:rPr>
          <w:t>edu</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visnyk</w:t>
        </w:r>
        <w:r w:rsidRPr="00917EAB">
          <w:rPr>
            <w:rStyle w:val="affa"/>
            <w:rFonts w:cs="Times New Roman"/>
            <w:color w:val="auto"/>
            <w:lang w:val="uk-UA"/>
          </w:rPr>
          <w:t>/</w:t>
        </w:r>
        <w:r w:rsidRPr="00917EAB">
          <w:rPr>
            <w:rStyle w:val="affa"/>
            <w:rFonts w:cs="Times New Roman"/>
            <w:color w:val="auto"/>
          </w:rPr>
          <w:t>visnyk</w:t>
        </w:r>
        <w:r w:rsidRPr="00917EAB">
          <w:rPr>
            <w:rStyle w:val="affa"/>
            <w:rFonts w:cs="Times New Roman"/>
            <w:color w:val="auto"/>
            <w:lang w:val="uk-UA"/>
          </w:rPr>
          <w:t>_2019_2_</w:t>
        </w:r>
        <w:r w:rsidRPr="00917EAB">
          <w:rPr>
            <w:rStyle w:val="affa"/>
            <w:rFonts w:cs="Times New Roman"/>
            <w:color w:val="auto"/>
          </w:rPr>
          <w:t>horolec</w:t>
        </w:r>
        <w:r w:rsidRPr="00917EAB">
          <w:rPr>
            <w:rStyle w:val="affa"/>
            <w:rFonts w:cs="Times New Roman"/>
            <w:color w:val="auto"/>
            <w:lang w:val="uk-UA"/>
          </w:rPr>
          <w:t>.</w:t>
        </w:r>
        <w:r w:rsidRPr="00917EAB">
          <w:rPr>
            <w:rStyle w:val="affa"/>
            <w:rFonts w:cs="Times New Roman"/>
            <w:color w:val="auto"/>
          </w:rPr>
          <w:t>pdf</w:t>
        </w:r>
      </w:hyperlink>
    </w:p>
    <w:p w14:paraId="17797AEC" w14:textId="77777777" w:rsidR="0066118A" w:rsidRPr="00917EAB" w:rsidRDefault="0066118A" w:rsidP="0066118A">
      <w:pPr>
        <w:spacing w:after="480" w:line="276" w:lineRule="auto"/>
        <w:ind w:left="0"/>
        <w:jc w:val="both"/>
        <w:rPr>
          <w:rFonts w:cs="Times New Roman"/>
          <w:lang w:val="uk-UA"/>
        </w:rPr>
      </w:pPr>
      <w:r w:rsidRPr="00917EAB">
        <w:rPr>
          <w:rFonts w:cs="Times New Roman"/>
          <w:lang w:val="uk-UA"/>
        </w:rPr>
        <w:lastRenderedPageBreak/>
        <w:t>47.</w:t>
      </w:r>
      <w:r w:rsidRPr="00917EAB">
        <w:rPr>
          <w:b/>
          <w:bCs/>
          <w:lang w:val="uk-UA"/>
        </w:rPr>
        <w:t xml:space="preserve"> </w:t>
      </w:r>
      <w:r w:rsidRPr="00917EAB">
        <w:rPr>
          <w:rFonts w:cs="Times New Roman"/>
          <w:lang w:val="ru-RU"/>
        </w:rPr>
        <w:t xml:space="preserve">Левит О. В. Основи акторської майстерності (курс, теорія та практика актора для театру та кіно). Київ: Центр учбової літератури (ЦУЛ), 2021. </w:t>
      </w:r>
      <w:r>
        <w:rPr>
          <w:rFonts w:cs="Times New Roman"/>
          <w:lang w:val="ru-RU"/>
        </w:rPr>
        <w:t>с</w:t>
      </w:r>
      <w:r w:rsidRPr="00917EAB">
        <w:rPr>
          <w:rFonts w:cs="Times New Roman"/>
          <w:lang w:val="ru-RU"/>
        </w:rPr>
        <w:t xml:space="preserve">240 </w:t>
      </w:r>
      <w:r w:rsidRPr="00917EAB">
        <w:rPr>
          <w:rFonts w:ascii="Arial" w:hAnsi="Arial" w:cs="Arial"/>
          <w:lang w:val="ru-RU"/>
        </w:rPr>
        <w:t xml:space="preserve"> </w:t>
      </w:r>
      <w:hyperlink r:id="rId56" w:tgtFrame="_blank" w:history="1">
        <w:r w:rsidRPr="00917EAB">
          <w:rPr>
            <w:rStyle w:val="affa"/>
            <w:rFonts w:cs="Times New Roman"/>
            <w:color w:val="auto"/>
          </w:rPr>
          <w:t>https</w:t>
        </w:r>
        <w:r w:rsidRPr="00917EAB">
          <w:rPr>
            <w:rStyle w:val="affa"/>
            <w:rFonts w:cs="Times New Roman"/>
            <w:color w:val="auto"/>
            <w:lang w:val="ru-RU"/>
          </w:rPr>
          <w:t>://</w:t>
        </w:r>
        <w:r w:rsidRPr="00917EAB">
          <w:rPr>
            <w:rStyle w:val="affa"/>
            <w:rFonts w:cs="Times New Roman"/>
            <w:color w:val="auto"/>
          </w:rPr>
          <w:t>culonline</w:t>
        </w:r>
        <w:r w:rsidRPr="00917EAB">
          <w:rPr>
            <w:rStyle w:val="affa"/>
            <w:rFonts w:cs="Times New Roman"/>
            <w:color w:val="auto"/>
            <w:lang w:val="ru-RU"/>
          </w:rPr>
          <w:t>.</w:t>
        </w:r>
        <w:r w:rsidRPr="00917EAB">
          <w:rPr>
            <w:rStyle w:val="affa"/>
            <w:rFonts w:cs="Times New Roman"/>
            <w:color w:val="auto"/>
          </w:rPr>
          <w:t>com</w:t>
        </w:r>
        <w:r w:rsidRPr="00917EAB">
          <w:rPr>
            <w:rStyle w:val="affa"/>
            <w:rFonts w:cs="Times New Roman"/>
            <w:color w:val="auto"/>
            <w:lang w:val="ru-RU"/>
          </w:rPr>
          <w:t>.</w:t>
        </w:r>
        <w:r w:rsidRPr="00917EAB">
          <w:rPr>
            <w:rStyle w:val="affa"/>
            <w:rFonts w:cs="Times New Roman"/>
            <w:color w:val="auto"/>
          </w:rPr>
          <w:t>ua</w:t>
        </w:r>
        <w:r w:rsidRPr="00917EAB">
          <w:rPr>
            <w:rStyle w:val="affa"/>
            <w:rFonts w:cs="Times New Roman"/>
            <w:color w:val="auto"/>
            <w:lang w:val="ru-RU"/>
          </w:rPr>
          <w:t>/</w:t>
        </w:r>
        <w:r w:rsidRPr="00917EAB">
          <w:rPr>
            <w:rStyle w:val="affa"/>
            <w:rFonts w:cs="Times New Roman"/>
            <w:color w:val="auto"/>
          </w:rPr>
          <w:t>book</w:t>
        </w:r>
        <w:r w:rsidRPr="00917EAB">
          <w:rPr>
            <w:rStyle w:val="affa"/>
            <w:rFonts w:cs="Times New Roman"/>
            <w:color w:val="auto"/>
            <w:lang w:val="ru-RU"/>
          </w:rPr>
          <w:t>/</w:t>
        </w:r>
        <w:r w:rsidRPr="00917EAB">
          <w:rPr>
            <w:rStyle w:val="affa"/>
            <w:rFonts w:cs="Times New Roman"/>
            <w:color w:val="auto"/>
          </w:rPr>
          <w:t>osnovy</w:t>
        </w:r>
        <w:r w:rsidRPr="00917EAB">
          <w:rPr>
            <w:rStyle w:val="affa"/>
            <w:rFonts w:cs="Times New Roman"/>
            <w:color w:val="auto"/>
            <w:lang w:val="ru-RU"/>
          </w:rPr>
          <w:t>-</w:t>
        </w:r>
        <w:r w:rsidRPr="00917EAB">
          <w:rPr>
            <w:rStyle w:val="affa"/>
            <w:rFonts w:cs="Times New Roman"/>
            <w:color w:val="auto"/>
          </w:rPr>
          <w:t>aktorskoi</w:t>
        </w:r>
        <w:r w:rsidRPr="00917EAB">
          <w:rPr>
            <w:rStyle w:val="affa"/>
            <w:rFonts w:cs="Times New Roman"/>
            <w:color w:val="auto"/>
            <w:lang w:val="ru-RU"/>
          </w:rPr>
          <w:t>-</w:t>
        </w:r>
        <w:r w:rsidRPr="00917EAB">
          <w:rPr>
            <w:rStyle w:val="affa"/>
            <w:rFonts w:cs="Times New Roman"/>
            <w:color w:val="auto"/>
          </w:rPr>
          <w:t>maister</w:t>
        </w:r>
        <w:r w:rsidRPr="00917EAB">
          <w:rPr>
            <w:rStyle w:val="affa"/>
            <w:rFonts w:cs="Times New Roman"/>
            <w:color w:val="auto"/>
            <w:lang w:val="ru-RU"/>
          </w:rPr>
          <w:t>/</w:t>
        </w:r>
      </w:hyperlink>
    </w:p>
    <w:p w14:paraId="2A6D7E09" w14:textId="77777777" w:rsidR="0066118A" w:rsidRPr="00917EAB" w:rsidRDefault="0066118A" w:rsidP="0066118A">
      <w:pPr>
        <w:spacing w:after="480" w:line="276" w:lineRule="auto"/>
        <w:ind w:left="0"/>
        <w:jc w:val="both"/>
        <w:rPr>
          <w:rFonts w:cs="Times New Roman"/>
          <w:lang w:val="uk-UA"/>
        </w:rPr>
      </w:pPr>
      <w:r w:rsidRPr="00917EAB">
        <w:rPr>
          <w:rFonts w:cs="Times New Roman"/>
          <w:lang w:val="uk-UA"/>
        </w:rPr>
        <w:t xml:space="preserve">48. Ковальчук В. О. Акторська психотехніка в умовах роботи з кінокамерою: відмінності та адаптація. // </w:t>
      </w:r>
      <w:r w:rsidRPr="00917EAB">
        <w:rPr>
          <w:rFonts w:cs="Times New Roman"/>
          <w:i/>
          <w:iCs/>
          <w:lang w:val="uk-UA"/>
        </w:rPr>
        <w:t>Теоретичні та практичні питання культурології та мистецтвознавства</w:t>
      </w:r>
      <w:r w:rsidRPr="00917EAB">
        <w:rPr>
          <w:rFonts w:cs="Times New Roman"/>
          <w:lang w:val="uk-UA"/>
        </w:rPr>
        <w:t xml:space="preserve">. Львів: ЛНУ. 2023. Вип. 5. С.34. </w:t>
      </w:r>
      <w:hyperlink r:id="rId57" w:history="1">
        <w:r w:rsidRPr="00917EAB">
          <w:rPr>
            <w:rStyle w:val="affa"/>
            <w:rFonts w:cs="Times New Roman"/>
            <w:color w:val="auto"/>
          </w:rPr>
          <w:t>http</w:t>
        </w:r>
        <w:r w:rsidRPr="00917EAB">
          <w:rPr>
            <w:rStyle w:val="affa"/>
            <w:rFonts w:cs="Times New Roman"/>
            <w:color w:val="auto"/>
            <w:lang w:val="uk-UA"/>
          </w:rPr>
          <w:t>://</w:t>
        </w:r>
        <w:r w:rsidRPr="00917EAB">
          <w:rPr>
            <w:rStyle w:val="affa"/>
            <w:rFonts w:cs="Times New Roman"/>
            <w:color w:val="auto"/>
          </w:rPr>
          <w:t>journals</w:t>
        </w:r>
        <w:r w:rsidRPr="00917EAB">
          <w:rPr>
            <w:rStyle w:val="affa"/>
            <w:rFonts w:cs="Times New Roman"/>
            <w:color w:val="auto"/>
            <w:lang w:val="uk-UA"/>
          </w:rPr>
          <w:t>.</w:t>
        </w:r>
        <w:r w:rsidRPr="00917EAB">
          <w:rPr>
            <w:rStyle w:val="affa"/>
            <w:rFonts w:cs="Times New Roman"/>
            <w:color w:val="auto"/>
          </w:rPr>
          <w:t>lnu</w:t>
        </w:r>
        <w:r w:rsidRPr="00917EAB">
          <w:rPr>
            <w:rStyle w:val="affa"/>
            <w:rFonts w:cs="Times New Roman"/>
            <w:color w:val="auto"/>
            <w:lang w:val="uk-UA"/>
          </w:rPr>
          <w:t>.</w:t>
        </w:r>
        <w:r w:rsidRPr="00917EAB">
          <w:rPr>
            <w:rStyle w:val="affa"/>
            <w:rFonts w:cs="Times New Roman"/>
            <w:color w:val="auto"/>
          </w:rPr>
          <w:t>edu</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tpqkm</w:t>
        </w:r>
        <w:r w:rsidRPr="00917EAB">
          <w:rPr>
            <w:rStyle w:val="affa"/>
            <w:rFonts w:cs="Times New Roman"/>
            <w:color w:val="auto"/>
            <w:lang w:val="uk-UA"/>
          </w:rPr>
          <w:t>/</w:t>
        </w:r>
        <w:r w:rsidRPr="00917EAB">
          <w:rPr>
            <w:rStyle w:val="affa"/>
            <w:rFonts w:cs="Times New Roman"/>
            <w:color w:val="auto"/>
          </w:rPr>
          <w:t>article</w:t>
        </w:r>
        <w:r w:rsidRPr="00917EAB">
          <w:rPr>
            <w:rStyle w:val="affa"/>
            <w:rFonts w:cs="Times New Roman"/>
            <w:color w:val="auto"/>
            <w:lang w:val="uk-UA"/>
          </w:rPr>
          <w:t>/</w:t>
        </w:r>
        <w:r w:rsidRPr="00917EAB">
          <w:rPr>
            <w:rStyle w:val="affa"/>
            <w:rFonts w:cs="Times New Roman"/>
            <w:color w:val="auto"/>
          </w:rPr>
          <w:t>view</w:t>
        </w:r>
        <w:r w:rsidRPr="00917EAB">
          <w:rPr>
            <w:rStyle w:val="affa"/>
            <w:rFonts w:cs="Times New Roman"/>
            <w:color w:val="auto"/>
            <w:lang w:val="uk-UA"/>
          </w:rPr>
          <w:t>/280011</w:t>
        </w:r>
      </w:hyperlink>
    </w:p>
    <w:p w14:paraId="4588F1FE" w14:textId="77777777" w:rsidR="0066118A" w:rsidRPr="00917EAB" w:rsidRDefault="0066118A" w:rsidP="0066118A">
      <w:pPr>
        <w:spacing w:after="480" w:line="276" w:lineRule="auto"/>
        <w:ind w:left="0"/>
        <w:jc w:val="both"/>
        <w:rPr>
          <w:rFonts w:cs="Times New Roman"/>
          <w:lang w:val="uk-UA"/>
        </w:rPr>
      </w:pPr>
      <w:r w:rsidRPr="00917EAB">
        <w:rPr>
          <w:rFonts w:cs="Times New Roman"/>
          <w:lang w:val="uk-UA"/>
        </w:rPr>
        <w:t xml:space="preserve">49. Лук'янчук І. С. Драматургія світла та тіні у синтезі сценічного й екранного просторів. // </w:t>
      </w:r>
      <w:r w:rsidRPr="00917EAB">
        <w:rPr>
          <w:rFonts w:cs="Times New Roman"/>
          <w:i/>
          <w:iCs/>
          <w:lang w:val="uk-UA"/>
        </w:rPr>
        <w:t>Мистецтвознавчий альманах</w:t>
      </w:r>
      <w:r w:rsidRPr="00917EAB">
        <w:rPr>
          <w:rFonts w:cs="Times New Roman"/>
          <w:lang w:val="uk-UA"/>
        </w:rPr>
        <w:t xml:space="preserve">. Одеса: ОНМА. 2020. № 1. С. 88-95. </w:t>
      </w:r>
      <w:hyperlink r:id="rId58" w:history="1">
        <w:r w:rsidRPr="00917EAB">
          <w:rPr>
            <w:rStyle w:val="affa"/>
            <w:rFonts w:cs="Times New Roman"/>
            <w:color w:val="auto"/>
          </w:rPr>
          <w:t>http</w:t>
        </w:r>
        <w:r w:rsidRPr="00917EAB">
          <w:rPr>
            <w:rStyle w:val="affa"/>
            <w:rFonts w:cs="Times New Roman"/>
            <w:color w:val="auto"/>
            <w:lang w:val="uk-UA"/>
          </w:rPr>
          <w:t>://</w:t>
        </w:r>
        <w:r w:rsidRPr="00917EAB">
          <w:rPr>
            <w:rStyle w:val="affa"/>
            <w:rFonts w:cs="Times New Roman"/>
            <w:color w:val="auto"/>
          </w:rPr>
          <w:t>nbuv</w:t>
        </w:r>
        <w:r w:rsidRPr="00917EAB">
          <w:rPr>
            <w:rStyle w:val="affa"/>
            <w:rFonts w:cs="Times New Roman"/>
            <w:color w:val="auto"/>
            <w:lang w:val="uk-UA"/>
          </w:rPr>
          <w:t>.</w:t>
        </w:r>
        <w:r w:rsidRPr="00917EAB">
          <w:rPr>
            <w:rStyle w:val="affa"/>
            <w:rFonts w:cs="Times New Roman"/>
            <w:color w:val="auto"/>
          </w:rPr>
          <w:t>gov</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UJRN</w:t>
        </w:r>
        <w:r w:rsidRPr="00917EAB">
          <w:rPr>
            <w:rStyle w:val="affa"/>
            <w:rFonts w:cs="Times New Roman"/>
            <w:color w:val="auto"/>
            <w:lang w:val="uk-UA"/>
          </w:rPr>
          <w:t>/</w:t>
        </w:r>
        <w:r w:rsidRPr="00917EAB">
          <w:rPr>
            <w:rStyle w:val="affa"/>
            <w:rFonts w:cs="Times New Roman"/>
            <w:color w:val="auto"/>
          </w:rPr>
          <w:t>MystAlm</w:t>
        </w:r>
        <w:r w:rsidRPr="00917EAB">
          <w:rPr>
            <w:rStyle w:val="affa"/>
            <w:rFonts w:cs="Times New Roman"/>
            <w:color w:val="auto"/>
            <w:lang w:val="uk-UA"/>
          </w:rPr>
          <w:t>_2020_1_15</w:t>
        </w:r>
      </w:hyperlink>
    </w:p>
    <w:p w14:paraId="31B86522" w14:textId="77777777" w:rsidR="0066118A" w:rsidRDefault="0066118A" w:rsidP="0066118A">
      <w:pPr>
        <w:spacing w:after="480" w:line="276" w:lineRule="auto"/>
        <w:ind w:left="0"/>
        <w:jc w:val="both"/>
        <w:rPr>
          <w:rFonts w:cs="Times New Roman"/>
          <w:lang w:val="ru-RU"/>
        </w:rPr>
      </w:pPr>
      <w:r w:rsidRPr="00917EAB">
        <w:rPr>
          <w:rFonts w:cs="Times New Roman"/>
          <w:lang w:val="uk-UA"/>
        </w:rPr>
        <w:t xml:space="preserve">50. Неділько Г. В. Епічний театр Брехта в українських постановках: використання медіа-ефектів. // </w:t>
      </w:r>
      <w:r w:rsidRPr="00917EAB">
        <w:rPr>
          <w:rFonts w:cs="Times New Roman"/>
          <w:i/>
          <w:iCs/>
          <w:lang w:val="uk-UA"/>
        </w:rPr>
        <w:t>Науковий вісник Київського університету театру, кіно і телебачення</w:t>
      </w:r>
      <w:r w:rsidRPr="00917EAB">
        <w:rPr>
          <w:rFonts w:cs="Times New Roman"/>
          <w:lang w:val="uk-UA"/>
        </w:rPr>
        <w:t xml:space="preserve">. </w:t>
      </w:r>
      <w:r w:rsidRPr="00917EAB">
        <w:rPr>
          <w:rFonts w:cs="Times New Roman"/>
          <w:lang w:val="ru-RU"/>
        </w:rPr>
        <w:t>Київ: КНУТКіТ. 2022. Вип. 28. С.</w:t>
      </w:r>
      <w:r>
        <w:rPr>
          <w:rFonts w:cs="Times New Roman"/>
          <w:lang w:val="ru-RU"/>
        </w:rPr>
        <w:t>160</w:t>
      </w:r>
    </w:p>
    <w:p w14:paraId="0A0C8440" w14:textId="77777777" w:rsidR="0066118A" w:rsidRPr="00917EAB" w:rsidRDefault="00000000" w:rsidP="0066118A">
      <w:pPr>
        <w:spacing w:after="480" w:line="276" w:lineRule="auto"/>
        <w:ind w:left="0"/>
        <w:jc w:val="both"/>
        <w:rPr>
          <w:rFonts w:cs="Times New Roman"/>
          <w:lang w:val="ru-RU"/>
        </w:rPr>
      </w:pPr>
      <w:hyperlink r:id="rId59" w:history="1">
        <w:r w:rsidR="0066118A" w:rsidRPr="00917EAB">
          <w:rPr>
            <w:rStyle w:val="affa"/>
            <w:rFonts w:cs="Times New Roman"/>
            <w:color w:val="auto"/>
          </w:rPr>
          <w:t>https</w:t>
        </w:r>
        <w:r w:rsidR="0066118A" w:rsidRPr="00917EAB">
          <w:rPr>
            <w:rStyle w:val="affa"/>
            <w:rFonts w:cs="Times New Roman"/>
            <w:color w:val="auto"/>
            <w:lang w:val="ru-RU"/>
          </w:rPr>
          <w:t>://</w:t>
        </w:r>
        <w:r w:rsidR="0066118A" w:rsidRPr="00917EAB">
          <w:rPr>
            <w:rStyle w:val="affa"/>
            <w:rFonts w:cs="Times New Roman"/>
            <w:color w:val="auto"/>
          </w:rPr>
          <w:t>visnyk</w:t>
        </w:r>
        <w:r w:rsidR="0066118A" w:rsidRPr="00917EAB">
          <w:rPr>
            <w:rStyle w:val="affa"/>
            <w:rFonts w:cs="Times New Roman"/>
            <w:color w:val="auto"/>
            <w:lang w:val="ru-RU"/>
          </w:rPr>
          <w:t>-</w:t>
        </w:r>
        <w:r w:rsidR="0066118A" w:rsidRPr="00917EAB">
          <w:rPr>
            <w:rStyle w:val="affa"/>
            <w:rFonts w:cs="Times New Roman"/>
            <w:color w:val="auto"/>
          </w:rPr>
          <w:t>karpenka</w:t>
        </w:r>
        <w:r w:rsidR="0066118A" w:rsidRPr="00917EAB">
          <w:rPr>
            <w:rStyle w:val="affa"/>
            <w:rFonts w:cs="Times New Roman"/>
            <w:color w:val="auto"/>
            <w:lang w:val="ru-RU"/>
          </w:rPr>
          <w:t>.</w:t>
        </w:r>
        <w:r w:rsidR="0066118A" w:rsidRPr="00917EAB">
          <w:rPr>
            <w:rStyle w:val="affa"/>
            <w:rFonts w:cs="Times New Roman"/>
            <w:color w:val="auto"/>
          </w:rPr>
          <w:t>knutkt</w:t>
        </w:r>
        <w:r w:rsidR="0066118A" w:rsidRPr="00917EAB">
          <w:rPr>
            <w:rStyle w:val="affa"/>
            <w:rFonts w:cs="Times New Roman"/>
            <w:color w:val="auto"/>
            <w:lang w:val="ru-RU"/>
          </w:rPr>
          <w:t>.</w:t>
        </w:r>
        <w:r w:rsidR="0066118A" w:rsidRPr="00917EAB">
          <w:rPr>
            <w:rStyle w:val="affa"/>
            <w:rFonts w:cs="Times New Roman"/>
            <w:color w:val="auto"/>
          </w:rPr>
          <w:t>edu</w:t>
        </w:r>
        <w:r w:rsidR="0066118A" w:rsidRPr="00917EAB">
          <w:rPr>
            <w:rStyle w:val="affa"/>
            <w:rFonts w:cs="Times New Roman"/>
            <w:color w:val="auto"/>
            <w:lang w:val="ru-RU"/>
          </w:rPr>
          <w:t>.</w:t>
        </w:r>
        <w:r w:rsidR="0066118A" w:rsidRPr="00917EAB">
          <w:rPr>
            <w:rStyle w:val="affa"/>
            <w:rFonts w:cs="Times New Roman"/>
            <w:color w:val="auto"/>
          </w:rPr>
          <w:t>ua</w:t>
        </w:r>
        <w:r w:rsidR="0066118A" w:rsidRPr="00917EAB">
          <w:rPr>
            <w:rStyle w:val="affa"/>
            <w:rFonts w:cs="Times New Roman"/>
            <w:color w:val="auto"/>
            <w:lang w:val="ru-RU"/>
          </w:rPr>
          <w:t>/</w:t>
        </w:r>
        <w:r w:rsidR="0066118A" w:rsidRPr="00917EAB">
          <w:rPr>
            <w:rStyle w:val="affa"/>
            <w:rFonts w:cs="Times New Roman"/>
            <w:color w:val="auto"/>
          </w:rPr>
          <w:t>article</w:t>
        </w:r>
        <w:r w:rsidR="0066118A" w:rsidRPr="00917EAB">
          <w:rPr>
            <w:rStyle w:val="affa"/>
            <w:rFonts w:cs="Times New Roman"/>
            <w:color w:val="auto"/>
            <w:lang w:val="ru-RU"/>
          </w:rPr>
          <w:t>/</w:t>
        </w:r>
        <w:r w:rsidR="0066118A" w:rsidRPr="00917EAB">
          <w:rPr>
            <w:rStyle w:val="affa"/>
            <w:rFonts w:cs="Times New Roman"/>
            <w:color w:val="auto"/>
          </w:rPr>
          <w:t>view</w:t>
        </w:r>
        <w:r w:rsidR="0066118A" w:rsidRPr="00917EAB">
          <w:rPr>
            <w:rStyle w:val="affa"/>
            <w:rFonts w:cs="Times New Roman"/>
            <w:color w:val="auto"/>
            <w:lang w:val="ru-RU"/>
          </w:rPr>
          <w:t>/265005</w:t>
        </w:r>
      </w:hyperlink>
    </w:p>
    <w:p w14:paraId="1D3A35E3" w14:textId="77777777" w:rsidR="0066118A" w:rsidRPr="00917EAB" w:rsidRDefault="0066118A" w:rsidP="0066118A">
      <w:pPr>
        <w:spacing w:after="480" w:line="276" w:lineRule="auto"/>
        <w:ind w:left="0"/>
        <w:jc w:val="both"/>
        <w:rPr>
          <w:rFonts w:cs="Times New Roman"/>
          <w:lang w:val="uk-UA"/>
        </w:rPr>
      </w:pPr>
      <w:r w:rsidRPr="00917EAB">
        <w:rPr>
          <w:rFonts w:cs="Times New Roman"/>
          <w:lang w:val="ru-RU"/>
        </w:rPr>
        <w:t xml:space="preserve">51. Грещук В. М. Методологія викладання акторської майстерності для мультимедійного театру. // </w:t>
      </w:r>
      <w:r w:rsidRPr="00917EAB">
        <w:rPr>
          <w:rFonts w:cs="Times New Roman"/>
          <w:i/>
          <w:iCs/>
          <w:lang w:val="ru-RU"/>
        </w:rPr>
        <w:t>Педагогічний вісник</w:t>
      </w:r>
      <w:r w:rsidRPr="00917EAB">
        <w:rPr>
          <w:rFonts w:cs="Times New Roman"/>
          <w:lang w:val="ru-RU"/>
        </w:rPr>
        <w:t>. Івано-Франківськ: ПНУ. 2024. № 1. С. 70.</w:t>
      </w:r>
      <w:r w:rsidRPr="00917EAB">
        <w:rPr>
          <w:rFonts w:cs="Times New Roman"/>
          <w:lang w:val="uk-UA"/>
        </w:rPr>
        <w:t xml:space="preserve"> </w:t>
      </w:r>
      <w:hyperlink r:id="rId60" w:history="1">
        <w:r w:rsidRPr="00917EAB">
          <w:rPr>
            <w:rStyle w:val="affa"/>
            <w:rFonts w:cs="Times New Roman"/>
            <w:color w:val="auto"/>
          </w:rPr>
          <w:t>http</w:t>
        </w:r>
        <w:r w:rsidRPr="00917EAB">
          <w:rPr>
            <w:rStyle w:val="affa"/>
            <w:rFonts w:cs="Times New Roman"/>
            <w:color w:val="auto"/>
            <w:lang w:val="uk-UA"/>
          </w:rPr>
          <w:t>://</w:t>
        </w:r>
        <w:r w:rsidRPr="00917EAB">
          <w:rPr>
            <w:rStyle w:val="affa"/>
            <w:rFonts w:cs="Times New Roman"/>
            <w:color w:val="auto"/>
          </w:rPr>
          <w:t>pv</w:t>
        </w:r>
        <w:r w:rsidRPr="00917EAB">
          <w:rPr>
            <w:rStyle w:val="affa"/>
            <w:rFonts w:cs="Times New Roman"/>
            <w:color w:val="auto"/>
            <w:lang w:val="uk-UA"/>
          </w:rPr>
          <w:t>.</w:t>
        </w:r>
        <w:r w:rsidRPr="00917EAB">
          <w:rPr>
            <w:rStyle w:val="affa"/>
            <w:rFonts w:cs="Times New Roman"/>
            <w:color w:val="auto"/>
          </w:rPr>
          <w:t>pnu</w:t>
        </w:r>
        <w:r w:rsidRPr="00917EAB">
          <w:rPr>
            <w:rStyle w:val="affa"/>
            <w:rFonts w:cs="Times New Roman"/>
            <w:color w:val="auto"/>
            <w:lang w:val="uk-UA"/>
          </w:rPr>
          <w:t>.</w:t>
        </w:r>
        <w:r w:rsidRPr="00917EAB">
          <w:rPr>
            <w:rStyle w:val="affa"/>
            <w:rFonts w:cs="Times New Roman"/>
            <w:color w:val="auto"/>
          </w:rPr>
          <w:t>edu</w:t>
        </w:r>
        <w:r w:rsidRPr="00917EAB">
          <w:rPr>
            <w:rStyle w:val="affa"/>
            <w:rFonts w:cs="Times New Roman"/>
            <w:color w:val="auto"/>
            <w:lang w:val="uk-UA"/>
          </w:rPr>
          <w:t>.</w:t>
        </w:r>
        <w:r w:rsidRPr="00917EAB">
          <w:rPr>
            <w:rStyle w:val="affa"/>
            <w:rFonts w:cs="Times New Roman"/>
            <w:color w:val="auto"/>
          </w:rPr>
          <w:t>ua</w:t>
        </w:r>
        <w:r w:rsidRPr="00917EAB">
          <w:rPr>
            <w:rStyle w:val="affa"/>
            <w:rFonts w:cs="Times New Roman"/>
            <w:color w:val="auto"/>
            <w:lang w:val="uk-UA"/>
          </w:rPr>
          <w:t>/</w:t>
        </w:r>
        <w:r w:rsidRPr="00917EAB">
          <w:rPr>
            <w:rStyle w:val="affa"/>
            <w:rFonts w:cs="Times New Roman"/>
            <w:color w:val="auto"/>
          </w:rPr>
          <w:t>article</w:t>
        </w:r>
        <w:r w:rsidRPr="00917EAB">
          <w:rPr>
            <w:rStyle w:val="affa"/>
            <w:rFonts w:cs="Times New Roman"/>
            <w:color w:val="auto"/>
            <w:lang w:val="uk-UA"/>
          </w:rPr>
          <w:t>/</w:t>
        </w:r>
        <w:r w:rsidRPr="00917EAB">
          <w:rPr>
            <w:rStyle w:val="affa"/>
            <w:rFonts w:cs="Times New Roman"/>
            <w:color w:val="auto"/>
          </w:rPr>
          <w:t>download</w:t>
        </w:r>
        <w:r w:rsidRPr="00917EAB">
          <w:rPr>
            <w:rStyle w:val="affa"/>
            <w:rFonts w:cs="Times New Roman"/>
            <w:color w:val="auto"/>
            <w:lang w:val="uk-UA"/>
          </w:rPr>
          <w:t>/305100/305200</w:t>
        </w:r>
      </w:hyperlink>
    </w:p>
    <w:bookmarkEnd w:id="1"/>
    <w:p w14:paraId="492DB5E7" w14:textId="009A69BD" w:rsidR="0066386B" w:rsidRPr="00917EAB" w:rsidRDefault="0066386B" w:rsidP="006A6CC1">
      <w:pPr>
        <w:spacing w:after="480"/>
        <w:ind w:left="0"/>
        <w:jc w:val="both"/>
        <w:rPr>
          <w:rFonts w:cs="Times New Roman"/>
          <w:lang w:val="uk-UA"/>
        </w:rPr>
      </w:pPr>
    </w:p>
    <w:p w14:paraId="79A845B7" w14:textId="77777777" w:rsidR="0066386B" w:rsidRPr="001C2177" w:rsidRDefault="0066386B" w:rsidP="006A6CC1">
      <w:pPr>
        <w:rPr>
          <w:lang w:val="uk-UA"/>
        </w:rPr>
      </w:pPr>
    </w:p>
    <w:p w14:paraId="1D96305E" w14:textId="77777777" w:rsidR="00B7305F" w:rsidRPr="00B7305F" w:rsidRDefault="00B7305F" w:rsidP="00AA5D14">
      <w:pPr>
        <w:spacing w:after="480" w:line="240" w:lineRule="auto"/>
        <w:ind w:left="0" w:firstLine="709"/>
        <w:jc w:val="both"/>
        <w:rPr>
          <w:rFonts w:ascii="Arial" w:hAnsi="Arial" w:cs="Arial"/>
          <w:color w:val="000000" w:themeColor="text1"/>
          <w:lang w:val="uk-UA"/>
        </w:rPr>
      </w:pPr>
    </w:p>
    <w:p w14:paraId="0E0BEB20" w14:textId="43E46365" w:rsidR="00B43122" w:rsidRPr="00B7305F" w:rsidRDefault="00B7305F" w:rsidP="006A6CC1">
      <w:pPr>
        <w:rPr>
          <w:rFonts w:cs="Times New Roman"/>
          <w:b/>
          <w:bCs/>
          <w:color w:val="000000" w:themeColor="text1"/>
          <w:lang w:val="uk-UA"/>
        </w:rPr>
      </w:pPr>
      <w:r w:rsidRPr="00B7305F">
        <w:rPr>
          <w:rFonts w:ascii="Arial" w:hAnsi="Arial" w:cs="Arial"/>
          <w:color w:val="000000" w:themeColor="text1"/>
          <w:lang w:val="uk-UA"/>
        </w:rPr>
        <w:br w:type="page"/>
      </w:r>
      <w:r w:rsidR="006A6CC1">
        <w:rPr>
          <w:rFonts w:ascii="Arial" w:hAnsi="Arial" w:cs="Arial"/>
          <w:color w:val="000000" w:themeColor="text1"/>
          <w:lang w:val="uk-UA"/>
        </w:rPr>
        <w:lastRenderedPageBreak/>
        <w:t xml:space="preserve">                                      </w:t>
      </w:r>
      <w:r w:rsidR="00B43122" w:rsidRPr="00B7305F">
        <w:rPr>
          <w:rFonts w:cs="Times New Roman"/>
          <w:b/>
          <w:bCs/>
          <w:color w:val="000000" w:themeColor="text1"/>
          <w:lang w:val="uk-UA"/>
        </w:rPr>
        <w:t>Д</w:t>
      </w:r>
      <w:r w:rsidR="00063326" w:rsidRPr="00B7305F">
        <w:rPr>
          <w:rFonts w:cs="Times New Roman"/>
          <w:b/>
          <w:bCs/>
          <w:color w:val="000000" w:themeColor="text1"/>
          <w:lang w:val="uk-UA"/>
        </w:rPr>
        <w:t>ОДАТКИ</w:t>
      </w:r>
    </w:p>
    <w:p w14:paraId="41DF3519" w14:textId="77777777" w:rsidR="00B43122" w:rsidRPr="00B7305F" w:rsidRDefault="00B43122" w:rsidP="00B43122">
      <w:pPr>
        <w:spacing w:after="0"/>
        <w:ind w:left="0"/>
        <w:jc w:val="center"/>
        <w:rPr>
          <w:rFonts w:cs="Times New Roman"/>
          <w:b/>
          <w:bCs/>
          <w:color w:val="000000" w:themeColor="text1"/>
          <w:lang w:val="uk-UA"/>
        </w:rPr>
      </w:pPr>
    </w:p>
    <w:p w14:paraId="4BAB8E78" w14:textId="33102944" w:rsidR="00B43122" w:rsidRPr="00B7305F" w:rsidRDefault="00B43122" w:rsidP="00B43122">
      <w:pPr>
        <w:spacing w:after="0"/>
        <w:ind w:left="0"/>
        <w:jc w:val="both"/>
        <w:rPr>
          <w:rFonts w:cs="Times New Roman"/>
          <w:color w:val="000000" w:themeColor="text1"/>
          <w:lang w:val="uk-UA"/>
        </w:rPr>
      </w:pPr>
      <w:r w:rsidRPr="00B7305F">
        <w:rPr>
          <w:rFonts w:cs="Times New Roman"/>
          <w:color w:val="000000" w:themeColor="text1"/>
          <w:lang w:val="uk-UA"/>
        </w:rPr>
        <w:t>Доповнена реальність (AR) у театрі — це технологія, яка накладає цифрові візуальні або звукові елементи на живу сцену, створюючи взаємодію між реальними акторами та віртуальними об’єктами. Вона дозволяє розширити сценічний простір, підсилити ефект занурення глядача та додати нові художні шари до постановки без зміни фізичної сцени.</w:t>
      </w:r>
    </w:p>
    <w:p w14:paraId="19F84D12" w14:textId="77777777" w:rsidR="00521B69" w:rsidRPr="00B7305F" w:rsidRDefault="00521B69" w:rsidP="00521B69">
      <w:pPr>
        <w:spacing w:after="0"/>
        <w:ind w:left="0"/>
        <w:jc w:val="both"/>
        <w:rPr>
          <w:rFonts w:cs="Times New Roman"/>
          <w:color w:val="000000" w:themeColor="text1"/>
          <w:lang w:val="uk-UA"/>
        </w:rPr>
      </w:pPr>
    </w:p>
    <w:p w14:paraId="58519A51" w14:textId="0F5BE730" w:rsidR="00521B69" w:rsidRPr="00B7305F" w:rsidRDefault="00521B69" w:rsidP="00521B69">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2A85566F" wp14:editId="2894E340">
            <wp:extent cx="5707380" cy="4362178"/>
            <wp:effectExtent l="0" t="0" r="762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68204" cy="4408666"/>
                    </a:xfrm>
                    <a:prstGeom prst="rect">
                      <a:avLst/>
                    </a:prstGeom>
                    <a:noFill/>
                    <a:ln>
                      <a:noFill/>
                    </a:ln>
                  </pic:spPr>
                </pic:pic>
              </a:graphicData>
            </a:graphic>
          </wp:inline>
        </w:drawing>
      </w:r>
    </w:p>
    <w:p w14:paraId="31B990F6" w14:textId="77777777" w:rsidR="00B43122" w:rsidRPr="00B7305F" w:rsidRDefault="00B43122" w:rsidP="00521B69">
      <w:pPr>
        <w:spacing w:after="0"/>
        <w:ind w:left="0" w:firstLine="709"/>
        <w:jc w:val="both"/>
        <w:rPr>
          <w:rFonts w:cs="Times New Roman"/>
          <w:color w:val="000000" w:themeColor="text1"/>
          <w:lang w:val="uk-UA"/>
        </w:rPr>
      </w:pPr>
    </w:p>
    <w:p w14:paraId="539E9879" w14:textId="77777777" w:rsidR="00B43122" w:rsidRPr="00B7305F" w:rsidRDefault="00B43122" w:rsidP="00521B69">
      <w:pPr>
        <w:spacing w:after="0"/>
        <w:ind w:left="0" w:firstLine="709"/>
        <w:jc w:val="both"/>
        <w:rPr>
          <w:rFonts w:cs="Times New Roman"/>
          <w:color w:val="000000" w:themeColor="text1"/>
          <w:lang w:val="uk-UA"/>
        </w:rPr>
      </w:pPr>
    </w:p>
    <w:p w14:paraId="3651B4ED" w14:textId="77777777" w:rsidR="00B43122" w:rsidRPr="00B7305F" w:rsidRDefault="00B43122" w:rsidP="00521B69">
      <w:pPr>
        <w:spacing w:after="0"/>
        <w:ind w:left="0" w:firstLine="709"/>
        <w:jc w:val="both"/>
        <w:rPr>
          <w:rFonts w:cs="Times New Roman"/>
          <w:color w:val="000000" w:themeColor="text1"/>
          <w:lang w:val="uk-UA"/>
        </w:rPr>
      </w:pPr>
    </w:p>
    <w:p w14:paraId="6CA690DA" w14:textId="77777777" w:rsidR="00B43122" w:rsidRPr="00B7305F" w:rsidRDefault="00B43122" w:rsidP="00521B69">
      <w:pPr>
        <w:spacing w:after="0"/>
        <w:ind w:left="0" w:firstLine="709"/>
        <w:jc w:val="both"/>
        <w:rPr>
          <w:rFonts w:cs="Times New Roman"/>
          <w:color w:val="000000" w:themeColor="text1"/>
          <w:lang w:val="uk-UA"/>
        </w:rPr>
      </w:pPr>
    </w:p>
    <w:p w14:paraId="741EC3FF" w14:textId="77777777" w:rsidR="00B43122" w:rsidRPr="00B7305F" w:rsidRDefault="00B43122" w:rsidP="00521B69">
      <w:pPr>
        <w:spacing w:after="0"/>
        <w:ind w:left="0" w:firstLine="709"/>
        <w:jc w:val="both"/>
        <w:rPr>
          <w:rFonts w:cs="Times New Roman"/>
          <w:color w:val="000000" w:themeColor="text1"/>
          <w:lang w:val="uk-UA"/>
        </w:rPr>
      </w:pPr>
    </w:p>
    <w:p w14:paraId="7318433C" w14:textId="77777777" w:rsidR="00B43122" w:rsidRPr="00B7305F" w:rsidRDefault="00B43122" w:rsidP="00521B69">
      <w:pPr>
        <w:spacing w:after="0"/>
        <w:ind w:left="0" w:firstLine="709"/>
        <w:jc w:val="both"/>
        <w:rPr>
          <w:rFonts w:cs="Times New Roman"/>
          <w:color w:val="000000" w:themeColor="text1"/>
          <w:lang w:val="uk-UA"/>
        </w:rPr>
      </w:pPr>
    </w:p>
    <w:p w14:paraId="75A75334" w14:textId="77777777" w:rsidR="00B43122" w:rsidRPr="00B7305F" w:rsidRDefault="00B43122" w:rsidP="00521B69">
      <w:pPr>
        <w:spacing w:after="0"/>
        <w:ind w:left="0" w:firstLine="709"/>
        <w:jc w:val="both"/>
        <w:rPr>
          <w:rFonts w:cs="Times New Roman"/>
          <w:color w:val="000000" w:themeColor="text1"/>
          <w:lang w:val="uk-UA"/>
        </w:rPr>
      </w:pPr>
    </w:p>
    <w:p w14:paraId="5005F08E" w14:textId="2B04E3E3" w:rsidR="00B43122" w:rsidRPr="00B7305F" w:rsidRDefault="00B43122" w:rsidP="00521B69">
      <w:pPr>
        <w:spacing w:after="0"/>
        <w:ind w:left="0" w:firstLine="709"/>
        <w:jc w:val="both"/>
        <w:rPr>
          <w:rFonts w:cs="Times New Roman"/>
          <w:color w:val="000000" w:themeColor="text1"/>
          <w:lang w:val="uk-UA"/>
        </w:rPr>
      </w:pPr>
      <w:r w:rsidRPr="00B7305F">
        <w:rPr>
          <w:rFonts w:cs="Times New Roman"/>
          <w:color w:val="000000" w:themeColor="text1"/>
          <w:lang w:val="uk-UA"/>
        </w:rPr>
        <w:t>Доповнена реальність (</w:t>
      </w:r>
      <w:r w:rsidRPr="00B7305F">
        <w:rPr>
          <w:rFonts w:cs="Times New Roman"/>
          <w:color w:val="000000" w:themeColor="text1"/>
        </w:rPr>
        <w:t>AR</w:t>
      </w:r>
      <w:r w:rsidRPr="00B7305F">
        <w:rPr>
          <w:rFonts w:cs="Times New Roman"/>
          <w:color w:val="000000" w:themeColor="text1"/>
          <w:lang w:val="uk-UA"/>
        </w:rPr>
        <w:t>) у кіно — це технологія, яка інтегрує в реальний простір цифрові елементи (зображення, анімацію, графіку), дозволяючи глядачеві взаємодіяти з фільмом у режимі реального часу та розширювати межі традиційного перегляду.</w:t>
      </w:r>
    </w:p>
    <w:p w14:paraId="4C96EB5C" w14:textId="0E7C670F" w:rsidR="00521B69" w:rsidRPr="00B7305F" w:rsidRDefault="00521B69" w:rsidP="00521B69">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6690659B" wp14:editId="4392E78E">
            <wp:extent cx="5516880" cy="571500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43612" cy="5742692"/>
                    </a:xfrm>
                    <a:prstGeom prst="rect">
                      <a:avLst/>
                    </a:prstGeom>
                    <a:noFill/>
                    <a:ln>
                      <a:noFill/>
                    </a:ln>
                  </pic:spPr>
                </pic:pic>
              </a:graphicData>
            </a:graphic>
          </wp:inline>
        </w:drawing>
      </w:r>
    </w:p>
    <w:p w14:paraId="37E63395" w14:textId="7DFB99ED" w:rsidR="00521B69" w:rsidRPr="00B7305F" w:rsidRDefault="00521B69" w:rsidP="00A94018">
      <w:pPr>
        <w:spacing w:after="0"/>
        <w:ind w:left="0" w:firstLine="709"/>
        <w:jc w:val="both"/>
        <w:rPr>
          <w:rFonts w:cs="Times New Roman"/>
          <w:color w:val="000000" w:themeColor="text1"/>
          <w:lang w:val="uk-UA"/>
        </w:rPr>
      </w:pPr>
    </w:p>
    <w:p w14:paraId="6A5B4478" w14:textId="77777777" w:rsidR="00B43122" w:rsidRPr="00B7305F" w:rsidRDefault="00B43122" w:rsidP="00A94018">
      <w:pPr>
        <w:spacing w:after="0"/>
        <w:ind w:left="0" w:firstLine="709"/>
        <w:jc w:val="both"/>
        <w:rPr>
          <w:rFonts w:cs="Times New Roman"/>
          <w:color w:val="000000" w:themeColor="text1"/>
          <w:lang w:val="ru-RU"/>
        </w:rPr>
      </w:pPr>
    </w:p>
    <w:p w14:paraId="297A6599" w14:textId="77777777" w:rsidR="00B43122" w:rsidRPr="00B7305F" w:rsidRDefault="00B43122" w:rsidP="00A94018">
      <w:pPr>
        <w:spacing w:after="0"/>
        <w:ind w:left="0" w:firstLine="709"/>
        <w:jc w:val="both"/>
        <w:rPr>
          <w:rFonts w:cs="Times New Roman"/>
          <w:color w:val="000000" w:themeColor="text1"/>
          <w:lang w:val="ru-RU"/>
        </w:rPr>
      </w:pPr>
    </w:p>
    <w:p w14:paraId="0E98A130" w14:textId="77777777" w:rsidR="00B43122" w:rsidRPr="00B7305F" w:rsidRDefault="00B43122" w:rsidP="00A94018">
      <w:pPr>
        <w:spacing w:after="0"/>
        <w:ind w:left="0" w:firstLine="709"/>
        <w:jc w:val="both"/>
        <w:rPr>
          <w:rFonts w:cs="Times New Roman"/>
          <w:color w:val="000000" w:themeColor="text1"/>
          <w:lang w:val="ru-RU"/>
        </w:rPr>
      </w:pPr>
    </w:p>
    <w:p w14:paraId="1B8C6E6C" w14:textId="1446B804" w:rsidR="00567595" w:rsidRPr="00B7305F" w:rsidRDefault="00567595" w:rsidP="00B43122">
      <w:pPr>
        <w:spacing w:after="0"/>
        <w:ind w:left="0"/>
        <w:jc w:val="both"/>
        <w:rPr>
          <w:rFonts w:cs="Times New Roman"/>
          <w:color w:val="000000" w:themeColor="text1"/>
          <w:lang w:val="uk-UA"/>
        </w:rPr>
      </w:pPr>
      <w:r w:rsidRPr="00B7305F">
        <w:rPr>
          <w:rFonts w:cs="Times New Roman"/>
          <w:color w:val="000000" w:themeColor="text1"/>
          <w:lang w:val="uk-UA"/>
        </w:rPr>
        <w:t xml:space="preserve">У столичному музейному комплексі </w:t>
      </w:r>
      <w:r w:rsidR="00CD416D" w:rsidRPr="00B7305F">
        <w:rPr>
          <w:rFonts w:cs="Times New Roman"/>
          <w:color w:val="000000" w:themeColor="text1"/>
          <w:lang w:val="uk-UA"/>
        </w:rPr>
        <w:t>«</w:t>
      </w:r>
      <w:r w:rsidRPr="00B7305F">
        <w:rPr>
          <w:rFonts w:cs="Times New Roman"/>
          <w:color w:val="000000" w:themeColor="text1"/>
          <w:lang w:val="uk-UA"/>
        </w:rPr>
        <w:t>Мистецький Арсенал</w:t>
      </w:r>
      <w:r w:rsidR="00CD416D" w:rsidRPr="00B7305F">
        <w:rPr>
          <w:rFonts w:cs="Times New Roman"/>
          <w:color w:val="000000" w:themeColor="text1"/>
          <w:lang w:val="uk-UA"/>
        </w:rPr>
        <w:t>»</w:t>
      </w:r>
      <w:r w:rsidRPr="00B7305F">
        <w:rPr>
          <w:rFonts w:cs="Times New Roman"/>
          <w:color w:val="000000" w:themeColor="text1"/>
          <w:lang w:val="uk-UA"/>
        </w:rPr>
        <w:t xml:space="preserve"> представили бельгійський інноваційний VR-театр CREW, що створює художню реальність на межі театру, науки та нових медіа.</w:t>
      </w:r>
    </w:p>
    <w:p w14:paraId="00894F6E" w14:textId="0132959B" w:rsidR="00567595" w:rsidRPr="00B7305F" w:rsidRDefault="00567595" w:rsidP="00567595">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0DA15011" wp14:editId="000CCA0C">
            <wp:extent cx="5591051" cy="5029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04998" cy="5041746"/>
                    </a:xfrm>
                    <a:prstGeom prst="rect">
                      <a:avLst/>
                    </a:prstGeom>
                    <a:noFill/>
                    <a:ln>
                      <a:noFill/>
                    </a:ln>
                  </pic:spPr>
                </pic:pic>
              </a:graphicData>
            </a:graphic>
          </wp:inline>
        </w:drawing>
      </w:r>
    </w:p>
    <w:p w14:paraId="5DF26F83" w14:textId="77777777" w:rsidR="00B43122" w:rsidRPr="00B7305F" w:rsidRDefault="00567595" w:rsidP="00A94018">
      <w:pPr>
        <w:spacing w:after="0"/>
        <w:ind w:left="0" w:firstLine="709"/>
        <w:jc w:val="both"/>
        <w:rPr>
          <w:rFonts w:cs="Times New Roman"/>
          <w:color w:val="000000" w:themeColor="text1"/>
          <w:lang w:val="uk-UA"/>
        </w:rPr>
      </w:pPr>
      <w:r w:rsidRPr="00B7305F">
        <w:rPr>
          <w:rFonts w:cs="Times New Roman"/>
          <w:color w:val="000000" w:themeColor="text1"/>
          <w:lang w:val="uk-UA"/>
        </w:rPr>
        <w:t xml:space="preserve"> </w:t>
      </w:r>
    </w:p>
    <w:p w14:paraId="5CDC1111" w14:textId="77777777" w:rsidR="00B43122" w:rsidRPr="00B7305F" w:rsidRDefault="00B43122" w:rsidP="00A94018">
      <w:pPr>
        <w:spacing w:after="0"/>
        <w:ind w:left="0" w:firstLine="709"/>
        <w:jc w:val="both"/>
        <w:rPr>
          <w:rFonts w:cs="Times New Roman"/>
          <w:color w:val="000000" w:themeColor="text1"/>
          <w:lang w:val="uk-UA"/>
        </w:rPr>
      </w:pPr>
    </w:p>
    <w:p w14:paraId="490BB308" w14:textId="77777777" w:rsidR="00B43122" w:rsidRPr="00B7305F" w:rsidRDefault="00B43122" w:rsidP="00A94018">
      <w:pPr>
        <w:spacing w:after="0"/>
        <w:ind w:left="0" w:firstLine="709"/>
        <w:jc w:val="both"/>
        <w:rPr>
          <w:rFonts w:cs="Times New Roman"/>
          <w:color w:val="000000" w:themeColor="text1"/>
          <w:lang w:val="uk-UA"/>
        </w:rPr>
      </w:pPr>
    </w:p>
    <w:p w14:paraId="0DE414BA" w14:textId="77777777" w:rsidR="00B43122" w:rsidRPr="00B7305F" w:rsidRDefault="00B43122" w:rsidP="00A94018">
      <w:pPr>
        <w:spacing w:after="0"/>
        <w:ind w:left="0" w:firstLine="709"/>
        <w:jc w:val="both"/>
        <w:rPr>
          <w:rFonts w:cs="Times New Roman"/>
          <w:color w:val="000000" w:themeColor="text1"/>
          <w:lang w:val="uk-UA"/>
        </w:rPr>
      </w:pPr>
    </w:p>
    <w:p w14:paraId="35D774A3" w14:textId="77777777" w:rsidR="00B43122" w:rsidRPr="00B7305F" w:rsidRDefault="00B43122" w:rsidP="00A94018">
      <w:pPr>
        <w:spacing w:after="0"/>
        <w:ind w:left="0" w:firstLine="709"/>
        <w:jc w:val="both"/>
        <w:rPr>
          <w:rFonts w:cs="Times New Roman"/>
          <w:color w:val="000000" w:themeColor="text1"/>
          <w:lang w:val="uk-UA"/>
        </w:rPr>
      </w:pPr>
    </w:p>
    <w:p w14:paraId="5F208CBB" w14:textId="77777777" w:rsidR="00B43122" w:rsidRPr="00B7305F" w:rsidRDefault="00B43122" w:rsidP="00A94018">
      <w:pPr>
        <w:spacing w:after="0"/>
        <w:ind w:left="0" w:firstLine="709"/>
        <w:jc w:val="both"/>
        <w:rPr>
          <w:rFonts w:cs="Times New Roman"/>
          <w:color w:val="000000" w:themeColor="text1"/>
          <w:lang w:val="uk-UA"/>
        </w:rPr>
      </w:pPr>
    </w:p>
    <w:p w14:paraId="379CBA5E" w14:textId="77777777" w:rsidR="00B43122" w:rsidRPr="00B7305F" w:rsidRDefault="00B43122" w:rsidP="00A94018">
      <w:pPr>
        <w:spacing w:after="0"/>
        <w:ind w:left="0" w:firstLine="709"/>
        <w:jc w:val="both"/>
        <w:rPr>
          <w:rFonts w:cs="Times New Roman"/>
          <w:color w:val="000000" w:themeColor="text1"/>
          <w:lang w:val="uk-UA"/>
        </w:rPr>
      </w:pPr>
    </w:p>
    <w:p w14:paraId="17EFA2EE" w14:textId="77777777" w:rsidR="00B43122" w:rsidRPr="00B7305F" w:rsidRDefault="00B43122" w:rsidP="00A94018">
      <w:pPr>
        <w:spacing w:after="0"/>
        <w:ind w:left="0" w:firstLine="709"/>
        <w:jc w:val="both"/>
        <w:rPr>
          <w:rFonts w:cs="Times New Roman"/>
          <w:color w:val="000000" w:themeColor="text1"/>
          <w:lang w:val="uk-UA"/>
        </w:rPr>
      </w:pPr>
    </w:p>
    <w:p w14:paraId="40A95D52" w14:textId="77777777" w:rsidR="00B43122" w:rsidRPr="00B7305F" w:rsidRDefault="00B43122" w:rsidP="00A94018">
      <w:pPr>
        <w:spacing w:after="0"/>
        <w:ind w:left="0" w:firstLine="709"/>
        <w:jc w:val="both"/>
        <w:rPr>
          <w:rFonts w:cs="Times New Roman"/>
          <w:color w:val="000000" w:themeColor="text1"/>
          <w:lang w:val="uk-UA"/>
        </w:rPr>
      </w:pPr>
    </w:p>
    <w:p w14:paraId="628FA752" w14:textId="2E44B537" w:rsidR="00567595" w:rsidRPr="00B7305F" w:rsidRDefault="00B43122" w:rsidP="00B43122">
      <w:pPr>
        <w:spacing w:after="0"/>
        <w:ind w:left="0"/>
        <w:jc w:val="both"/>
        <w:rPr>
          <w:rFonts w:cs="Times New Roman"/>
          <w:color w:val="000000" w:themeColor="text1"/>
          <w:lang w:val="uk-UA"/>
        </w:rPr>
      </w:pPr>
      <w:r w:rsidRPr="00B7305F">
        <w:rPr>
          <w:rFonts w:cs="Times New Roman"/>
          <w:color w:val="000000" w:themeColor="text1"/>
          <w:lang w:val="uk-UA"/>
        </w:rPr>
        <w:t xml:space="preserve">Віртуальна реальність (VR) у кіно — це технологія, яка занурює глядача у повністю створений цифровий простір, де він може оглядатися навколо та взаємодіяти з подіями фільму, відчуваючи ефект присутності всередині сюжету. </w:t>
      </w:r>
      <w:r w:rsidR="00567595" w:rsidRPr="00B7305F">
        <w:rPr>
          <w:rFonts w:cs="Times New Roman"/>
          <w:noProof/>
          <w:color w:val="000000" w:themeColor="text1"/>
          <w:lang w:val="uk-UA"/>
        </w:rPr>
        <w:drawing>
          <wp:inline distT="0" distB="0" distL="0" distR="0" wp14:anchorId="4609019C" wp14:editId="40318718">
            <wp:extent cx="5629275" cy="48863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39284" cy="4895013"/>
                    </a:xfrm>
                    <a:prstGeom prst="rect">
                      <a:avLst/>
                    </a:prstGeom>
                    <a:noFill/>
                    <a:ln>
                      <a:noFill/>
                    </a:ln>
                  </pic:spPr>
                </pic:pic>
              </a:graphicData>
            </a:graphic>
          </wp:inline>
        </w:drawing>
      </w:r>
    </w:p>
    <w:p w14:paraId="3F4ADC01" w14:textId="77777777" w:rsidR="00B43122" w:rsidRPr="00B7305F" w:rsidRDefault="00B43122" w:rsidP="00567595">
      <w:pPr>
        <w:spacing w:after="0"/>
        <w:ind w:left="0" w:firstLine="709"/>
        <w:jc w:val="both"/>
        <w:rPr>
          <w:rFonts w:cs="Times New Roman"/>
          <w:color w:val="000000" w:themeColor="text1"/>
          <w:lang w:val="uk-UA"/>
        </w:rPr>
      </w:pPr>
    </w:p>
    <w:p w14:paraId="74A1D3D9" w14:textId="77777777" w:rsidR="00B43122" w:rsidRPr="00B7305F" w:rsidRDefault="00B43122" w:rsidP="00567595">
      <w:pPr>
        <w:spacing w:after="0"/>
        <w:ind w:left="0" w:firstLine="709"/>
        <w:jc w:val="both"/>
        <w:rPr>
          <w:rFonts w:cs="Times New Roman"/>
          <w:color w:val="000000" w:themeColor="text1"/>
          <w:lang w:val="uk-UA"/>
        </w:rPr>
      </w:pPr>
    </w:p>
    <w:p w14:paraId="332E5DFC" w14:textId="77777777" w:rsidR="00B43122" w:rsidRPr="00B7305F" w:rsidRDefault="00B43122" w:rsidP="00567595">
      <w:pPr>
        <w:spacing w:after="0"/>
        <w:ind w:left="0" w:firstLine="709"/>
        <w:jc w:val="both"/>
        <w:rPr>
          <w:rFonts w:cs="Times New Roman"/>
          <w:color w:val="000000" w:themeColor="text1"/>
          <w:lang w:val="uk-UA"/>
        </w:rPr>
      </w:pPr>
    </w:p>
    <w:p w14:paraId="49395F8A" w14:textId="77777777" w:rsidR="00B43122" w:rsidRPr="00B7305F" w:rsidRDefault="00B43122" w:rsidP="00567595">
      <w:pPr>
        <w:spacing w:after="0"/>
        <w:ind w:left="0" w:firstLine="709"/>
        <w:jc w:val="both"/>
        <w:rPr>
          <w:rFonts w:cs="Times New Roman"/>
          <w:color w:val="000000" w:themeColor="text1"/>
          <w:lang w:val="uk-UA"/>
        </w:rPr>
      </w:pPr>
    </w:p>
    <w:p w14:paraId="296811D7" w14:textId="77777777" w:rsidR="00B43122" w:rsidRPr="00B7305F" w:rsidRDefault="00B43122" w:rsidP="00567595">
      <w:pPr>
        <w:spacing w:after="0"/>
        <w:ind w:left="0" w:firstLine="709"/>
        <w:jc w:val="both"/>
        <w:rPr>
          <w:rFonts w:cs="Times New Roman"/>
          <w:color w:val="000000" w:themeColor="text1"/>
          <w:lang w:val="uk-UA"/>
        </w:rPr>
      </w:pPr>
    </w:p>
    <w:p w14:paraId="2DC0C4F9" w14:textId="77777777" w:rsidR="00B43122" w:rsidRPr="00B7305F" w:rsidRDefault="00B43122" w:rsidP="00567595">
      <w:pPr>
        <w:spacing w:after="0"/>
        <w:ind w:left="0" w:firstLine="709"/>
        <w:jc w:val="both"/>
        <w:rPr>
          <w:rFonts w:cs="Times New Roman"/>
          <w:color w:val="000000" w:themeColor="text1"/>
          <w:lang w:val="uk-UA"/>
        </w:rPr>
      </w:pPr>
    </w:p>
    <w:p w14:paraId="63F24571" w14:textId="2D54D646" w:rsidR="00B43122" w:rsidRPr="00B7305F" w:rsidRDefault="00B43122" w:rsidP="00567595">
      <w:pPr>
        <w:spacing w:after="0"/>
        <w:ind w:left="0" w:firstLine="709"/>
        <w:jc w:val="both"/>
        <w:rPr>
          <w:rFonts w:cs="Times New Roman"/>
          <w:color w:val="000000" w:themeColor="text1"/>
          <w:lang w:val="uk-UA"/>
        </w:rPr>
      </w:pPr>
      <w:r w:rsidRPr="00B7305F">
        <w:rPr>
          <w:rFonts w:cs="Times New Roman"/>
          <w:color w:val="000000" w:themeColor="text1"/>
          <w:lang w:val="uk-UA"/>
        </w:rPr>
        <w:t>Сучасний театр з LED-екранами — це сценічна практика, де великі світлодіодні панелі використовуються як динамічне тло або інтерактивний елемент постановки. Вони дозволяють змінювати декорації миттєво, створювати візуальні ефекти, занурювати глядача в різні простори та інтегрувати відео, анімацію й графіку без фізичних конструкцій, розширюючи художню мову сучасного театру.</w:t>
      </w:r>
    </w:p>
    <w:p w14:paraId="6A08F1C8" w14:textId="77777777" w:rsidR="00B43122" w:rsidRPr="00B7305F" w:rsidRDefault="00B43122" w:rsidP="00567595">
      <w:pPr>
        <w:spacing w:after="0"/>
        <w:ind w:left="0" w:firstLine="709"/>
        <w:jc w:val="both"/>
        <w:rPr>
          <w:rFonts w:cs="Times New Roman"/>
          <w:color w:val="000000" w:themeColor="text1"/>
          <w:lang w:val="uk-UA"/>
        </w:rPr>
      </w:pPr>
    </w:p>
    <w:p w14:paraId="01F1944E" w14:textId="399E8ABC" w:rsidR="00B43122" w:rsidRPr="00B7305F" w:rsidRDefault="00B43122" w:rsidP="00B43122">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00957D39" wp14:editId="1B94F37A">
            <wp:extent cx="5549265" cy="42672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53264" cy="4270275"/>
                    </a:xfrm>
                    <a:prstGeom prst="rect">
                      <a:avLst/>
                    </a:prstGeom>
                    <a:noFill/>
                    <a:ln>
                      <a:noFill/>
                    </a:ln>
                  </pic:spPr>
                </pic:pic>
              </a:graphicData>
            </a:graphic>
          </wp:inline>
        </w:drawing>
      </w:r>
    </w:p>
    <w:p w14:paraId="7821C3C3" w14:textId="13DFF8FA" w:rsidR="00B43122" w:rsidRPr="00B7305F" w:rsidRDefault="00B43122" w:rsidP="00B43122">
      <w:pPr>
        <w:spacing w:after="0"/>
        <w:ind w:left="0" w:firstLine="709"/>
        <w:jc w:val="both"/>
        <w:rPr>
          <w:rFonts w:cs="Times New Roman"/>
          <w:i/>
          <w:iCs/>
          <w:color w:val="000000" w:themeColor="text1"/>
          <w:lang w:val="uk-UA"/>
        </w:rPr>
      </w:pPr>
      <w:r w:rsidRPr="00B7305F">
        <w:rPr>
          <w:rFonts w:cs="Times New Roman"/>
          <w:i/>
          <w:iCs/>
          <w:color w:val="000000" w:themeColor="text1"/>
          <w:lang w:val="uk-UA"/>
        </w:rPr>
        <w:t>Театр із викори</w:t>
      </w:r>
      <w:r w:rsidR="008D0343" w:rsidRPr="00B7305F">
        <w:rPr>
          <w:rFonts w:cs="Times New Roman"/>
          <w:i/>
          <w:iCs/>
          <w:color w:val="000000" w:themeColor="text1"/>
          <w:lang w:val="uk-UA"/>
        </w:rPr>
        <w:t>с</w:t>
      </w:r>
      <w:r w:rsidRPr="00B7305F">
        <w:rPr>
          <w:rFonts w:cs="Times New Roman"/>
          <w:i/>
          <w:iCs/>
          <w:color w:val="000000" w:themeColor="text1"/>
          <w:lang w:val="uk-UA"/>
        </w:rPr>
        <w:t>тання LED екранами без жодної декорації тільки екрани</w:t>
      </w:r>
    </w:p>
    <w:p w14:paraId="425FF811" w14:textId="77777777" w:rsidR="00B43122" w:rsidRPr="00B7305F" w:rsidRDefault="00B43122" w:rsidP="00B43122">
      <w:pPr>
        <w:spacing w:after="0"/>
        <w:ind w:left="0" w:firstLine="709"/>
        <w:jc w:val="both"/>
        <w:rPr>
          <w:rFonts w:cs="Times New Roman"/>
          <w:i/>
          <w:iCs/>
          <w:color w:val="000000" w:themeColor="text1"/>
          <w:lang w:val="uk-UA"/>
        </w:rPr>
      </w:pPr>
      <w:r w:rsidRPr="00B7305F">
        <w:rPr>
          <w:rFonts w:cs="Times New Roman"/>
          <w:i/>
          <w:iCs/>
          <w:color w:val="000000" w:themeColor="text1"/>
          <w:lang w:val="uk-UA"/>
        </w:rPr>
        <w:t>На зображенні показано виставу в театрі Joburg Theatre у Йоганнесбурзі, Південна Африка.</w:t>
      </w:r>
    </w:p>
    <w:p w14:paraId="54916626" w14:textId="77777777" w:rsidR="00567595" w:rsidRPr="00B7305F" w:rsidRDefault="00567595" w:rsidP="00A94018">
      <w:pPr>
        <w:spacing w:after="0"/>
        <w:ind w:left="0" w:firstLine="709"/>
        <w:jc w:val="both"/>
        <w:rPr>
          <w:rFonts w:cs="Times New Roman"/>
          <w:color w:val="000000" w:themeColor="text1"/>
          <w:lang w:val="ru-RU"/>
        </w:rPr>
      </w:pPr>
    </w:p>
    <w:p w14:paraId="0A4124E7" w14:textId="77777777" w:rsidR="00864E33" w:rsidRPr="00B7305F" w:rsidRDefault="00864E33" w:rsidP="00A94018">
      <w:pPr>
        <w:spacing w:after="0"/>
        <w:ind w:left="0" w:firstLine="709"/>
        <w:jc w:val="both"/>
        <w:rPr>
          <w:rFonts w:cs="Times New Roman"/>
          <w:color w:val="000000" w:themeColor="text1"/>
          <w:lang w:val="ru-RU"/>
        </w:rPr>
      </w:pPr>
    </w:p>
    <w:p w14:paraId="053640E6" w14:textId="77777777" w:rsidR="00864E33" w:rsidRPr="00B7305F" w:rsidRDefault="00864E33" w:rsidP="00A94018">
      <w:pPr>
        <w:spacing w:after="0"/>
        <w:ind w:left="0" w:firstLine="709"/>
        <w:jc w:val="both"/>
        <w:rPr>
          <w:rFonts w:cs="Times New Roman"/>
          <w:color w:val="000000" w:themeColor="text1"/>
          <w:lang w:val="ru-RU"/>
        </w:rPr>
      </w:pPr>
    </w:p>
    <w:p w14:paraId="5EAA8620" w14:textId="5B873181" w:rsidR="00864E33" w:rsidRPr="00B7305F" w:rsidRDefault="00864E33" w:rsidP="00A94018">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Театральне мистецтво. Епічний театр Бертольда Брехта (Німеччина)“Матінка Кураж та її діти” У своїй творчості він змушував глядача аналізувати те, що відбувається на сцені. Застосову</w:t>
      </w:r>
      <w:r w:rsidR="00EB5741" w:rsidRPr="00B7305F">
        <w:rPr>
          <w:rFonts w:cs="Times New Roman"/>
          <w:color w:val="000000" w:themeColor="text1"/>
          <w:lang w:val="uk-UA"/>
        </w:rPr>
        <w:t>ється</w:t>
      </w:r>
      <w:r w:rsidRPr="00B7305F">
        <w:rPr>
          <w:rFonts w:cs="Times New Roman"/>
          <w:color w:val="000000" w:themeColor="text1"/>
          <w:lang w:val="uk-UA"/>
        </w:rPr>
        <w:t xml:space="preserve"> ефект “відчуження”: розгляд загальновідомих істин із нетрадиційної точки зору, звернення до аудиторії, виконання пісень, не пов’язаних із сюжетом, чергування віршів і прози, діалогів і пісень, заміна декорації при відкритій завісі, використання масок.</w:t>
      </w:r>
    </w:p>
    <w:p w14:paraId="3320BC9E" w14:textId="5CB1FEBB" w:rsidR="00864E33" w:rsidRPr="00B7305F" w:rsidRDefault="00864E33" w:rsidP="00864E33">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24D5A4D1" wp14:editId="3A13E866">
            <wp:extent cx="5648325" cy="583882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48325" cy="5838825"/>
                    </a:xfrm>
                    <a:prstGeom prst="rect">
                      <a:avLst/>
                    </a:prstGeom>
                    <a:noFill/>
                    <a:ln>
                      <a:noFill/>
                    </a:ln>
                  </pic:spPr>
                </pic:pic>
              </a:graphicData>
            </a:graphic>
          </wp:inline>
        </w:drawing>
      </w:r>
    </w:p>
    <w:p w14:paraId="1FB9E3D3" w14:textId="77777777" w:rsidR="00864E33" w:rsidRPr="00B7305F" w:rsidRDefault="00864E33" w:rsidP="00A94018">
      <w:pPr>
        <w:spacing w:after="0"/>
        <w:ind w:left="0" w:firstLine="709"/>
        <w:jc w:val="both"/>
        <w:rPr>
          <w:rFonts w:cs="Times New Roman"/>
          <w:color w:val="000000" w:themeColor="text1"/>
          <w:lang w:val="uk-UA"/>
        </w:rPr>
      </w:pPr>
    </w:p>
    <w:p w14:paraId="13B27492" w14:textId="77777777" w:rsidR="007B2D32" w:rsidRPr="00B7305F" w:rsidRDefault="007B2D32" w:rsidP="00A94018">
      <w:pPr>
        <w:spacing w:after="0"/>
        <w:ind w:left="0" w:firstLine="709"/>
        <w:jc w:val="both"/>
        <w:rPr>
          <w:rFonts w:cs="Times New Roman"/>
          <w:color w:val="000000" w:themeColor="text1"/>
          <w:lang w:val="uk-UA"/>
        </w:rPr>
      </w:pPr>
    </w:p>
    <w:p w14:paraId="592A3CDC" w14:textId="77777777" w:rsidR="007B2D32" w:rsidRPr="00B7305F" w:rsidRDefault="007B2D32" w:rsidP="007B2D32">
      <w:pPr>
        <w:spacing w:after="0"/>
        <w:ind w:left="0" w:firstLine="709"/>
        <w:jc w:val="both"/>
        <w:rPr>
          <w:rFonts w:cs="Times New Roman"/>
          <w:color w:val="000000" w:themeColor="text1"/>
          <w:lang w:val="uk-UA"/>
        </w:rPr>
      </w:pPr>
      <w:r w:rsidRPr="00B7305F">
        <w:rPr>
          <w:rFonts w:cs="Times New Roman"/>
          <w:color w:val="000000" w:themeColor="text1"/>
          <w:lang w:val="uk-UA"/>
        </w:rPr>
        <w:lastRenderedPageBreak/>
        <w:t>Кінематограф — один із наймолодших видів мистецтва, що виник на межі XIX–XX століть. Його поява стала результатом технічного прогресу, розвитку фотографії, оптики та механіки. Перші кінострічки братів Люм’єр започаткували нову форму художнього висловлювання, у якій поєдналися зображення, рух, монтаж і згодом — звук. З часом кіно перетворилося на потужний засіб комунікації, впливу й творчого експерименту, сформувавши власну мову та окрему сферу культури.</w:t>
      </w:r>
    </w:p>
    <w:p w14:paraId="59B59CAE" w14:textId="04EB7D15" w:rsidR="007B2D32" w:rsidRPr="00B7305F" w:rsidRDefault="007B2D32" w:rsidP="007B2D32">
      <w:pPr>
        <w:spacing w:after="0"/>
        <w:ind w:left="0" w:firstLine="709"/>
        <w:jc w:val="both"/>
        <w:rPr>
          <w:rFonts w:cs="Times New Roman"/>
          <w:color w:val="000000" w:themeColor="text1"/>
          <w:lang w:val="uk-UA"/>
        </w:rPr>
      </w:pPr>
      <w:r w:rsidRPr="00B7305F">
        <w:rPr>
          <w:rFonts w:cs="Times New Roman"/>
          <w:noProof/>
          <w:color w:val="000000" w:themeColor="text1"/>
          <w:lang w:val="uk-UA"/>
        </w:rPr>
        <w:drawing>
          <wp:inline distT="0" distB="0" distL="0" distR="0" wp14:anchorId="7DA90F1C" wp14:editId="32D07802">
            <wp:extent cx="6083300" cy="40195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083300" cy="4019550"/>
                    </a:xfrm>
                    <a:prstGeom prst="rect">
                      <a:avLst/>
                    </a:prstGeom>
                    <a:noFill/>
                    <a:ln>
                      <a:noFill/>
                    </a:ln>
                  </pic:spPr>
                </pic:pic>
              </a:graphicData>
            </a:graphic>
          </wp:inline>
        </w:drawing>
      </w:r>
    </w:p>
    <w:p w14:paraId="18760624" w14:textId="77777777" w:rsidR="007B2D32" w:rsidRPr="00B7305F" w:rsidRDefault="007B2D32" w:rsidP="00A94018">
      <w:pPr>
        <w:spacing w:after="0"/>
        <w:ind w:left="0" w:firstLine="709"/>
        <w:jc w:val="both"/>
        <w:rPr>
          <w:rFonts w:cs="Times New Roman"/>
          <w:color w:val="000000" w:themeColor="text1"/>
          <w:lang w:val="ru-RU"/>
        </w:rPr>
      </w:pPr>
    </w:p>
    <w:sectPr w:rsidR="007B2D32" w:rsidRPr="00B7305F" w:rsidSect="0043565D">
      <w:pgSz w:w="12240" w:h="15840" w:code="1"/>
      <w:pgMar w:top="1134" w:right="567" w:bottom="1134" w:left="1418" w:header="720" w:footer="720" w:gutter="0"/>
      <w:pgNumType w:start="3"/>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2F143" w14:textId="77777777" w:rsidR="0018178E" w:rsidRDefault="0018178E" w:rsidP="00D613D3">
      <w:pPr>
        <w:spacing w:after="0" w:line="240" w:lineRule="auto"/>
      </w:pPr>
      <w:r>
        <w:separator/>
      </w:r>
    </w:p>
  </w:endnote>
  <w:endnote w:type="continuationSeparator" w:id="0">
    <w:p w14:paraId="60CB7C11" w14:textId="77777777" w:rsidR="0018178E" w:rsidRDefault="0018178E" w:rsidP="00D613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7B533" w14:textId="1C300C53" w:rsidR="0081093B" w:rsidRPr="006305B1" w:rsidRDefault="0081093B" w:rsidP="006305B1">
    <w:pPr>
      <w:pStyle w:val="a7"/>
      <w:ind w:left="0"/>
      <w:rPr>
        <w:lang w:val="ru-R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53081" w14:textId="77777777" w:rsidR="0018178E" w:rsidRDefault="0018178E" w:rsidP="00D613D3">
      <w:pPr>
        <w:spacing w:after="0" w:line="240" w:lineRule="auto"/>
      </w:pPr>
      <w:r>
        <w:separator/>
      </w:r>
    </w:p>
  </w:footnote>
  <w:footnote w:type="continuationSeparator" w:id="0">
    <w:p w14:paraId="72DEF4FF" w14:textId="77777777" w:rsidR="0018178E" w:rsidRDefault="0018178E" w:rsidP="00D613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4520916"/>
      <w:docPartObj>
        <w:docPartGallery w:val="Page Numbers (Top of Page)"/>
        <w:docPartUnique/>
      </w:docPartObj>
    </w:sdtPr>
    <w:sdtContent>
      <w:p w14:paraId="5C77E56A" w14:textId="20C825B2" w:rsidR="00272B3F" w:rsidRDefault="00272B3F">
        <w:pPr>
          <w:pStyle w:val="a5"/>
          <w:jc w:val="right"/>
        </w:pPr>
        <w:r>
          <w:fldChar w:fldCharType="begin"/>
        </w:r>
        <w:r>
          <w:instrText>PAGE   \* MERGEFORMAT</w:instrText>
        </w:r>
        <w:r>
          <w:fldChar w:fldCharType="separate"/>
        </w:r>
        <w:r>
          <w:rPr>
            <w:lang w:val="uk-UA"/>
          </w:rPr>
          <w:t>2</w:t>
        </w:r>
        <w:r>
          <w:fldChar w:fldCharType="end"/>
        </w:r>
      </w:p>
    </w:sdtContent>
  </w:sdt>
  <w:p w14:paraId="0096EB72" w14:textId="77777777" w:rsidR="00F03508" w:rsidRPr="006305B1" w:rsidRDefault="00F03508">
    <w:pPr>
      <w:pStyle w:val="a5"/>
      <w:rPr>
        <w:lang w:val="ru-RU"/>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2517B" w14:textId="7570D53A" w:rsidR="0043565D" w:rsidRDefault="0043565D">
    <w:pPr>
      <w:pStyle w:val="a5"/>
      <w:jc w:val="right"/>
    </w:pPr>
  </w:p>
  <w:p w14:paraId="1996FB17" w14:textId="45A1316F" w:rsidR="00272B3F" w:rsidRPr="00272B3F" w:rsidRDefault="00272B3F" w:rsidP="00272B3F">
    <w:pPr>
      <w:pStyle w:val="a5"/>
      <w:ind w:left="0"/>
      <w:jc w:val="right"/>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5023EB8"/>
    <w:multiLevelType w:val="multilevel"/>
    <w:tmpl w:val="D996D914"/>
    <w:lvl w:ilvl="0">
      <w:start w:val="1"/>
      <w:numFmt w:val="decimal"/>
      <w:lvlText w:val="%1."/>
      <w:lvlJc w:val="left"/>
      <w:pPr>
        <w:ind w:left="420" w:hanging="420"/>
      </w:pPr>
      <w:rPr>
        <w:rFonts w:hint="default"/>
        <w:b w:val="0"/>
      </w:rPr>
    </w:lvl>
    <w:lvl w:ilvl="1">
      <w:start w:val="3"/>
      <w:numFmt w:val="decimal"/>
      <w:lvlText w:val="%1.%2."/>
      <w:lvlJc w:val="left"/>
      <w:pPr>
        <w:ind w:left="720" w:hanging="72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0" w15:restartNumberingAfterBreak="0">
    <w:nsid w:val="09CA3E4C"/>
    <w:multiLevelType w:val="hybridMultilevel"/>
    <w:tmpl w:val="6A0CE4AA"/>
    <w:lvl w:ilvl="0" w:tplc="06600B86">
      <w:numFmt w:val="bullet"/>
      <w:lvlText w:val="-"/>
      <w:lvlJc w:val="left"/>
      <w:pPr>
        <w:ind w:left="720" w:hanging="360"/>
      </w:pPr>
      <w:rPr>
        <w:rFonts w:ascii="Times New Roman" w:eastAsiaTheme="minorEastAsia"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0B2F2B25"/>
    <w:multiLevelType w:val="hybridMultilevel"/>
    <w:tmpl w:val="4E1851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0C902A0E"/>
    <w:multiLevelType w:val="hybridMultilevel"/>
    <w:tmpl w:val="2010889E"/>
    <w:lvl w:ilvl="0" w:tplc="6BD659B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3" w15:restartNumberingAfterBreak="0">
    <w:nsid w:val="0F0F5683"/>
    <w:multiLevelType w:val="hybridMultilevel"/>
    <w:tmpl w:val="CB12FDB0"/>
    <w:lvl w:ilvl="0" w:tplc="9536D8F4">
      <w:start w:val="1"/>
      <w:numFmt w:val="decimal"/>
      <w:lvlText w:val="%1."/>
      <w:lvlJc w:val="left"/>
      <w:pPr>
        <w:ind w:left="915" w:hanging="360"/>
      </w:pPr>
      <w:rPr>
        <w:rFonts w:hint="default"/>
      </w:rPr>
    </w:lvl>
    <w:lvl w:ilvl="1" w:tplc="04220019" w:tentative="1">
      <w:start w:val="1"/>
      <w:numFmt w:val="lowerLetter"/>
      <w:lvlText w:val="%2."/>
      <w:lvlJc w:val="left"/>
      <w:pPr>
        <w:ind w:left="1635" w:hanging="360"/>
      </w:pPr>
    </w:lvl>
    <w:lvl w:ilvl="2" w:tplc="0422001B" w:tentative="1">
      <w:start w:val="1"/>
      <w:numFmt w:val="lowerRoman"/>
      <w:lvlText w:val="%3."/>
      <w:lvlJc w:val="right"/>
      <w:pPr>
        <w:ind w:left="2355" w:hanging="180"/>
      </w:pPr>
    </w:lvl>
    <w:lvl w:ilvl="3" w:tplc="0422000F" w:tentative="1">
      <w:start w:val="1"/>
      <w:numFmt w:val="decimal"/>
      <w:lvlText w:val="%4."/>
      <w:lvlJc w:val="left"/>
      <w:pPr>
        <w:ind w:left="3075" w:hanging="360"/>
      </w:pPr>
    </w:lvl>
    <w:lvl w:ilvl="4" w:tplc="04220019" w:tentative="1">
      <w:start w:val="1"/>
      <w:numFmt w:val="lowerLetter"/>
      <w:lvlText w:val="%5."/>
      <w:lvlJc w:val="left"/>
      <w:pPr>
        <w:ind w:left="3795" w:hanging="360"/>
      </w:pPr>
    </w:lvl>
    <w:lvl w:ilvl="5" w:tplc="0422001B" w:tentative="1">
      <w:start w:val="1"/>
      <w:numFmt w:val="lowerRoman"/>
      <w:lvlText w:val="%6."/>
      <w:lvlJc w:val="right"/>
      <w:pPr>
        <w:ind w:left="4515" w:hanging="180"/>
      </w:pPr>
    </w:lvl>
    <w:lvl w:ilvl="6" w:tplc="0422000F" w:tentative="1">
      <w:start w:val="1"/>
      <w:numFmt w:val="decimal"/>
      <w:lvlText w:val="%7."/>
      <w:lvlJc w:val="left"/>
      <w:pPr>
        <w:ind w:left="5235" w:hanging="360"/>
      </w:pPr>
    </w:lvl>
    <w:lvl w:ilvl="7" w:tplc="04220019" w:tentative="1">
      <w:start w:val="1"/>
      <w:numFmt w:val="lowerLetter"/>
      <w:lvlText w:val="%8."/>
      <w:lvlJc w:val="left"/>
      <w:pPr>
        <w:ind w:left="5955" w:hanging="360"/>
      </w:pPr>
    </w:lvl>
    <w:lvl w:ilvl="8" w:tplc="0422001B" w:tentative="1">
      <w:start w:val="1"/>
      <w:numFmt w:val="lowerRoman"/>
      <w:lvlText w:val="%9."/>
      <w:lvlJc w:val="right"/>
      <w:pPr>
        <w:ind w:left="6675" w:hanging="180"/>
      </w:pPr>
    </w:lvl>
  </w:abstractNum>
  <w:abstractNum w:abstractNumId="14" w15:restartNumberingAfterBreak="0">
    <w:nsid w:val="2BF0463B"/>
    <w:multiLevelType w:val="hybridMultilevel"/>
    <w:tmpl w:val="0CDA8C76"/>
    <w:lvl w:ilvl="0" w:tplc="0422000F">
      <w:start w:val="1"/>
      <w:numFmt w:val="decimal"/>
      <w:lvlText w:val="%1."/>
      <w:lvlJc w:val="left"/>
      <w:pPr>
        <w:ind w:left="5760" w:hanging="360"/>
      </w:pPr>
    </w:lvl>
    <w:lvl w:ilvl="1" w:tplc="04220019" w:tentative="1">
      <w:start w:val="1"/>
      <w:numFmt w:val="lowerLetter"/>
      <w:lvlText w:val="%2."/>
      <w:lvlJc w:val="left"/>
      <w:pPr>
        <w:ind w:left="6480" w:hanging="360"/>
      </w:pPr>
    </w:lvl>
    <w:lvl w:ilvl="2" w:tplc="0422001B" w:tentative="1">
      <w:start w:val="1"/>
      <w:numFmt w:val="lowerRoman"/>
      <w:lvlText w:val="%3."/>
      <w:lvlJc w:val="right"/>
      <w:pPr>
        <w:ind w:left="7200" w:hanging="180"/>
      </w:pPr>
    </w:lvl>
    <w:lvl w:ilvl="3" w:tplc="0422000F" w:tentative="1">
      <w:start w:val="1"/>
      <w:numFmt w:val="decimal"/>
      <w:lvlText w:val="%4."/>
      <w:lvlJc w:val="left"/>
      <w:pPr>
        <w:ind w:left="7920" w:hanging="360"/>
      </w:pPr>
    </w:lvl>
    <w:lvl w:ilvl="4" w:tplc="04220019" w:tentative="1">
      <w:start w:val="1"/>
      <w:numFmt w:val="lowerLetter"/>
      <w:lvlText w:val="%5."/>
      <w:lvlJc w:val="left"/>
      <w:pPr>
        <w:ind w:left="8640" w:hanging="360"/>
      </w:pPr>
    </w:lvl>
    <w:lvl w:ilvl="5" w:tplc="0422001B" w:tentative="1">
      <w:start w:val="1"/>
      <w:numFmt w:val="lowerRoman"/>
      <w:lvlText w:val="%6."/>
      <w:lvlJc w:val="right"/>
      <w:pPr>
        <w:ind w:left="9360" w:hanging="180"/>
      </w:pPr>
    </w:lvl>
    <w:lvl w:ilvl="6" w:tplc="0422000F" w:tentative="1">
      <w:start w:val="1"/>
      <w:numFmt w:val="decimal"/>
      <w:lvlText w:val="%7."/>
      <w:lvlJc w:val="left"/>
      <w:pPr>
        <w:ind w:left="10080" w:hanging="360"/>
      </w:pPr>
    </w:lvl>
    <w:lvl w:ilvl="7" w:tplc="04220019" w:tentative="1">
      <w:start w:val="1"/>
      <w:numFmt w:val="lowerLetter"/>
      <w:lvlText w:val="%8."/>
      <w:lvlJc w:val="left"/>
      <w:pPr>
        <w:ind w:left="10800" w:hanging="360"/>
      </w:pPr>
    </w:lvl>
    <w:lvl w:ilvl="8" w:tplc="0422001B" w:tentative="1">
      <w:start w:val="1"/>
      <w:numFmt w:val="lowerRoman"/>
      <w:lvlText w:val="%9."/>
      <w:lvlJc w:val="right"/>
      <w:pPr>
        <w:ind w:left="11520" w:hanging="180"/>
      </w:pPr>
    </w:lvl>
  </w:abstractNum>
  <w:abstractNum w:abstractNumId="15" w15:restartNumberingAfterBreak="0">
    <w:nsid w:val="33BC764D"/>
    <w:multiLevelType w:val="hybridMultilevel"/>
    <w:tmpl w:val="FD1CE45A"/>
    <w:lvl w:ilvl="0" w:tplc="3CDC56A8">
      <w:start w:val="1"/>
      <w:numFmt w:val="decimal"/>
      <w:lvlText w:val="%1."/>
      <w:lvlJc w:val="left"/>
      <w:pPr>
        <w:ind w:left="930" w:hanging="360"/>
      </w:pPr>
      <w:rPr>
        <w:rFonts w:hint="default"/>
      </w:rPr>
    </w:lvl>
    <w:lvl w:ilvl="1" w:tplc="04220019" w:tentative="1">
      <w:start w:val="1"/>
      <w:numFmt w:val="lowerLetter"/>
      <w:lvlText w:val="%2."/>
      <w:lvlJc w:val="left"/>
      <w:pPr>
        <w:ind w:left="1650" w:hanging="360"/>
      </w:pPr>
    </w:lvl>
    <w:lvl w:ilvl="2" w:tplc="0422001B" w:tentative="1">
      <w:start w:val="1"/>
      <w:numFmt w:val="lowerRoman"/>
      <w:lvlText w:val="%3."/>
      <w:lvlJc w:val="right"/>
      <w:pPr>
        <w:ind w:left="2370" w:hanging="180"/>
      </w:pPr>
    </w:lvl>
    <w:lvl w:ilvl="3" w:tplc="0422000F" w:tentative="1">
      <w:start w:val="1"/>
      <w:numFmt w:val="decimal"/>
      <w:lvlText w:val="%4."/>
      <w:lvlJc w:val="left"/>
      <w:pPr>
        <w:ind w:left="3090" w:hanging="360"/>
      </w:pPr>
    </w:lvl>
    <w:lvl w:ilvl="4" w:tplc="04220019" w:tentative="1">
      <w:start w:val="1"/>
      <w:numFmt w:val="lowerLetter"/>
      <w:lvlText w:val="%5."/>
      <w:lvlJc w:val="left"/>
      <w:pPr>
        <w:ind w:left="3810" w:hanging="360"/>
      </w:pPr>
    </w:lvl>
    <w:lvl w:ilvl="5" w:tplc="0422001B" w:tentative="1">
      <w:start w:val="1"/>
      <w:numFmt w:val="lowerRoman"/>
      <w:lvlText w:val="%6."/>
      <w:lvlJc w:val="right"/>
      <w:pPr>
        <w:ind w:left="4530" w:hanging="180"/>
      </w:pPr>
    </w:lvl>
    <w:lvl w:ilvl="6" w:tplc="0422000F" w:tentative="1">
      <w:start w:val="1"/>
      <w:numFmt w:val="decimal"/>
      <w:lvlText w:val="%7."/>
      <w:lvlJc w:val="left"/>
      <w:pPr>
        <w:ind w:left="5250" w:hanging="360"/>
      </w:pPr>
    </w:lvl>
    <w:lvl w:ilvl="7" w:tplc="04220019" w:tentative="1">
      <w:start w:val="1"/>
      <w:numFmt w:val="lowerLetter"/>
      <w:lvlText w:val="%8."/>
      <w:lvlJc w:val="left"/>
      <w:pPr>
        <w:ind w:left="5970" w:hanging="360"/>
      </w:pPr>
    </w:lvl>
    <w:lvl w:ilvl="8" w:tplc="0422001B" w:tentative="1">
      <w:start w:val="1"/>
      <w:numFmt w:val="lowerRoman"/>
      <w:lvlText w:val="%9."/>
      <w:lvlJc w:val="right"/>
      <w:pPr>
        <w:ind w:left="6690" w:hanging="180"/>
      </w:pPr>
    </w:lvl>
  </w:abstractNum>
  <w:abstractNum w:abstractNumId="16" w15:restartNumberingAfterBreak="0">
    <w:nsid w:val="3B1303A1"/>
    <w:multiLevelType w:val="hybridMultilevel"/>
    <w:tmpl w:val="164A70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E1B4A20"/>
    <w:multiLevelType w:val="hybridMultilevel"/>
    <w:tmpl w:val="0ED2E0D6"/>
    <w:lvl w:ilvl="0" w:tplc="01BCE418">
      <w:numFmt w:val="bullet"/>
      <w:lvlText w:val="-"/>
      <w:lvlJc w:val="left"/>
      <w:pPr>
        <w:ind w:left="720" w:hanging="360"/>
      </w:pPr>
      <w:rPr>
        <w:rFonts w:ascii="Times New Roman" w:eastAsiaTheme="minorEastAsia"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4F0A03A2"/>
    <w:multiLevelType w:val="hybridMultilevel"/>
    <w:tmpl w:val="AC5011E6"/>
    <w:lvl w:ilvl="0" w:tplc="3864CE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53FA5B67"/>
    <w:multiLevelType w:val="hybridMultilevel"/>
    <w:tmpl w:val="C3D2DA5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542A1279"/>
    <w:multiLevelType w:val="hybridMultilevel"/>
    <w:tmpl w:val="2378F7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A132653"/>
    <w:multiLevelType w:val="hybridMultilevel"/>
    <w:tmpl w:val="7DEA11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AD7027F"/>
    <w:multiLevelType w:val="hybridMultilevel"/>
    <w:tmpl w:val="E070E3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6DA110FE"/>
    <w:multiLevelType w:val="hybridMultilevel"/>
    <w:tmpl w:val="ACD05104"/>
    <w:lvl w:ilvl="0" w:tplc="0A7EDDC0">
      <w:start w:val="1"/>
      <w:numFmt w:val="decimal"/>
      <w:lvlText w:val="%1."/>
      <w:lvlJc w:val="left"/>
      <w:pPr>
        <w:ind w:left="1225" w:hanging="360"/>
      </w:pPr>
      <w:rPr>
        <w:rFonts w:hint="default"/>
      </w:rPr>
    </w:lvl>
    <w:lvl w:ilvl="1" w:tplc="04220019" w:tentative="1">
      <w:start w:val="1"/>
      <w:numFmt w:val="lowerLetter"/>
      <w:lvlText w:val="%2."/>
      <w:lvlJc w:val="left"/>
      <w:pPr>
        <w:ind w:left="1945" w:hanging="360"/>
      </w:pPr>
    </w:lvl>
    <w:lvl w:ilvl="2" w:tplc="0422001B" w:tentative="1">
      <w:start w:val="1"/>
      <w:numFmt w:val="lowerRoman"/>
      <w:lvlText w:val="%3."/>
      <w:lvlJc w:val="right"/>
      <w:pPr>
        <w:ind w:left="2665" w:hanging="180"/>
      </w:pPr>
    </w:lvl>
    <w:lvl w:ilvl="3" w:tplc="0422000F" w:tentative="1">
      <w:start w:val="1"/>
      <w:numFmt w:val="decimal"/>
      <w:lvlText w:val="%4."/>
      <w:lvlJc w:val="left"/>
      <w:pPr>
        <w:ind w:left="3385" w:hanging="360"/>
      </w:pPr>
    </w:lvl>
    <w:lvl w:ilvl="4" w:tplc="04220019" w:tentative="1">
      <w:start w:val="1"/>
      <w:numFmt w:val="lowerLetter"/>
      <w:lvlText w:val="%5."/>
      <w:lvlJc w:val="left"/>
      <w:pPr>
        <w:ind w:left="4105" w:hanging="360"/>
      </w:pPr>
    </w:lvl>
    <w:lvl w:ilvl="5" w:tplc="0422001B" w:tentative="1">
      <w:start w:val="1"/>
      <w:numFmt w:val="lowerRoman"/>
      <w:lvlText w:val="%6."/>
      <w:lvlJc w:val="right"/>
      <w:pPr>
        <w:ind w:left="4825" w:hanging="180"/>
      </w:pPr>
    </w:lvl>
    <w:lvl w:ilvl="6" w:tplc="0422000F" w:tentative="1">
      <w:start w:val="1"/>
      <w:numFmt w:val="decimal"/>
      <w:lvlText w:val="%7."/>
      <w:lvlJc w:val="left"/>
      <w:pPr>
        <w:ind w:left="5545" w:hanging="360"/>
      </w:pPr>
    </w:lvl>
    <w:lvl w:ilvl="7" w:tplc="04220019" w:tentative="1">
      <w:start w:val="1"/>
      <w:numFmt w:val="lowerLetter"/>
      <w:lvlText w:val="%8."/>
      <w:lvlJc w:val="left"/>
      <w:pPr>
        <w:ind w:left="6265" w:hanging="360"/>
      </w:pPr>
    </w:lvl>
    <w:lvl w:ilvl="8" w:tplc="0422001B" w:tentative="1">
      <w:start w:val="1"/>
      <w:numFmt w:val="lowerRoman"/>
      <w:lvlText w:val="%9."/>
      <w:lvlJc w:val="right"/>
      <w:pPr>
        <w:ind w:left="6985" w:hanging="180"/>
      </w:pPr>
    </w:lvl>
  </w:abstractNum>
  <w:abstractNum w:abstractNumId="24" w15:restartNumberingAfterBreak="0">
    <w:nsid w:val="71F227E7"/>
    <w:multiLevelType w:val="multilevel"/>
    <w:tmpl w:val="C1F8EF18"/>
    <w:lvl w:ilvl="0">
      <w:start w:val="1"/>
      <w:numFmt w:val="decimal"/>
      <w:lvlText w:val="%1."/>
      <w:lvlJc w:val="left"/>
      <w:pPr>
        <w:tabs>
          <w:tab w:val="num" w:pos="927"/>
        </w:tabs>
        <w:ind w:left="927" w:hanging="360"/>
      </w:pPr>
      <w:rPr>
        <w:rFonts w:ascii="Times New Roman" w:eastAsiaTheme="minorEastAsia"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63E6DA8"/>
    <w:multiLevelType w:val="multilevel"/>
    <w:tmpl w:val="1F78B72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7BF36CD0"/>
    <w:multiLevelType w:val="hybridMultilevel"/>
    <w:tmpl w:val="075EF7DC"/>
    <w:lvl w:ilvl="0" w:tplc="60F625A2">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653727455">
    <w:abstractNumId w:val="8"/>
  </w:num>
  <w:num w:numId="2" w16cid:durableId="1040595076">
    <w:abstractNumId w:val="6"/>
  </w:num>
  <w:num w:numId="3" w16cid:durableId="1361008954">
    <w:abstractNumId w:val="5"/>
  </w:num>
  <w:num w:numId="4" w16cid:durableId="1814371297">
    <w:abstractNumId w:val="4"/>
  </w:num>
  <w:num w:numId="5" w16cid:durableId="116414160">
    <w:abstractNumId w:val="7"/>
  </w:num>
  <w:num w:numId="6" w16cid:durableId="245042854">
    <w:abstractNumId w:val="3"/>
  </w:num>
  <w:num w:numId="7" w16cid:durableId="1770084098">
    <w:abstractNumId w:val="2"/>
  </w:num>
  <w:num w:numId="8" w16cid:durableId="73555690">
    <w:abstractNumId w:val="1"/>
  </w:num>
  <w:num w:numId="9" w16cid:durableId="1615940818">
    <w:abstractNumId w:val="0"/>
  </w:num>
  <w:num w:numId="10" w16cid:durableId="1290936492">
    <w:abstractNumId w:val="14"/>
  </w:num>
  <w:num w:numId="11" w16cid:durableId="1614165632">
    <w:abstractNumId w:val="25"/>
  </w:num>
  <w:num w:numId="12" w16cid:durableId="624698303">
    <w:abstractNumId w:val="9"/>
  </w:num>
  <w:num w:numId="13" w16cid:durableId="113258611">
    <w:abstractNumId w:val="24"/>
  </w:num>
  <w:num w:numId="14" w16cid:durableId="887572696">
    <w:abstractNumId w:val="13"/>
  </w:num>
  <w:num w:numId="15" w16cid:durableId="85928769">
    <w:abstractNumId w:val="18"/>
  </w:num>
  <w:num w:numId="16" w16cid:durableId="53940522">
    <w:abstractNumId w:val="12"/>
  </w:num>
  <w:num w:numId="17" w16cid:durableId="283390536">
    <w:abstractNumId w:val="26"/>
  </w:num>
  <w:num w:numId="18" w16cid:durableId="1494031241">
    <w:abstractNumId w:val="10"/>
  </w:num>
  <w:num w:numId="19" w16cid:durableId="10687215">
    <w:abstractNumId w:val="17"/>
  </w:num>
  <w:num w:numId="20" w16cid:durableId="2037462728">
    <w:abstractNumId w:val="19"/>
  </w:num>
  <w:num w:numId="21" w16cid:durableId="388648005">
    <w:abstractNumId w:val="21"/>
  </w:num>
  <w:num w:numId="22" w16cid:durableId="1245339887">
    <w:abstractNumId w:val="22"/>
  </w:num>
  <w:num w:numId="23" w16cid:durableId="1242329105">
    <w:abstractNumId w:val="23"/>
  </w:num>
  <w:num w:numId="24" w16cid:durableId="1784953716">
    <w:abstractNumId w:val="16"/>
  </w:num>
  <w:num w:numId="25" w16cid:durableId="993683560">
    <w:abstractNumId w:val="15"/>
  </w:num>
  <w:num w:numId="26" w16cid:durableId="1313871923">
    <w:abstractNumId w:val="20"/>
  </w:num>
  <w:num w:numId="27" w16cid:durableId="5972576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048F0"/>
    <w:rsid w:val="0000612E"/>
    <w:rsid w:val="00012438"/>
    <w:rsid w:val="00034616"/>
    <w:rsid w:val="000374E9"/>
    <w:rsid w:val="00045696"/>
    <w:rsid w:val="00051286"/>
    <w:rsid w:val="00051784"/>
    <w:rsid w:val="0006063C"/>
    <w:rsid w:val="00063326"/>
    <w:rsid w:val="0006445C"/>
    <w:rsid w:val="00085FFC"/>
    <w:rsid w:val="000A6CBC"/>
    <w:rsid w:val="000C1EC7"/>
    <w:rsid w:val="000C3DFD"/>
    <w:rsid w:val="000E3118"/>
    <w:rsid w:val="0010382C"/>
    <w:rsid w:val="0010444F"/>
    <w:rsid w:val="001225B2"/>
    <w:rsid w:val="0013464E"/>
    <w:rsid w:val="0015074B"/>
    <w:rsid w:val="00152830"/>
    <w:rsid w:val="00163D41"/>
    <w:rsid w:val="0018178E"/>
    <w:rsid w:val="001D52AC"/>
    <w:rsid w:val="001F4BC5"/>
    <w:rsid w:val="002061C7"/>
    <w:rsid w:val="00207716"/>
    <w:rsid w:val="00230D80"/>
    <w:rsid w:val="002443BF"/>
    <w:rsid w:val="002673E5"/>
    <w:rsid w:val="00272B3F"/>
    <w:rsid w:val="0029445A"/>
    <w:rsid w:val="00294FA4"/>
    <w:rsid w:val="0029639D"/>
    <w:rsid w:val="002A7210"/>
    <w:rsid w:val="002B298E"/>
    <w:rsid w:val="00303754"/>
    <w:rsid w:val="003143B7"/>
    <w:rsid w:val="00317664"/>
    <w:rsid w:val="00326F90"/>
    <w:rsid w:val="00331A2C"/>
    <w:rsid w:val="00380B63"/>
    <w:rsid w:val="003831DC"/>
    <w:rsid w:val="0039501A"/>
    <w:rsid w:val="003C14F4"/>
    <w:rsid w:val="003D33BF"/>
    <w:rsid w:val="003E1BB0"/>
    <w:rsid w:val="003E718F"/>
    <w:rsid w:val="003F4B9A"/>
    <w:rsid w:val="003F66A0"/>
    <w:rsid w:val="00414270"/>
    <w:rsid w:val="0043565D"/>
    <w:rsid w:val="00436FC2"/>
    <w:rsid w:val="0044395C"/>
    <w:rsid w:val="00443AFD"/>
    <w:rsid w:val="004441B9"/>
    <w:rsid w:val="00460229"/>
    <w:rsid w:val="00475263"/>
    <w:rsid w:val="00480420"/>
    <w:rsid w:val="004B0283"/>
    <w:rsid w:val="004C2BBF"/>
    <w:rsid w:val="004E7B5B"/>
    <w:rsid w:val="004F25F9"/>
    <w:rsid w:val="004F661F"/>
    <w:rsid w:val="00502A8C"/>
    <w:rsid w:val="00511844"/>
    <w:rsid w:val="005128A4"/>
    <w:rsid w:val="00516DF2"/>
    <w:rsid w:val="00521B69"/>
    <w:rsid w:val="00530A7E"/>
    <w:rsid w:val="005448CC"/>
    <w:rsid w:val="00567595"/>
    <w:rsid w:val="00592519"/>
    <w:rsid w:val="00593B7D"/>
    <w:rsid w:val="005E2DD5"/>
    <w:rsid w:val="005E6EED"/>
    <w:rsid w:val="005F56A6"/>
    <w:rsid w:val="00602983"/>
    <w:rsid w:val="00605A4C"/>
    <w:rsid w:val="00610098"/>
    <w:rsid w:val="0061415C"/>
    <w:rsid w:val="006305B1"/>
    <w:rsid w:val="0065790D"/>
    <w:rsid w:val="0066118A"/>
    <w:rsid w:val="0066386B"/>
    <w:rsid w:val="00692232"/>
    <w:rsid w:val="00692654"/>
    <w:rsid w:val="00695907"/>
    <w:rsid w:val="006A5EBD"/>
    <w:rsid w:val="006A6CC1"/>
    <w:rsid w:val="006B7712"/>
    <w:rsid w:val="006E27B3"/>
    <w:rsid w:val="006E37E9"/>
    <w:rsid w:val="00702E23"/>
    <w:rsid w:val="00703ADA"/>
    <w:rsid w:val="00723EAC"/>
    <w:rsid w:val="00745D3A"/>
    <w:rsid w:val="00753CD9"/>
    <w:rsid w:val="00763022"/>
    <w:rsid w:val="007B02E3"/>
    <w:rsid w:val="007B2D32"/>
    <w:rsid w:val="007C39BE"/>
    <w:rsid w:val="007E2F55"/>
    <w:rsid w:val="007E3F7F"/>
    <w:rsid w:val="007E6142"/>
    <w:rsid w:val="008005EB"/>
    <w:rsid w:val="008051B5"/>
    <w:rsid w:val="0081093B"/>
    <w:rsid w:val="0081557A"/>
    <w:rsid w:val="0081598D"/>
    <w:rsid w:val="00825CCF"/>
    <w:rsid w:val="008464A7"/>
    <w:rsid w:val="008522E8"/>
    <w:rsid w:val="008618BE"/>
    <w:rsid w:val="00864E33"/>
    <w:rsid w:val="00865FAA"/>
    <w:rsid w:val="0088316A"/>
    <w:rsid w:val="008D0343"/>
    <w:rsid w:val="008D42A3"/>
    <w:rsid w:val="00903E07"/>
    <w:rsid w:val="00905F39"/>
    <w:rsid w:val="00910FFD"/>
    <w:rsid w:val="00930466"/>
    <w:rsid w:val="0094691E"/>
    <w:rsid w:val="009617FF"/>
    <w:rsid w:val="00964F8A"/>
    <w:rsid w:val="00965E74"/>
    <w:rsid w:val="009A5929"/>
    <w:rsid w:val="009D21BD"/>
    <w:rsid w:val="009E0C26"/>
    <w:rsid w:val="009F3536"/>
    <w:rsid w:val="009F49D8"/>
    <w:rsid w:val="009F69B3"/>
    <w:rsid w:val="009F7774"/>
    <w:rsid w:val="00A03E73"/>
    <w:rsid w:val="00A13E69"/>
    <w:rsid w:val="00A524CF"/>
    <w:rsid w:val="00A6639C"/>
    <w:rsid w:val="00A740EA"/>
    <w:rsid w:val="00A75C81"/>
    <w:rsid w:val="00A94018"/>
    <w:rsid w:val="00A97A5E"/>
    <w:rsid w:val="00AA1D8D"/>
    <w:rsid w:val="00AA5D14"/>
    <w:rsid w:val="00AA6398"/>
    <w:rsid w:val="00AC2E05"/>
    <w:rsid w:val="00AC636E"/>
    <w:rsid w:val="00AD1AA3"/>
    <w:rsid w:val="00AD4B7E"/>
    <w:rsid w:val="00AF34B3"/>
    <w:rsid w:val="00AF6019"/>
    <w:rsid w:val="00B00293"/>
    <w:rsid w:val="00B0125A"/>
    <w:rsid w:val="00B203E0"/>
    <w:rsid w:val="00B22B08"/>
    <w:rsid w:val="00B43122"/>
    <w:rsid w:val="00B471F3"/>
    <w:rsid w:val="00B47730"/>
    <w:rsid w:val="00B60D90"/>
    <w:rsid w:val="00B61686"/>
    <w:rsid w:val="00B658EF"/>
    <w:rsid w:val="00B7305F"/>
    <w:rsid w:val="00B94069"/>
    <w:rsid w:val="00B977FA"/>
    <w:rsid w:val="00BA2E28"/>
    <w:rsid w:val="00BB6F63"/>
    <w:rsid w:val="00BB703D"/>
    <w:rsid w:val="00BD1CE7"/>
    <w:rsid w:val="00BD2CFE"/>
    <w:rsid w:val="00C362BA"/>
    <w:rsid w:val="00C65EFC"/>
    <w:rsid w:val="00C95306"/>
    <w:rsid w:val="00CB0664"/>
    <w:rsid w:val="00CD416D"/>
    <w:rsid w:val="00CD5BA1"/>
    <w:rsid w:val="00CE4253"/>
    <w:rsid w:val="00CF525C"/>
    <w:rsid w:val="00D03382"/>
    <w:rsid w:val="00D123F9"/>
    <w:rsid w:val="00D366F3"/>
    <w:rsid w:val="00D47F91"/>
    <w:rsid w:val="00D613D3"/>
    <w:rsid w:val="00D61E2D"/>
    <w:rsid w:val="00D6710D"/>
    <w:rsid w:val="00D877C7"/>
    <w:rsid w:val="00D87D4A"/>
    <w:rsid w:val="00D96A92"/>
    <w:rsid w:val="00DA0328"/>
    <w:rsid w:val="00DB261B"/>
    <w:rsid w:val="00DB2933"/>
    <w:rsid w:val="00DB4CCA"/>
    <w:rsid w:val="00DC0546"/>
    <w:rsid w:val="00DE233C"/>
    <w:rsid w:val="00E3536F"/>
    <w:rsid w:val="00E42697"/>
    <w:rsid w:val="00E5649F"/>
    <w:rsid w:val="00E769E9"/>
    <w:rsid w:val="00EB2868"/>
    <w:rsid w:val="00EB5741"/>
    <w:rsid w:val="00ED1DE6"/>
    <w:rsid w:val="00F03508"/>
    <w:rsid w:val="00F16D78"/>
    <w:rsid w:val="00F34367"/>
    <w:rsid w:val="00F377AD"/>
    <w:rsid w:val="00F416B5"/>
    <w:rsid w:val="00F42F49"/>
    <w:rsid w:val="00F44D6A"/>
    <w:rsid w:val="00F60135"/>
    <w:rsid w:val="00F666AF"/>
    <w:rsid w:val="00F75356"/>
    <w:rsid w:val="00FC08A3"/>
    <w:rsid w:val="00FC4E7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BB32CF9"/>
  <w14:defaultImageDpi w14:val="300"/>
  <w15:docId w15:val="{CB150BAD-81EA-4010-8252-1E6A5E845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HAnsi"/>
        <w:sz w:val="28"/>
        <w:szCs w:val="28"/>
        <w:lang w:val="en-US" w:eastAsia="en-US" w:bidi="ar-SA"/>
      </w:rPr>
    </w:rPrDefault>
    <w:pPrDefault>
      <w:pPr>
        <w:spacing w:after="120" w:line="360" w:lineRule="auto"/>
        <w:ind w:left="85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EB2868"/>
    <w:rPr>
      <w:rFonts w:ascii="Times New Roman" w:hAnsi="Times New Roman"/>
    </w:rPr>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ind w:left="851"/>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ind w:left="360"/>
      <w:contextualSpacing/>
    </w:pPr>
  </w:style>
  <w:style w:type="paragraph" w:styleId="26">
    <w:name w:val="List Continue 2"/>
    <w:basedOn w:val="a1"/>
    <w:uiPriority w:val="99"/>
    <w:unhideWhenUsed/>
    <w:rsid w:val="0029639D"/>
    <w:pPr>
      <w:ind w:left="720"/>
      <w:contextualSpacing/>
    </w:pPr>
  </w:style>
  <w:style w:type="paragraph" w:styleId="36">
    <w:name w:val="List Continue 3"/>
    <w:basedOn w:val="a1"/>
    <w:uiPriority w:val="99"/>
    <w:unhideWhenUsed/>
    <w:rsid w:val="0029639D"/>
    <w:pPr>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0">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a">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0">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7">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b">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8">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c">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a">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d">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b">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e">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c">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b">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f">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d">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f0">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e">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a">
    <w:name w:val="Hyperlink"/>
    <w:basedOn w:val="a2"/>
    <w:uiPriority w:val="99"/>
    <w:unhideWhenUsed/>
    <w:rsid w:val="000C1EC7"/>
    <w:rPr>
      <w:color w:val="0000FF" w:themeColor="hyperlink"/>
      <w:u w:val="single"/>
    </w:rPr>
  </w:style>
  <w:style w:type="character" w:styleId="affb">
    <w:name w:val="Unresolved Mention"/>
    <w:basedOn w:val="a2"/>
    <w:uiPriority w:val="99"/>
    <w:semiHidden/>
    <w:unhideWhenUsed/>
    <w:rsid w:val="000C1EC7"/>
    <w:rPr>
      <w:color w:val="605E5C"/>
      <w:shd w:val="clear" w:color="auto" w:fill="E1DFDD"/>
    </w:rPr>
  </w:style>
  <w:style w:type="paragraph" w:customStyle="1" w:styleId="affc">
    <w:name w:val="Магистерская"/>
    <w:basedOn w:val="a1"/>
    <w:link w:val="affd"/>
    <w:qFormat/>
    <w:rsid w:val="00D613D3"/>
    <w:pPr>
      <w:spacing w:before="30" w:afterLines="30" w:after="80"/>
      <w:ind w:left="0" w:firstLine="708"/>
    </w:pPr>
    <w:rPr>
      <w:rFonts w:eastAsia="Calibri" w:cs="Times New Roman"/>
      <w:lang w:val="uk-UA"/>
    </w:rPr>
  </w:style>
  <w:style w:type="character" w:customStyle="1" w:styleId="affd">
    <w:name w:val="Магистерская Знак"/>
    <w:link w:val="affc"/>
    <w:rsid w:val="00D613D3"/>
    <w:rPr>
      <w:rFonts w:ascii="Times New Roman" w:eastAsia="Calibri" w:hAnsi="Times New Roman" w:cs="Times New Roman"/>
      <w:lang w:val="uk-UA"/>
    </w:rPr>
  </w:style>
  <w:style w:type="paragraph" w:styleId="affe">
    <w:name w:val="Normal (Web)"/>
    <w:basedOn w:val="a1"/>
    <w:uiPriority w:val="99"/>
    <w:unhideWhenUsed/>
    <w:rsid w:val="00DB2933"/>
    <w:pPr>
      <w:spacing w:before="100" w:beforeAutospacing="1" w:after="100" w:afterAutospacing="1" w:line="240" w:lineRule="auto"/>
      <w:ind w:left="0"/>
    </w:pPr>
    <w:rPr>
      <w:rFonts w:eastAsia="Times New Roman" w:cs="Times New Roman"/>
      <w:sz w:val="24"/>
      <w:szCs w:val="24"/>
      <w:lang w:val="ru-RU" w:eastAsia="ru-RU"/>
    </w:rPr>
  </w:style>
  <w:style w:type="paragraph" w:customStyle="1" w:styleId="docdata">
    <w:name w:val="docdata"/>
    <w:aliases w:val="docy,v5,33071,baiaagaaboqcaaaddx8aaawdfwaaaaaaaaaaaaaaaaaaaaaaaaaaaaaaaaaaaaaaaaaaaaaaaaaaaaaaaaaaaaaaaaaaaaaaaaaaaaaaaaaaaaaaaaaaaaaaaaaaaaaaaaaaaaaaaaaaaaaaaaaaaaaaaaaaaaaaaaaaaaaaaaaaaaaaaaaaaaaaaaaaaaaaaaaaaaaaaaaaaaaaaaaaaaaaaaaaaaaaaaaaaaa"/>
    <w:basedOn w:val="a1"/>
    <w:rsid w:val="00DB2933"/>
    <w:pPr>
      <w:spacing w:before="100" w:beforeAutospacing="1" w:after="100" w:afterAutospacing="1" w:line="240" w:lineRule="auto"/>
      <w:ind w:left="0"/>
    </w:pPr>
    <w:rPr>
      <w:rFonts w:eastAsia="Times New Roman" w:cs="Times New Roman"/>
      <w:sz w:val="24"/>
      <w:szCs w:val="24"/>
      <w:lang w:val="uk-UA" w:eastAsia="uk-UA"/>
    </w:rPr>
  </w:style>
  <w:style w:type="character" w:styleId="afff">
    <w:name w:val="FollowedHyperlink"/>
    <w:basedOn w:val="a2"/>
    <w:uiPriority w:val="99"/>
    <w:semiHidden/>
    <w:unhideWhenUsed/>
    <w:rsid w:val="0066386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21906">
      <w:bodyDiv w:val="1"/>
      <w:marLeft w:val="0"/>
      <w:marRight w:val="0"/>
      <w:marTop w:val="0"/>
      <w:marBottom w:val="0"/>
      <w:divBdr>
        <w:top w:val="none" w:sz="0" w:space="0" w:color="auto"/>
        <w:left w:val="none" w:sz="0" w:space="0" w:color="auto"/>
        <w:bottom w:val="none" w:sz="0" w:space="0" w:color="auto"/>
        <w:right w:val="none" w:sz="0" w:space="0" w:color="auto"/>
      </w:divBdr>
    </w:div>
    <w:div w:id="48647874">
      <w:bodyDiv w:val="1"/>
      <w:marLeft w:val="0"/>
      <w:marRight w:val="0"/>
      <w:marTop w:val="0"/>
      <w:marBottom w:val="0"/>
      <w:divBdr>
        <w:top w:val="none" w:sz="0" w:space="0" w:color="auto"/>
        <w:left w:val="none" w:sz="0" w:space="0" w:color="auto"/>
        <w:bottom w:val="none" w:sz="0" w:space="0" w:color="auto"/>
        <w:right w:val="none" w:sz="0" w:space="0" w:color="auto"/>
      </w:divBdr>
    </w:div>
    <w:div w:id="100882251">
      <w:bodyDiv w:val="1"/>
      <w:marLeft w:val="0"/>
      <w:marRight w:val="0"/>
      <w:marTop w:val="0"/>
      <w:marBottom w:val="0"/>
      <w:divBdr>
        <w:top w:val="none" w:sz="0" w:space="0" w:color="auto"/>
        <w:left w:val="none" w:sz="0" w:space="0" w:color="auto"/>
        <w:bottom w:val="none" w:sz="0" w:space="0" w:color="auto"/>
        <w:right w:val="none" w:sz="0" w:space="0" w:color="auto"/>
      </w:divBdr>
    </w:div>
    <w:div w:id="144784169">
      <w:bodyDiv w:val="1"/>
      <w:marLeft w:val="0"/>
      <w:marRight w:val="0"/>
      <w:marTop w:val="0"/>
      <w:marBottom w:val="0"/>
      <w:divBdr>
        <w:top w:val="none" w:sz="0" w:space="0" w:color="auto"/>
        <w:left w:val="none" w:sz="0" w:space="0" w:color="auto"/>
        <w:bottom w:val="none" w:sz="0" w:space="0" w:color="auto"/>
        <w:right w:val="none" w:sz="0" w:space="0" w:color="auto"/>
      </w:divBdr>
    </w:div>
    <w:div w:id="147748901">
      <w:bodyDiv w:val="1"/>
      <w:marLeft w:val="0"/>
      <w:marRight w:val="0"/>
      <w:marTop w:val="0"/>
      <w:marBottom w:val="0"/>
      <w:divBdr>
        <w:top w:val="none" w:sz="0" w:space="0" w:color="auto"/>
        <w:left w:val="none" w:sz="0" w:space="0" w:color="auto"/>
        <w:bottom w:val="none" w:sz="0" w:space="0" w:color="auto"/>
        <w:right w:val="none" w:sz="0" w:space="0" w:color="auto"/>
      </w:divBdr>
    </w:div>
    <w:div w:id="175384743">
      <w:bodyDiv w:val="1"/>
      <w:marLeft w:val="0"/>
      <w:marRight w:val="0"/>
      <w:marTop w:val="0"/>
      <w:marBottom w:val="0"/>
      <w:divBdr>
        <w:top w:val="none" w:sz="0" w:space="0" w:color="auto"/>
        <w:left w:val="none" w:sz="0" w:space="0" w:color="auto"/>
        <w:bottom w:val="none" w:sz="0" w:space="0" w:color="auto"/>
        <w:right w:val="none" w:sz="0" w:space="0" w:color="auto"/>
      </w:divBdr>
    </w:div>
    <w:div w:id="286589851">
      <w:bodyDiv w:val="1"/>
      <w:marLeft w:val="0"/>
      <w:marRight w:val="0"/>
      <w:marTop w:val="0"/>
      <w:marBottom w:val="0"/>
      <w:divBdr>
        <w:top w:val="none" w:sz="0" w:space="0" w:color="auto"/>
        <w:left w:val="none" w:sz="0" w:space="0" w:color="auto"/>
        <w:bottom w:val="none" w:sz="0" w:space="0" w:color="auto"/>
        <w:right w:val="none" w:sz="0" w:space="0" w:color="auto"/>
      </w:divBdr>
    </w:div>
    <w:div w:id="294602169">
      <w:bodyDiv w:val="1"/>
      <w:marLeft w:val="0"/>
      <w:marRight w:val="0"/>
      <w:marTop w:val="0"/>
      <w:marBottom w:val="0"/>
      <w:divBdr>
        <w:top w:val="none" w:sz="0" w:space="0" w:color="auto"/>
        <w:left w:val="none" w:sz="0" w:space="0" w:color="auto"/>
        <w:bottom w:val="none" w:sz="0" w:space="0" w:color="auto"/>
        <w:right w:val="none" w:sz="0" w:space="0" w:color="auto"/>
      </w:divBdr>
    </w:div>
    <w:div w:id="334505238">
      <w:bodyDiv w:val="1"/>
      <w:marLeft w:val="0"/>
      <w:marRight w:val="0"/>
      <w:marTop w:val="0"/>
      <w:marBottom w:val="0"/>
      <w:divBdr>
        <w:top w:val="none" w:sz="0" w:space="0" w:color="auto"/>
        <w:left w:val="none" w:sz="0" w:space="0" w:color="auto"/>
        <w:bottom w:val="none" w:sz="0" w:space="0" w:color="auto"/>
        <w:right w:val="none" w:sz="0" w:space="0" w:color="auto"/>
      </w:divBdr>
      <w:divsChild>
        <w:div w:id="1132599395">
          <w:marLeft w:val="0"/>
          <w:marRight w:val="0"/>
          <w:marTop w:val="0"/>
          <w:marBottom w:val="0"/>
          <w:divBdr>
            <w:top w:val="none" w:sz="0" w:space="0" w:color="auto"/>
            <w:left w:val="none" w:sz="0" w:space="0" w:color="auto"/>
            <w:bottom w:val="none" w:sz="0" w:space="0" w:color="auto"/>
            <w:right w:val="none" w:sz="0" w:space="0" w:color="auto"/>
          </w:divBdr>
          <w:divsChild>
            <w:div w:id="1541939844">
              <w:marLeft w:val="0"/>
              <w:marRight w:val="0"/>
              <w:marTop w:val="0"/>
              <w:marBottom w:val="0"/>
              <w:divBdr>
                <w:top w:val="none" w:sz="0" w:space="0" w:color="auto"/>
                <w:left w:val="none" w:sz="0" w:space="0" w:color="auto"/>
                <w:bottom w:val="none" w:sz="0" w:space="0" w:color="auto"/>
                <w:right w:val="none" w:sz="0" w:space="0" w:color="auto"/>
              </w:divBdr>
              <w:divsChild>
                <w:div w:id="2111267919">
                  <w:marLeft w:val="0"/>
                  <w:marRight w:val="0"/>
                  <w:marTop w:val="0"/>
                  <w:marBottom w:val="0"/>
                  <w:divBdr>
                    <w:top w:val="none" w:sz="0" w:space="0" w:color="auto"/>
                    <w:left w:val="none" w:sz="0" w:space="0" w:color="auto"/>
                    <w:bottom w:val="none" w:sz="0" w:space="0" w:color="auto"/>
                    <w:right w:val="none" w:sz="0" w:space="0" w:color="auto"/>
                  </w:divBdr>
                  <w:divsChild>
                    <w:div w:id="1194729678">
                      <w:marLeft w:val="0"/>
                      <w:marRight w:val="0"/>
                      <w:marTop w:val="0"/>
                      <w:marBottom w:val="0"/>
                      <w:divBdr>
                        <w:top w:val="none" w:sz="0" w:space="0" w:color="auto"/>
                        <w:left w:val="none" w:sz="0" w:space="0" w:color="auto"/>
                        <w:bottom w:val="none" w:sz="0" w:space="0" w:color="auto"/>
                        <w:right w:val="none" w:sz="0" w:space="0" w:color="auto"/>
                      </w:divBdr>
                      <w:divsChild>
                        <w:div w:id="705719088">
                          <w:marLeft w:val="0"/>
                          <w:marRight w:val="0"/>
                          <w:marTop w:val="0"/>
                          <w:marBottom w:val="0"/>
                          <w:divBdr>
                            <w:top w:val="none" w:sz="0" w:space="0" w:color="auto"/>
                            <w:left w:val="none" w:sz="0" w:space="0" w:color="auto"/>
                            <w:bottom w:val="none" w:sz="0" w:space="0" w:color="auto"/>
                            <w:right w:val="none" w:sz="0" w:space="0" w:color="auto"/>
                          </w:divBdr>
                          <w:divsChild>
                            <w:div w:id="119048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878183">
          <w:marLeft w:val="0"/>
          <w:marRight w:val="0"/>
          <w:marTop w:val="0"/>
          <w:marBottom w:val="0"/>
          <w:divBdr>
            <w:top w:val="none" w:sz="0" w:space="0" w:color="auto"/>
            <w:left w:val="none" w:sz="0" w:space="0" w:color="auto"/>
            <w:bottom w:val="none" w:sz="0" w:space="0" w:color="auto"/>
            <w:right w:val="none" w:sz="0" w:space="0" w:color="auto"/>
          </w:divBdr>
          <w:divsChild>
            <w:div w:id="764304548">
              <w:marLeft w:val="0"/>
              <w:marRight w:val="0"/>
              <w:marTop w:val="0"/>
              <w:marBottom w:val="0"/>
              <w:divBdr>
                <w:top w:val="none" w:sz="0" w:space="0" w:color="auto"/>
                <w:left w:val="none" w:sz="0" w:space="0" w:color="auto"/>
                <w:bottom w:val="none" w:sz="0" w:space="0" w:color="auto"/>
                <w:right w:val="none" w:sz="0" w:space="0" w:color="auto"/>
              </w:divBdr>
              <w:divsChild>
                <w:div w:id="1684815534">
                  <w:marLeft w:val="0"/>
                  <w:marRight w:val="0"/>
                  <w:marTop w:val="0"/>
                  <w:marBottom w:val="0"/>
                  <w:divBdr>
                    <w:top w:val="none" w:sz="0" w:space="0" w:color="auto"/>
                    <w:left w:val="none" w:sz="0" w:space="0" w:color="auto"/>
                    <w:bottom w:val="none" w:sz="0" w:space="0" w:color="auto"/>
                    <w:right w:val="none" w:sz="0" w:space="0" w:color="auto"/>
                  </w:divBdr>
                  <w:divsChild>
                    <w:div w:id="475418542">
                      <w:marLeft w:val="0"/>
                      <w:marRight w:val="0"/>
                      <w:marTop w:val="0"/>
                      <w:marBottom w:val="0"/>
                      <w:divBdr>
                        <w:top w:val="none" w:sz="0" w:space="0" w:color="auto"/>
                        <w:left w:val="none" w:sz="0" w:space="0" w:color="auto"/>
                        <w:bottom w:val="none" w:sz="0" w:space="0" w:color="auto"/>
                        <w:right w:val="none" w:sz="0" w:space="0" w:color="auto"/>
                      </w:divBdr>
                      <w:divsChild>
                        <w:div w:id="929120198">
                          <w:marLeft w:val="0"/>
                          <w:marRight w:val="0"/>
                          <w:marTop w:val="0"/>
                          <w:marBottom w:val="0"/>
                          <w:divBdr>
                            <w:top w:val="none" w:sz="0" w:space="0" w:color="auto"/>
                            <w:left w:val="none" w:sz="0" w:space="0" w:color="auto"/>
                            <w:bottom w:val="none" w:sz="0" w:space="0" w:color="auto"/>
                            <w:right w:val="none" w:sz="0" w:space="0" w:color="auto"/>
                          </w:divBdr>
                          <w:divsChild>
                            <w:div w:id="1983659571">
                              <w:marLeft w:val="0"/>
                              <w:marRight w:val="0"/>
                              <w:marTop w:val="0"/>
                              <w:marBottom w:val="0"/>
                              <w:divBdr>
                                <w:top w:val="none" w:sz="0" w:space="0" w:color="auto"/>
                                <w:left w:val="none" w:sz="0" w:space="0" w:color="auto"/>
                                <w:bottom w:val="none" w:sz="0" w:space="0" w:color="auto"/>
                                <w:right w:val="none" w:sz="0" w:space="0" w:color="auto"/>
                              </w:divBdr>
                              <w:divsChild>
                                <w:div w:id="29630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7902304">
          <w:marLeft w:val="0"/>
          <w:marRight w:val="0"/>
          <w:marTop w:val="0"/>
          <w:marBottom w:val="0"/>
          <w:divBdr>
            <w:top w:val="none" w:sz="0" w:space="0" w:color="auto"/>
            <w:left w:val="none" w:sz="0" w:space="0" w:color="auto"/>
            <w:bottom w:val="none" w:sz="0" w:space="0" w:color="auto"/>
            <w:right w:val="none" w:sz="0" w:space="0" w:color="auto"/>
          </w:divBdr>
          <w:divsChild>
            <w:div w:id="342166569">
              <w:marLeft w:val="0"/>
              <w:marRight w:val="0"/>
              <w:marTop w:val="0"/>
              <w:marBottom w:val="0"/>
              <w:divBdr>
                <w:top w:val="none" w:sz="0" w:space="0" w:color="auto"/>
                <w:left w:val="none" w:sz="0" w:space="0" w:color="auto"/>
                <w:bottom w:val="none" w:sz="0" w:space="0" w:color="auto"/>
                <w:right w:val="none" w:sz="0" w:space="0" w:color="auto"/>
              </w:divBdr>
              <w:divsChild>
                <w:div w:id="139150471">
                  <w:marLeft w:val="0"/>
                  <w:marRight w:val="0"/>
                  <w:marTop w:val="0"/>
                  <w:marBottom w:val="0"/>
                  <w:divBdr>
                    <w:top w:val="none" w:sz="0" w:space="0" w:color="auto"/>
                    <w:left w:val="none" w:sz="0" w:space="0" w:color="auto"/>
                    <w:bottom w:val="none" w:sz="0" w:space="0" w:color="auto"/>
                    <w:right w:val="none" w:sz="0" w:space="0" w:color="auto"/>
                  </w:divBdr>
                  <w:divsChild>
                    <w:div w:id="1203715046">
                      <w:marLeft w:val="0"/>
                      <w:marRight w:val="0"/>
                      <w:marTop w:val="0"/>
                      <w:marBottom w:val="0"/>
                      <w:divBdr>
                        <w:top w:val="none" w:sz="0" w:space="0" w:color="auto"/>
                        <w:left w:val="none" w:sz="0" w:space="0" w:color="auto"/>
                        <w:bottom w:val="none" w:sz="0" w:space="0" w:color="auto"/>
                        <w:right w:val="none" w:sz="0" w:space="0" w:color="auto"/>
                      </w:divBdr>
                      <w:divsChild>
                        <w:div w:id="476924118">
                          <w:marLeft w:val="0"/>
                          <w:marRight w:val="0"/>
                          <w:marTop w:val="0"/>
                          <w:marBottom w:val="0"/>
                          <w:divBdr>
                            <w:top w:val="none" w:sz="0" w:space="0" w:color="auto"/>
                            <w:left w:val="none" w:sz="0" w:space="0" w:color="auto"/>
                            <w:bottom w:val="none" w:sz="0" w:space="0" w:color="auto"/>
                            <w:right w:val="none" w:sz="0" w:space="0" w:color="auto"/>
                          </w:divBdr>
                          <w:divsChild>
                            <w:div w:id="208456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2333525">
      <w:bodyDiv w:val="1"/>
      <w:marLeft w:val="0"/>
      <w:marRight w:val="0"/>
      <w:marTop w:val="0"/>
      <w:marBottom w:val="0"/>
      <w:divBdr>
        <w:top w:val="none" w:sz="0" w:space="0" w:color="auto"/>
        <w:left w:val="none" w:sz="0" w:space="0" w:color="auto"/>
        <w:bottom w:val="none" w:sz="0" w:space="0" w:color="auto"/>
        <w:right w:val="none" w:sz="0" w:space="0" w:color="auto"/>
      </w:divBdr>
    </w:div>
    <w:div w:id="423262631">
      <w:bodyDiv w:val="1"/>
      <w:marLeft w:val="0"/>
      <w:marRight w:val="0"/>
      <w:marTop w:val="0"/>
      <w:marBottom w:val="0"/>
      <w:divBdr>
        <w:top w:val="none" w:sz="0" w:space="0" w:color="auto"/>
        <w:left w:val="none" w:sz="0" w:space="0" w:color="auto"/>
        <w:bottom w:val="none" w:sz="0" w:space="0" w:color="auto"/>
        <w:right w:val="none" w:sz="0" w:space="0" w:color="auto"/>
      </w:divBdr>
    </w:div>
    <w:div w:id="437869659">
      <w:bodyDiv w:val="1"/>
      <w:marLeft w:val="0"/>
      <w:marRight w:val="0"/>
      <w:marTop w:val="0"/>
      <w:marBottom w:val="0"/>
      <w:divBdr>
        <w:top w:val="none" w:sz="0" w:space="0" w:color="auto"/>
        <w:left w:val="none" w:sz="0" w:space="0" w:color="auto"/>
        <w:bottom w:val="none" w:sz="0" w:space="0" w:color="auto"/>
        <w:right w:val="none" w:sz="0" w:space="0" w:color="auto"/>
      </w:divBdr>
    </w:div>
    <w:div w:id="475686231">
      <w:bodyDiv w:val="1"/>
      <w:marLeft w:val="0"/>
      <w:marRight w:val="0"/>
      <w:marTop w:val="0"/>
      <w:marBottom w:val="0"/>
      <w:divBdr>
        <w:top w:val="none" w:sz="0" w:space="0" w:color="auto"/>
        <w:left w:val="none" w:sz="0" w:space="0" w:color="auto"/>
        <w:bottom w:val="none" w:sz="0" w:space="0" w:color="auto"/>
        <w:right w:val="none" w:sz="0" w:space="0" w:color="auto"/>
      </w:divBdr>
    </w:div>
    <w:div w:id="627780317">
      <w:bodyDiv w:val="1"/>
      <w:marLeft w:val="0"/>
      <w:marRight w:val="0"/>
      <w:marTop w:val="0"/>
      <w:marBottom w:val="0"/>
      <w:divBdr>
        <w:top w:val="none" w:sz="0" w:space="0" w:color="auto"/>
        <w:left w:val="none" w:sz="0" w:space="0" w:color="auto"/>
        <w:bottom w:val="none" w:sz="0" w:space="0" w:color="auto"/>
        <w:right w:val="none" w:sz="0" w:space="0" w:color="auto"/>
      </w:divBdr>
    </w:div>
    <w:div w:id="732048338">
      <w:bodyDiv w:val="1"/>
      <w:marLeft w:val="0"/>
      <w:marRight w:val="0"/>
      <w:marTop w:val="0"/>
      <w:marBottom w:val="0"/>
      <w:divBdr>
        <w:top w:val="none" w:sz="0" w:space="0" w:color="auto"/>
        <w:left w:val="none" w:sz="0" w:space="0" w:color="auto"/>
        <w:bottom w:val="none" w:sz="0" w:space="0" w:color="auto"/>
        <w:right w:val="none" w:sz="0" w:space="0" w:color="auto"/>
      </w:divBdr>
    </w:div>
    <w:div w:id="791634577">
      <w:bodyDiv w:val="1"/>
      <w:marLeft w:val="0"/>
      <w:marRight w:val="0"/>
      <w:marTop w:val="0"/>
      <w:marBottom w:val="0"/>
      <w:divBdr>
        <w:top w:val="none" w:sz="0" w:space="0" w:color="auto"/>
        <w:left w:val="none" w:sz="0" w:space="0" w:color="auto"/>
        <w:bottom w:val="none" w:sz="0" w:space="0" w:color="auto"/>
        <w:right w:val="none" w:sz="0" w:space="0" w:color="auto"/>
      </w:divBdr>
      <w:divsChild>
        <w:div w:id="1975259151">
          <w:marLeft w:val="0"/>
          <w:marRight w:val="0"/>
          <w:marTop w:val="0"/>
          <w:marBottom w:val="0"/>
          <w:divBdr>
            <w:top w:val="none" w:sz="0" w:space="0" w:color="auto"/>
            <w:left w:val="none" w:sz="0" w:space="0" w:color="auto"/>
            <w:bottom w:val="none" w:sz="0" w:space="0" w:color="auto"/>
            <w:right w:val="none" w:sz="0" w:space="0" w:color="auto"/>
          </w:divBdr>
          <w:divsChild>
            <w:div w:id="201617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524190">
      <w:bodyDiv w:val="1"/>
      <w:marLeft w:val="0"/>
      <w:marRight w:val="0"/>
      <w:marTop w:val="0"/>
      <w:marBottom w:val="0"/>
      <w:divBdr>
        <w:top w:val="none" w:sz="0" w:space="0" w:color="auto"/>
        <w:left w:val="none" w:sz="0" w:space="0" w:color="auto"/>
        <w:bottom w:val="none" w:sz="0" w:space="0" w:color="auto"/>
        <w:right w:val="none" w:sz="0" w:space="0" w:color="auto"/>
      </w:divBdr>
    </w:div>
    <w:div w:id="815991138">
      <w:bodyDiv w:val="1"/>
      <w:marLeft w:val="0"/>
      <w:marRight w:val="0"/>
      <w:marTop w:val="0"/>
      <w:marBottom w:val="0"/>
      <w:divBdr>
        <w:top w:val="none" w:sz="0" w:space="0" w:color="auto"/>
        <w:left w:val="none" w:sz="0" w:space="0" w:color="auto"/>
        <w:bottom w:val="none" w:sz="0" w:space="0" w:color="auto"/>
        <w:right w:val="none" w:sz="0" w:space="0" w:color="auto"/>
      </w:divBdr>
    </w:div>
    <w:div w:id="836649567">
      <w:bodyDiv w:val="1"/>
      <w:marLeft w:val="0"/>
      <w:marRight w:val="0"/>
      <w:marTop w:val="0"/>
      <w:marBottom w:val="0"/>
      <w:divBdr>
        <w:top w:val="none" w:sz="0" w:space="0" w:color="auto"/>
        <w:left w:val="none" w:sz="0" w:space="0" w:color="auto"/>
        <w:bottom w:val="none" w:sz="0" w:space="0" w:color="auto"/>
        <w:right w:val="none" w:sz="0" w:space="0" w:color="auto"/>
      </w:divBdr>
      <w:divsChild>
        <w:div w:id="981807519">
          <w:marLeft w:val="0"/>
          <w:marRight w:val="0"/>
          <w:marTop w:val="0"/>
          <w:marBottom w:val="0"/>
          <w:divBdr>
            <w:top w:val="none" w:sz="0" w:space="0" w:color="auto"/>
            <w:left w:val="none" w:sz="0" w:space="0" w:color="auto"/>
            <w:bottom w:val="none" w:sz="0" w:space="0" w:color="auto"/>
            <w:right w:val="none" w:sz="0" w:space="0" w:color="auto"/>
          </w:divBdr>
          <w:divsChild>
            <w:div w:id="151141879">
              <w:marLeft w:val="0"/>
              <w:marRight w:val="0"/>
              <w:marTop w:val="0"/>
              <w:marBottom w:val="0"/>
              <w:divBdr>
                <w:top w:val="none" w:sz="0" w:space="0" w:color="auto"/>
                <w:left w:val="none" w:sz="0" w:space="0" w:color="auto"/>
                <w:bottom w:val="none" w:sz="0" w:space="0" w:color="auto"/>
                <w:right w:val="none" w:sz="0" w:space="0" w:color="auto"/>
              </w:divBdr>
              <w:divsChild>
                <w:div w:id="258296260">
                  <w:marLeft w:val="0"/>
                  <w:marRight w:val="0"/>
                  <w:marTop w:val="0"/>
                  <w:marBottom w:val="0"/>
                  <w:divBdr>
                    <w:top w:val="none" w:sz="0" w:space="0" w:color="auto"/>
                    <w:left w:val="none" w:sz="0" w:space="0" w:color="auto"/>
                    <w:bottom w:val="none" w:sz="0" w:space="0" w:color="auto"/>
                    <w:right w:val="none" w:sz="0" w:space="0" w:color="auto"/>
                  </w:divBdr>
                  <w:divsChild>
                    <w:div w:id="631597794">
                      <w:marLeft w:val="0"/>
                      <w:marRight w:val="0"/>
                      <w:marTop w:val="0"/>
                      <w:marBottom w:val="0"/>
                      <w:divBdr>
                        <w:top w:val="none" w:sz="0" w:space="0" w:color="auto"/>
                        <w:left w:val="none" w:sz="0" w:space="0" w:color="auto"/>
                        <w:bottom w:val="none" w:sz="0" w:space="0" w:color="auto"/>
                        <w:right w:val="none" w:sz="0" w:space="0" w:color="auto"/>
                      </w:divBdr>
                      <w:divsChild>
                        <w:div w:id="1480342346">
                          <w:marLeft w:val="0"/>
                          <w:marRight w:val="0"/>
                          <w:marTop w:val="0"/>
                          <w:marBottom w:val="0"/>
                          <w:divBdr>
                            <w:top w:val="none" w:sz="0" w:space="0" w:color="auto"/>
                            <w:left w:val="none" w:sz="0" w:space="0" w:color="auto"/>
                            <w:bottom w:val="none" w:sz="0" w:space="0" w:color="auto"/>
                            <w:right w:val="none" w:sz="0" w:space="0" w:color="auto"/>
                          </w:divBdr>
                          <w:divsChild>
                            <w:div w:id="1314486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9739536">
      <w:bodyDiv w:val="1"/>
      <w:marLeft w:val="0"/>
      <w:marRight w:val="0"/>
      <w:marTop w:val="0"/>
      <w:marBottom w:val="0"/>
      <w:divBdr>
        <w:top w:val="none" w:sz="0" w:space="0" w:color="auto"/>
        <w:left w:val="none" w:sz="0" w:space="0" w:color="auto"/>
        <w:bottom w:val="none" w:sz="0" w:space="0" w:color="auto"/>
        <w:right w:val="none" w:sz="0" w:space="0" w:color="auto"/>
      </w:divBdr>
    </w:div>
    <w:div w:id="844590360">
      <w:bodyDiv w:val="1"/>
      <w:marLeft w:val="0"/>
      <w:marRight w:val="0"/>
      <w:marTop w:val="0"/>
      <w:marBottom w:val="0"/>
      <w:divBdr>
        <w:top w:val="none" w:sz="0" w:space="0" w:color="auto"/>
        <w:left w:val="none" w:sz="0" w:space="0" w:color="auto"/>
        <w:bottom w:val="none" w:sz="0" w:space="0" w:color="auto"/>
        <w:right w:val="none" w:sz="0" w:space="0" w:color="auto"/>
      </w:divBdr>
    </w:div>
    <w:div w:id="899170398">
      <w:bodyDiv w:val="1"/>
      <w:marLeft w:val="0"/>
      <w:marRight w:val="0"/>
      <w:marTop w:val="0"/>
      <w:marBottom w:val="0"/>
      <w:divBdr>
        <w:top w:val="none" w:sz="0" w:space="0" w:color="auto"/>
        <w:left w:val="none" w:sz="0" w:space="0" w:color="auto"/>
        <w:bottom w:val="none" w:sz="0" w:space="0" w:color="auto"/>
        <w:right w:val="none" w:sz="0" w:space="0" w:color="auto"/>
      </w:divBdr>
    </w:div>
    <w:div w:id="924728655">
      <w:bodyDiv w:val="1"/>
      <w:marLeft w:val="0"/>
      <w:marRight w:val="0"/>
      <w:marTop w:val="0"/>
      <w:marBottom w:val="0"/>
      <w:divBdr>
        <w:top w:val="none" w:sz="0" w:space="0" w:color="auto"/>
        <w:left w:val="none" w:sz="0" w:space="0" w:color="auto"/>
        <w:bottom w:val="none" w:sz="0" w:space="0" w:color="auto"/>
        <w:right w:val="none" w:sz="0" w:space="0" w:color="auto"/>
      </w:divBdr>
    </w:div>
    <w:div w:id="934560869">
      <w:bodyDiv w:val="1"/>
      <w:marLeft w:val="0"/>
      <w:marRight w:val="0"/>
      <w:marTop w:val="0"/>
      <w:marBottom w:val="0"/>
      <w:divBdr>
        <w:top w:val="none" w:sz="0" w:space="0" w:color="auto"/>
        <w:left w:val="none" w:sz="0" w:space="0" w:color="auto"/>
        <w:bottom w:val="none" w:sz="0" w:space="0" w:color="auto"/>
        <w:right w:val="none" w:sz="0" w:space="0" w:color="auto"/>
      </w:divBdr>
    </w:div>
    <w:div w:id="958416445">
      <w:bodyDiv w:val="1"/>
      <w:marLeft w:val="0"/>
      <w:marRight w:val="0"/>
      <w:marTop w:val="0"/>
      <w:marBottom w:val="0"/>
      <w:divBdr>
        <w:top w:val="none" w:sz="0" w:space="0" w:color="auto"/>
        <w:left w:val="none" w:sz="0" w:space="0" w:color="auto"/>
        <w:bottom w:val="none" w:sz="0" w:space="0" w:color="auto"/>
        <w:right w:val="none" w:sz="0" w:space="0" w:color="auto"/>
      </w:divBdr>
    </w:div>
    <w:div w:id="1028724186">
      <w:bodyDiv w:val="1"/>
      <w:marLeft w:val="0"/>
      <w:marRight w:val="0"/>
      <w:marTop w:val="0"/>
      <w:marBottom w:val="0"/>
      <w:divBdr>
        <w:top w:val="none" w:sz="0" w:space="0" w:color="auto"/>
        <w:left w:val="none" w:sz="0" w:space="0" w:color="auto"/>
        <w:bottom w:val="none" w:sz="0" w:space="0" w:color="auto"/>
        <w:right w:val="none" w:sz="0" w:space="0" w:color="auto"/>
      </w:divBdr>
    </w:div>
    <w:div w:id="1086347596">
      <w:bodyDiv w:val="1"/>
      <w:marLeft w:val="0"/>
      <w:marRight w:val="0"/>
      <w:marTop w:val="0"/>
      <w:marBottom w:val="0"/>
      <w:divBdr>
        <w:top w:val="none" w:sz="0" w:space="0" w:color="auto"/>
        <w:left w:val="none" w:sz="0" w:space="0" w:color="auto"/>
        <w:bottom w:val="none" w:sz="0" w:space="0" w:color="auto"/>
        <w:right w:val="none" w:sz="0" w:space="0" w:color="auto"/>
      </w:divBdr>
    </w:div>
    <w:div w:id="1161046448">
      <w:bodyDiv w:val="1"/>
      <w:marLeft w:val="0"/>
      <w:marRight w:val="0"/>
      <w:marTop w:val="0"/>
      <w:marBottom w:val="0"/>
      <w:divBdr>
        <w:top w:val="none" w:sz="0" w:space="0" w:color="auto"/>
        <w:left w:val="none" w:sz="0" w:space="0" w:color="auto"/>
        <w:bottom w:val="none" w:sz="0" w:space="0" w:color="auto"/>
        <w:right w:val="none" w:sz="0" w:space="0" w:color="auto"/>
      </w:divBdr>
    </w:div>
    <w:div w:id="1171410128">
      <w:bodyDiv w:val="1"/>
      <w:marLeft w:val="0"/>
      <w:marRight w:val="0"/>
      <w:marTop w:val="0"/>
      <w:marBottom w:val="0"/>
      <w:divBdr>
        <w:top w:val="none" w:sz="0" w:space="0" w:color="auto"/>
        <w:left w:val="none" w:sz="0" w:space="0" w:color="auto"/>
        <w:bottom w:val="none" w:sz="0" w:space="0" w:color="auto"/>
        <w:right w:val="none" w:sz="0" w:space="0" w:color="auto"/>
      </w:divBdr>
    </w:div>
    <w:div w:id="1180851268">
      <w:bodyDiv w:val="1"/>
      <w:marLeft w:val="0"/>
      <w:marRight w:val="0"/>
      <w:marTop w:val="0"/>
      <w:marBottom w:val="0"/>
      <w:divBdr>
        <w:top w:val="none" w:sz="0" w:space="0" w:color="auto"/>
        <w:left w:val="none" w:sz="0" w:space="0" w:color="auto"/>
        <w:bottom w:val="none" w:sz="0" w:space="0" w:color="auto"/>
        <w:right w:val="none" w:sz="0" w:space="0" w:color="auto"/>
      </w:divBdr>
    </w:div>
    <w:div w:id="1192065998">
      <w:bodyDiv w:val="1"/>
      <w:marLeft w:val="0"/>
      <w:marRight w:val="0"/>
      <w:marTop w:val="0"/>
      <w:marBottom w:val="0"/>
      <w:divBdr>
        <w:top w:val="none" w:sz="0" w:space="0" w:color="auto"/>
        <w:left w:val="none" w:sz="0" w:space="0" w:color="auto"/>
        <w:bottom w:val="none" w:sz="0" w:space="0" w:color="auto"/>
        <w:right w:val="none" w:sz="0" w:space="0" w:color="auto"/>
      </w:divBdr>
    </w:div>
    <w:div w:id="1205872727">
      <w:bodyDiv w:val="1"/>
      <w:marLeft w:val="0"/>
      <w:marRight w:val="0"/>
      <w:marTop w:val="0"/>
      <w:marBottom w:val="0"/>
      <w:divBdr>
        <w:top w:val="none" w:sz="0" w:space="0" w:color="auto"/>
        <w:left w:val="none" w:sz="0" w:space="0" w:color="auto"/>
        <w:bottom w:val="none" w:sz="0" w:space="0" w:color="auto"/>
        <w:right w:val="none" w:sz="0" w:space="0" w:color="auto"/>
      </w:divBdr>
    </w:div>
    <w:div w:id="1302225578">
      <w:bodyDiv w:val="1"/>
      <w:marLeft w:val="0"/>
      <w:marRight w:val="0"/>
      <w:marTop w:val="0"/>
      <w:marBottom w:val="0"/>
      <w:divBdr>
        <w:top w:val="none" w:sz="0" w:space="0" w:color="auto"/>
        <w:left w:val="none" w:sz="0" w:space="0" w:color="auto"/>
        <w:bottom w:val="none" w:sz="0" w:space="0" w:color="auto"/>
        <w:right w:val="none" w:sz="0" w:space="0" w:color="auto"/>
      </w:divBdr>
    </w:div>
    <w:div w:id="1329945032">
      <w:bodyDiv w:val="1"/>
      <w:marLeft w:val="0"/>
      <w:marRight w:val="0"/>
      <w:marTop w:val="0"/>
      <w:marBottom w:val="0"/>
      <w:divBdr>
        <w:top w:val="none" w:sz="0" w:space="0" w:color="auto"/>
        <w:left w:val="none" w:sz="0" w:space="0" w:color="auto"/>
        <w:bottom w:val="none" w:sz="0" w:space="0" w:color="auto"/>
        <w:right w:val="none" w:sz="0" w:space="0" w:color="auto"/>
      </w:divBdr>
    </w:div>
    <w:div w:id="1402295554">
      <w:bodyDiv w:val="1"/>
      <w:marLeft w:val="0"/>
      <w:marRight w:val="0"/>
      <w:marTop w:val="0"/>
      <w:marBottom w:val="0"/>
      <w:divBdr>
        <w:top w:val="none" w:sz="0" w:space="0" w:color="auto"/>
        <w:left w:val="none" w:sz="0" w:space="0" w:color="auto"/>
        <w:bottom w:val="none" w:sz="0" w:space="0" w:color="auto"/>
        <w:right w:val="none" w:sz="0" w:space="0" w:color="auto"/>
      </w:divBdr>
    </w:div>
    <w:div w:id="1415279580">
      <w:bodyDiv w:val="1"/>
      <w:marLeft w:val="0"/>
      <w:marRight w:val="0"/>
      <w:marTop w:val="0"/>
      <w:marBottom w:val="0"/>
      <w:divBdr>
        <w:top w:val="none" w:sz="0" w:space="0" w:color="auto"/>
        <w:left w:val="none" w:sz="0" w:space="0" w:color="auto"/>
        <w:bottom w:val="none" w:sz="0" w:space="0" w:color="auto"/>
        <w:right w:val="none" w:sz="0" w:space="0" w:color="auto"/>
      </w:divBdr>
    </w:div>
    <w:div w:id="1432357624">
      <w:bodyDiv w:val="1"/>
      <w:marLeft w:val="0"/>
      <w:marRight w:val="0"/>
      <w:marTop w:val="0"/>
      <w:marBottom w:val="0"/>
      <w:divBdr>
        <w:top w:val="none" w:sz="0" w:space="0" w:color="auto"/>
        <w:left w:val="none" w:sz="0" w:space="0" w:color="auto"/>
        <w:bottom w:val="none" w:sz="0" w:space="0" w:color="auto"/>
        <w:right w:val="none" w:sz="0" w:space="0" w:color="auto"/>
      </w:divBdr>
    </w:div>
    <w:div w:id="1456826822">
      <w:bodyDiv w:val="1"/>
      <w:marLeft w:val="0"/>
      <w:marRight w:val="0"/>
      <w:marTop w:val="0"/>
      <w:marBottom w:val="0"/>
      <w:divBdr>
        <w:top w:val="none" w:sz="0" w:space="0" w:color="auto"/>
        <w:left w:val="none" w:sz="0" w:space="0" w:color="auto"/>
        <w:bottom w:val="none" w:sz="0" w:space="0" w:color="auto"/>
        <w:right w:val="none" w:sz="0" w:space="0" w:color="auto"/>
      </w:divBdr>
      <w:divsChild>
        <w:div w:id="1369531118">
          <w:marLeft w:val="0"/>
          <w:marRight w:val="0"/>
          <w:marTop w:val="0"/>
          <w:marBottom w:val="0"/>
          <w:divBdr>
            <w:top w:val="none" w:sz="0" w:space="0" w:color="auto"/>
            <w:left w:val="none" w:sz="0" w:space="0" w:color="auto"/>
            <w:bottom w:val="none" w:sz="0" w:space="0" w:color="auto"/>
            <w:right w:val="none" w:sz="0" w:space="0" w:color="auto"/>
          </w:divBdr>
          <w:divsChild>
            <w:div w:id="1349798626">
              <w:marLeft w:val="0"/>
              <w:marRight w:val="0"/>
              <w:marTop w:val="0"/>
              <w:marBottom w:val="0"/>
              <w:divBdr>
                <w:top w:val="none" w:sz="0" w:space="0" w:color="auto"/>
                <w:left w:val="none" w:sz="0" w:space="0" w:color="auto"/>
                <w:bottom w:val="none" w:sz="0" w:space="0" w:color="auto"/>
                <w:right w:val="none" w:sz="0" w:space="0" w:color="auto"/>
              </w:divBdr>
              <w:divsChild>
                <w:div w:id="1035278146">
                  <w:marLeft w:val="0"/>
                  <w:marRight w:val="0"/>
                  <w:marTop w:val="0"/>
                  <w:marBottom w:val="0"/>
                  <w:divBdr>
                    <w:top w:val="none" w:sz="0" w:space="0" w:color="auto"/>
                    <w:left w:val="none" w:sz="0" w:space="0" w:color="auto"/>
                    <w:bottom w:val="none" w:sz="0" w:space="0" w:color="auto"/>
                    <w:right w:val="none" w:sz="0" w:space="0" w:color="auto"/>
                  </w:divBdr>
                  <w:divsChild>
                    <w:div w:id="583416471">
                      <w:marLeft w:val="0"/>
                      <w:marRight w:val="0"/>
                      <w:marTop w:val="0"/>
                      <w:marBottom w:val="0"/>
                      <w:divBdr>
                        <w:top w:val="none" w:sz="0" w:space="0" w:color="auto"/>
                        <w:left w:val="none" w:sz="0" w:space="0" w:color="auto"/>
                        <w:bottom w:val="none" w:sz="0" w:space="0" w:color="auto"/>
                        <w:right w:val="none" w:sz="0" w:space="0" w:color="auto"/>
                      </w:divBdr>
                      <w:divsChild>
                        <w:div w:id="2139372716">
                          <w:marLeft w:val="0"/>
                          <w:marRight w:val="0"/>
                          <w:marTop w:val="0"/>
                          <w:marBottom w:val="0"/>
                          <w:divBdr>
                            <w:top w:val="none" w:sz="0" w:space="0" w:color="auto"/>
                            <w:left w:val="none" w:sz="0" w:space="0" w:color="auto"/>
                            <w:bottom w:val="none" w:sz="0" w:space="0" w:color="auto"/>
                            <w:right w:val="none" w:sz="0" w:space="0" w:color="auto"/>
                          </w:divBdr>
                          <w:divsChild>
                            <w:div w:id="170551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1242162">
          <w:marLeft w:val="0"/>
          <w:marRight w:val="0"/>
          <w:marTop w:val="0"/>
          <w:marBottom w:val="0"/>
          <w:divBdr>
            <w:top w:val="none" w:sz="0" w:space="0" w:color="auto"/>
            <w:left w:val="none" w:sz="0" w:space="0" w:color="auto"/>
            <w:bottom w:val="none" w:sz="0" w:space="0" w:color="auto"/>
            <w:right w:val="none" w:sz="0" w:space="0" w:color="auto"/>
          </w:divBdr>
          <w:divsChild>
            <w:div w:id="1718435950">
              <w:marLeft w:val="0"/>
              <w:marRight w:val="0"/>
              <w:marTop w:val="0"/>
              <w:marBottom w:val="0"/>
              <w:divBdr>
                <w:top w:val="none" w:sz="0" w:space="0" w:color="auto"/>
                <w:left w:val="none" w:sz="0" w:space="0" w:color="auto"/>
                <w:bottom w:val="none" w:sz="0" w:space="0" w:color="auto"/>
                <w:right w:val="none" w:sz="0" w:space="0" w:color="auto"/>
              </w:divBdr>
              <w:divsChild>
                <w:div w:id="951664340">
                  <w:marLeft w:val="0"/>
                  <w:marRight w:val="0"/>
                  <w:marTop w:val="0"/>
                  <w:marBottom w:val="0"/>
                  <w:divBdr>
                    <w:top w:val="none" w:sz="0" w:space="0" w:color="auto"/>
                    <w:left w:val="none" w:sz="0" w:space="0" w:color="auto"/>
                    <w:bottom w:val="none" w:sz="0" w:space="0" w:color="auto"/>
                    <w:right w:val="none" w:sz="0" w:space="0" w:color="auto"/>
                  </w:divBdr>
                  <w:divsChild>
                    <w:div w:id="448545638">
                      <w:marLeft w:val="0"/>
                      <w:marRight w:val="0"/>
                      <w:marTop w:val="0"/>
                      <w:marBottom w:val="0"/>
                      <w:divBdr>
                        <w:top w:val="none" w:sz="0" w:space="0" w:color="auto"/>
                        <w:left w:val="none" w:sz="0" w:space="0" w:color="auto"/>
                        <w:bottom w:val="none" w:sz="0" w:space="0" w:color="auto"/>
                        <w:right w:val="none" w:sz="0" w:space="0" w:color="auto"/>
                      </w:divBdr>
                      <w:divsChild>
                        <w:div w:id="1787653662">
                          <w:marLeft w:val="0"/>
                          <w:marRight w:val="0"/>
                          <w:marTop w:val="0"/>
                          <w:marBottom w:val="0"/>
                          <w:divBdr>
                            <w:top w:val="none" w:sz="0" w:space="0" w:color="auto"/>
                            <w:left w:val="none" w:sz="0" w:space="0" w:color="auto"/>
                            <w:bottom w:val="none" w:sz="0" w:space="0" w:color="auto"/>
                            <w:right w:val="none" w:sz="0" w:space="0" w:color="auto"/>
                          </w:divBdr>
                          <w:divsChild>
                            <w:div w:id="403114701">
                              <w:marLeft w:val="0"/>
                              <w:marRight w:val="0"/>
                              <w:marTop w:val="0"/>
                              <w:marBottom w:val="0"/>
                              <w:divBdr>
                                <w:top w:val="none" w:sz="0" w:space="0" w:color="auto"/>
                                <w:left w:val="none" w:sz="0" w:space="0" w:color="auto"/>
                                <w:bottom w:val="none" w:sz="0" w:space="0" w:color="auto"/>
                                <w:right w:val="none" w:sz="0" w:space="0" w:color="auto"/>
                              </w:divBdr>
                              <w:divsChild>
                                <w:div w:id="173908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4126105">
          <w:marLeft w:val="0"/>
          <w:marRight w:val="0"/>
          <w:marTop w:val="0"/>
          <w:marBottom w:val="0"/>
          <w:divBdr>
            <w:top w:val="none" w:sz="0" w:space="0" w:color="auto"/>
            <w:left w:val="none" w:sz="0" w:space="0" w:color="auto"/>
            <w:bottom w:val="none" w:sz="0" w:space="0" w:color="auto"/>
            <w:right w:val="none" w:sz="0" w:space="0" w:color="auto"/>
          </w:divBdr>
          <w:divsChild>
            <w:div w:id="1156841484">
              <w:marLeft w:val="0"/>
              <w:marRight w:val="0"/>
              <w:marTop w:val="0"/>
              <w:marBottom w:val="0"/>
              <w:divBdr>
                <w:top w:val="none" w:sz="0" w:space="0" w:color="auto"/>
                <w:left w:val="none" w:sz="0" w:space="0" w:color="auto"/>
                <w:bottom w:val="none" w:sz="0" w:space="0" w:color="auto"/>
                <w:right w:val="none" w:sz="0" w:space="0" w:color="auto"/>
              </w:divBdr>
              <w:divsChild>
                <w:div w:id="1710952714">
                  <w:marLeft w:val="0"/>
                  <w:marRight w:val="0"/>
                  <w:marTop w:val="0"/>
                  <w:marBottom w:val="0"/>
                  <w:divBdr>
                    <w:top w:val="none" w:sz="0" w:space="0" w:color="auto"/>
                    <w:left w:val="none" w:sz="0" w:space="0" w:color="auto"/>
                    <w:bottom w:val="none" w:sz="0" w:space="0" w:color="auto"/>
                    <w:right w:val="none" w:sz="0" w:space="0" w:color="auto"/>
                  </w:divBdr>
                  <w:divsChild>
                    <w:div w:id="1500657744">
                      <w:marLeft w:val="0"/>
                      <w:marRight w:val="0"/>
                      <w:marTop w:val="0"/>
                      <w:marBottom w:val="0"/>
                      <w:divBdr>
                        <w:top w:val="none" w:sz="0" w:space="0" w:color="auto"/>
                        <w:left w:val="none" w:sz="0" w:space="0" w:color="auto"/>
                        <w:bottom w:val="none" w:sz="0" w:space="0" w:color="auto"/>
                        <w:right w:val="none" w:sz="0" w:space="0" w:color="auto"/>
                      </w:divBdr>
                      <w:divsChild>
                        <w:div w:id="1287657716">
                          <w:marLeft w:val="0"/>
                          <w:marRight w:val="0"/>
                          <w:marTop w:val="0"/>
                          <w:marBottom w:val="0"/>
                          <w:divBdr>
                            <w:top w:val="none" w:sz="0" w:space="0" w:color="auto"/>
                            <w:left w:val="none" w:sz="0" w:space="0" w:color="auto"/>
                            <w:bottom w:val="none" w:sz="0" w:space="0" w:color="auto"/>
                            <w:right w:val="none" w:sz="0" w:space="0" w:color="auto"/>
                          </w:divBdr>
                          <w:divsChild>
                            <w:div w:id="168389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3451399">
      <w:bodyDiv w:val="1"/>
      <w:marLeft w:val="0"/>
      <w:marRight w:val="0"/>
      <w:marTop w:val="0"/>
      <w:marBottom w:val="0"/>
      <w:divBdr>
        <w:top w:val="none" w:sz="0" w:space="0" w:color="auto"/>
        <w:left w:val="none" w:sz="0" w:space="0" w:color="auto"/>
        <w:bottom w:val="none" w:sz="0" w:space="0" w:color="auto"/>
        <w:right w:val="none" w:sz="0" w:space="0" w:color="auto"/>
      </w:divBdr>
      <w:divsChild>
        <w:div w:id="2022775318">
          <w:marLeft w:val="0"/>
          <w:marRight w:val="0"/>
          <w:marTop w:val="0"/>
          <w:marBottom w:val="0"/>
          <w:divBdr>
            <w:top w:val="none" w:sz="0" w:space="0" w:color="auto"/>
            <w:left w:val="none" w:sz="0" w:space="0" w:color="auto"/>
            <w:bottom w:val="none" w:sz="0" w:space="0" w:color="auto"/>
            <w:right w:val="none" w:sz="0" w:space="0" w:color="auto"/>
          </w:divBdr>
          <w:divsChild>
            <w:div w:id="2119715541">
              <w:marLeft w:val="0"/>
              <w:marRight w:val="0"/>
              <w:marTop w:val="0"/>
              <w:marBottom w:val="0"/>
              <w:divBdr>
                <w:top w:val="none" w:sz="0" w:space="0" w:color="auto"/>
                <w:left w:val="none" w:sz="0" w:space="0" w:color="auto"/>
                <w:bottom w:val="none" w:sz="0" w:space="0" w:color="auto"/>
                <w:right w:val="none" w:sz="0" w:space="0" w:color="auto"/>
              </w:divBdr>
              <w:divsChild>
                <w:div w:id="89159568">
                  <w:marLeft w:val="0"/>
                  <w:marRight w:val="0"/>
                  <w:marTop w:val="0"/>
                  <w:marBottom w:val="0"/>
                  <w:divBdr>
                    <w:top w:val="none" w:sz="0" w:space="0" w:color="auto"/>
                    <w:left w:val="none" w:sz="0" w:space="0" w:color="auto"/>
                    <w:bottom w:val="none" w:sz="0" w:space="0" w:color="auto"/>
                    <w:right w:val="none" w:sz="0" w:space="0" w:color="auto"/>
                  </w:divBdr>
                  <w:divsChild>
                    <w:div w:id="1339650870">
                      <w:marLeft w:val="0"/>
                      <w:marRight w:val="0"/>
                      <w:marTop w:val="0"/>
                      <w:marBottom w:val="0"/>
                      <w:divBdr>
                        <w:top w:val="none" w:sz="0" w:space="0" w:color="auto"/>
                        <w:left w:val="none" w:sz="0" w:space="0" w:color="auto"/>
                        <w:bottom w:val="none" w:sz="0" w:space="0" w:color="auto"/>
                        <w:right w:val="none" w:sz="0" w:space="0" w:color="auto"/>
                      </w:divBdr>
                      <w:divsChild>
                        <w:div w:id="528685050">
                          <w:marLeft w:val="0"/>
                          <w:marRight w:val="0"/>
                          <w:marTop w:val="0"/>
                          <w:marBottom w:val="0"/>
                          <w:divBdr>
                            <w:top w:val="none" w:sz="0" w:space="0" w:color="auto"/>
                            <w:left w:val="none" w:sz="0" w:space="0" w:color="auto"/>
                            <w:bottom w:val="none" w:sz="0" w:space="0" w:color="auto"/>
                            <w:right w:val="none" w:sz="0" w:space="0" w:color="auto"/>
                          </w:divBdr>
                          <w:divsChild>
                            <w:div w:id="34498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965712">
      <w:bodyDiv w:val="1"/>
      <w:marLeft w:val="0"/>
      <w:marRight w:val="0"/>
      <w:marTop w:val="0"/>
      <w:marBottom w:val="0"/>
      <w:divBdr>
        <w:top w:val="none" w:sz="0" w:space="0" w:color="auto"/>
        <w:left w:val="none" w:sz="0" w:space="0" w:color="auto"/>
        <w:bottom w:val="none" w:sz="0" w:space="0" w:color="auto"/>
        <w:right w:val="none" w:sz="0" w:space="0" w:color="auto"/>
      </w:divBdr>
    </w:div>
    <w:div w:id="1704593026">
      <w:bodyDiv w:val="1"/>
      <w:marLeft w:val="0"/>
      <w:marRight w:val="0"/>
      <w:marTop w:val="0"/>
      <w:marBottom w:val="0"/>
      <w:divBdr>
        <w:top w:val="none" w:sz="0" w:space="0" w:color="auto"/>
        <w:left w:val="none" w:sz="0" w:space="0" w:color="auto"/>
        <w:bottom w:val="none" w:sz="0" w:space="0" w:color="auto"/>
        <w:right w:val="none" w:sz="0" w:space="0" w:color="auto"/>
      </w:divBdr>
      <w:divsChild>
        <w:div w:id="2033064814">
          <w:marLeft w:val="0"/>
          <w:marRight w:val="0"/>
          <w:marTop w:val="0"/>
          <w:marBottom w:val="0"/>
          <w:divBdr>
            <w:top w:val="none" w:sz="0" w:space="0" w:color="auto"/>
            <w:left w:val="none" w:sz="0" w:space="0" w:color="auto"/>
            <w:bottom w:val="none" w:sz="0" w:space="0" w:color="auto"/>
            <w:right w:val="none" w:sz="0" w:space="0" w:color="auto"/>
          </w:divBdr>
          <w:divsChild>
            <w:div w:id="166149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807233">
      <w:bodyDiv w:val="1"/>
      <w:marLeft w:val="0"/>
      <w:marRight w:val="0"/>
      <w:marTop w:val="0"/>
      <w:marBottom w:val="0"/>
      <w:divBdr>
        <w:top w:val="none" w:sz="0" w:space="0" w:color="auto"/>
        <w:left w:val="none" w:sz="0" w:space="0" w:color="auto"/>
        <w:bottom w:val="none" w:sz="0" w:space="0" w:color="auto"/>
        <w:right w:val="none" w:sz="0" w:space="0" w:color="auto"/>
      </w:divBdr>
    </w:div>
    <w:div w:id="1833179664">
      <w:bodyDiv w:val="1"/>
      <w:marLeft w:val="0"/>
      <w:marRight w:val="0"/>
      <w:marTop w:val="0"/>
      <w:marBottom w:val="0"/>
      <w:divBdr>
        <w:top w:val="none" w:sz="0" w:space="0" w:color="auto"/>
        <w:left w:val="none" w:sz="0" w:space="0" w:color="auto"/>
        <w:bottom w:val="none" w:sz="0" w:space="0" w:color="auto"/>
        <w:right w:val="none" w:sz="0" w:space="0" w:color="auto"/>
      </w:divBdr>
    </w:div>
    <w:div w:id="1835950339">
      <w:bodyDiv w:val="1"/>
      <w:marLeft w:val="0"/>
      <w:marRight w:val="0"/>
      <w:marTop w:val="0"/>
      <w:marBottom w:val="0"/>
      <w:divBdr>
        <w:top w:val="none" w:sz="0" w:space="0" w:color="auto"/>
        <w:left w:val="none" w:sz="0" w:space="0" w:color="auto"/>
        <w:bottom w:val="none" w:sz="0" w:space="0" w:color="auto"/>
        <w:right w:val="none" w:sz="0" w:space="0" w:color="auto"/>
      </w:divBdr>
    </w:div>
    <w:div w:id="1860586860">
      <w:bodyDiv w:val="1"/>
      <w:marLeft w:val="0"/>
      <w:marRight w:val="0"/>
      <w:marTop w:val="0"/>
      <w:marBottom w:val="0"/>
      <w:divBdr>
        <w:top w:val="none" w:sz="0" w:space="0" w:color="auto"/>
        <w:left w:val="none" w:sz="0" w:space="0" w:color="auto"/>
        <w:bottom w:val="none" w:sz="0" w:space="0" w:color="auto"/>
        <w:right w:val="none" w:sz="0" w:space="0" w:color="auto"/>
      </w:divBdr>
    </w:div>
    <w:div w:id="1980108250">
      <w:bodyDiv w:val="1"/>
      <w:marLeft w:val="0"/>
      <w:marRight w:val="0"/>
      <w:marTop w:val="0"/>
      <w:marBottom w:val="0"/>
      <w:divBdr>
        <w:top w:val="none" w:sz="0" w:space="0" w:color="auto"/>
        <w:left w:val="none" w:sz="0" w:space="0" w:color="auto"/>
        <w:bottom w:val="none" w:sz="0" w:space="0" w:color="auto"/>
        <w:right w:val="none" w:sz="0" w:space="0" w:color="auto"/>
      </w:divBdr>
    </w:div>
    <w:div w:id="2050180353">
      <w:bodyDiv w:val="1"/>
      <w:marLeft w:val="0"/>
      <w:marRight w:val="0"/>
      <w:marTop w:val="0"/>
      <w:marBottom w:val="0"/>
      <w:divBdr>
        <w:top w:val="none" w:sz="0" w:space="0" w:color="auto"/>
        <w:left w:val="none" w:sz="0" w:space="0" w:color="auto"/>
        <w:bottom w:val="none" w:sz="0" w:space="0" w:color="auto"/>
        <w:right w:val="none" w:sz="0" w:space="0" w:color="auto"/>
      </w:divBdr>
    </w:div>
    <w:div w:id="2055498359">
      <w:bodyDiv w:val="1"/>
      <w:marLeft w:val="0"/>
      <w:marRight w:val="0"/>
      <w:marTop w:val="0"/>
      <w:marBottom w:val="0"/>
      <w:divBdr>
        <w:top w:val="none" w:sz="0" w:space="0" w:color="auto"/>
        <w:left w:val="none" w:sz="0" w:space="0" w:color="auto"/>
        <w:bottom w:val="none" w:sz="0" w:space="0" w:color="auto"/>
        <w:right w:val="none" w:sz="0" w:space="0" w:color="auto"/>
      </w:divBdr>
    </w:div>
    <w:div w:id="20733798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journals.kogpa.te.ua/" TargetMode="External"/><Relationship Id="rId21" Type="http://schemas.openxmlformats.org/officeDocument/2006/relationships/hyperlink" Target="http://journals.kogpa.te.ua/" TargetMode="External"/><Relationship Id="rId42" Type="http://schemas.openxmlformats.org/officeDocument/2006/relationships/hyperlink" Target="https://book-ye.com.ua/kamenyar-panso-pratsya-i-talent/" TargetMode="External"/><Relationship Id="rId47" Type="http://schemas.openxmlformats.org/officeDocument/2006/relationships/hyperlink" Target="https://dma.edu.ua/syllabuses/syll_aktorska_maister.pdf" TargetMode="External"/><Relationship Id="rId63" Type="http://schemas.openxmlformats.org/officeDocument/2006/relationships/image" Target="media/image3.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a.on-news.net/blogi/yak-rozmistyty-stattyu-v-interneti-vse-za-i-proty/" TargetMode="External"/><Relationship Id="rId29" Type="http://schemas.openxmlformats.org/officeDocument/2006/relationships/hyperlink" Target="https://journals.uran.ua/ms/articleview" TargetMode="External"/><Relationship Id="rId11" Type="http://schemas.openxmlformats.org/officeDocument/2006/relationships/hyperlink" Target="https://lib.if.ua/news/1499338158.html" TargetMode="External"/><Relationship Id="rId24" Type="http://schemas.openxmlformats.org/officeDocument/2006/relationships/hyperlink" Target="http://journals.kogpa.te.ua/" TargetMode="External"/><Relationship Id="rId32" Type="http://schemas.openxmlformats.org/officeDocument/2006/relationships/hyperlink" Target="http://nbuv.gov.ua/UJRN/kult_stud_2021_1_8" TargetMode="External"/><Relationship Id="rId37" Type="http://schemas.openxmlformats.org/officeDocument/2006/relationships/hyperlink" Target="https://kims.knukim.edu.ua/article/download/267800/267900" TargetMode="External"/><Relationship Id="rId40" Type="http://schemas.openxmlformats.org/officeDocument/2006/relationships/hyperlink" Target="http://nbuv.gov.ua/UJRN/Zn_namu_2021_3_10" TargetMode="External"/><Relationship Id="rId45" Type="http://schemas.openxmlformats.org/officeDocument/2006/relationships/hyperlink" Target="http://dspace.ldikm.edu.ua/handle/123456789/450" TargetMode="External"/><Relationship Id="rId53" Type="http://schemas.openxmlformats.org/officeDocument/2006/relationships/hyperlink" Target="http://magisterium.ukma.edu.ua/issue/42/article/view/90" TargetMode="External"/><Relationship Id="rId58" Type="http://schemas.openxmlformats.org/officeDocument/2006/relationships/hyperlink" Target="http://nbuv.gov.ua/UJRN/MystAlm_2020_1_15" TargetMode="External"/><Relationship Id="rId66" Type="http://schemas.openxmlformats.org/officeDocument/2006/relationships/image" Target="media/image6.jpeg"/><Relationship Id="rId5" Type="http://schemas.openxmlformats.org/officeDocument/2006/relationships/webSettings" Target="webSettings.xml"/><Relationship Id="rId61" Type="http://schemas.openxmlformats.org/officeDocument/2006/relationships/image" Target="media/image1.jpeg"/><Relationship Id="rId19" Type="http://schemas.openxmlformats.org/officeDocument/2006/relationships/hyperlink" Target="http://journals.kogpa.te.ua/" TargetMode="External"/><Relationship Id="rId14" Type="http://schemas.openxmlformats.org/officeDocument/2006/relationships/hyperlink" Target="https://uk.wikipedia.org/wiki/%D0%96%D1%83%D1%80%D0%BD%D0%B0%D0%BB" TargetMode="External"/><Relationship Id="rId22" Type="http://schemas.openxmlformats.org/officeDocument/2006/relationships/hyperlink" Target="http://journals.kogpa.te.ua/" TargetMode="External"/><Relationship Id="rId27" Type="http://schemas.openxmlformats.org/officeDocument/2006/relationships/hyperlink" Target="http://journals.kogpa.te.ua/" TargetMode="External"/><Relationship Id="rId30" Type="http://schemas.openxmlformats.org/officeDocument/2006/relationships/hyperlink" Target="http://uis.arts.co.ua/article/download/245800/246000" TargetMode="External"/><Relationship Id="rId35" Type="http://schemas.openxmlformats.org/officeDocument/2006/relationships/hyperlink" Target="https://journals.uran.ua/ts/article/download/251020/251200" TargetMode="External"/><Relationship Id="rId43" Type="http://schemas.openxmlformats.org/officeDocument/2006/relationships/hyperlink" Target="https://visnyk.knukim.edu.ua/article/view/215643" TargetMode="External"/><Relationship Id="rId48" Type="http://schemas.openxmlformats.org/officeDocument/2006/relationships/hyperlink" Target="http://nbuv.gov.ua/UJRN/ZM_2020_16_20" TargetMode="External"/><Relationship Id="rId56" Type="http://schemas.openxmlformats.org/officeDocument/2006/relationships/hyperlink" Target="https://www.google.com/search?q=https://culonline.com.ua/book/osnovy-aktorskoi-maister/" TargetMode="External"/><Relationship Id="rId64" Type="http://schemas.openxmlformats.org/officeDocument/2006/relationships/image" Target="media/image4.jpeg"/><Relationship Id="rId69"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www.harmoniya.kiev.ua/theatrical-art/" TargetMode="External"/><Relationship Id="rId3" Type="http://schemas.openxmlformats.org/officeDocument/2006/relationships/styles" Target="styles.xml"/><Relationship Id="rId12" Type="http://schemas.openxmlformats.org/officeDocument/2006/relationships/hyperlink" Target="https://knutd.edu.ua/files/ex_pr/2025/1.16.pdf" TargetMode="External"/><Relationship Id="rId17" Type="http://schemas.openxmlformats.org/officeDocument/2006/relationships/hyperlink" Target="https://book-ye.com.ua/elektronni-knyhy/" TargetMode="External"/><Relationship Id="rId25" Type="http://schemas.openxmlformats.org/officeDocument/2006/relationships/hyperlink" Target="http://journals.kogpa.te.ua/" TargetMode="External"/><Relationship Id="rId33" Type="http://schemas.openxmlformats.org/officeDocument/2006/relationships/hyperlink" Target="https://journals.uran.ua/psmkp/article/download/291000/291300" TargetMode="External"/><Relationship Id="rId38" Type="http://schemas.openxmlformats.org/officeDocument/2006/relationships/hyperlink" Target="http://uis.arts.co.ua/article/download/205937/206500" TargetMode="External"/><Relationship Id="rId46" Type="http://schemas.openxmlformats.org/officeDocument/2006/relationships/hyperlink" Target="https://elib.nlu.org.ua/view.html?id=12345" TargetMode="External"/><Relationship Id="rId59" Type="http://schemas.openxmlformats.org/officeDocument/2006/relationships/hyperlink" Target="https://visnyk-karpenka.knutkt.edu.ua/article/view/265005" TargetMode="External"/><Relationship Id="rId67" Type="http://schemas.openxmlformats.org/officeDocument/2006/relationships/image" Target="media/image7.jpeg"/><Relationship Id="rId20" Type="http://schemas.openxmlformats.org/officeDocument/2006/relationships/hyperlink" Target="http://journals.kogpa.te.ua/" TargetMode="External"/><Relationship Id="rId41" Type="http://schemas.openxmlformats.org/officeDocument/2006/relationships/hyperlink" Target="http://journals.nuau.net/index.php/tm/article/download/459/600" TargetMode="External"/><Relationship Id="rId54" Type="http://schemas.openxmlformats.org/officeDocument/2006/relationships/hyperlink" Target="https://dumka.org.ua/article/view/135111" TargetMode="External"/><Relationship Id="rId62"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rchives.gov.ua/ua/" TargetMode="External"/><Relationship Id="rId23" Type="http://schemas.openxmlformats.org/officeDocument/2006/relationships/hyperlink" Target="http://journals.kogpa.te.ua/" TargetMode="External"/><Relationship Id="rId28" Type="http://schemas.openxmlformats.org/officeDocument/2006/relationships/hyperlink" Target="https://archives.gov.ua/ua/" TargetMode="External"/><Relationship Id="rId36" Type="http://schemas.openxmlformats.org/officeDocument/2006/relationships/hyperlink" Target="https://visnyk.knukim.edu.ua/article/download/300123/300400" TargetMode="External"/><Relationship Id="rId49" Type="http://schemas.openxmlformats.org/officeDocument/2006/relationships/hyperlink" Target="https://elib.nakkkim.edu.ua/handle/123456789/3451" TargetMode="External"/><Relationship Id="rId57" Type="http://schemas.openxmlformats.org/officeDocument/2006/relationships/hyperlink" Target="http://journals.lnu.edu.ua/tpqkm/article/view/280011" TargetMode="External"/><Relationship Id="rId10" Type="http://schemas.openxmlformats.org/officeDocument/2006/relationships/header" Target="header2.xml"/><Relationship Id="rId31" Type="http://schemas.openxmlformats.org/officeDocument/2006/relationships/hyperlink" Target="http://visnyk.lnam.edu.ua/visnyk/visnyk_48/shevchuk_2023.pdf" TargetMode="External"/><Relationship Id="rId44" Type="http://schemas.openxmlformats.org/officeDocument/2006/relationships/hyperlink" Target="https://visnyk-karpenka.knutkt.edu.ua/article/view/223105" TargetMode="External"/><Relationship Id="rId52" Type="http://schemas.openxmlformats.org/officeDocument/2006/relationships/hyperlink" Target="http://artplatform.com.ua/article/view/260010" TargetMode="External"/><Relationship Id="rId60" Type="http://schemas.openxmlformats.org/officeDocument/2006/relationships/hyperlink" Target="http://pv.pnu.edu.ua/article/download/305100/305200" TargetMode="External"/><Relationship Id="rId65"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nrat.ukrintei.ua/en/repozytariyi-zakladiv-vyshhoyi-osvity-uk/" TargetMode="External"/><Relationship Id="rId18" Type="http://schemas.openxmlformats.org/officeDocument/2006/relationships/hyperlink" Target="http://journals.kogpa.te.ua/" TargetMode="External"/><Relationship Id="rId39" Type="http://schemas.openxmlformats.org/officeDocument/2006/relationships/hyperlink" Target="http://journals.msu.edu.ua/index.php/ms/article/download/511/550" TargetMode="External"/><Relationship Id="rId34" Type="http://schemas.openxmlformats.org/officeDocument/2006/relationships/hyperlink" Target="http://nbuv.gov.ua/UJRN/NZ_NAOMA_2019_1_7" TargetMode="External"/><Relationship Id="rId50" Type="http://schemas.openxmlformats.org/officeDocument/2006/relationships/hyperlink" Target="https://journals.uran.ua/mz/article/view/255678" TargetMode="External"/><Relationship Id="rId55" Type="http://schemas.openxmlformats.org/officeDocument/2006/relationships/hyperlink" Target="https://nakkkim.edu.ua/visnyk/visnyk_2019_2_horolec.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1192</TotalTime>
  <Pages>92</Pages>
  <Words>95001</Words>
  <Characters>54151</Characters>
  <Application>Microsoft Office Word</Application>
  <DocSecurity>0</DocSecurity>
  <Lines>451</Lines>
  <Paragraphs>297</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Manager/>
  <Company/>
  <LinksUpToDate>false</LinksUpToDate>
  <CharactersWithSpaces>148855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Євгеній Субота</cp:lastModifiedBy>
  <cp:revision>67</cp:revision>
  <dcterms:created xsi:type="dcterms:W3CDTF">2013-12-23T23:15:00Z</dcterms:created>
  <dcterms:modified xsi:type="dcterms:W3CDTF">2025-12-11T06:29:00Z</dcterms:modified>
  <cp:category/>
</cp:coreProperties>
</file>